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 Daniel rehegua - Papapy peteĩ sa poapyha’ẽndy poapy hag̃ua’ẽndy poapy peteĩ hag̃ua"}</w:t>
      </w:r>
    </w:p>
    <w:p>
      <w:pPr>
        <w:pStyle w:val="ArticleSubtitle"/>
        <w:jc w:val="left"/>
      </w:pPr>
      <w:r>
        <w:rPr>
          <w:rFonts w:ascii="Arial" w:hAnsi="Arial" w:eastAsia="Arial" w:cs="Arial"/>
        </w:rPr>
        <w:t>Ojehechaukávo pe Añetegua Marandu Profétika: Mokõiha Ñorairõ proxy wars rehegua ha pe 144,000 Ñembotysýi hag̃ua hag̃ua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Ko’ág̃a ñamomarandu pe mokõiha ñorairõ umi ñorairõ proxy-gua rehegua, oñemboykéva Daniel kuatiañe’ẽ peteĩha capítulo once-pe, umi versíkulo once ha twelve-pe. Pe mokõiha ñorairõ umi versíkulope ohechauka pe ñorairõ Ucrania-pe, Rusia pokatu tupã’ỹva ha Ucrania retã mbytépe. Umi versíkulope, Putin ipu’aka, Ptolemeo IV-icha; ha upe ipu’akare rire, oñembotuicháta ijehe peteĩva ipy’ápe, ha iñemomba’eguasu narcisista ijeheguáva oikóta pe tape oguerahátava chupe iñehundípe. Pe ta’anga histórica ko tembiasakue ko’ág̃agua rehegua iporãnte umi oikuaávape guarã mba’épa ko tembiasakue ko’ág̃agua he’ise espiritualmente.</w:t>
      </w:r>
    </w:p>
    <w:p>
      <w:pPr>
        <w:pStyle w:val="ArticleBody"/>
        <w:jc w:val="left"/>
      </w:pPr>
      <w:r>
        <w:rPr>
          <w:rFonts w:ascii="Times New Roman" w:hAnsi="Times New Roman" w:eastAsia="Times New Roman" w:cs="Times New Roman"/>
        </w:rPr>
        <w:t>Pe peteĩha versíkulope, kapítulo diez-pe, Daniel, ohechaukáva Tupã pueblo ára pahapegua, ojekuaauka oikuaa hag̃ua mokõivéva pe “visión” ha pe “mba’e”. Pe visión ha pe mba’e oñerrepresenta jey jey oñondive, ha upéicharõ jepe iñambue ojuehegui peteĩ línea añetegua ramo. Ha’e hína ysyrykuéra Ulai ha Hiddekel. Ha’e hína umi visión “mareh” ha “chazon”. Ha’e hína pe profesía mokõi mil quinientos veinte ary rehegua, ojoajúva pe profesía mokõi mil trescientos ary rehegua ndive. Ha’e hína Tupã pueblo testimonio hyepypegua ha okápeguáva. Ñandejára noñembojevýi mba’e’ekuéra ndaha’éiramo iñimportánteva. Pe regla ñe’ẽpyahu peteĩha rehegua ohechauka hag̃ua, pe mba’e peteĩha oñemombe’úva ñandéve Daniel rehe, ivisión paha ryepýpe, ha’eha ombohechakuaáva ha’e orepresenta Tupã pueblo ára pahapegua oikuaáva mokõivéva pe “chazon” ha pe “mareh”. Upévare pe visión ha pe mba’e tekotevẽiterei ojehecha, umi versíkulo once ha doce historia profética ikatu hag̃uáicha ojeikuaa hekopete.</w:t>
      </w:r>
    </w:p>
    <w:p>
      <w:pPr>
        <w:pStyle w:val="ArticleBody"/>
        <w:jc w:val="left"/>
      </w:pPr>
      <w:r>
        <w:rPr>
          <w:rFonts w:ascii="Times New Roman" w:hAnsi="Times New Roman" w:eastAsia="Times New Roman" w:cs="Times New Roman"/>
        </w:rPr>
        <w:t>Daniel ohechauka umi cien cuarenta y cuatro mil oĩva Apocalipsis capítulo once-pe, haʼekuéra ombojevy porãmbaitépe pe parábola umi diez vírgenes rehegua, oñekumplíva’ekue umi Millerita rembiasakuépe. Haʼekuéra, umi Milleritaicha avei, ohasa peteĩ ñembotavy peteĩha; upéva Apocalipsis capítulo once-pe ojehechauka oñejukaháicha pe mymba ateo “woke” osẽva pe yvykua pypukúgui, ha upéi opyta omanóva tape guasúpe pe táva guasu Egipto ha Sodoma-peguápe, upépe avei Cristo ojejuka kurusúre. Iñemano omoheñói “vyʼa” umi dragón rapykuéri ohóva apytépe, péro omoheñói hag̃ua ñembyasy Daniel-pe.</w:t>
      </w:r>
    </w:p>
    <w:p>
      <w:pPr>
        <w:pStyle w:val="ArticleBody"/>
        <w:jc w:val="left"/>
      </w:pPr>
      <w:r>
        <w:rPr>
          <w:rFonts w:ascii="Times New Roman" w:hAnsi="Times New Roman" w:eastAsia="Times New Roman" w:cs="Times New Roman"/>
        </w:rPr>
        <w:t>Umi cien cuarenta y cuatro mil oñesella rehegua rembiasakue avei ojehechauka Lázaro jeikove jey rupive, ha upe jeikove jey ojekuaa Cristo rembiapo ñesella rehegua tembiaporãramo; ha ha’e, símbolo ramo umi Cristo oñeselláva rehegua, omotenonde Jerusalén-pe jeike ñemomba’eguasu rehegua, upéva ohechaukáva Pyhare Mbyte Sapy’a guasu rembewegua Millerita rembiasakue-pe, ha avei umi cien cuarenta y cuatro mil rembiasakue-pe. Lázaro jeikove jey oiko jave iñermana kuñanguéra, María ha Marta, oĩ ñembyasyme, Daniel oĩ haguéicha umi mokõi pa peteĩ ára aja capítulo diez-pe. Capítulo diez-pe, Daniel ñembyasy opa Miguel oguejy vove, upe avaete voi “ñe’ẽ” rupi Lázaro ha Moisés ojeikove jeýva. Umi mokõi testígo jeikove jey Apocalipsis capítulo once-pe ojehechauka Daniel oñemoambueha pe visión causativa “marah” reheve.</w:t>
      </w:r>
    </w:p>
    <w:p>
      <w:pPr>
        <w:pStyle w:val="ArticleBody"/>
        <w:jc w:val="left"/>
      </w:pPr>
      <w:r>
        <w:rPr>
          <w:rFonts w:ascii="Times New Roman" w:hAnsi="Times New Roman" w:eastAsia="Times New Roman" w:cs="Times New Roman"/>
        </w:rPr>
        <w:t>Pe kapítulo diez-pe, Daniel ohechauka hína umi cien cuarenta y cuatro mil oñeselláva, ha upéva avei ojehechauka Apocalipsis kapítulo once-pe. Pe kapítulo-pe, Gabriel hesakã porãme he’i ou hague Daniel rendápe ojapo hag̃ua Daniel ontende mba’épa oikóta Tupã tavayguakuéra ára pahápe guarépe. Pe marandu mba’épa oikóta Tupã tavayguakuéra rehe ára pahápe, profétikamente oñemoĩ peteĩ marandu ryepýpe oñemombaretéva pe método rupive, oñembojoajúvo línea profética rehe línea profética. Upéva jeporu ryepýpe, pe regla de primera mención ohechauka pe entendimiento añetéva ojehechataha añoite umi ohecháva mokõivéva añetegua hyepypegua ha okapegua umi línea oñembojoajúvape. Ha’ekuéra hína umi ontendéva pe “visión” ha pe “cosa”.</w:t>
      </w:r>
    </w:p>
    <w:p>
      <w:pPr>
        <w:pStyle w:val="ArticleBody"/>
        <w:jc w:val="left"/>
      </w:pPr>
      <w:r>
        <w:rPr>
          <w:rFonts w:ascii="Times New Roman" w:hAnsi="Times New Roman" w:eastAsia="Times New Roman" w:cs="Times New Roman"/>
        </w:rPr>
        <w:t>Umi ciento cuarenta y cuatro mil oikũta pe marandu profético, ha avei oikóta upe marandu, pe marandu ha pe jehasa ndojei hag̃ua ojepe’a ojuehegui. Pe marandu voi omongarai hag̃ua marangatúpe, pe marandu niko Ñandejára Ñe’ẽ, ha Cristo ha’e Ñandejára Ñe’ẽ, ha Ñandejára Ñe’ẽ ha’e Añetegua. Imarandu oñemopyenda Añeteguaramo, ojehechaukágui umi principio de aplicación profética rupive, ha umíva ndaipóri ambue mba’e térã michĩvéva ndaha’éiva umi principio ohechaukáva mávapa ha mba’épa Ha’e. Ha’e hína Palmoni, pe Papaha Hechapyrãva, pe Papaha Ñemimbykuéra rehegua. Ha’e pe Lingüista Hechapyrãva, pe ñepyrũha ha paha, pe peteĩha ha pahague, pe Alfa ha Omega. Ko’ã elemento ohechaukáva mávapa Ha’e hína umi ombohapeva’ekue umi tembiapoukapy profética omoĩva pe marandu profecía rehegua, ha omoheñóiva pe jehasa profecía rehegua.</w:t>
      </w:r>
    </w:p>
    <w:p>
      <w:pPr>
        <w:pStyle w:val="ArticleBody"/>
        <w:jc w:val="left"/>
      </w:pPr>
      <w:r>
        <w:rPr>
          <w:rFonts w:ascii="Times New Roman" w:hAnsi="Times New Roman" w:eastAsia="Times New Roman" w:cs="Times New Roman"/>
        </w:rPr>
        <w:t>Mboyve Ulai ha Hiddekel, mokõi ysyry tuicháva Sinarpegua, oguahẽ mboyve Golfo Pérsico-pe, omoheñói peteĩ yvytyryry y rendaguasu iñondiveguápe hi’aguĩhápe hérava Shatt al-Arab; upéicharõ jepe, ndojoajúi peteĩnte ysyrýpe. Shatt al-Arab ha’e peteĩ ysyry rembe’y guasu ojejapóva Éufrates ha Tigris ysyrykuéra joaju rupi, ha avei heta ambue ysyry michĩ ha ysyrýi rupi. Upéicharõ jepe, jepe upe rembe’y guasu ryepýpe, Éufrates ha Tigris omantene peteĩteĩva ijeheguiete ha osẽ Golfo Pérsico-pe ysyry iñambuéva ramo. Marandu interior ha exterior profecíagua omantene ijoavyva ojoehe peteĩva ambuéndive, ha oguahẽvo ipahu hag̃uáme (ára pahápe), omoheñói peteĩ delta orekóva heta ysyry ha ysyrýi oñembojuajúva ipype. Jesús omyesakã pe mba’e espiritual pe mba’e natural rupive, ha ára pahápe opa visión rembiapo omoheñói peteĩ yvy ñemyakỹngue delta rehegua, jepe mokõi ysyry guasu omantene hikuái peteĩteĩva hembiaporã tee.</w:t>
      </w:r>
    </w:p>
    <w:p>
      <w:pPr>
        <w:pStyle w:val="ArticleBody"/>
        <w:jc w:val="left"/>
      </w:pPr>
      <w:r>
        <w:rPr>
          <w:rFonts w:ascii="Times New Roman" w:hAnsi="Times New Roman" w:eastAsia="Times New Roman" w:cs="Times New Roman"/>
        </w:rPr>
        <w:t>Pe periodo mokõi pa mokõipa ára ñembyasy rehegua ojoaju pe aravo umi mokõi testígo oĩ hag̃ua omanóva tape mbytépe, ha upe periodo oñepyrũ pe ñembotavy peteĩha ha pe aravo oñeha’arõhápe reheve. Upe periodo oiko pe periodo tuichavévape hyepýpe, upépe oñemohu’ã pe sellado umi cien cuarenta y cuatro mil rehegua. Pe sellado ndopytaiva’ekue oñepyrũ hag̃ua pe ára paha-pe ary 1989-pe; oñepyrũ Cristo, pe mbohapyha ánhel ramo, oguejy ramo 11 de septiembre de 2001-pe. Ha’e ogueru Itavayguakuérape hikuái ojevy hag̃ua Kades-pe mokõihápe, ha ko jey umi mbovymi oĩva preparádo oike va’erã pe yvy oñeprometéva-pe. Ñandejára tavaygua rekoveasy pe ára paha guive ary 1989-pe peve 11 de septiembre de 2001, ndosellái chupekuéra. Pe sellado oñepyrũ Cristo oguejy ramo ha ombohyapu pe nota peteĩha pe séptimo trompéta rehegua pe mbohapyha ñembyasýpe.</w:t>
      </w:r>
    </w:p>
    <w:p>
      <w:pPr>
        <w:pStyle w:val="ArticleBody"/>
        <w:jc w:val="left"/>
      </w:pPr>
      <w:r>
        <w:rPr>
          <w:rFonts w:ascii="Times New Roman" w:hAnsi="Times New Roman" w:eastAsia="Times New Roman" w:cs="Times New Roman"/>
        </w:rPr>
        <w:t>Pe séptimo trompéta osẽva-pe oñemohu'ã Tupã remimbo'e guasu, ha upéva ohechauka pe sella oñemoĩha umi cien cuarenta y cuatro mil rehe, oikóva pe trompéta osẽ aja. Upe trompéta ombopu mbohapy nota, ha'égui Añetegua. Pe peteĩha nota ha'e va'ekue 11 jasyporundy 2001-pe, pe mokõiha nota ha'e va'ekue 7 jasypa 2023-pe, ha pe mbohapyha umi mbohapy nota apytégui oĩ pe araka'eve ndahi'aréi oútava léi domingo-pe. Umi mbohapy nota, ha'e umi mbohapy tape ojepytasóva tapiaite añetegua-pe. Daniel rembiasakue mbohapy jeity capítulo diez-pe ombojoaju hembiapo upe tembiasakue ára ndive, ojehechaukáva umi mbohapy nota pe séptimo trompéta rehe.</w:t>
      </w:r>
    </w:p>
    <w:p>
      <w:pPr>
        <w:pStyle w:val="ArticleBody"/>
        <w:jc w:val="left"/>
      </w:pPr>
      <w:r>
        <w:rPr>
          <w:rFonts w:ascii="Times New Roman" w:hAnsi="Times New Roman" w:eastAsia="Times New Roman" w:cs="Times New Roman"/>
        </w:rPr>
        <w:t>Pe marandu profético oguerúva pe resultado jañemoambuévo Cristo ra’angápe, Daniel ohechaukaháicha capítulo diez-pe, ha’e pe marandu oñe’ẽva umi mba’e ojehúva Tupã tavayguakuérape ára pahápe; ndaha’éi katu umi ára paha rehe peteĩ sentido general-pe. Ha’e pe marandu Tupã tavayguakuéra oikumbýva ha ohasáva pe tiempo del sellamiento rehegua umi cien cuarenta y cuatro mil-pe.</w:t>
      </w:r>
    </w:p>
    <w:p>
      <w:pPr>
        <w:pStyle w:val="ArticleBody"/>
        <w:jc w:val="left"/>
      </w:pPr>
      <w:r>
        <w:rPr>
          <w:rFonts w:ascii="Times New Roman" w:hAnsi="Times New Roman" w:eastAsia="Times New Roman" w:cs="Times New Roman"/>
        </w:rPr>
        <w:t>Gabriel oñepyrũvo opresenta hag̃ua pe tembiasakue profético ojehechaukáva capítulo once-pe, ha’e opresenta umi línea específica de profecía. Mokõi versículo peteĩha oñepyrũ Ciro-gui (Bush peteĩhaicha), pe ára paha-pe ary 1989-pe, ha oho tenonderã pe tembiasakue Donald Trump rehegua pe presidente cuarenta y cincoha ramo (pe sexto), ha upépe pe tembiasakue profético opa, pe tembiasakue Naciones Unidas rehegua (Alejandro Magno), pe séptimo reino ramo, oñeñe’ẽ meve versículo mbohapy ha irundy-pe. Upévare, pe marandu Donald Trump rehegua pe sexto presidente rico ramo omýiva umi globalista-kuérape, ha’e peteĩ añetegua oñekumplíva pe tiempo de sellamiento umi ciento cuarenta y cuatro mil rehegua. Upévare, ha’e añetegua ko’ág̃agua.</w:t>
      </w:r>
    </w:p>
    <w:p>
      <w:pPr>
        <w:pStyle w:val="ArticleBody"/>
        <w:jc w:val="left"/>
      </w:pPr>
      <w:r>
        <w:rPr>
          <w:rFonts w:ascii="Times New Roman" w:hAnsi="Times New Roman" w:eastAsia="Times New Roman" w:cs="Times New Roman"/>
        </w:rPr>
        <w:t>Umi téra cinco guive nueve peve oñemombe’u pe tembiasakue papado oñemopyenda hague pe tróno ári, ary 538 guive pe herida omano hag̃uáicha pe ára ha pe ipaha peve, ary 1798-pe. Kóva, añetehápe, ha’e peteĩ añetegua esencial ha iñimportánteva, pórke omomba’e ha omoañete téra cuarenta-pe; ha katu ndome’ẽi peteĩ ñe’ẽmondo profético específico oikóva pe período de sellamiento umi cien cuarenta y cuatro mil rehegua. Pe téra diez, umi téra cinco guive nueve peveicha avei, omoañete pe validez téra cuarenta-pe, ha katu nombohovái pe tembiasakue profética oñekumplíva pe tiempo de sellamiento aja. Upéicharõ jepe, omarka 1989, ha upévare omopyenda, pe omisión rupive, peteĩ período kirirĩ 1989 guive, pe léi dominical peve oĩva téra cuarenta y uno-pe.</w:t>
      </w:r>
    </w:p>
    <w:p>
      <w:pPr>
        <w:pStyle w:val="ArticleBody"/>
        <w:jc w:val="left"/>
      </w:pPr>
      <w:r>
        <w:rPr>
          <w:rFonts w:ascii="Times New Roman" w:hAnsi="Times New Roman" w:eastAsia="Times New Roman" w:cs="Times New Roman"/>
        </w:rPr>
        <w:t>Umi versíkulo once guive quince peve ohechauka tembiasakue oñekumplíva pe período oñesella hag̃ua umi ciento cuarenta y cuatro mil. Umi versíkulo oike pe tembiasakue kañymby ryepýpe versíkulo mokoĩ ha mbohapy apytépe, ha 1989, versíkulo cuarenta-pe, guive pe léi domingo peve versíkulo cuarenta y peteĩme. Umi versíkulo ha’e añeteguáva ko’ág̃a guarã, ha tekotevẽ ojekuaa upéicha, jahepyme’ẽse hag̃ua umi jehupyty porã oñeha’arõva pe ñantende hag̃ua umi versíkulo.</w:t>
      </w:r>
    </w:p>
    <w:p>
      <w:pPr>
        <w:pStyle w:val="ArticleBody"/>
        <w:jc w:val="left"/>
      </w:pPr>
      <w:r>
        <w:rPr>
          <w:rFonts w:ascii="Times New Roman" w:hAnsi="Times New Roman" w:eastAsia="Times New Roman" w:cs="Times New Roman"/>
        </w:rPr>
        <w:t>Umi mba’e porã ojehecháva ko’ápe mokõi hendáicha, pórke ombohechauka ñemohesakã tembiasakue maranduhára rehegua ojehechaukáva ipype, ha avei pe jehasa oúva ojeikuaágui umi añetegua oguerekóva upe marandu. Ñemohesakã pe marandu rehegua, peteĩ paha ñembohetave arandu rehegua, oñemboguapýva cumplimiento-pe pe sellamiento aja, upéva hína omongarasáva umi oĩtava apytépe umi cien cuarenta y cuatro mil. Upévare, tuicha mba’e ñahesa’ỹijo hag̃ua umi versíkulo pe perspectiva interna ha externa guive.</w:t>
      </w:r>
    </w:p>
    <w:p>
      <w:pPr>
        <w:pStyle w:val="ArticleBody"/>
        <w:jc w:val="left"/>
      </w:pPr>
      <w:r>
        <w:rPr>
          <w:rFonts w:ascii="Times New Roman" w:hAnsi="Times New Roman" w:eastAsia="Times New Roman" w:cs="Times New Roman"/>
        </w:rPr>
        <w:t>Pe “siete vése” Levítico mokõipa poteĩ su ñe’ẽme ha’e añetetehápe pe tiempo de sellamiento rehegua umi cien cuarenta y cuatro mil-gui, pórke Daniel mokõi ñembo’e, oñerrepresentáva capítulo mokõi ha porundy rehe, orrepresenta peteĩ ñembo’e mokõivegua oñentende hag̃ua pe tembiasakue profético oñerrepresentáva pe mymba ra’ãnga rupive, ha avei oñerrecibi hag̃ua pe experiencia ojejapóva umi ombohováiva Levítico mokõipa poteĩ ñembo’e, ojerurévo perdón ipekadokuéra rehe ha itúva kuéra rembiapo vaíre. Pe ñembo’e okapeguáva ohechauka pe mymba ra’ãnga, ha pe ñembo’e hyepypegua omoheñói Cristo ra’ãnga.</w:t>
      </w:r>
    </w:p>
    <w:p>
      <w:pPr>
        <w:pStyle w:val="ArticleBody"/>
        <w:jc w:val="left"/>
      </w:pPr>
      <w:r>
        <w:rPr>
          <w:rFonts w:ascii="Times New Roman" w:hAnsi="Times New Roman" w:eastAsia="Times New Roman" w:cs="Times New Roman"/>
        </w:rPr>
        <w:t>Ñantendévo hag̃ua pe tembiasakue ojehechaukáva opaichagua pasáhepe Daniel kapítulo once-pe, umi oñe’ẽva específicamente pe tembiasakue rehe oñekumplíva pe tiempo de sellado ryepýpe, ojehechauka Daniel ñembo’épe kapítulo mokõi-pe. Ha’e ha umi mbohapy kuimba’e iporãva oheka va’ekue ontende hag̃ua pe marandu ñemiguáva Nabucodonosor kerayvoty rehegua, pe ta’ãnga metálgui ojejapóva rehegua. Ojekuaa jave pe añetegua entendimiento pe tembiasakue profética rehegua ojehechaukáva Nabucodonosor kerayvoty ñemiguávape, upéva ohechauka umi ontendévape ndaiporiha chupekuéra esperánsa, ndaha’éiramo ha’ekuéra tee omboaje pe experiencia arrepentimiento completo rehegua, ojehechaukáva Daniel ñembo’épe kapítulo nueve-pe.</w:t>
      </w:r>
    </w:p>
    <w:p>
      <w:pPr>
        <w:pStyle w:val="ArticleBody"/>
        <w:jc w:val="left"/>
      </w:pPr>
      <w:r>
        <w:rPr>
          <w:rFonts w:ascii="Times New Roman" w:hAnsi="Times New Roman" w:eastAsia="Times New Roman" w:cs="Times New Roman"/>
        </w:rPr>
        <w:t>Oñemboja’o hag̃ua pe jehasa asy ojehechaukáva Daniel rehe pe kapítulo diez-pe, pe narración profética aravo paha mba’ekuéra rehegua pe kapítulo once-pe, he’ise ofalla hag̃ua peteĩ temimbo’e profesía rehegua ramo. Daniel kapítulo once-pe, versíkulo once ha doce-pe, pe ñorairõ frontera rehegua, pe Ñorairõ Raphia-pe ha pe mburuvicha guasu yvy gotyo pegua jehupyty, ohechauka pe mokõiha umi mbohapy ñorairõ proxy-gui ojehechaukáva Ñandejára Ñe’ẽ profética-pe. Pe llave oguerúva ko revelación añetegua rehegua ojehecha hag̃uáicha ha’e pe Lingüista Maravilloso jeporu rehegua pe mburuvicha guasu yvate gotyo pegua oñehenóiha “osyry ha ohasa hag̃ua”, og̃uahẽ pe mbareteha peve (pe ajúra), versíkulo diez-pe. Ha’e ome’ẽ mokõi ambue versíkulo oñe’ẽva pe osyry ha ohasa hag̃ua rehe, ha upéicha ojapo aja, ombojoaju pe narración profética umi mba’e oikóva rehegua ha pe jehasa asy umi mba’e rehegua ñentendekuaa oheñói va’erã.</w:t>
      </w:r>
    </w:p>
    <w:p>
      <w:pPr>
        <w:pStyle w:val="ArticleScripture"/>
        <w:jc w:val="left"/>
      </w:pPr>
      <w:r>
        <w:rPr>
          <w:rFonts w:ascii="Times New Roman" w:hAnsi="Times New Roman" w:eastAsia="Times New Roman" w:cs="Times New Roman"/>
        </w:rPr>
        <w:t>Ha ita’ýra kuéra oñemongu’éta, ha ombyatýta peteĩ aty guasu mbarete guasu rehegua; ha peteĩ katuete ou, ha oitypáta ysyryicha, ha ohasa hag̃uáicha: upéi ojevýta, ha oñemongu’éta, pe ikeha mbarete peve. Ha ñemby gotyo mburuvicha guasu ipochyetereíta, ha osẽta oñorairõ hag̃ua hese, pe yvate gotyo mburuvicha guasu ndive; ha ha’e omoñepyrũta peteĩ aty guasu; péro pe aty oñeme’ẽta ipope. Ha ogueraha rire pe aty, ikorasõ oñemomba’eguasúta; ha oitypa many ten thousands; péro ndopytamo’ãi mbaretevévo upévare. Daniel 11:10–12.</w:t>
      </w:r>
    </w:p>
    <w:p>
      <w:pPr>
        <w:pStyle w:val="ArticleBody"/>
        <w:jc w:val="left"/>
      </w:pPr>
      <w:r>
        <w:rPr>
          <w:rFonts w:ascii="Times New Roman" w:hAnsi="Times New Roman" w:eastAsia="Times New Roman" w:cs="Times New Roman"/>
        </w:rPr>
        <w:t>Áño 2014-pe, Putin omoñepyrũ peteĩ ñorairõ Ucrania-pe, ha ikatu hag̃uáicha ojehechakuaa ko añetegua ojehechaukaramoguáicha versíkulo once-pe kapítulo once-pe, peteĩ temimbo’e profesía rehegua tenonderãite oikuaava’erã versíkulo diez ohechaukaha peteĩ tembiasakue omoha’ãngáva pe mokõiha pehẽ versíkulo cuarenta-pe Daniel kapítulo once-pe. Ohechakuaávo upéva, upéi ohecha hikuái mba’épa versíkulo diez omoĩve versíkulo cuarenta-pe: pe Unión Soviética ojeitymbárõ guare 1989-pe, pe mburuvicha yvate gotyogua ojupi hag̃uánte ikora’atãme (“aju’y”). Péro peteĩ temimbo’e profesía rehegua ndoikuaamo’ãi mba’épa upéva he’ise, ndohéchai peve Isaías kapítulo ocho versíkulo ocho. Upérõ ramo mante oguerekóta pe autorida profesiagua ombohéra hag̃ua ko’ã mbohapy versíkulo ojoajuha peteĩ ñe’ẽjoaju rupive ojeporúva mbohapy jeynte la Biblia-pe.</w:t>
      </w:r>
    </w:p>
    <w:p>
      <w:pPr>
        <w:pStyle w:val="ArticleBody"/>
        <w:jc w:val="left"/>
      </w:pPr>
      <w:r>
        <w:rPr>
          <w:rFonts w:ascii="Times New Roman" w:hAnsi="Times New Roman" w:eastAsia="Times New Roman" w:cs="Times New Roman"/>
        </w:rPr>
        <w:t>Upéi pe temimbo’éva oikotevẽta peteĩ mokõiha testígo ohechakuaa hag̃ua umi mbohapy jey ñe’ẽjoaju “osyryry ha ohasa hag̃ua” ojeporúva Biblia-pe ha’eha peteĩ jehechauka jejapo hag̃uáicha. Pe mokõiha testígo ko añetegua rehe oñemopyenda, pórke umi mbohapy versíkulo (testígo), maymáva ohechauka peteĩ mburuvicha guasu yvate gotyogua ojeityha peteĩ mburuvicha guasu ñemby gotyoguáre. Oñondivepa umi mbohapy testígo, oñemoneĩva peteĩ tembiasakue simbólico peteĩchagua hag̃ua mokõi clase testígo hyepypegua rupive, ogueraha upéi marandu ñemoarandu rehegua temimbo’évape omoĩ hag̃ua umi mbohapy versíkulo peteĩ ári ambuéva, peteĩ línea ári línea hag̃uáicha. Upéicha jeporu ombotuicha umi versíkulo retepy, ohechaukáva pe ñorairõ peteĩ mburuvicha guasu yvate gotyogua ha peteĩ mburuvicha guasu ñemby gotyogua apytépe.</w:t>
      </w:r>
    </w:p>
    <w:p>
      <w:pPr>
        <w:pStyle w:val="ArticleBody"/>
        <w:jc w:val="left"/>
      </w:pPr>
      <w:r>
        <w:rPr>
          <w:rFonts w:ascii="Times New Roman" w:hAnsi="Times New Roman" w:eastAsia="Times New Roman" w:cs="Times New Roman"/>
        </w:rPr>
        <w:t>Isaías capítulo siete, versículos ocho ha nueve, ome'ẽ pe clave oñesolusiona hag̃ua pe enigma mba'épa ohechauka pe “mbaretekue” oĩva versículo diez-pe, pe ñe'ẽ hebrea ojeporúva “mbaretekue” rehe ha'e avei pe “mbaretekue” pe mburuvicha yvy gotyo surgua oike hague versículo siete-pe capítulo once-pe. “Mbaretekue” avei oñembohasa “mbarete” ramo pe ñe'ẽjoajúpe “santuario mbaretépe” versículo treinta y uno-pe Daniel once-pe. Upévare, umi mokõi versículo (siete ha treinta y uno) ome'ẽ mokõi testígo ohechaukáva pe “mbaretekue” ha'eha peteĩ reino tavaguasu, térã peteĩ mburuvicha guasu. Oñemopyenda rire ko añetegua mokõi testígo ári (mokõivéva capítulo once-pe), upéicharõ mba'épa Isaías omombe'u ijehaipyre ñemimbyetévape capítulo siete, versículos ocho ha nueve-pe, ha'e omopyenda ramo mokõi testígo hyepypeguápe pe mbaretekue ha'eha peteĩ reino tavaguasu, térã pe reino ruvicha, omopyenda avei mba'e oikóva 1989 mboyve: Unión Soviética, itavaguasu ha'éva Rusia, ha itavaguasuete Moscú, oreko hague peteĩ akãrãicha hérava Mikal Gorbachev. Ndaha'éi peteĩ accidente pe mba'e ojehechakuaavéva Gorbachev rehegua ha'e hague ijekoha.</w:t>
      </w:r>
    </w:p>
    <w:p>
      <w:pPr>
        <w:pStyle w:val="ArticleBody"/>
        <w:jc w:val="left"/>
      </w:pPr>
      <w:r>
        <w:rPr>
          <w:rFonts w:ascii="Times New Roman" w:hAnsi="Times New Roman" w:eastAsia="Times New Roman" w:cs="Times New Roman"/>
        </w:rPr>
        <w:t>Téi ári ári, ko aplicación rembe’y omomba’e guasu iñimportánsiape he’ívo: “Peẽ ndapejeroviáiramo, añetehápe ndapeñemopyendamo’ãi.” Jesús he’i: “Peẽ vyro ha py’a mbegue opa mba’e umi maranduhára he’íva rehe pejerovia hag̃ua.” [See Lucas 24:25] Esdras ohai: “Ha ha’ekuéra opu’ã pyhareveve ha osẽ Tekoa ñu me’ẽhápe; ha osẽ aja, Josafat opu’ã ha he’i: Pehendu cheve, Judá ha peẽ Jerusalén rupi peikóva; pejerovia Ñandejára pende Jára rehe, upéicha peñemopyendáta; pejerovia imaranduhárape, upéicha peñakãrapu’ãta.” [See 2 Crónicas 20:20] Siete jey Apocalipsis arandukápe oñeme’ẽ pe tembiapoukapy oñehendu hag̃ua. “Pe oguerekóva apysa, tohendu mba’épa Espíritu he’i umi iglésiakuérape.”</w:t>
      </w:r>
    </w:p>
    <w:p>
      <w:pPr>
        <w:pStyle w:val="ArticleBody"/>
        <w:jc w:val="left"/>
      </w:pPr>
      <w:r>
        <w:rPr>
          <w:rFonts w:ascii="Times New Roman" w:hAnsi="Times New Roman" w:eastAsia="Times New Roman" w:cs="Times New Roman"/>
        </w:rPr>
        <w:t>Oñemopyenda hag̃ua, tekotevẽ oĩ hag̃ua umi kuña marangatu arandúva apytépe, pórke umi tavy iñakãratĩ mbegue hag̃ua oguerovia hag̃ua umi proféta ñe’ẽ. Umi arandúva oguerovia pe Tupã he’íva’ekue Iproféta kuéra rupive, ha upévare oñemopyenda ha oñakãrapu’ã, pórke ohendu hikuái pe Espíritu he’íva umi iglésia kuérape. Rusia rehegua jehechakuaa, ha pe ñorairõ ha’e omoñepyrũva’ekue 2014-pe Ucrania rehe, upéva hína pe omopyendáva umi ha’éva maranduhára arandu profecía rehegua pe ára Cristo oipe’ávo ko añeteguaite.</w:t>
      </w:r>
    </w:p>
    <w:p>
      <w:pPr>
        <w:pStyle w:val="ArticleBody"/>
        <w:jc w:val="left"/>
      </w:pPr>
      <w:r>
        <w:rPr>
          <w:rFonts w:ascii="Times New Roman" w:hAnsi="Times New Roman" w:eastAsia="Times New Roman" w:cs="Times New Roman"/>
        </w:rPr>
        <w:t>Upe añetegua oike tembiasakuepe ary 2014-pe, ha upéva oĩ 2001 rire, ha upévare ojejuhu umi cien cuarenta y cuatro mil ñembosellado tiémpope. Pe ary oúva, 2015-pe, pe mburuvicha guasu ipirapire hetavéva, ha’eva pe sexto presidente pe ára paha guive ary 1989 guive, oñepyrũ omýi hag̃ua umi globalista-kuérape. Pe versíkulo diez omombe’u pe tembiasakue ary 1989 rehegua, ha avei omopyenda Rusia-pe pe “mbarete renda” ramo, ha umi mokõi versíkulo oúva upe rirepe, Rusia oñepyrũta pe mokõiha ñorairõ umi proxy wars-pe, ha Putin oganata upe ñorairõ. Umi versíkulo añetegua oñemboty’ỹ jey upe tembiasakue ohechaukáva oñemoañetévo.</w:t>
      </w:r>
    </w:p>
    <w:p>
      <w:pPr>
        <w:pStyle w:val="ArticleScripture"/>
        <w:jc w:val="left"/>
      </w:pPr>
      <w:r>
        <w:rPr>
          <w:rFonts w:ascii="Times New Roman" w:hAnsi="Times New Roman" w:eastAsia="Times New Roman" w:cs="Times New Roman"/>
        </w:rPr>
        <w:t>“Daniel oĩ imboýpe ha hendápe. Oñentendeva’erã Daniel ha Juan marandu hag̃uahẽngue. Omoñe’ẽasýta ojuehe. Ome’ẽ hikuái ko yvy ape ári pe añetegua opavave oikuaa va’erã. Ko’ã marandu hag̃uahẽngue ha’eva’erã testígo ko yvy ape ári. Iñembopaje rupi ko’ã ára pahápe, ha’ekuéra voi oñemyesakãta.” The Kress Collection, 105.</w:t>
      </w:r>
    </w:p>
    <w:p>
      <w:pPr>
        <w:pStyle w:val="ArticleBody"/>
        <w:jc w:val="left"/>
      </w:pPr>
      <w:r>
        <w:rPr>
          <w:rFonts w:ascii="Times New Roman" w:hAnsi="Times New Roman" w:eastAsia="Times New Roman" w:cs="Times New Roman"/>
        </w:rPr>
        <w:t>Pe profesía umi versíkulo once ha pakõiha rehegua oñeipe’a iñesella-gui iñemoañete histórico rupive pe tiempo de sellado-pe umi cien cuarenta y cuatro mil rehegua, ha katu “línea sobre línea”, oĩ ambue mba’e iñimportánteva ojoajúva koʼã versíkulo rehe. Ikatu hag̃uáicha pe estudiante de profesía ogueru mbohapy pasaje “desbordamiento, y pasar por encima” rehegua oñondive, tekotevẽ avei ogueru pe línea profética-pe pe profesía sesenta y cinco años rehegua. Pe profesía sesenta y cinco años rehegua omarka pe ñepyrũ mokõi profesía dos mil quinientos veinte años rehegua, ha ohechauka haʼekuéra oñepyrũha cuarenta y seis años joavýpe peteĩgui ambuéva. Ojehechakuaávo pe sesenta y cinco años pe ñepyrũme, ojehechakuaa avei Alpha ha Omega omoheñóitaha sesenta y cinco años pe pahápe.</w:t>
      </w:r>
    </w:p>
    <w:p>
      <w:pPr>
        <w:pStyle w:val="ArticleBody"/>
        <w:jc w:val="left"/>
      </w:pPr>
      <w:r>
        <w:rPr>
          <w:rFonts w:ascii="Times New Roman" w:hAnsi="Times New Roman" w:eastAsia="Times New Roman" w:cs="Times New Roman"/>
        </w:rPr>
        <w:t>Umi sesenta y cinco ary oñepyrũhápe ha opa hag̃uáme, peteĩteĩ oguereko mbohapy techaukaha rupi ojehechakuaáva. Peteĩha vaʼekue 742 a.C., upéi diecinueve ary rire 723 a.C., ha upéi cuarenta y seis ary rire 677 a.C. Koʼã mbohapy techaukaha oñerrepresenta opa hag̃uáme 1798, 1844 ha 1863-pe. Pe periodo cuarenta y seis ary oñepyrũhápe (Alpha), ohechauka pe templo ha pe atyguasu oñembohasa asyha guýpe; ha pe cuarenta y seis ary opa hag̃uáme (Omega), ohechauka pe santuario ha pe atyguasu oñemyatyrõ jeyha, ñemboukapy Ñeʼẽmeʼẽgua (haʼéva avei Alpha ha Omega), oike pyaʼe vaʼerã hague pe templo Haʼe omopuʼã vaʼekuépe umi cuarenta y seis ary pukukue 1798 guive 1844 peve.</w:t>
      </w:r>
    </w:p>
    <w:p>
      <w:pPr>
        <w:pStyle w:val="ArticleBody"/>
        <w:jc w:val="left"/>
      </w:pPr>
      <w:r>
        <w:rPr>
          <w:rFonts w:ascii="Times New Roman" w:hAnsi="Times New Roman" w:eastAsia="Times New Roman" w:cs="Times New Roman"/>
        </w:rPr>
        <w:t>Umi irundy ha poteĩ ary ohenondéva pa ary pukukue Isaías omyasãiva profecía ary 742 a.C.-pe, orrepresenta umi irundy ha poteĩ ary ipahápe, upéi osegíva pa ary peteĩ patrón quiástico-pe. Umi pa ary 1844 guive 1863 peve ome’ẽ peteĩ ta’anga Cristo rembipotáre umi ciento cuarenta y cuatro mil rehegua, opytáva’ekue ndojejapói haguére pe ñembyai oikova’ekue upe tembiasakue-pe. Pe tembiapo ojeikotevẽva peteĩ estudiante de profecía rehe oikytĩ porã hag̃ua añetegua ñe’ẽ Daniel kapítulo once, versículo diez guive doce peve rehegua, ndaha’éi añoite omopyendáva (rejeroviáramo) Rusia omoñepyrũtaha peteĩ ñorairõ Ucrania-pe ary 2014-pe, ha katu avei pe ñorairõ oñemoñepyrũtaha pe tiempo de sellamiento umi ciento cuarenta y cuatro mil rehegua. Tuicha mba’e háicha pe tembiasakue profético ojehechaukáva umi versículo-pe, upeichaite avei pe tembiasakue oñemboguejývo pe añetegua upe tembiasakue rehegua, ojehechauka avei umi pa ary 1844 guive 1863 peve rupive.</w:t>
      </w:r>
    </w:p>
    <w:p>
      <w:pPr>
        <w:pStyle w:val="ArticleBody"/>
        <w:jc w:val="left"/>
      </w:pPr>
      <w:r>
        <w:rPr>
          <w:rFonts w:ascii="Times New Roman" w:hAnsi="Times New Roman" w:eastAsia="Times New Roman" w:cs="Times New Roman"/>
        </w:rPr>
        <w:t>1844 ohechauka mbohapyha ánhel ouha, ha upéicha avei ha’e peteĩ ta’anga ohechaukáva mbohapyha ánhel ou jeyha 11 jasyporundy 2001-pe. 1863 orrepresenta pe ñemoĩvai ojehechaukáva Jericó oñemopu’ã jey rupi. Pe techaukaha 1863 rehegua avei ohechauka pe ñe’ẽrendúpe umi cien cuarenta y cuatro mil rehegua, ojeporúva “omboity hag̃ua Jericó murálla”, pe léi domingo pya’e oútavape. Umi versíkulo jahesarekohína va’épe, versíkulo dieciséis orrepresenta pe léi domingo Tetã peteĩ reko Amérikape. Versíkulo once ohechauka 2014 guive Putin ipu’aka pahaite peve. Umi versíkulo ohechauka ñepyrũrã pe mokõiha ñorairõ proxy rehegua, upéva rire oúva pe mbohapyha ñorairõ proxy rehegua, ojehechaukaháicha umi versíkulo trece guive quince peve.</w:t>
      </w:r>
    </w:p>
    <w:p>
      <w:pPr>
        <w:pStyle w:val="ArticleBody"/>
        <w:jc w:val="left"/>
      </w:pPr>
      <w:r>
        <w:rPr>
          <w:rFonts w:ascii="Times New Roman" w:hAnsi="Times New Roman" w:eastAsia="Times New Roman" w:cs="Times New Roman"/>
        </w:rPr>
        <w:t>Mbojoajúvo versíkulo mokõi umi versíkulo once ha doce ndive, jahechakuaa pe ñorairõ Ucraniano oñepyrũva’ekue ary 2014-pe, upéi oúva’ekue Estados Unidos Presidencial kampáña ary 2015-pe, ha upéi pe jeporavo pe mburuvicha guasu ipirapire hetavévape ary 2016-pe. Versíkulo doce rire ou pe ñemyengovia pe pahagua mburuvicha guasu rehegua peteĩha pe léi domingo mboyve, mbohapyha ñorairõ proxy-pe. Mokõiha ñorairõ proxy, ha’éva pe ñorairõ frontera rehegua, oñepyrũva’ekue michĩmi mboyve pe jeporavo pe poteĩha ha ipirapire hetavéva mburuvicha guasu rehegua.</w:t>
      </w:r>
    </w:p>
    <w:p>
      <w:pPr>
        <w:pStyle w:val="ArticleBody"/>
        <w:jc w:val="left"/>
      </w:pPr>
      <w:r>
        <w:rPr>
          <w:rFonts w:ascii="Times New Roman" w:hAnsi="Times New Roman" w:eastAsia="Times New Roman" w:cs="Times New Roman"/>
        </w:rPr>
        <w:t>1844 guive 1863 peve ojehúva rembiasakuepe, Ezequiel yvyra mokõive oñembojoaju vaʼerã kuri. Iñembojoajúpe ojehechauka Tupãrã ha yvypóra rekotee joaju, ha upéva hína tembiapo oñembotývo cien cuarenta y cuatro mil. Áño 1844-pe mbohapyha ánhel og̃uahẽ ha oipeʼa jevy tesape ojoajúva pe santuario yvagapegua rehe, Tupã léi rehe, sábado rehe ha mbohapyha ánhel rehe. Áño 1849-pe Ñandejára omyasãi ijyva mokõiha jey ombyaty hag̃ua pe aty isarambíva, ohasa vaʼekue ñemosarambi pe tuicha ñembyasy rire. Áño 1850-pe haʼe oguereko Ipuévlope oñembosakoʼi hag̃ua Habacuc kuatiahaipyre mokõiha, ojehechauka hag̃uáicha taʼãngamýpe pe marandu Ipuévlo omoherakuã vaʼerã, haʼe ogueraha aja chupekuéra “omboja hag̃ua yvýre Jericó murálla”. Upe kuatiahaipyre oguereko avei “siete tiempos”, peteĩchaite “pe kuatiahaipyre yma guaréicha”.</w:t>
      </w:r>
    </w:p>
    <w:p>
      <w:pPr>
        <w:pStyle w:val="ArticleBody"/>
        <w:jc w:val="left"/>
      </w:pPr>
      <w:r>
        <w:rPr>
          <w:rFonts w:ascii="Times New Roman" w:hAnsi="Times New Roman" w:eastAsia="Times New Roman" w:cs="Times New Roman"/>
        </w:rPr>
        <w:t>Aryo 1856-pe, Haʼe oipeʼa jeýma pe tesape oĩva ombosegella hag̃ua Itavayguakuérape pe “Jericó Ñorairõ” mboyve. Upéva peteĩ jehepyme’ẽ pe tesape peteĩha rehegua, pe Alfa ha Omega oikuaaukavaʼekue William Miller-pe. Upéva pe “siete veces” rehegua tesape, ojehechaukáva heta jey pe yma guarã Jericó Ñorairõme. Pe tesape ombosegella vaʼerãva Itavayguakuérape, haʼe avei pe mensaje Laodiceagua omombáy vaʼerãva chupekuéra, ha ombohasa jey hag̃ua chupekuéra pe Filadelfia jeikove rehegua experiencia-pe. Upe tesape paha haʼe vaʼekue peteĩ jehepyme’ẽ pe tesape peteĩha rehegua, péro Itavayguakuéra omboyke pe tesape ha, ijeheguiete, oiporavo oguata hag̃ua Laodicea desiérto rupi. 1844, 1849, 1850, 1856 ha 1863 orrepresenta po techaukaha ojehechaukáva septiembre 11, 2001 rembiasakue guive pe pyaʼe oútava léi domingo peve.</w:t>
      </w:r>
    </w:p>
    <w:p>
      <w:pPr>
        <w:pStyle w:val="ArticleBody"/>
        <w:jc w:val="left"/>
      </w:pPr>
      <w:r>
        <w:rPr>
          <w:rFonts w:ascii="Times New Roman" w:hAnsi="Times New Roman" w:eastAsia="Times New Roman" w:cs="Times New Roman"/>
        </w:rPr>
        <w:t>Rojapóta ñamombyta ko ñehesa’ỹijo pe artíkulo oútavape.</w:t>
      </w:r>
    </w:p>
    <w:p>
      <w:pPr>
        <w:pStyle w:val="ArticleScripture"/>
        <w:jc w:val="left"/>
      </w:pPr>
      <w:r>
        <w:rPr>
          <w:rFonts w:ascii="Times New Roman" w:hAnsi="Times New Roman" w:eastAsia="Times New Roman" w:cs="Times New Roman"/>
        </w:rPr>
        <w:t>Ha Jericó oĩmbotymbypaitéma mbarete Israel ra’ykuéra rehehápe: avave nosẽi ha avave ndoikéi. Ha Ñandejára he’i Josuépe: Ehecha, amoĩ nde pópe Jericó, ha mburuvicha guasu ipypegua, ha kuimba’e py’aguasu mbarete. Ha peẽ pembojere va’erã táva, peẽ opavave kuimba’e ñorairõhára, ha peguata va’erã táva jerére peteĩ jey. Péicha rejapo va’erã seis ára. Ha siete pa’i ogueraha va’erã pe árka renondépe siete turu ovecha mácho ratĩgui; ha pe séptimo árape pembojere va’erã táva siete jey, ha umi pa’i opu’ãmbota va’erã umi turu reheve. Ha oikóta, oñembopu puku vove pe turu ovecha mácho ratĩgua, ha pehendu vove pe turu pu, opa tavayguakuéra osapukái va’erã sapukái guasu reheve; ha táva murálla ho’áta yvýpe peteĩchaite, ha tavayguakuéra ojupi va’erã, peteĩteĩ oikeha gotyoite henondépe. Upérõ Josué, Nun ra’y, ohenói umi pa’ípe ha he’i chupekuéra: Pegueraha pe árka pe ñe’ẽme’ẽgua, ha siete pa’i togueraha siete turu ovecha mácho ratĩgui Ñandejára árka renondépe. Ha he’i tavayguakuérape: Pehasa tenonde, ha pembojere pe táva, ha pe kuimba’e armado tohasa tenonde Ñandejára árka renondépe. Ha ojehu, Josué oñe’ẽ rire tavayguakuérape, umi siete pa’i ogueraháva siete turu ovecha mácho ratĩgui ohasa tenonde Ñandejára renondépe ha ombopu umi turu; ha Ñandejára ñe’ẽme’ẽ árka oho hapykuéri. Ha umi kuimba’e armado oho tenonde umi pa’i ombopúva umi turu renondépe, ha umi oúva hapykuéguio oho pe árka rapykuéri, umi pa’i oho aja ha ombopu aja umi turu. Ha Josué omanda va’ekue tavayguakuérape, he’ívo: Ani pesapukái, ani pembopu pende ñe’ẽ, ha ani peteĩ ñe’ẽ jepe osẽ pende jurúgui, pe ára ha’e peve ha’éta peẽme: “Pesapukái”; upérõ pesapukáita.</w:t>
      </w:r>
    </w:p>
    <w:p>
      <w:pPr>
        <w:pStyle w:val="ArticleScripture"/>
        <w:jc w:val="left"/>
      </w:pPr>
      <w:r>
        <w:rPr>
          <w:rFonts w:ascii="Times New Roman" w:hAnsi="Times New Roman" w:eastAsia="Times New Roman" w:cs="Times New Roman"/>
        </w:rPr>
        <w:t>Upéicha pe arca Ñandejára rehegua ojere pe táva jerére, peteĩ jey año; ha upéi oike hikuái pe ñehápe, ha opyta pe ñehápe. Ha Josué opu'ã ko'ẽmbotávo pyhareve, ha pa'i kuéra ogueraha pe arca Ñandejára rehegua. Ha siete pa'i, ogueraháva siete mbaraka mymba ra'anga ratĩgui ojejapóva, pe arca Ñandejára rehegua renondépe, oho meme hikuái, ha opu mbarete umi mbaraka rehe; ha umi kuimba'e armado oho henondépekuéra; ha pe aty paha oho pe arca Ñandejára rehegua rapykuéri, umi pa'i ohóvo ha opu mbarete umi mbaraka rehe. Ha mokõiha ára ojere hikuái pe táva jerére peteĩ jey, ha ojevy pe ñehápe: upéicha ojapo hikuái seis ára pukukue. Ha ojehu sieteha árape, opu'ã hikuái ko'ẽ sãmbýpe ára hesakãmbotaha jave, ha ojere pe táva jerére peichaite avei siete jey; upe árape añoite ojere hikuái pe táva jerére siete jey. Ha ojehu sieteha jeyhápe, umi pa'i opu mbarete ramo umi mbaraka rehe, Josué he'i pe tetãygua kuérape: Pesapukái; Ñandejára niko ome'ẽma peẽme pe táva.</w:t>
      </w:r>
    </w:p>
    <w:p>
      <w:pPr>
        <w:pStyle w:val="ArticleScripture"/>
        <w:jc w:val="left"/>
      </w:pPr>
      <w:r>
        <w:rPr>
          <w:rFonts w:ascii="Times New Roman" w:hAnsi="Times New Roman" w:eastAsia="Times New Roman" w:cs="Times New Roman"/>
        </w:rPr>
        <w:t>Ha táva tañemboyke hag̃ua, ha opa mbaʼe ipype oĩva avei, Ñandejárape guarã; Rahab, kuña rekovai añónte oikovéta, ha haʼe ha opa umi hendive oĩva hógape, omokañy rupi umi marandu rerahaha ñande ñamondovaʼekue. Ha peẽ katu, peñangareko porãke pejehegui ani hag̃ua pejapyhy mbaʼe tañemboykévagui, ani hag̃ua peẽ voi peñemboyke, pejapyhýramo mbaʼe tañemboykéva, ha pehupity ramo Israel táva aty ári ñemboyke, ha pemoñepyʼapy ramo chupe. Ha opa pe pláta, óro, ha tembiporu kuarepoti ha fierrogua oñemomarangatu Ñandejárape; oike vaʼerã hikuái Ñandejára viru renda guasúpe. Upémarõ tavaygua osapukái, paʼikuéra ombopu jave umi trompéta; ha ojehu, tavaygua ohendu rire pe trompéta pu, ha tavaygua osapukái rire sapukái hatã guasúpe, pe murálla hoʼaite yvýpe, upéicha tavaygua ojupi pe távape, káda peteĩ tenonde gotyoite henondépe, ha ojagarra hikuái pe táva.</w:t>
      </w:r>
    </w:p>
    <w:p>
      <w:pPr>
        <w:pStyle w:val="ArticleScripture"/>
        <w:jc w:val="left"/>
      </w:pPr>
      <w:r>
        <w:rPr>
          <w:rFonts w:ascii="Times New Roman" w:hAnsi="Times New Roman" w:eastAsia="Times New Roman" w:cs="Times New Roman"/>
        </w:rPr>
        <w:t>Ha opavave ohundipaite opa mbaʼe oĩva táva ryepýpe, kuimbaʼe ha kuña, mitãrusu ha tuja, tóro, ovecha ha vúrro, kyse puku reheve. Josué katu heʼi vaʼekue mokõi kuimbaʼépe, umi omañávaʼekue pe tetã, peho kuña rekovai rógape, ha peguenohẽ upégui pe kuña, ha opa mbaʼe oguerekóva, pejura haguéicha chupe. Upérõ umi mitãkuimbaʼe, umi espía, oike ha oguenohẽ Rahab, túva, sy, ijoykeʼykuéra, ha opa mbaʼe oguerekóva; ha oguenohẽ hikuái opa hogayguakuérape, ha oheja chupekuéra Israel táva ñembyaty okápe. Ha ohapy táva tata reheve, ha opa mbaʼe ipype oĩva; pláta, óro, ha mbaʼyru kuarepotiju ha hierro guigua añónte omoĩ hikuái Ñandejára róga virurenda ryepýpe. Josué katu oheja Rahab, pe kuña rekovai, oikove, ha itúva róga pegua, ha opa mbaʼe oguerekóva; ha haʼe oiko Israel apytépe ko ára peve, omokañy rupi umi mensahéro Josué omondovaʼekue ohecha hag̃ua Jericó. Ha Josué ombojuruka chupekuéra upe jave, heʼívo: Toñemaldesi Ñandejára renondépe pe kuimbaʼe opuʼãva ha omopuʼã jeyva ko táva Jericó; itaʼýra ypykuépe omoĩta huguapy, ha itaʼýra pahaguépe omopuʼãta hokẽnguéra. Upéicha Ñandejára oĩ Josué ndive; ha herakuã oñemyasãi opaite tetãme. Josué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 Daniel rehegua - Papapy peteĩ sa poapyha’ẽndy poapy hag̃ua’ẽndy poapy peteĩ hag̃ua"}</dc:title>
  <dc:subject>Ojehechaukávo pe Añetegua Marandu Profétika: Mokõiha Ñorairõ proxy wars rehegua ha pe 144,000 Ñembotysýi hag̃ua hag̃ua hag̃ua hag̃ua hag̃uáicha</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