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Peteĩ Sa Syry Mokõipa Poteĩ Su Teĩ Mbohapy-Pa’ẽ Six</w:t>
      </w:r>
    </w:p>
    <w:p>
      <w:pPr>
        <w:pStyle w:val="ArticleSubtitle"/>
        <w:jc w:val="left"/>
      </w:pPr>
      <w:r>
        <w:rPr>
          <w:rFonts w:ascii="Arial" w:hAnsi="Arial" w:eastAsia="Arial" w:cs="Arial"/>
        </w:rPr>
        <w:t>Pe Ñemombe’u Tupãgui ha Pe Pahápe Oñemombáy: Arandu Daniel Ñe’ẽasa guive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2024-04-06</w:t>
      </w:r>
    </w:p>
    <w:p>
      <w:pPr>
        <w:pStyle w:val="ArticleBody"/>
        <w:jc w:val="left"/>
      </w:pPr>
      <w:r>
        <w:rPr>
          <w:rFonts w:ascii="Times New Roman" w:hAnsi="Times New Roman" w:eastAsia="Times New Roman" w:cs="Times New Roman"/>
        </w:rPr>
        <w:t>Daniel kapítulo diez-pe, Gabriel omohu'ã hína tembiapo ome'ẽ hag̃ua Daniel kuatiañe'ẽ ryru rembikuaa kompletoite Tupã ára pahapegua tavayguakuérape. Daniel ohechauka Tupã ára pahapegua tavayguakuérape, ha umíva, Apocalipsis-pe, hína cien cuarenta y cuatro mil. Upévare, cien cuarenta y cuatro mil opáy ohechakuaa hag̃ua oñemosarambi hague, Daniel ohechaukaháicha kapítulo nueve-pe. Ha'e kuéra avei opáy oikuaa hag̃ua pe prueba tuichavéva rupive oñedecidíva hína iñemoĩrã opa'ỹva hagueha pe mymba ra'anga prueba, oikóva ojesella mboyve, ha gracia ára ñemboty mboyve léi domingo guýpe Estados Unidos-pe. Ha'e kuéra oñembyasy pe ñembotavy'ỹ rehe ombohovái va'ekue chupekuéra 18 de julio de 2020-pe, ha upe estado-pe oñeme'ẽ chupekuéra peteĩ jehecha Cristo rehe pe Santísimo-pe, Isaías ohechaukaháicha kapítulo seis-pe.</w:t>
      </w:r>
    </w:p>
    <w:p>
      <w:pPr>
        <w:pStyle w:val="ArticleBody"/>
        <w:jc w:val="left"/>
      </w:pPr>
      <w:r>
        <w:rPr>
          <w:rFonts w:ascii="Times New Roman" w:hAnsi="Times New Roman" w:eastAsia="Times New Roman" w:cs="Times New Roman"/>
        </w:rPr>
        <w:t>Pe visión, oñemombe’uháicha mokõivéva Daniel ha Isaías rupi, oheja chupekuéra ohecha hag̃ua heko vai oñembyaíva Ñandejára glória renondépe, ha mokõivéva oñemomirĩ yvýpe peve. Upéi Isaías ohendu pe porandu ojeruréva mávapa Tupã omondóta Ita’yguakuérape, ha Isaías oikuave’ẽ ijehegui; upéicharõ jepe, raẽete oñemopotĩ.</w:t>
      </w:r>
    </w:p>
    <w:p>
      <w:pPr>
        <w:pStyle w:val="ArticleScripture"/>
        <w:jc w:val="left"/>
      </w:pPr>
      <w:r>
        <w:rPr>
          <w:rFonts w:ascii="Times New Roman" w:hAnsi="Times New Roman" w:eastAsia="Times New Roman" w:cs="Times New Roman"/>
        </w:rPr>
        <w:t>Upéi ha’e che, ¡Aichejáranga! añehundi; che niko peteĩ kuimba’e juru ky’águi, ha aikove peteĩ tetãygua juru ky’ápa apytépe; che resa niko ohecha mburuvicha guasupe, Ñandejára ipu’akapáva opa hese. Upérõ peteĩva umi serafín apytegui oveve che gotyo, ipópe ogueru peteĩ tatapỹi hendyva, ojagarrava’ekue tenásape pe altárgui. Ha omoĩ che jurúre, ha he’i: Kóva ningo opoko nde jurúre; ha nde rembiapo vai oñemboi, ha nde angaipa oñemopotĩ. Upéi avei ahendu Ñandejára ñe’ẽ he’íva: Mávapa amondo va’erã, ha mávapa oho va’erã oréve g̃uarã? Upérõ che ha’e: Ko’ápe aime; chemondo. Isaías 6:5–8.</w:t>
      </w:r>
    </w:p>
    <w:p>
      <w:pPr>
        <w:pStyle w:val="ArticleBody"/>
        <w:jc w:val="left"/>
      </w:pPr>
      <w:r>
        <w:rPr>
          <w:rFonts w:ascii="Times New Roman" w:hAnsi="Times New Roman" w:eastAsia="Times New Roman" w:cs="Times New Roman"/>
        </w:rPr>
        <w:t>Isaías oñemopotĩ peteĩ tatárapu reheve pe altar ári guive, ha Daniel oñemopotĩ ohechávo pe jehechaukaha visión causativa, omoambuéva pe omañávape ta’angápe ohecháva. Isaíaspe oñeñandu hag̃ua ogueraha hag̃ua pe marandu peteĩ tetãme, ohendúramo jepe ndohendúi, ha ohecháramo jepe ndohechái.</w:t>
      </w:r>
    </w:p>
    <w:p>
      <w:pPr>
        <w:pStyle w:val="ArticleScripture"/>
        <w:jc w:val="left"/>
      </w:pPr>
      <w:r>
        <w:rPr>
          <w:rFonts w:ascii="Times New Roman" w:hAnsi="Times New Roman" w:eastAsia="Times New Roman" w:cs="Times New Roman"/>
        </w:rPr>
        <w:t>Ha’e he’i: Tereho, ha ere ko tavayguápe: Pehendu añete, ha ani peikũmby; ha pehecha añete, ha ani pehechakuaa. Embopyrũ pe tavayguakuéra korasõ ikyrỹi hag̃ua, embotyryrýke ijapysa, ha emboty hesakuéra; ani hag̃ua ohecha hesa rupive, ha ohendu ijapysa rupive, ha oikũmby ikorasõme, ha ojevy, ha oñemonguera. Isaías 6:9, 10.</w:t>
      </w:r>
    </w:p>
    <w:p>
      <w:pPr>
        <w:pStyle w:val="ArticleBody"/>
        <w:jc w:val="left"/>
      </w:pPr>
      <w:r>
        <w:rPr>
          <w:rFonts w:ascii="Times New Roman" w:hAnsi="Times New Roman" w:eastAsia="Times New Roman" w:cs="Times New Roman"/>
        </w:rPr>
        <w:t>Isaías oikuaase araka’e pevepa oñomongetava’erã umi tetãygua ndive, oikuaáva ha noikũmbyrýiva; upévare oporandu: “araka’e peve?”</w:t>
      </w:r>
    </w:p>
    <w:p>
      <w:pPr>
        <w:pStyle w:val="ArticleScripture"/>
        <w:jc w:val="left"/>
      </w:pPr>
      <w:r>
        <w:rPr>
          <w:rFonts w:ascii="Times New Roman" w:hAnsi="Times New Roman" w:eastAsia="Times New Roman" w:cs="Times New Roman"/>
        </w:rPr>
        <w:t>Upémarõ ha’e che: Ñandejára, araka’e peve? Ha ha’e he’i: Táva kuéra oñehundi hag̃ua avave oiko’ỹre ipypekuéra, ha óga kuéra avave’ỹre, ha yvy opyta hag̃ua oñemondopaite pyréicha, ha Ñandejára omomombyry hag̃ua tapichakuérape, ha oĩ hag̃ua peteĩ ñemboyke guasu pe yvýpe. Isaías 6:11, 12.</w:t>
      </w:r>
    </w:p>
    <w:p>
      <w:pPr>
        <w:pStyle w:val="ArticleBody"/>
        <w:jc w:val="left"/>
      </w:pPr>
      <w:r>
        <w:rPr>
          <w:rFonts w:ascii="Times New Roman" w:hAnsi="Times New Roman" w:eastAsia="Times New Roman" w:cs="Times New Roman"/>
        </w:rPr>
        <w:t>Yvy oĩva Biblia maranduhápe ára pahápe ha’éva Estados Unidos, pe oĩva “mba’éichaitépa oñehundi hag̃uaite”, tetãygua ñehundi oguahẽ vove pe apostasía nacional rupive, pe léi domingo rehegua. Daniel capítulo once, versículo cuarenta y uno, oñembojeguakuri pe versículo dieciséis rupive upe capítulo-pe voi. Versículo cuarenta y uno-pe pe “jeheja guasu yvy mbytépe” oñemombe’u “heta” oñemomorãvo. Isaías marandu, Jesús ojehechakuaáva hague ipuru jave oñe’ẽvo umi judío iñe’ẽreikáre ijistória aja yvypóra apytépe, ohechauka peteĩ tavaygua yma guarã pe ñemoñe’ẽme’ẽ rehegua ojehasávo, upérõ oguereko apysa ha tesa ndoikuaáiva ni nohechakuaáiva. Isaías marandu ohechauka pe ñehenói paha Adventismo Laodiceagua-pe g̃uarã, pe opa hag̃uápe pe léi domingo-pe, upépe Adventismo Laodiceagua oñenupãva Ñandejára jurúgui.</w:t>
      </w:r>
    </w:p>
    <w:p>
      <w:pPr>
        <w:pStyle w:val="ArticleScripture"/>
        <w:jc w:val="left"/>
      </w:pPr>
      <w:r>
        <w:rPr>
          <w:rFonts w:ascii="Times New Roman" w:hAnsi="Times New Roman" w:eastAsia="Times New Roman" w:cs="Times New Roman"/>
        </w:rPr>
        <w:t>Haʼe oike avei pe yvy porãitepe, ha heta tetã oñehundíta; péro koʼãva ojesalváta ipógui: Edom, Moab ha umi tenondegua Amón raʼykuéra apytégua. Daniel 11:41.</w:t>
      </w:r>
    </w:p>
    <w:p>
      <w:pPr>
        <w:pStyle w:val="ArticleBody"/>
        <w:jc w:val="left"/>
      </w:pPr>
      <w:r>
        <w:rPr>
          <w:rFonts w:ascii="Times New Roman" w:hAnsi="Times New Roman" w:eastAsia="Times New Roman" w:cs="Times New Roman"/>
        </w:rPr>
        <w:t>Isaías ha Daniel oñeme’ẽ tembiaporã omosarambi hag̃ua pe ñehenói pahaitéva Laodiceápe, ha Daniel ñepoko mbohapývape, kapítulo diezpe, oñemombarete upe tembiaporãrã.</w:t>
      </w:r>
    </w:p>
    <w:p>
      <w:pPr>
        <w:pStyle w:val="ArticleScripture"/>
        <w:jc w:val="left"/>
      </w:pPr>
      <w:r>
        <w:rPr>
          <w:rFonts w:ascii="Times New Roman" w:hAnsi="Times New Roman" w:eastAsia="Times New Roman" w:cs="Times New Roman"/>
        </w:rPr>
        <w:t>Upéi ou jevy peteĩ orekóva yvypóra joguaha ou ha chepoko, ha chemombarete, ha he’i: Nde kuimba’e ojehayhuetereíva, ani rekyhyje; py’aguapy toĩ nderehe; embarete, héẽ, embarete. Ha oñe’ẽ rire chendive, chemombarete, ha ha’e: Toñe’ẽ che ruvicha; nde niko chemombarete. Daniel 10:18, 19.</w:t>
      </w:r>
    </w:p>
    <w:p>
      <w:pPr>
        <w:pStyle w:val="ArticleBody"/>
        <w:jc w:val="left"/>
      </w:pPr>
      <w:r>
        <w:rPr>
          <w:rFonts w:ascii="Times New Roman" w:hAnsi="Times New Roman" w:eastAsia="Times New Roman" w:cs="Times New Roman"/>
        </w:rPr>
        <w:t>Daniel oñemombarete ome’ẽ hag̃ua pe marandu oikũmby vaʼekue Miguel oguejy hag̃ua kapítulo diez-pe. Isaías oñemomarandu vaʼekue tekotevẽtaha ome’ẽ pe marandu pe léi dominikál peve. Pe léi dominikálpe oñemopyendáta peteĩ remanénte.</w:t>
      </w:r>
    </w:p>
    <w:p>
      <w:pPr>
        <w:pStyle w:val="ArticleScripture"/>
        <w:jc w:val="left"/>
      </w:pPr>
      <w:r>
        <w:rPr>
          <w:rFonts w:ascii="Times New Roman" w:hAnsi="Times New Roman" w:eastAsia="Times New Roman" w:cs="Times New Roman"/>
        </w:rPr>
        <w:t>Upéi che ha’e: Ñandejára, araka’e peve? Ha ha’e ombohovái: Peve tavaguasu kuéra ojeheja rei hag̃ua avave oikóva’ỹre, ha umi óga avave’ỹre, ha pe yvy oñembyai hag̃uaite tesa reraha hag̃uáicha; ha Ñandejára omomombyryta yvypórape, ha tuicha hag̃ua pe jeheja rei pe yvýpe mbyte. Ha upéicharõ jepe, ipype opytáta peteĩ pa, ha upéva jevyta, ha oñehundíta: peteĩ yvyra teil ha peteĩ robleicha, umi rogue ho’áramo jepe, hi’ánga opyta ipypekuéra; upéicha avei pe ñemoñare marangatu ha’éta hi’ánga. Isaías 6:11–13.</w:t>
      </w:r>
    </w:p>
    <w:p>
      <w:pPr>
        <w:pStyle w:val="ArticleBody"/>
        <w:jc w:val="left"/>
      </w:pPr>
      <w:r>
        <w:rPr>
          <w:rFonts w:ascii="Times New Roman" w:hAnsi="Times New Roman" w:eastAsia="Times New Roman" w:cs="Times New Roman"/>
        </w:rPr>
        <w:t>Oĩta vove “jeheja tuichaite pe yvy mbytépe” (pe léi domingo jave), ojekuaaukáta peteĩ “pa”, ha upéva “mba’e rekove” ha’e “ñemoñare marangatu”. Pe ñe’ẽ hebreo rapo oñembohasáva “pa” ramo, ha’e “diezmo”. Ñandejára oguerekóta peteĩ “diezmo” “ojevy va’ekue”, pe léi domingo jave.</w:t>
      </w:r>
    </w:p>
    <w:p>
      <w:pPr>
        <w:pStyle w:val="ArticleScripture"/>
        <w:jc w:val="left"/>
      </w:pPr>
      <w:r>
        <w:rPr>
          <w:rFonts w:ascii="Times New Roman" w:hAnsi="Times New Roman" w:eastAsia="Times New Roman" w:cs="Times New Roman"/>
        </w:rPr>
        <w:t>Ha opaite décima yvy rehegua, taha’e yvy ra’ỹi térã yvyramáta’a, Ñandejára mba’e hína: ha’e imarangatu Ñandejárape guarã. Ha peteĩ kuimba’e oipota ramo ojogua jey hag̃ua mba’eve ifamiliarãgui décimava, omoĩva’erã hi’ári peteĩ popegua peteĩha. Ha mymba aty décima rehegua, taha’e vaka aty térã ovecha aty, opa mba’e ohasáva yvyra guýpe, décimava imarangatuva’erã Ñandejárape guarã. Levítico 27:30–32.</w:t>
      </w:r>
    </w:p>
    <w:p>
      <w:pPr>
        <w:pStyle w:val="ArticleBody"/>
        <w:jc w:val="left"/>
      </w:pPr>
      <w:r>
        <w:rPr>
          <w:rFonts w:ascii="Times New Roman" w:hAnsi="Times New Roman" w:eastAsia="Times New Roman" w:cs="Times New Roman"/>
        </w:rPr>
        <w:t>Pe “diezmo” “ojevy jeýva” imarangatu Ñandejárape g̃uarã, ha ha’e hína Ñandejára rembiapo pehẽngue.</w:t>
      </w:r>
    </w:p>
    <w:p>
      <w:pPr>
        <w:pStyle w:val="ArticleScripture"/>
        <w:jc w:val="left"/>
      </w:pPr>
      <w:r>
        <w:rPr>
          <w:rFonts w:ascii="Times New Roman" w:hAnsi="Times New Roman" w:eastAsia="Times New Roman" w:cs="Times New Roman"/>
        </w:rPr>
        <w:t>Ñandejára rembiporavo ha’e ipuévlo; Jacob ha’e pe toguejepyso ome’ẽva iñerencia. Deuteronomio 32:9.</w:t>
      </w:r>
    </w:p>
    <w:p>
      <w:pPr>
        <w:pStyle w:val="ArticleBody"/>
        <w:jc w:val="left"/>
      </w:pPr>
      <w:r>
        <w:rPr>
          <w:rFonts w:ascii="Times New Roman" w:hAnsi="Times New Roman" w:eastAsia="Times New Roman" w:cs="Times New Roman"/>
        </w:rPr>
        <w:t>Umi oujevýva’ekue pe léi domingo mboyve, ha’e umi ojehechaukáva Jeremías rehe, umi ohasa va’ekue pe ñembotavy peteĩha, ha umévape Ñandejára opromete va’ekue, ojevýramo hikuái, ha’eta hag̃ua hikuái Ñandejára juru térã Iñe’ẽmombyrãha.</w:t>
      </w:r>
    </w:p>
    <w:p>
      <w:pPr>
        <w:pStyle w:val="ArticleScripture"/>
        <w:jc w:val="left"/>
      </w:pPr>
      <w:r>
        <w:rPr>
          <w:rFonts w:ascii="Times New Roman" w:hAnsi="Times New Roman" w:eastAsia="Times New Roman" w:cs="Times New Roman"/>
        </w:rPr>
        <w:t>Nde ñeʼẽ ojuhu hag̃uáicha, ha che aikaru hese kuéra; ha ne ñeʼẽ oiko chéve che pyʼa vyʼa ha tory hag̃ua; che niko añehenói nderéra rupi, Ñandejára Tupã ipuʼakapáva. Ndaikéi umi oñembohoryvakuéra atyhápe, ni avyʼái hendivekuéra; aguapy cheaño nde po hag̃ua rupi, nde niko chemyenyhẽ pochy reheve. Mbaʼére piko che mbaʼasy opaʼỹre, ha che jekutu ndikatúiva okuera, ndohejái hag̃ua ojekuera? Nde piko reikóta chéve peteĩ japu hag̃uáicha, ha y hag̃ua opave hag̃uáicha? Upévare péicha heʼi Ñandejára: Nde rejevy ramo, che rombojevýta jey, ha reñemboʼýta che renondépe; ha nde renohẽ ramo pe hepyetéva pe ivaívagui, nde reikóta che juru ramo. Tojevy hikuái nendive, ani hag̃ua nde rejevy hag̃ua hendápe kuéra. Ha che romoingéta ko tetãyguakuérape peteĩ murálla kóvre guigua mbarete hag̃uáicha; ha haʼekuéra oñorairõta nendive, péro ndaikatumoʼãi ipuʼaka nderehe; che niko aime nendive rosalva ha roipeʼa hag̃uára, heʼi Ñandejára. Ha che roipeʼáta umi iñañáva póguigui, ha chereskatáta umi pohýiva póguigui. Jeremías 15:16–21.</w:t>
      </w:r>
    </w:p>
    <w:p>
      <w:pPr>
        <w:pStyle w:val="ArticleBody"/>
        <w:jc w:val="left"/>
      </w:pPr>
      <w:r>
        <w:rPr>
          <w:rFonts w:ascii="Times New Roman" w:hAnsi="Times New Roman" w:eastAsia="Times New Roman" w:cs="Times New Roman"/>
        </w:rPr>
        <w:t>Pe hembýva térã pe décimo ova jeyva Isaías testimóniope oñeme’ẽ vaʼekue hag̃ua ojeʼu, oñemeʼẽgui chupekuéra Ñandejára marandu, ha Iñeʼẽ vaʼerãkuri ojeʼu. Haʼekuéra niko umi oikótava Ñandejára juru ramo, ha upéicha rupi ombohasáta Ñandejára Ñeʼẽ vaʼerã ojeʼu umi ohekáva salvación rehe. Jeremías ndoguapýi “pukuhára aty” apytépe, Daniel reheguáicha avei, ohechávo pe visión pe “pukuhára aty” okañy. Jeremías oimoʼãkuri Ñandejára ijapuha chupe, Ñandejára po oheja rupi pe ñembotavy peteĩha 19 jasyrundy 1844-pe historia Millerita-pe, ha 18 jasypokõi 2020-pe ára pahápe. Pe ñeʼẽmeʼẽ Jeremías-pe g̃uarã haʼe vaʼekue, “ova jey” ramo, ha Isaías jehaípe, pe “décimo” “ova jey.”</w:t>
      </w:r>
    </w:p>
    <w:p>
      <w:pPr>
        <w:pStyle w:val="ArticleBody"/>
        <w:jc w:val="left"/>
      </w:pPr>
      <w:r>
        <w:rPr>
          <w:rFonts w:ascii="Times New Roman" w:hAnsi="Times New Roman" w:eastAsia="Times New Roman" w:cs="Times New Roman"/>
        </w:rPr>
        <w:t>Jeremías “ojevy” ramo, ha’e oike Isaías “décima” ryepýpe, upéva imarangatu, ha ha’e Ñandejára pehẽngue, umi ryepýpe oĩva i“sustancia”. Pe ñe’ẽ hebreo “sustancia” he’ise peteĩ yta’ẽ, ha ojejapo hag̃ua peteĩ “yta’ẽ”-ramo, upéva hína pe promésa oñeme’ẽva Filadelfia guápekuéra.</w:t>
      </w:r>
    </w:p>
    <w:p>
      <w:pPr>
        <w:pStyle w:val="ArticleScripture"/>
        <w:jc w:val="left"/>
      </w:pPr>
      <w:r>
        <w:rPr>
          <w:rFonts w:ascii="Times New Roman" w:hAnsi="Times New Roman" w:eastAsia="Times New Roman" w:cs="Times New Roman"/>
        </w:rPr>
        <w:t>Pe vencévape ajapóta che Rúva tupãópe peteĩ itãguasu ramo, ha ndoikovéima osẽ hag̃ua upégui; ha aháita hese che Rúva réra, ha che Rúva táva réra, upéva hína Jerusalén pyahu, oguejýva yvágagui che Rúvagui; ha aháita hese che réra pyahu. Pe oguerekóva apysa, tohendu pe Espíritu he’íva umi iglésiakuérape. Apocalipsis 3:12, 13.</w:t>
      </w:r>
    </w:p>
    <w:p>
      <w:pPr>
        <w:pStyle w:val="ArticleBody"/>
        <w:jc w:val="left"/>
      </w:pPr>
      <w:r>
        <w:rPr>
          <w:rFonts w:ascii="Times New Roman" w:hAnsi="Times New Roman" w:eastAsia="Times New Roman" w:cs="Times New Roman"/>
        </w:rPr>
        <w:t>Pe “columna”, he’iséva i “sustancia”, ohechauka ñembojoaju Divinidad ha yvypóra rekove rehegua, Cristo niko pe “columna” ogueropu’akáva pe témplo.</w:t>
      </w:r>
    </w:p>
    <w:p>
      <w:pPr>
        <w:pStyle w:val="ArticleScripture"/>
        <w:jc w:val="left"/>
      </w:pPr>
      <w:r>
        <w:rPr>
          <w:rFonts w:ascii="Times New Roman" w:hAnsi="Times New Roman" w:eastAsia="Times New Roman" w:cs="Times New Roman"/>
        </w:rPr>
        <w:t>“Che aime jave che py’a kangýpe aime peteĩ kerayvoty oheja che apytu’ũre peteĩ impresión pypuku. Ahecha hag̃ua, che kerápe, peteĩ témplo, ha heta tapicha oñembyaty ha oñani oho hag̃ua upépe. Umi oikéva ha oñemo’ãva upe témplope añoite ojesalváta ára oñembotývo. Opavave opytáva okápe oñehundíta opa ára g̃uarã. Umi aty guasu okapegua, oiko hag̃uáicha hikuái ijeheguiete, opuka vai ha oñembohory umi oikevakuére témplope, ha he’i chupekuéra ko tembiaporã jejoko rehegua ha’eha peteĩ ñembotavy arandu, ha añetehápe ndaiporiha mba’eveichagua peligro ojehekýiva’erã. Oĩ jepe ojapyhy va’ekue peteĩteĩme ani hag̃ua pya’e oike umi murálla ryepýpe.”</w:t>
      </w:r>
    </w:p>
    <w:p>
      <w:pPr>
        <w:pStyle w:val="ArticleScripture"/>
        <w:jc w:val="left"/>
      </w:pPr>
      <w:r>
        <w:rPr>
          <w:rFonts w:ascii="Times New Roman" w:hAnsi="Times New Roman" w:eastAsia="Times New Roman" w:cs="Times New Roman"/>
        </w:rPr>
        <w:t>“Ajepuka hag̃ua che ñembohory, ahechakuaa iporãvetaha aha’ãrõ pe aty guasu oñemosarambi peve, térã ikatu hag̃uáicha aike ha’e kuéra ndohechái hag̃uáicha. Hákatu, sa’ive rangue, hetave ohóvo hikuái; ha akyhyjégui ndaag̃uahẽmo’ãi hag̃uáicha itiempope, pya’e asẽ che rógagui ha añembotyryry pe aty rupi. Che py’atarovápe ag̃uahẽ hag̃ua pe témplope, nañangarekói ni ndachepy’apýi pe tetãgua aty che jerére. Aikévo pe ógape, ahecha pe témplo tuichaitéva oĩha oñemopyendáva peteĩ yvyra guasu eterei rehe, ha upévare oñeñapytĩva’ekue peteĩ ovecha ra’y oñembyaipaite ha huguy osyryva hese. Ore roĩva upépe roikuaa hag̃uáicha vaicha ko ovecha ra’y oñembyai ha oñekutu hague ore rehehápe. Opa umi oikeva’ekue pe témplope tekotevẽ va’erã ohasa henondépe ha omombe’u ipekadokuéra.”</w:t>
      </w:r>
    </w:p>
    <w:p>
      <w:pPr>
        <w:pStyle w:val="ArticleScripture"/>
        <w:jc w:val="left"/>
      </w:pPr>
      <w:r>
        <w:rPr>
          <w:rFonts w:ascii="Times New Roman" w:hAnsi="Times New Roman" w:eastAsia="Times New Roman" w:cs="Times New Roman"/>
        </w:rPr>
        <w:t>“Pe ovecha mboyve oĩkuri tenda yvate, ha ipype oguapy peteĩ aty ojehecháva hory etereiha. Yvága resape ha’ete omimbiha hova kuéra ári, ha omomba’eguasu Tupãme ha opurahéi vy’apópe aguyje purahéi kuéra, ha’etéva umi ánhel kuéra purahéi. Ko’ãva hína umi ou va’ekue pe ovecha rendápe tenonderãite, omombe’úva’ekue hembiapo vaikue, oguerohory hag̃ua jejopy’ỹ, ha ko’ág̃a oha’arõ horyetépe peteĩ mba’e vy’aha guasu oikótava.”</w:t>
      </w:r>
    </w:p>
    <w:p>
      <w:pPr>
        <w:pStyle w:val="ArticleScripture"/>
        <w:jc w:val="left"/>
      </w:pPr>
      <w:r>
        <w:rPr>
          <w:rFonts w:ascii="Times New Roman" w:hAnsi="Times New Roman" w:eastAsia="Times New Roman" w:cs="Times New Roman"/>
        </w:rPr>
        <w:t>“Jepe oike rire voi aikéma pe óga ryepýpe, akyhyje eterei vaʼekue, ha añandu tĩndy chejahoʼíva, ajeroviaʼỹ hag̃uáicha chejehe ha ajekytĩ vaʼerãha koʼã tapicha renondépe. Upéicharamo jepe, ku peteĩ mbarete chemomýi hag̃uáicha tenonderã gotyo, ha mbeguekatúpe ahasa hína pe yta guasu ykére ikatu hag̃uáicha ambohovái pe ovecha raʼy, upérõ osuna peteĩ turu, pe tupão oryrýi, sapukái puʼaka rehegua osẽ umi marangatúgui oñembyaty vaʼekuéva apytégui, peteĩ tesape ñemondýiha omyesakã pe óga, ha upe rire opa mbaʼe opyta pytũmbýpe eterei. Umi tapicha vyʼapavẽ opavave okañy vaʼekue pe tesape ndive, ha che añónte apyta pyhare pyʼaguapyʼỹ kangyhápe ha kyhyje hag̃ua hag̃uápe. Apuʼãvo, chepyʼarasy eterei, ha ndaikatúi hag̃uáicha voi arovia che jupe akéguinte hague. Chehegui ojechauka chéve che fin oĩma hag̃uáicha oñemoĩmbyre, ha Ñandejára Espíritu ohejaha chehegui, arakaʼeve hag̃ua ndoujeyvéi.” Testimonies, volúmen 1, 27.</w:t>
      </w:r>
    </w:p>
    <w:p>
      <w:pPr>
        <w:pStyle w:val="ArticleBody"/>
        <w:jc w:val="left"/>
      </w:pPr>
      <w:r>
        <w:rPr>
          <w:rFonts w:ascii="Times New Roman" w:hAnsi="Times New Roman" w:eastAsia="Times New Roman" w:cs="Times New Roman"/>
        </w:rPr>
        <w:t>Pe “sustancia”, upéva oĩva pe décimo ombojevývape, ha’e pe “pilar” ogueropu’akáva pe témplo. Daniel ohecha pe visión causativa pe Cordero rehegua, oñemoĩ hague pe pilar ári, ha pe Cordero ha’eva’ekue pe “pilar”. Daniel ohechárõ guare upe visión tuichaitéva, oñemoambue pe pilar ra’angápe, ha Isaías pe décimo, upéicha avei, oguereko ipypekuéra pe “sustancia” (pe pilar), ha upe sustancia oje’u va’erã opavave umi oike hag̃uáicha pe témplope rehe. Umi oikeva pe témplope, ha ho’úva pe sustancia, ha’e Tupã ambue ovecha aty ombohováiva pe mensaje pe estandarte oñemopu’ãvape pe ley dominical jave, oiko jave peteĩ jejapo’ỹ guasu pe yvýpe. Pe “ñemoñare marangatu”, ha’éva Isaías pe sustancia, ha’e pe Cordero ojejukáva’ekue yvóra ñepyrũmby guive.</w:t>
      </w:r>
    </w:p>
    <w:p>
      <w:pPr>
        <w:pStyle w:val="ArticleBody"/>
        <w:jc w:val="left"/>
      </w:pPr>
      <w:r>
        <w:rPr>
          <w:rFonts w:ascii="Times New Roman" w:hAnsi="Times New Roman" w:eastAsia="Times New Roman" w:cs="Times New Roman"/>
        </w:rPr>
        <w:t>Pe décimo ovyvajeýva ojesalváta umi iñañáva póguýgui, domingo léi jave oñemohenda hag̃ua opa ára guarã Filadelfia ha Laodicea ñemboja’o, ha heta upe jave ho’áta. Umi ho’áva ojekuaa umi iñañáváramo noikũmbýiva. Avei ojesalváta umi ipohýi ha mba’eporãsỹiva póguýgui, ndohupytymo’ãi rupi mymba ñaña marka.</w:t>
      </w:r>
    </w:p>
    <w:p>
      <w:pPr>
        <w:pStyle w:val="ArticleScripture"/>
        <w:jc w:val="left"/>
      </w:pPr>
      <w:r>
        <w:rPr>
          <w:rFonts w:ascii="Times New Roman" w:hAnsi="Times New Roman" w:eastAsia="Times New Roman" w:cs="Times New Roman"/>
        </w:rPr>
        <w:t>Péicha he’i Ñandejára Tupã: Che avei ajapóta hag̃ua opa hag̃ua Egipto aty hetaitegua Nabucodonosor, Babilonia ruvicha guasu, po rupive. Ha’e ha hetãygua hendive, tetãnguéra apytépe umi kyhyje omoñepyrũva, oñemboguapýta oñehundi hag̃ua pe yvy; ha oityta ikysekuéra Egipto rehe, ha omyenyhẽta pe yvy umi ojeporojukávagui. Ha che ambopirúta umi ysyrýi, ha ame’ẽta pe yvy umi ivaíva pópe; ha ajapóta pe yvy tundi ha opa mba’e ipype oĩva, ambue tetãyguakuéra po rupive. Che, Ñandejára, ha’e upéicha. Isaías 30:10–12.</w:t>
      </w:r>
    </w:p>
    <w:p>
      <w:pPr>
        <w:pStyle w:val="ArticleBody"/>
        <w:jc w:val="left"/>
      </w:pPr>
      <w:r>
        <w:rPr>
          <w:rFonts w:ascii="Times New Roman" w:hAnsi="Times New Roman" w:eastAsia="Times New Roman" w:cs="Times New Roman"/>
        </w:rPr>
        <w:t>“tetãnguéra ñemondýiva” ha’e mburuvicha yvate gotyo pegua ehérsito omba’apóva hekópe. Pe poyvi oñemopu’ãva pe léi domingope oñemosẽ mbotýgui umi kuñataĩ arandu’ỹva térã iñañáva póguigui, ha avei oñemosẽ mbotýgui “tetãnguéra ñemondýiva” póguigui. Pe mba’e jahecháva ko’ápe ha’e Isaías, ha Daniel, ha Jeremías, ha Ezequiel, ha Juan oñeipurupa hag̃ua ta’anga ramo pe ñemoingove jey ha mombarete peteĩ sua irundy pa irundy mil rehegua, umi ojevýva pe ñembotavy guasu 18 jasypokõi ary 2020-gui. Daniel visión paha-pe, pe visión ome’ẽva’ekue chupe ysyry Hiddekel ypýpe, Daniel oikuaa hag̃uáicha oñentende chupe mokõivéva, pe visión hyepypegua ha pe okápeguáva Tupã Ñe’ẽ proféticogua rehegua, ha oñemombarete hag̃ua omombe’u hag̃ua upe marandu.</w:t>
      </w:r>
    </w:p>
    <w:p>
      <w:pPr>
        <w:pStyle w:val="ArticleBody"/>
        <w:jc w:val="left"/>
      </w:pPr>
      <w:r>
        <w:rPr>
          <w:rFonts w:ascii="Times New Roman" w:hAnsi="Times New Roman" w:eastAsia="Times New Roman" w:cs="Times New Roman"/>
        </w:rPr>
        <w:t>Pe marandu hyepypegua ha okapegua oñembojoaju pe akã térã “mburuvicha renda” rehegua ñemyesakã maranduhárape oñeme’ẽva pa’ẽrysýi diez-pe, upépe ojehechauka hag̃ua Ucrania ñorairõ ko’ág̃a oisãmbyhýva Putin. Pe mba’e’ẽ clave ojekuaa hag̃ua pe akã, oguereko peteĩ jeporu hyepypegua ha peteĩ okapegua; ha upe ñorairõ ñepyrũ omoñepyrũ pe ára pukukue mokõive akã oiko jave maranduhára ñe’ẽ rehegua mba’e. Pe mburuvicha renda térã akã, Rusia ramo, ohechauka pe mokõiha ñorairõ proxy, ogueraháva pe mbohapyha ñorairõ proxy-pe, upéva omoñepyrũva Guerra Mundial III, ojehechaukaháicha Panium ñorairõme pa’ẽrysýi quince-pe.</w:t>
      </w:r>
    </w:p>
    <w:p>
      <w:pPr>
        <w:pStyle w:val="ArticleBody"/>
        <w:jc w:val="left"/>
      </w:pPr>
      <w:r>
        <w:rPr>
          <w:rFonts w:ascii="Times New Roman" w:hAnsi="Times New Roman" w:eastAsia="Times New Roman" w:cs="Times New Roman"/>
        </w:rPr>
        <w:t>Pe versíkulo pa’ẽ poteĩha ningo hína pe léi domingo rehegua, ha upévare ary 2014 guive, oñepyrũ hague guare pe ñorairõ Ucrania-pe, ojehechaukaháicha versíkulo kuéra once ha doce-pe, pe léi domingo peve oñemohu’ã pe tembiapo paha oñe’ẽva Tupã tavayguakuéra ñemboguata hag̃ua ñeñapytĩ rupive. Gabriel remyesakã Daniel kapítulo once-pe, ohechauka pe marandu omongaraíva, térã ombotýva, Tupã tavayguakuérape. Ojeheja rei hag̃ua upe añetegua ha’e ojeheja rei hag̃ua opa mba’e. Pe profesía ojepe’áva iñembotyha, pe lívro Apocalipsis-pe oñehenóiva Jesucristo Revelación, ha pe Apocalipsis voi he’íva ojepe’aha iñembotyha pe tiempo de gracia ñembotý mboyve, ha’e peteĩ pasáhe específico pe lívro Daniel-gui.</w:t>
      </w:r>
    </w:p>
    <w:p>
      <w:pPr>
        <w:pStyle w:val="ArticleScripture"/>
        <w:jc w:val="left"/>
      </w:pPr>
      <w:r>
        <w:rPr>
          <w:rFonts w:ascii="Times New Roman" w:hAnsi="Times New Roman" w:eastAsia="Times New Roman" w:cs="Times New Roman"/>
        </w:rPr>
        <w:t>Ha he’i chéve: Ani rembosa’yva’erã ko kuatiañe’ẽ marandu’ẽme oĩva; ára hi’aguĩgui. Pe hekojoja’ỹva, toiko hekojoja’ỹme gueteri; pe ky’a, toiko ky’ápe gueteri; pe hekojojáva, toiko hekojojápe gueteri; ha pe marangatúva, toiko marangatúpe gueteri. Apocalipsis 22:10, 11.</w:t>
      </w:r>
    </w:p>
    <w:p>
      <w:pPr>
        <w:pStyle w:val="ArticleBody"/>
        <w:jc w:val="left"/>
      </w:pPr>
      <w:r>
        <w:rPr>
          <w:rFonts w:ascii="Times New Roman" w:hAnsi="Times New Roman" w:eastAsia="Times New Roman" w:cs="Times New Roman"/>
        </w:rPr>
        <w:t>Ára paha ipahápe oĩ peteĩ ára hekopete jave oñemboty'ỹva pe profesía paha, pórke pe versíkulo he'i: “hi'araguĩ pe ára”. Upe ñe'ẽte ojejuhúva Apocalipsis rembiapokue pahaite pe kapitúlope ojejuhu avei pe kapitúlo peteĩhápe.</w:t>
      </w:r>
    </w:p>
    <w:p>
      <w:pPr>
        <w:pStyle w:val="ArticleScripture"/>
        <w:jc w:val="left"/>
      </w:pPr>
      <w:r>
        <w:rPr>
          <w:rFonts w:ascii="Times New Roman" w:hAnsi="Times New Roman" w:eastAsia="Times New Roman" w:cs="Times New Roman"/>
        </w:rPr>
        <w:t>Jesucristo Ñemombe’upyre, Tupã ome’ẽ va’ekue chupe, ohechauka hag̃ua hembiguáipe umi mba’e pya’e hag̃uáicha oiko; ha ha’e omondo ha oikuaauka iñaranduhára rupive hembiguái Juanpe: upéva ome’ẽ va’ekue testimónio Tupã Ñe’ẽ rehe, ha Jesucristo testimónio rehe, ha opa umi mba’e ha’e ohecha va’ekue rehe. Ojehovasáva pe omoñe’ẽva, ha umi ohendúva ko profesía ñe’ẽnguéra, ha ojapóva umi mba’e ipype ojehaíva; hi’aguĩgui pe ára. Apocalipsis 1:1–3.</w:t>
      </w:r>
    </w:p>
    <w:p>
      <w:pPr>
        <w:pStyle w:val="ArticleBody"/>
        <w:jc w:val="left"/>
      </w:pPr>
      <w:r>
        <w:rPr>
          <w:rFonts w:ascii="Times New Roman" w:hAnsi="Times New Roman" w:eastAsia="Times New Roman" w:cs="Times New Roman"/>
        </w:rPr>
        <w:t>Mokõi sa’ẽ ha mokõi pa, ha upévare mokõi pa mokõi, ha’e símbolo divinidad joajuhápe yvypóra rehegua ndive, ha tembiapo paha ánhel mbohapyha rehegua, ha’éva pe ñemohenda hag̃ua sello umi cien cuarenta y cuatro mil ári, oñemboguata pe contexto proféticope pe parábola umi diez virgen rehegua ryepýpe. Umi virgen arandu ára pahaguápe ohasa hikuái iñembotavy peteĩha 18 de julio de 2020-pe, ha oñemosarambi hikuái kangue omanóvaicha pe tape rehe Apocalipsis capítulo once-pe, pe julio de 2023 peve, mokõi pa mokõi ary rire pe proceso de sellado oñepyrũ hague 2001-pe. Pe “ára upérõ oguahẽma kuri hi’aguĩ”, ha Ñandejára upérõ omopu’ã peteĩ “ñe’ẽ osapukáiva desiértope” opytaso va’ekue pe marandu ome’ẽ va’ekue Gabriel, ha’e ome’ẽ va’ekue Cristo guive, ha Cristo katu oguereko va’ekue Túva gui.</w:t>
      </w:r>
    </w:p>
    <w:p>
      <w:pPr>
        <w:pStyle w:val="ArticleBody"/>
        <w:jc w:val="left"/>
      </w:pPr>
      <w:r>
        <w:rPr>
          <w:rFonts w:ascii="Times New Roman" w:hAnsi="Times New Roman" w:eastAsia="Times New Roman" w:cs="Times New Roman"/>
        </w:rPr>
        <w:t>Upéi pe ñeʼẽ oñepyrũ omondo pe marandu umi tupãópe, ha oñemondo avei tembipuru electrónico rupive ikatu hag̃uáicha oñemoñeʼẽ térã oñehendu, koʼág̃aite hetave hag̃ua sesenta ñeʼẽme. Pe profecía rembýva ojeipeʼáva’ekue, upéva hína pe marandu ojejuhúva Daniel kuatiañeʼẽme.</w:t>
      </w:r>
    </w:p>
    <w:p>
      <w:pPr>
        <w:pStyle w:val="ArticleScripture"/>
        <w:jc w:val="left"/>
      </w:pPr>
      <w:r>
        <w:rPr>
          <w:rFonts w:ascii="Times New Roman" w:hAnsi="Times New Roman" w:eastAsia="Times New Roman" w:cs="Times New Roman"/>
        </w:rPr>
        <w:t>“Pe kuatia oñemboty vaʼekue ndahaʼéi Apocalipsis, síno upe pehẽngue marandu ñemoherakuã Danielpegua oñeʼẽva umi ára paháre rehe. Pe ánhel heʼi vaʼekue ichupe: ‘Ha nde, Daniel, emboty koʼã ñeʼẽ ha embosello pe kuatia, pe ára paha peve.’ Daniel 12:4.” Hechos de los Apóstoles, 585.</w:t>
      </w:r>
    </w:p>
    <w:p>
      <w:pPr>
        <w:pStyle w:val="ArticleBody"/>
        <w:jc w:val="left"/>
      </w:pPr>
      <w:r>
        <w:rPr>
          <w:rFonts w:ascii="Times New Roman" w:hAnsi="Times New Roman" w:eastAsia="Times New Roman" w:cs="Times New Roman"/>
        </w:rPr>
        <w:t>Pe “tembýva maranduhára Daniel rehegua oñe’ẽva ára paháre” ha’e pe versíkulo irundy pa. Ndaha’éi añónte pe versíkulo irundy pa, ha’e pe tembýva pe versíkulo irundy pagua ojehechaukáva pe ára paha rire ary 1989-pe, ha pe léi domingo pe versíkulo irundy peteĩmegua mboyve. Pe tembiasakue pe versíkulo irundy pagua, ndaipóriva ñe’ẽve pe versíkulo ryepýpe voi, ha’e pe tembýva maranduhápegua oñe’ẽva ára paháre, ojejokóva hag̃ua, ha ary 2023 jasypokõi guive oñembohesakã hag̃ua umi oiporavóva ohecha ha ohendu hag̃ua.</w:t>
      </w:r>
    </w:p>
    <w:p>
      <w:pPr>
        <w:pStyle w:val="ArticleBody"/>
        <w:jc w:val="left"/>
      </w:pPr>
      <w:r>
        <w:rPr>
          <w:rFonts w:ascii="Times New Roman" w:hAnsi="Times New Roman" w:eastAsia="Times New Roman" w:cs="Times New Roman"/>
        </w:rPr>
        <w:t>Pe versíkulo mokõipa ndoikuaaukái mba’eve umi tembiasakue rehe oúva Unión Soviética ho’a rire ary 1989-pe, pe léi domingo pegua versíkulo mokõiha peteĩme peve; ha upéicharõ jepe ome’ẽ pe pyenda profétika ambue línea de profecía oñemoĩ hag̃ua hi’ári. Umi ndoipotáva ohecha ha ohendu pe metodología línea sobre línea ha’eha pe metodología ama okẽriregua, ndoguerekói katupyry ohecha hag̃ua pe tembiasakue kañymby oĩva versíkulo mokõipape, ha upéva hína pe tembiasakue ha’éva Jesucristo Revelación, pe Gabriel ou va’ekue omyesakã hag̃ua Juán ha Daniel-pe.</w:t>
      </w:r>
    </w:p>
    <w:p>
      <w:pPr>
        <w:pStyle w:val="ArticleBody"/>
        <w:jc w:val="left"/>
      </w:pPr>
      <w:r>
        <w:rPr>
          <w:rFonts w:ascii="Times New Roman" w:hAnsi="Times New Roman" w:eastAsia="Times New Roman" w:cs="Times New Roman"/>
        </w:rPr>
        <w:t>Jaipytáta ko ñemoarandu ambuéva artíkulope.</w:t>
      </w:r>
    </w:p>
    <w:p>
      <w:pPr>
        <w:pStyle w:val="ArticleScripture"/>
        <w:jc w:val="left"/>
      </w:pPr>
      <w:r>
        <w:rPr>
          <w:rFonts w:ascii="Times New Roman" w:hAnsi="Times New Roman" w:eastAsia="Times New Roman" w:cs="Times New Roman"/>
        </w:rPr>
        <w:t>“Bérea-pe Pablo oñepyrũ jey hembiapo oikevo judíokuéra sinagógape opredika hag̃ua Cristo evangelio. Ha’e he’i hesekuéra: ‘Ko’ãva iporãvéva umi Tesalonicayguakuéragui, oguerohorygui pe ñe’ẽ opa kyre’ỹme, ha ohesa’ỹijo umi Escritura ára ha ára, ohecha hag̃ua añetépa umi mba’e he’íva. Upévare heta hesekuéra oguerovia; avei kuñanguéra hekojojáva griegasva, ha kuimba’ekuéra, mbovymi’ỹva.’”</w:t>
      </w:r>
    </w:p>
    <w:p>
      <w:pPr>
        <w:pStyle w:val="ArticleScripture"/>
        <w:jc w:val="left"/>
      </w:pPr>
      <w:r>
        <w:rPr>
          <w:rFonts w:ascii="Times New Roman" w:hAnsi="Times New Roman" w:eastAsia="Times New Roman" w:cs="Times New Roman"/>
        </w:rPr>
        <w:t>“Pe añetegua oñemombe’úvo, umi oipotáva añetehápe oĩ porã hag̃ua oñemomýita hag̃ua peteĩ jeheka kyre’ỹme Ñandejára Ñe’ẽme. Kóva oguerúta umi resultado ojoguáva umi ojehúva apóstol-kuéra rembiapópe Berea-pe. Ha umi omombe’úva pe añetegua ko’ã ára-pe ojuhu heta tapicha ijoavyetereíva umi Bereagua-gui. Ndaikatúi ombotovévo pe doctrina oñepresentáva chupekuéra, upéicharõ jepe ohechauka hikuái peteĩ py’a vai tuichaitereíva ohesa’ỹijo hag̃ua umi prueba oñeme’ẽva iporãve hag̃ua chupe, ha oimo’ã voi, jepe ha’e añetegua, michĩetereiha mba’eve hag̃ua oguerovia térã ndogueroviái ramo upéicha. Ha’ekuéra oimo’ã ijerovia yma guare ha heko jepivegua iporãha chupekuéra guarã. Ha katu Ñandejára, omondo vaekue hemimboukuérape peteĩ marandu reheve ko yvy arigua-pe guarã, ojerureta tetãygua kuérape ñemomarandu peichaitépa ojapyhy hembiguái kuéra ñe’ẽ. Tupã ohusgáta opavavepe pe tesape oñepresenta vaekue chupekuéra he’iháicha, hesakã porã térã nahesakãi chupekuéra. Ha’e kuéra rembiaporã hína ohesa’ỹijo hag̃ua, umi Bereagua ojapo haguéicha. Ñandejára he’i proféta Oseas rupive: ‘Che retãygua oñehundi aranduka’ỹ rehe; nde remboykére pe arandu, che avei romboykéta ndehegui.’”</w:t>
      </w:r>
    </w:p>
    <w:p>
      <w:pPr>
        <w:pStyle w:val="ArticleScripture"/>
        <w:jc w:val="left"/>
      </w:pPr>
      <w:r>
        <w:rPr>
          <w:rFonts w:ascii="Times New Roman" w:hAnsi="Times New Roman" w:eastAsia="Times New Roman" w:cs="Times New Roman"/>
        </w:rPr>
        <w:t>“Bereagua kuéra akãme ndaipóri vaʼekue prejuísio omomichĩva chupekuéra, ha oĩ vaʼekue dispuesto ohesaʼỹijo hag̃ua ha omoneĩ hag̃ua umi añetegua marandu apóstol kuéra omombeʼúva. Ñande ára pegua tavayguakuéra oseguíramo umi Bereagua noble ehémplo, ohekávo ára ha ára Ñandejára Ñeʼẽme, ha ombojojávo umi marandu oguerúva chupekuéra pe ojehaíva upépe ndive, oĩta miles umi Ñandejára léi rehe ipyʼaguasúva, koʼág̃a peteĩ oĩhápe. Péro heta umi heʼíva ohayhuha Ñandejárape ndoipotái ojere jejavýgui añeteguápe, ha ojoko hikuái umi mombeʼu porãrã ára pahápe guarépe. Jejavy ombogue akãme arandu ha omomombyry Ñandejáragui; añetegua katu omeʼẽ tesape akãme, ha tekove ángape.” Sketches from the Life of Paul, 87, 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Peteĩ Sa Syry Mokõipa Poteĩ Su Teĩ Mbohapy-Pa’ẽ Six</dc:title>
  <dc:subject>Pe Ñemombe’u Tupãgui ha Pe Pahápe Oñemombáy: Arandu Daniel Ñe’ẽasa guive</dc:subject>
  <dc:creator>Jeff Pippenger</dc:creator>
  <cp:keywords/>
  <dc:description>Generated by ArticleDigger from daniel\176_daniel.json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