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Kuatiañe'ẽ Daniel rehegua - Papapy Ciento Setenta y Nueve</w:t>
      </w:r>
    </w:p>
    <w:p>
      <w:pPr>
        <w:pStyle w:val="ArticleSubtitle"/>
        <w:jc w:val="left"/>
      </w:pPr>
      <w:r>
        <w:rPr>
          <w:rFonts w:ascii="Arial" w:hAnsi="Arial" w:eastAsia="Arial" w:cs="Arial"/>
        </w:rPr>
        <w:t>Pyharepy Mbytepytepegua ha Roma rembiaporã maranduhápe: ojekuaaukávo ára pahápe kuatiañe’ẽ Daniel-pe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2024-04-09</w:t>
      </w:r>
    </w:p>
    <w:p>
      <w:pPr>
        <w:pStyle w:val="ArticleBody"/>
        <w:jc w:val="left"/>
      </w:pPr>
      <w:r>
        <w:rPr>
          <w:rFonts w:ascii="Times New Roman" w:hAnsi="Times New Roman" w:eastAsia="Times New Roman" w:cs="Times New Roman"/>
        </w:rPr>
        <w:t>Koʼág̃a ñaiméma yvy marangatu ári, Daniel kuatiañeʼẽ rehegua jeroviápe, jahupytýgui umi versíkulo ohechaukáva Pyharepyte Sapyʼa Guasu umi cien cuarenta y cuatro mil-pe g̃uarã. Umi versíkulo avei omombeʼu pe sellado umi poyvi rehegua oñemopuʼãva. Kóva hína umi versíkulo haʼéva pe porción libro de Daniel-gui, umi ára pahápe guarã ojeipeʼáva, ha ohechauka Daniel ñeʼẽme Jesucristo Revelación ojeipeʼáva ára “hiʼag̃uímavo” jave, michĩmi mboyve pe probation oñemboty hag̃ua versíkulo dieciséis-pe.</w:t>
      </w:r>
    </w:p>
    <w:p>
      <w:pPr>
        <w:pStyle w:val="ArticleBody"/>
        <w:jc w:val="left"/>
      </w:pPr>
      <w:r>
        <w:rPr>
          <w:rFonts w:ascii="Times New Roman" w:hAnsi="Times New Roman" w:eastAsia="Times New Roman" w:cs="Times New Roman"/>
        </w:rPr>
        <w:t>Ha’e Róma voi omoañete pe visión, ojehechaukaháicha capítulo once-pegua versículo catorce-pe, ha upévare tekotevẽ jahechamimi porã Róma rehe jajekuaaukávo versículo once guive quince peve, pórke oĩhápe “ndaipóri visión”, “tetãygua oñehundi”; ha nderejeroviáiramo Isaías capítulo siete, versículo ocho ha nueve rehe, “añetehápe ndereñemopyendamo’ãi.”</w:t>
      </w:r>
    </w:p>
    <w:p>
      <w:pPr>
        <w:pStyle w:val="ArticleBody"/>
        <w:jc w:val="left"/>
      </w:pPr>
      <w:r>
        <w:rPr>
          <w:rFonts w:ascii="Times New Roman" w:hAnsi="Times New Roman" w:eastAsia="Times New Roman" w:cs="Times New Roman"/>
        </w:rPr>
        <w:t>Uriah Smith ombojevy peteĩ regla profética, ipukukue irundy jey rupi jepe, hembiapópe, Daniel and the Revelation. Upe regla ohechauka peteĩ poder profético noñemombe’uiha profecíape peve oiko “joaju hag̃uáicha” Ñandejára retãygua ndive. Peteĩha jey omombe’u hag̃ua upe regla, ojapo Babilonia ñemoingévo testimonio profético-pe.</w:t>
      </w:r>
    </w:p>
    <w:p>
      <w:pPr>
        <w:pStyle w:val="ArticleScripture"/>
        <w:jc w:val="left"/>
      </w:pPr>
      <w:r>
        <w:rPr>
          <w:rFonts w:ascii="Times New Roman" w:hAnsi="Times New Roman" w:eastAsia="Times New Roman" w:cs="Times New Roman"/>
        </w:rPr>
        <w:t>“Peteĩ tembiapokue jehesa’ỹijo hag̃ua ojehechakuaáva porã niko ikatuha jaha’arõ tetãnguéra oñemombe’u hag̃ua profesíape, oiko jave peve upéicharõ oñembojoaju Ñandejára retã rehegua ndive, ha péicha iñambue’ỹ hag̃uáicha tekotevẽ oñemombe’u hesekuéra ikatu hag̃uáicha oñemyenyhẽmba marandu marangatúpe oĩva tembiasakue marangatu rekópe.” Uriah Smith, Daniel and the Revelation, 46.</w:t>
      </w:r>
    </w:p>
    <w:p>
      <w:pPr>
        <w:pStyle w:val="ArticleBody"/>
        <w:jc w:val="left"/>
      </w:pPr>
      <w:r>
        <w:rPr>
          <w:rFonts w:ascii="Times New Roman" w:hAnsi="Times New Roman" w:eastAsia="Times New Roman" w:cs="Times New Roman"/>
        </w:rPr>
        <w:t>Mbohapy jey ambue jave, Smith oñe’ẽ ko tembiapoukapy rehe, ha peteĩ-teĩ umi mbohapyvape ohechauka umi hudío “joaju” rehe; ha peteĩ ñe’ẽmondo-pe he’i pe joaju oñekumpli hague ary 162 a.C.-pe, péro ambue mokõi ñe’ẽmondo ojoaju historiador-kuéra ko’ág̃agua ndive, omoĩva umi hudío ha Roma “joaju” ñekumpliha ary 161 a.C.-pe.</w:t>
      </w:r>
    </w:p>
    <w:p>
      <w:pPr>
        <w:pStyle w:val="ArticleScripture"/>
        <w:jc w:val="left"/>
      </w:pPr>
      <w:r>
        <w:rPr>
          <w:rFonts w:ascii="Times New Roman" w:hAnsi="Times New Roman" w:eastAsia="Times New Roman" w:cs="Times New Roman"/>
        </w:rPr>
        <w:t>“Tekotevẽ’ỹmante ja’e hag̃ua omoñe’ẽvape yvy arigua gubernokuéra noñemoingéiha profesía-pe peve oikóramo peteĩ hendáicha joaju Tupã tavayguakuéra ndive. Roma ojoaju va’ekue umi judío ndive, upérõgua Tupã tavaygua ndive, pe ojeguerohoryetéva Liga Judía rupive, ary a.C. 161-pe. 1 Macabeos 8; Josephus, Antigüedades, aranduka 12, kapítulo 10, párrafo 6; Prideaux, Vol. II, página 166. Péro siete ary mboyve ko’ãvagui, ha’éva ary a.C. 168-pe, Roma ipu’akapa va’ekue Macedonia ári, ha ojapo upe tetãgui imperio rembipartete. Upévare Roma oñemoinge profesía-pe peteĩchaite, pe vaka mácho ratĩ Macedoniágui, oñembojéramo ipu’akapyahu hag̃ua ambue hendáicha. Upévare proféta-pe ojechauka térã ikatu hekopete oñeñe’ẽ hese ko profesía-pe, oúramoguáicha peteĩva vaka mácho ratĩgui.” Uriah Smith, Daniel and the Revelation, 175.</w:t>
      </w:r>
    </w:p>
    <w:p>
      <w:pPr>
        <w:pStyle w:val="ArticleBody"/>
        <w:jc w:val="left"/>
      </w:pPr>
      <w:r>
        <w:rPr>
          <w:rFonts w:ascii="Times New Roman" w:hAnsi="Times New Roman" w:eastAsia="Times New Roman" w:cs="Times New Roman"/>
        </w:rPr>
        <w:t>Ha Smith avei he’i upéva oiko hague 162 a.C.</w:t>
      </w:r>
    </w:p>
    <w:p>
      <w:pPr>
        <w:pStyle w:val="ArticleScripture"/>
        <w:jc w:val="left"/>
      </w:pPr>
      <w:r>
        <w:rPr>
          <w:rFonts w:ascii="Times New Roman" w:hAnsi="Times New Roman" w:eastAsia="Times New Roman" w:cs="Times New Roman"/>
        </w:rPr>
        <w:t>“Pe mbarete voi oñembo’y vaʼerã avei pe Yvy Marangatúpe, ha ohundíta chupe. Roma oñembojoaju Tupã retãygua ndive, umi judío ndive, peteĩ ñeʼẽmeʼẽ rupive, ary a. C. 162-pe; upe ára guive oguereko peteĩ tenda ojehechakuaáva maranduhára ara papapýpe. Upéicharamo jepe, ndohupytýi mburuvicha hag̃ua Judea ári ñorairõ añete rupive peve ary a. C. 63; ha upérõ oiko kóicha.” Uriah Smith, Daniel and the Revelation, 259.</w:t>
      </w:r>
    </w:p>
    <w:p>
      <w:pPr>
        <w:pStyle w:val="ArticleBody"/>
        <w:jc w:val="left"/>
      </w:pPr>
      <w:r>
        <w:rPr>
          <w:rFonts w:ascii="Times New Roman" w:hAnsi="Times New Roman" w:eastAsia="Times New Roman" w:cs="Times New Roman"/>
        </w:rPr>
        <w:t>Ha upéi, mbohapyha jey oñe’ẽ jeyvo pe mba’e oikova’ekue rehe, he’i jey 161 a.C.</w:t>
      </w:r>
    </w:p>
    <w:p>
      <w:pPr>
        <w:pStyle w:val="ArticleScripture"/>
        <w:jc w:val="left"/>
      </w:pPr>
      <w:r>
        <w:rPr>
          <w:rFonts w:ascii="Times New Roman" w:hAnsi="Times New Roman" w:eastAsia="Times New Roman" w:cs="Times New Roman"/>
        </w:rPr>
        <w:t>“Oguerahávo ore mboyve pe mburuvichakuéra rembiasakue yvy ariguápe pe imperio rehegua rupive, opa peve umi setenta semána, pe maranduhára, versíkulo 23-pe, ome’ẽ jey ñandéve tapykuépe pe ára pe romano-kuéra oñembojoaju hag̃ua directamente Tupã tavayguakuéra ndive pe joaju judío rupive, ary 161 Cristo mboyve: upe guive upéi oñegueraha ñandéve peteĩ línea directa umi tembiasakue rupive pe tupao jeitypýra paha peve, ha Tupã rréino opa’ỹva ñemoĩ peve. Umi judío, ojejopy vaieterei rupi umi mburuvicha siriogua poguýpe, omondo peteĩ embajada Róma-pe, ojerure hag̃ua umi romano-kuéra pytyvõ, ha ojoaju hag̃ua hendivekuéra ‘peteĩ joaju mborayhu ha ñe’ẽme’ẽme guarã.’ 1 Macabeos 8; Prideaux, II, 234; Josefo Remimbykuéra Ypykue, aranduka 12, kapítulo 10, sección 6. Umi romano-kuéra ohendu umi judío jerure, ha ome’ẽ chupekuéra peteĩ decreto, ojehaíva ko’ã ñe’ẽme:—”</w:t>
      </w:r>
    </w:p>
    <w:p>
      <w:pPr>
        <w:pStyle w:val="ArticleScripture"/>
        <w:jc w:val="left"/>
      </w:pPr>
      <w:r>
        <w:rPr>
          <w:rFonts w:ascii="Times New Roman" w:hAnsi="Times New Roman" w:eastAsia="Times New Roman" w:cs="Times New Roman"/>
        </w:rPr>
        <w:t>“‘Pe senádo rembiapoukapy peteĩ joaju pytyvõ ha angirũrã rehegua judío retã ndive. Ndoikói vaʼerã avavépe, umi oĩva romano poguýpe, ojapo ñorairõ judío retã rehe, ni oipytyvõ umi ojapóvape upéva, tahaʼe omondóvo chupekuéra tembiʼu, térã kanóa guasu, térã viru; ha ojejapóramo peteĩ ñembyai judíokuéra rehe, romano-kuéra oipytyvõta chupekuéra ikatuháicha peve; ha upéicha avei, ojejapóramo peteĩ ñembyai romano-kuéra rehe, judío-kuéra oipytyvõta chupekuéra. Ha judío-kuéra oipotáramo omoĩve hag̃ua, térã oguenohẽ hag̃ua mbaʼeve ko joaju pytyvõguágui, upéva ojejapóta romano-kuéra ñeʼẽme’ẽ joajúpe. Ha oimeraẽ mbaʼe oñembojoapýva péicha, oguerekóta mbarete.’ ‘Ko mbaʼepoukapy,’ heʼi Josefo, ‘ohai vaʼekue Eupólemo, Juan raʼy, ha Jasón, Eleazar raʼy, Judas oĩ jave paʼi guasu ramo pe tetãme, ha Simón, ipehẽngue, ehérsito ruvicha guasu ramo. Ha kóva vaʼekue pe joaju peteĩha romano-kuéra ojapo vaʼekue judío-kuéra ndive, ha oñemboguata vaʼekue kóicha.’” Uriah Smith, Daniel and the Revelation, 271.</w:t>
      </w:r>
    </w:p>
    <w:p>
      <w:pPr>
        <w:pStyle w:val="ArticleBody"/>
        <w:jc w:val="left"/>
      </w:pPr>
      <w:r>
        <w:rPr>
          <w:rFonts w:ascii="Times New Roman" w:hAnsi="Times New Roman" w:eastAsia="Times New Roman" w:cs="Times New Roman"/>
        </w:rPr>
        <w:t>Ndaha’éi che mba’epohýi amyesakã hag̃ua mba’érepa Smith he’i 162 a.C., ndaha’éiramo añónte che ñemo’ãrãha upéva ha’e hague peteĩ jejavy jehaípe. Che remiandu ningo oĩ he’ívo pe ñemboguata omoĩva mba’érepa ha’e ohechauka upe mba’e ha’e ohenóiva “peteĩ léi hesakãva ñemyesakãrã, ikatúva ñaha’arõ tetãnguéra oñemombe’u hag̃ua profesíape oñembojoaju vove upéichaite Tupã retãygua ndive, ha upévare tekotevẽ oje’e hesekuéra ikatu hag̃uáicha oñemyenyhẽ pe marandu kuatia marangatu rembiasakue rehegua.” Smith omombarete jave upe léi, ha’e hechauka Roma oñembohapyha Tupã retãygua ndive pe “joaju hag̃uaguápe”, versíkulo mokõipa mbohapyhápe, ary 161 a.C.-pe; upéicharõ jepe, Smith ohechauka Roma oñemoingeha peteĩhaite pe profesía rembiasakuepe ary 200 a.C.-pe, mbohapypa porundy ary mboyve 161 a.C. hag̃ua.</w:t>
      </w:r>
    </w:p>
    <w:p>
      <w:pPr>
        <w:pStyle w:val="ArticleScripture"/>
        <w:jc w:val="left"/>
      </w:pPr>
      <w:r>
        <w:rPr>
          <w:rFonts w:ascii="Times New Roman" w:hAnsi="Times New Roman" w:eastAsia="Times New Roman" w:cs="Times New Roman"/>
        </w:rPr>
        <w:t>“Koʼág̃a oñemoingekuaa peteĩ puʼaka pyahu, —‘nde retayguakuéra mondaha’; heʼiséva tee, heʼi Obispo Newton, ‘nde retayguakuéra mopẽhára’. Mombyry eterei, Tíber rembeʼýpe, peteĩ mburuvicharenda omongakuaa ijehe ambisiõ rehegua tembiaporãkuéra ha pyʼapytũme ojapóva ñemohendakuéra. Michĩ ha ikangy raẽrõ guare, okakuaa mbaʼeporãiterei pyaʼe puʼaka ha mbarete reheve, omyasãi mbeguekatu koʼápe ha pépe ohecha hag̃ua mbaʼe peve oguahẽ ipuʼaka, ha ohaʼã hag̃ua imbaretépa pe ijesareko ñorairõme, peve oikuaávo ijehegui ipuʼakaha, oñemopuʼã hag̃ua akã hatãme tetãnguéra apytépe ko yvy ariguápe, ha ipo ndaikatúiva ojejoko hag̃ua rupive ojapyhy hag̃ua pe timón umi mbaʼe oikóva rehegua. Upe guive Roma réra oñemoĩ tembiasakue rogue ári, oñembokatupyry hag̃uáicha heta ára pukukue hag̃ua oguereko hag̃ua yvy ape ári mbaʼe oikóva rehegua ñangareko, ha oiporu hag̃ua ipuʼaka tuicháva tetãnguéra apytépe ára paha peve.”</w:t>
      </w:r>
    </w:p>
    <w:p>
      <w:pPr>
        <w:pStyle w:val="ArticleScripture"/>
        <w:jc w:val="left"/>
      </w:pPr>
      <w:r>
        <w:rPr>
          <w:rFonts w:ascii="Times New Roman" w:hAnsi="Times New Roman" w:eastAsia="Times New Roman" w:cs="Times New Roman"/>
        </w:rPr>
        <w:t>“Róma oñe’ẽ; ha Siria ha Macedonia pya’e ohechakuaa peteĩ ñemoambue oúva hína ijapytepekuéra ikéra rehegua jehechaukápe. Umi romano oike pya’e pytyvõ hag̃ua Egipto ruvicha guasu mitãrusu rehehápe, oĩ porã hag̃uáicha oñangarekóvo hese ani hag̃ua ohupyty pe ñehundi omoĩva’ekue hese Antiochus ha Felipe. Kóva oiko ary Cristo mboyve 200-pe, ha upéva peteĩva umi romano oikeha guasu ypykue Siria ha Egipto rembiasakuépe.” Uriah Smith, Daniel and the Revelation, 256.</w:t>
      </w:r>
    </w:p>
    <w:p>
      <w:pPr>
        <w:pStyle w:val="ArticleBody"/>
        <w:jc w:val="left"/>
      </w:pPr>
      <w:r>
        <w:rPr>
          <w:rFonts w:ascii="Times New Roman" w:hAnsi="Times New Roman" w:eastAsia="Times New Roman" w:cs="Times New Roman"/>
        </w:rPr>
        <w:t>Róma oñemoinge raẽ pe tembiasakue profético-pe ary 200 a. C. jave, ha upe ñemoinge, versíkulo catorce-pe, ha’e pe ñe’ẽjoaju iñimportantevéva Róma rehegua opa Daniel pukukuepe, pórke ha’e voi pe versíkulo omyesakãva Róma ha’eha pe símbolo omoĩva pe visión. Mba’érepa Smith ikatu va’ekue omomba’e peteĩichagua léi profético, ha upéi omombe’u 161 a. C., ohechakuaávo avei ary 200 a. C. ha’eha pe punto pe mbarete Róma rehegua “oñemoinge hague”, ndaha’éi peteĩ apañuãi che aipota hag̃uáicha añemyatyrõ. Aime ramo che peteĩ porandu tekotevẽva oñemyatyrõ, upéva ha’éta pe léi, Smith omyesakã haguéicha, añetépa térã nahániri. Añete ramo upéva, upéicharõ che añe’ẽta versíkulo catorce orekova’erãha peteĩ joaju judío-kuéra ndive, oiko va’ekue pe joaju 161 a. C. mboyve.</w:t>
      </w:r>
    </w:p>
    <w:p>
      <w:pPr>
        <w:pStyle w:val="ArticleBody"/>
        <w:jc w:val="left"/>
      </w:pPr>
      <w:r>
        <w:rPr>
          <w:rFonts w:ascii="Times New Roman" w:hAnsi="Times New Roman" w:eastAsia="Times New Roman" w:cs="Times New Roman"/>
        </w:rPr>
        <w:t>Aikuaa porã umi versíkulo trece guive quince peve rembiasakue ohechauka hag̃ua peteĩ tembiasakue umi ára pahápe, upépe Roma papal oike profecía rembiasakuepe, ha ojapo upéva Estados Unidos ndive ojoajúvo, ha’éva Ñandejára tavayguakuéra upe tembiasakuepe. Jesús akóinte ohechaukágui pe paha pe ñepyrũ rupive, ary 200 a.C., Roma pagana oike haguépe tembiasakuepe, tekotevẽ orekóma hag̃ua peteĩ joaju Ñandejára tavayguakuéra ndive upe tembiasakuepe. Upévare, amoneĩ Smith rembipota, jepe ha’e ndojuhúi hague peteĩ joaju directo Roma ha judíokuéra apytépe ary 200 a.C.-pe.</w:t>
      </w:r>
    </w:p>
    <w:p>
      <w:pPr>
        <w:pStyle w:val="ArticleBody"/>
        <w:jc w:val="left"/>
      </w:pPr>
      <w:r>
        <w:rPr>
          <w:rFonts w:ascii="Times New Roman" w:hAnsi="Times New Roman" w:eastAsia="Times New Roman" w:cs="Times New Roman"/>
        </w:rPr>
        <w:t>Umi versíkulo once ha doce ohechauka pe jehupyty ha upe rire oikova’ekue ñorairõ Ráfiape, oikova’ekue ary 217 a.C.-pe, Imperio Seléucida, omoakãva Antioco III Magno térã “Pe Tuicháva”, ha Reino Ptolemaico Egiptopegua, omoakãva mburuvicha guasu Ptolomeo IV Filópator, apytépe. Ko ñorairõ oiko vaekue pe ñorairõ guasúpe oñeñeha’ãhague ojeguereko hag̃ua Celesiria (Siria yvývo gotyo) ha Palestina yvývo gotyo, yvykuéra oje disputáva Reino Ptolemaico ha Seléucida apytépe. Ptolomeo IV Filópator jehupyty Ráfiape ome’ẽ chupe ikatupyry hag̃uáicha omantene hag̃ua Celesiria ha Palestina yvývo gotyo ñangareko peteĩ sapy’ami.</w:t>
      </w:r>
    </w:p>
    <w:p>
      <w:pPr>
        <w:pStyle w:val="ArticleBody"/>
        <w:jc w:val="left"/>
      </w:pPr>
      <w:r>
        <w:rPr>
          <w:rFonts w:ascii="Times New Roman" w:hAnsi="Times New Roman" w:eastAsia="Times New Roman" w:cs="Times New Roman"/>
        </w:rPr>
        <w:t>Ñorairõ Paniumpegua, oiko vaʼekue paʼapyha porundy ary rire, ary 200 a.C.-pe, ojekuaáva avei ñorairõ Yvyty Paniumpegua térã ñorairõ Paneaspegua ramo, oiko vaʼekue Imperio Seléucida, mburuvicha guasu Antioco III poguýpe, ha Reino Ptolemaico Egiptopegua, mburuvicha guasu Ptolomeo V poguýpe, apytépe.</w:t>
      </w:r>
    </w:p>
    <w:p>
      <w:pPr>
        <w:pStyle w:val="ArticleBody"/>
        <w:jc w:val="left"/>
      </w:pPr>
      <w:r>
        <w:rPr>
          <w:rFonts w:ascii="Times New Roman" w:hAnsi="Times New Roman" w:eastAsia="Times New Roman" w:cs="Times New Roman"/>
        </w:rPr>
        <w:t>Mbohapypa rire, ary 167 ary mboyve Cristo, ñepu’ã Macabea, peteĩ ñorairõ judíova imperio Seléucida rembipotáre omoñepyrũ hag̃ua judío kuéra rembiapo jeroviapy rehegua ha omoĩ hag̃ua kultura helenística, oñepyrũ táva Modeínpe, peteĩ táva michĩva opytáva Judea regiónpe, ko’ág̃a Israel moderno retãme.</w:t>
      </w:r>
    </w:p>
    <w:p>
      <w:pPr>
        <w:pStyle w:val="ArticleBody"/>
        <w:jc w:val="left"/>
      </w:pPr>
      <w:r>
        <w:rPr>
          <w:rFonts w:ascii="Times New Roman" w:hAnsi="Times New Roman" w:eastAsia="Times New Roman" w:cs="Times New Roman"/>
        </w:rPr>
        <w:t>Ko mbaʼe ojehúva oñeñeʼẽva hína oike pe mburuvicha griego seleúcida herakuã vaietévape, Antíoco IV Epífanes, ombohapéva jepokuaa helenística ipohýiva judío-kuéra ári, umíva apytépe oñembotovéva umi jepokuaa jeroviapy rehegua judía ha oñemongyʼáva pe Templo Jerusalén-pe. Oñehaʼãvo omoañete hag̃ua umi heʼíva, Antíoco omondo hembiguái kuérape opaichagua táva ha okaraháre ikatu hag̃uáicha ombohovái judío oikóva upépekuérape ojapo hag̃ua hembiapoukapy heʼiháicha.</w:t>
      </w:r>
    </w:p>
    <w:p>
      <w:pPr>
        <w:pStyle w:val="ArticleBody"/>
        <w:jc w:val="left"/>
      </w:pPr>
      <w:r>
        <w:rPr>
          <w:rFonts w:ascii="Times New Roman" w:hAnsi="Times New Roman" w:eastAsia="Times New Roman" w:cs="Times New Roman"/>
        </w:rPr>
        <w:t>Modeínpe, peteĩva umi mburuvicha Seleúcida apytégui og̃uahẽ vaʼekue omboguata hag̃ua pe mburuvicha guasu ñeʼẽmondo, omandávo umi judío upépe oikóva tojapo hag̃ua tembiapo ñemombaʼe hag̃ua umi tupã guaʼu ha toikuaveʼẽ hag̃ua ofrénda umi tupã griegope. Peteĩ paʼi judío itujámava hérava Matatías ndojapói vaʼekue pe ojeʼéva chupe, ha ojuka peteĩ judío osẽvaʼekue oñemoĩ hag̃uáicha oikuaveʼẽ pe sakrifísio, ha avei pe mburuvicha Seleúcida. Ko tembiapo pyʼaguasu rehegua Matatías ha hogayguakuéra rehegua ohechauka vaʼekue ñepyrũrã pe Maccabeo-kuéra Puʼaka Seleúcida poguýpe.</w:t>
      </w:r>
    </w:p>
    <w:p>
      <w:pPr>
        <w:pStyle w:val="ArticleBody"/>
        <w:jc w:val="left"/>
      </w:pPr>
      <w:r>
        <w:rPr>
          <w:rFonts w:ascii="Times New Roman" w:hAnsi="Times New Roman" w:eastAsia="Times New Roman" w:cs="Times New Roman"/>
        </w:rPr>
        <w:t>Matatías ha umi po itaʼýra, Judas Macabeo oikehápe avei, okañy yvytykuérape ha oñepyrũ peteĩ ñorairõ guérrilla umi mbarete Seleúcida rehe. Ipahápe, upe ñemoĩmbyre okakuaa mbarete ha pytyvõme, ha upéicha ogueru peteĩ aty ñorairõ jeporavo pyʼaguasu rehegua umi Seleúcida ári.</w:t>
      </w:r>
    </w:p>
    <w:p>
      <w:pPr>
        <w:pStyle w:val="ArticleBody"/>
        <w:jc w:val="left"/>
      </w:pPr>
      <w:r>
        <w:rPr>
          <w:rFonts w:ascii="Times New Roman" w:hAnsi="Times New Roman" w:eastAsia="Times New Roman" w:cs="Times New Roman"/>
        </w:rPr>
        <w:t>Umi mba’e oikóva Modein-pe áño 167 a.C.-pe ha’e va’ekue peteĩ momento iñimportantetereíva judío kuéra rembiasápe, omarkáva ñepyrũrã pe Maccabean Revolt ha pe ñorairõ tekosãso rehehápe ha ijeheguiete rekópe g̃uarã tetã ambue poguýpe. Pe mokõiha Templo Jerusalén-pe oñembopyahu jey va’ekue, omarkáva pe tembiasakue ojegueromandu’áva Hanukkah aja, oiko va’ekue áño 164 a.C.-pe, mbohapy áño mboyve pe “joaju” versíkulo mokõipa mbohapyhápe.</w:t>
      </w:r>
    </w:p>
    <w:p>
      <w:pPr>
        <w:pStyle w:val="ArticleBody"/>
        <w:jc w:val="left"/>
      </w:pPr>
      <w:r>
        <w:rPr>
          <w:rFonts w:ascii="Times New Roman" w:hAnsi="Times New Roman" w:eastAsia="Times New Roman" w:cs="Times New Roman"/>
        </w:rPr>
        <w:t>Jerusalén ha pe Templo jeypyhy rire, umi Macabeo omopotĩ pe Templo umi mba’e ky’a pagano-gui ha omyatyro jey chupe hembiporu porãme, religiósorã. Yma guare ñe’ẽme’ẽ he’iháicha, ojuhu hikuái peteĩ añoite ryru’i aséite oñembojeroviapyre, pehẽngue peteĩ ára añoite hag̃uáicha omyendy hag̃ua pe menorá. Añetépe, ndaipóri mba’eve testígo histórico ko’ág̃a peve ojehecháva upéva rehegua, ha ndaha’éi pe siglo sexto peve mante ojehupyty pe mombe’upy judío kuatiápe. Hermana White ombojoja pe iglesia judía apóstata pe iglesia católica ndive, omomba’eguasu hag̃ua ko mokõivéva omopyenda ijerovia yvypóra jepokuaa ha tekokatu rehe. Ojehuháicha heta milagro ojeporavo’ỹ ha ojepytu’úva pe iglesia papal rembiasakue ryepýpe, pe mombe’upy peteĩ ára guare aséite opyta hague poapy ára pukukue ndaipóri avei testígo histórico.</w:t>
      </w:r>
    </w:p>
    <w:p>
      <w:pPr>
        <w:pStyle w:val="ArticleBody"/>
        <w:jc w:val="left"/>
      </w:pPr>
      <w:r>
        <w:rPr>
          <w:rFonts w:ascii="Times New Roman" w:hAnsi="Times New Roman" w:eastAsia="Times New Roman" w:cs="Times New Roman"/>
        </w:rPr>
        <w:t>Pe versíkulo diez, Daniel kapítulo once-pe, oñemombe’u peteĩha ñorairõ umi mbohapy ñorairõgui versíkulo cuarenta-peguápe, che yma amomba’éva mbohapy ñorairõ ramo peteĩ “guerra fría” rehegua, ha avei mbohapy ñorairõ por delegación ramo. Peteĩ ermána oporandu che rehe aikuaaukávo pe Ñorairõ Ucrania-peguáva, ha’éva mokõiha ko’ã mbohapy ñorairõ apytégui, “guerra fría” ramo, pórke ha’e hekoitépe ohechauka haguéicha, oĩ hetaiterei mano ha ñehundi. Umi mba’e che amyesakãva artikulokuérape yma “guerra fría” rembiguái mbohapy ñorairõ ramo, oñembohéra upéicha ikatu hag̃uáicha oñemohenda porã joavy ko’ã mbohapy ñorairõ ha umi mbohapy Ñorairõ Mundial oikóva yvy rembiasakue pukukue jave pe mymba yvyguápe Revelación trece-pe. Ko’ã mbohapy ñorairõ ha’e ñorairõ por delegación ha avei upéicha oñembohéra.</w:t>
      </w:r>
    </w:p>
    <w:p>
      <w:pPr>
        <w:pStyle w:val="ArticleBody"/>
        <w:jc w:val="left"/>
      </w:pPr>
      <w:r>
        <w:rPr>
          <w:rFonts w:ascii="Times New Roman" w:hAnsi="Times New Roman" w:eastAsia="Times New Roman" w:cs="Times New Roman"/>
        </w:rPr>
        <w:t>Ko’ág̃a guive ko’ã artíkulope, che aipota ahechauka umi mbohapy ñorairõramo “versíkulo cuarenta mbohapy ñorairõ” térã ñorairõ hekovia rupive ojejapóva, ikatu hag̃uáicha oñembogue pe joavy oĩva oñemohenda jave peteĩ ñorairõ hakuáva peteĩ ñorairõ ro’ýs ramo. Che ñe’ẽme’ẽ he’iháicha, versíkulo cuarenta mbohapy ñorairõ ndoguerekói pe ñorairõ ary 1798-pe guare, upéva niko versíkulo cuarenta rehegua, síno umi mbohapy ñorairõnte ára paha guive 1989-pe peve arapokõindy léi versíkulo cuarenta y uno pegua peve. Umi mbohapy ñorairõ ojehechakuaa porãvéva ñorairõ hekovia rupive ojejapóvaramo, ha umíva oñemboaje pe ñorairõ ryepýpe oĩva mburuvicha yvate pegua ha mburuvicha yvy gotyo pegua apytépe; upéva, versíkulo cuarenta rembiasakuepe, orrepresenta pe ñorairõ Catolicismo (mburuvicha yvate pegua) ha Comunismo (mburuvicha yvy gotyo pegua) apytépe.</w:t>
      </w:r>
    </w:p>
    <w:p>
      <w:pPr>
        <w:pStyle w:val="ArticleBody"/>
        <w:jc w:val="left"/>
      </w:pPr>
      <w:r>
        <w:rPr>
          <w:rFonts w:ascii="Times New Roman" w:hAnsi="Times New Roman" w:eastAsia="Times New Roman" w:cs="Times New Roman"/>
        </w:rPr>
        <w:t>Umi mbohapy ñorairõ apytépe pe peteĩha ohechauka Catolicismo pu’aka Comunismo ári ary 1989-pe, pe papado oñembojoajúvo ipópe oñorairõ hag̃ua peteĩ ejército proxy ndive, ojejapóva Estados Unidos reheve, omoĩ hag̃uáicha yvýre Unión Soviética ary 1989-pe, jepémo Rusia, iñakã (térã “mbarete renda”), opyta hag̃ua gueteri oñembo’yva. Pe guerra ko’ág̃a oikóva Ucrania-pe ha’e jey peteĩ ñorairõ Catolicismo ha Comunismo apytépe, pe papado oipurúvo gobierno ucraniano peteĩ proxy ramo Rusia rehe, upéicha avei oguerekóvo pytyvõ pe papado remimbou mbarete yma guaregui, Estados Unidos-gui, oikehápe avei opavave mundo occidental globalista rembiapo. Upe guerra ojehechauka versículo kuéra once ha doce-pe, ha ohechauka Comunismo (Rusia) ipu’akataha Catolicismo ári.</w:t>
      </w:r>
    </w:p>
    <w:p>
      <w:pPr>
        <w:pStyle w:val="ArticleBody"/>
        <w:jc w:val="left"/>
      </w:pPr>
      <w:r>
        <w:rPr>
          <w:rFonts w:ascii="Times New Roman" w:hAnsi="Times New Roman" w:eastAsia="Times New Roman" w:cs="Times New Roman"/>
        </w:rPr>
        <w:t>Umi mbohapyha umi ñorairõ ojejapóva ambue rérape apytégui ojehechauka pe versíkulo quince-pe, Ñorairõ Panium pegua ramo. Pe ñorairõ oiko vaekue Reino Ptolemaico (pe mburuvicha yvy gotyo) ha Reino Seléucida (pe mburuvicha yvy norte gotyo) apytépe. Upéva ñorairõme, pe ehérsito ojejapóva catolicismo rérape ha’e jey Estados Unidos.</w:t>
      </w:r>
    </w:p>
    <w:p>
      <w:pPr>
        <w:pStyle w:val="ArticleBody"/>
        <w:jc w:val="left"/>
      </w:pPr>
      <w:r>
        <w:rPr>
          <w:rFonts w:ascii="Times New Roman" w:hAnsi="Times New Roman" w:eastAsia="Times New Roman" w:cs="Times New Roman"/>
        </w:rPr>
        <w:t>Pe ñorairõha peteĩhape ary 1989-pe, ojeporu Estados Unidos pe atĩ republicano rembiokuái ehérsito proxy papadokuéra rehehápe omboguejy hag̃ua Unión Soviética estructura política, ohejávo oikove hag̃ua, iñakã (Rusia). Pe ñorairõha mokõihape, ha’éva pe Ucrania ñorairõ, Rusia omb defeat pe nazi-kuéra ehérsito proxy. Pe mbohapyha ñorairõme Estados Unidos, papadokuéra rembiokuái ehérsito proxy jey, omb defeat jey pe mburuvicha yvy gotyopegua.</w:t>
      </w:r>
    </w:p>
    <w:p>
      <w:pPr>
        <w:pStyle w:val="ArticleBody"/>
        <w:jc w:val="left"/>
      </w:pPr>
      <w:r>
        <w:rPr>
          <w:rFonts w:ascii="Times New Roman" w:hAnsi="Times New Roman" w:eastAsia="Times New Roman" w:cs="Times New Roman"/>
        </w:rPr>
        <w:t>Umi mbohapy ñorairõ ogueraha “Añetegua” réra, ha peteĩha ha pahapyha ñorairõ ojejapo Tetã Unidos pe ehérsito proxy ipu’akavéva rupive. Peteĩha ñorairõme mburuvicha ñemby gotyogua akã opyta oñembyai’ỹre, ha mbohapyha ñorairõme Tetã Unidos pe ehérsito proxy oiko mburuvicha ñemby gotyogua akãramo. Mokõiha ehérsito proxy avei vaʼekue papado pe ehérsito proxy Mokõiha Ñorairõ Guasu aja. Mokõive kásope, Nazismo pe ehérsito proxy oñehundi vaʼekue ha oñehundíta. Papado omoĩ ipoguýpe hekopete opa iñenemigokuérape versíkulo dieciséis mboyve, oñemoañetévo pe joaju mbohapyvegua.</w:t>
      </w:r>
    </w:p>
    <w:p>
      <w:pPr>
        <w:pStyle w:val="ArticleScripture"/>
        <w:jc w:val="left"/>
      </w:pPr>
      <w:r>
        <w:rPr>
          <w:rFonts w:ascii="Times New Roman" w:hAnsi="Times New Roman" w:eastAsia="Times New Roman" w:cs="Times New Roman"/>
        </w:rPr>
        <w:t>«Tolomeo [Putin] ndaipóri vaʼekue pe prudénsia ojepuru porã hag̃ua iviktória. Oseguírire vaʼekue ijehupyty, ikatu hag̃uáicha oiko vaʼerãmoʼã kuri mburuvicha opaite Antioco réino ári; ha katu, oñekontentágui ojapo hag̃uánte mbovymi ñeʼẽmondýi ha mbovymi amenaza, ojapo pyʼaguapy ikatu hag̃uáicha oñemeʼẽmba pe jeheguerei opytasoʼỹ ha ojejokoʼỹvape ipasión-kuéra tymbaichaguávape. Péicha, ogana rire iñenemigokuérape, ojegana hese ivísiokuéra; ha, hesarái pe téra guasu ikatúva gueteri vaʼekue omopyenda, ombohasa itiémpo karu guasúpe ha teko tieʼỹme.»</w:t>
      </w:r>
    </w:p>
    <w:p>
      <w:pPr>
        <w:pStyle w:val="ArticleScripture"/>
        <w:jc w:val="left"/>
      </w:pPr>
      <w:r>
        <w:rPr>
          <w:rFonts w:ascii="Times New Roman" w:hAnsi="Times New Roman" w:eastAsia="Times New Roman" w:cs="Times New Roman"/>
        </w:rPr>
        <w:t>“Ha’e py’a oñemopu’ã ijyvate hembiapo porã rupi, ha katu upéva nomombaretéi chupe; pe mba’e’apo ñemotĩme’ỹ reheve ojapóva hese ojapo hag̃ua, umi hetãygua tee opu’ã hag̃ua hese.” Uriah Smith, Daniel and the Revelation, 254.</w:t>
      </w:r>
    </w:p>
    <w:p>
      <w:pPr>
        <w:pStyle w:val="ArticleBody"/>
        <w:jc w:val="left"/>
      </w:pPr>
      <w:r>
        <w:rPr>
          <w:rFonts w:ascii="Times New Roman" w:hAnsi="Times New Roman" w:eastAsia="Times New Roman" w:cs="Times New Roman"/>
        </w:rPr>
        <w:t>Mokõiha testígo ohechaukáva Putin pu’aka he’iseha iñapỹi, oĩ Juda peguakuéra ñemby gotyo pegua rréi Uzías reheve, ikorasõ avei oñembotuicha va’ekue iñorairõme oganáva rupive, ha upe rire, Ptolomeo-ichaite, oheka va’ekue ojapo hag̃ua pa’ikuéra rembiapo pe santuariope, ha oñenupã lepra reheve ha pya’evoi oñemboyke mburuvicha guasúgui. Putin pu’aka Ucrania ñorairõme ohechauka iñepyrũha ijapỹi hag̃ua rréi ñemby gotyogua ramo (ateísmo rréi ramo). Ijapỹi ojehechauka va’ekue tipo ramo versíkulo cuarenta ñepyrũme, pe rréi ñemby gotyogua profétikore (Francia), omombe’úva peteĩ revolución omombo hague mburuvichakuérape, oiko haguéicha Ptolomeo rehe. Putin apỹi avei ojehechauka va’ekue Unión Soviética apỹi reheve, upépe pe mburuvicha (Gorbachev) omboyke hag̃ua pe Unión Soviética, ha pya’evoi ojapyhy peteĩ tembiapo Naciones Unidas ndive, pe símbolo globalista ára pahápe pegua ateísmogua, pe rréi ñemby gotyogua. Putin pu’aka rire Ucraniape, ha’e avei ojehechauka tipo ramo Napoleón rehe Waterloo-pe, ha pe ñeñemosẽ mombyrýpe oúva upe rire; avei rréi Uzías rehe, ilepra reheve, ha pe ñemosẽ oúva upe rire, upéicha avei Ptolomeo apỹi ka’úre ha Unión Soviética apỹi ary 1989-pe.</w:t>
      </w:r>
    </w:p>
    <w:p>
      <w:pPr>
        <w:pStyle w:val="ArticleBody"/>
        <w:jc w:val="left"/>
      </w:pPr>
      <w:r>
        <w:rPr>
          <w:rFonts w:ascii="Times New Roman" w:hAnsi="Times New Roman" w:eastAsia="Times New Roman" w:cs="Times New Roman"/>
        </w:rPr>
        <w:t>Pe ñorairõ Panio pegua oiko áry 200 a.C., ha upe aryetepe Roma oike hesakã porãháicha tembiasakuepe. Ijeike profétika ñe’ẽmondópe oĩ mboyve Jerusalén jejapyhy, oñeha’ãngóva pe versíkulo 16-pe ha oñemyenyhẽva 63 a.C.-pe, upe jave ha’e omoherakuãkuri ha’eha pe mitã ruvicha Egiptopegua ñangarekoha. Pe mbohapyha ñorairõ ojehecháva pe versíkulo 40-pe, oikehápe yvate ha yvy gotyo guive umi mburuvichakuéra, papado oike jeýta tembiasakuepe, ojapóramoguáicha ha’eha Rusia ñangarekoha. Upe jave avei Seleuco, pe ta’angápe, ipu’aka Ptolomeo ári pe ñorairõ Panio peguápe, upéicha ohechauka Estados Unidos, papado rembijokuái ñorairõhára peteĩha ha pahápe pe versíkulo 40-pe, ipu’akaha “Egipto” ári (mburuvicha yvy gotyo pegua).</w:t>
      </w:r>
    </w:p>
    <w:p>
      <w:pPr>
        <w:pStyle w:val="ArticleBody"/>
        <w:jc w:val="left"/>
      </w:pPr>
      <w:r>
        <w:rPr>
          <w:rFonts w:ascii="Times New Roman" w:hAnsi="Times New Roman" w:eastAsia="Times New Roman" w:cs="Times New Roman"/>
        </w:rPr>
        <w:t>Áño 200 a.C. jave, jahecha simbólikamente pe papadope, Tiro kuña rekovéicha, oñepyrũvo opurahéi i purahéi kuéra tekovai rehegua, oñembosako’i hag̃ua upe joaju mbohapýva pe léi domingopegua versíkulo dieciséis-pe. Upe jave avei, Estados Unidos ipu’aka Naciones Unidas ári, ha upéicha omopyenda ipuesto mburuvicha guasúrõ umi diez mburuvicha apytépe. Mayma umi dinámica pe joaju mbohapývagui, oñemohu’ãva pe léi domingope, oñemyatyrõma versíkulo dieciséis mboyve.</w:t>
      </w:r>
    </w:p>
    <w:p>
      <w:pPr>
        <w:pStyle w:val="ArticleBody"/>
        <w:jc w:val="left"/>
      </w:pPr>
      <w:r>
        <w:rPr>
          <w:rFonts w:ascii="Times New Roman" w:hAnsi="Times New Roman" w:eastAsia="Times New Roman" w:cs="Times New Roman"/>
        </w:rPr>
        <w:t>Mbói guasu pokatu rembiapokue politika, Tetã Joaju rupi ojehechaukaháicha, peteĩhaĩ joa, ñe’ẽpoty papiapype paĩteĩ, ome’ẽ hag̃ua iñemohenda política pe mymbápe; ha upéva oiko mboyve, papakuéra pu’aka ogana pe mbói guasu religión rehe. Tekotevẽ jey hag̃ua ojeipe’a paganísmo. Protestantísmo ojeipe’a kuri Reagan ára pukukue, ñeorairõ peteĩha, versíkulo cuarenta-pe; ha republicano mburuvicha ipahaguéva ára pukukue, pe mbói guasu religión avei oñemoĩta ñesũme catolicísmo religión renondépe, oiko haguéicha áño 508-pe. Pe tembiapo ojeipe’a hag̃uáicha opaichagua resistencia religiosa ombotovéva papakuéra oñemoĩ hag̃ua guapyhárenda ári, oñepyrũ Reagan ára pukukue, ha opa Trump ára pukukue. Pe resistencia protestantísmo apóstata rehegua, oñemoĩva’ekue catolicísmo rehe, ojeipe’a kuri ñeorairõ peteĩha, versíkulo cuarenta-pe; ha pe resistencia espiritísmo rehegua ojeipe’áta pe ñeorairõ pahápe, versíkulo cuarenta-pe.</w:t>
      </w:r>
    </w:p>
    <w:p>
      <w:pPr>
        <w:pStyle w:val="ArticleBody"/>
        <w:jc w:val="left"/>
      </w:pPr>
      <w:r>
        <w:rPr>
          <w:rFonts w:ascii="Times New Roman" w:hAnsi="Times New Roman" w:eastAsia="Times New Roman" w:cs="Times New Roman"/>
        </w:rPr>
        <w:t>Umi mba’e ojehupyty hag̃ua ijetu’úva yvypóra rembiasakue apytépe, protestantismo apóstata oñemopyenda va’erã mburuvicha guasu ramo, jerovia rehegua ha polítikape, umi pa’ũme umi diez mburuvicha guasu Apocalipsis capítulo diecisiete-pe oñemombe’úva ári. Upéicha rupi, Panium Ñorairõ ohechauka araka’épa Tetã peteĩ reko Estados Unidos ipu’aka Naciones Unidas ári, ko’ýte pe léi domingo versículo dieciséispegua mboyve.</w:t>
      </w:r>
    </w:p>
    <w:p>
      <w:pPr>
        <w:pStyle w:val="ArticleBody"/>
        <w:jc w:val="left"/>
      </w:pPr>
      <w:r>
        <w:rPr>
          <w:rFonts w:ascii="Times New Roman" w:hAnsi="Times New Roman" w:eastAsia="Times New Roman" w:cs="Times New Roman"/>
        </w:rPr>
        <w:t>Peteĩ léi profétiko oñemopyenda porãva ha’e pe teju jagua, pe mymba ha pe proféta japu peteĩteĩ oguerekoha hikuái imba’e tee profétiko. Peteĩ umi mba’e tee profétikogui ha’e pe mymba (catolicismo) oñemoĩha profétikamente tapiaite táva Roma-pe. Pe Proféta Japu oñemoĩ tapiaite profétikamente Estados Unidos-pe. Péro pe teju jagua rehegua, pe mba’e tee ohechaukáva moõpa oñemoĩ profétikamente ha’e oñemýiva tapiaite. Pe teju jagua oñepyrũ va’ekue yvágape, upéi ou Jardín de Edén-pe, ha ipahápe pe teju jagua oñemoĩ Egipto-pe.</w:t>
      </w:r>
    </w:p>
    <w:p>
      <w:pPr>
        <w:pStyle w:val="ArticleScripture"/>
        <w:jc w:val="left"/>
      </w:pPr>
      <w:r>
        <w:rPr>
          <w:rFonts w:ascii="Times New Roman" w:hAnsi="Times New Roman" w:eastAsia="Times New Roman" w:cs="Times New Roman"/>
        </w:rPr>
        <w:t>Eñeʼẽ, ha ere: Péicha heʼi Ñandejára Tupã; Maʼẽ, che aime nde rehe, Faraón, Egipto ruvicha guasu, pe mbói guasu tuicháva opytáva ijysyrykuéra mbytépe, pe heʼíva: Che ysyrýva che mbaʼe tee, ha che voi ajapo che jupe g̃uarã. Ezequiel 29:3.</w:t>
      </w:r>
    </w:p>
    <w:p>
      <w:pPr>
        <w:pStyle w:val="ArticleBody"/>
        <w:jc w:val="left"/>
      </w:pPr>
      <w:r>
        <w:rPr>
          <w:rFonts w:ascii="Times New Roman" w:hAnsi="Times New Roman" w:eastAsia="Times New Roman" w:cs="Times New Roman"/>
        </w:rPr>
        <w:t>Pe dragón rehegua marandu porãme oñemoambue. Juan tiémpope, pe dragón renda, he’iséva itróno, ojehechakuaa oĩha Pérgamope.</w:t>
      </w:r>
    </w:p>
    <w:p>
      <w:pPr>
        <w:pStyle w:val="ArticleScripture"/>
        <w:jc w:val="left"/>
      </w:pPr>
      <w:r>
        <w:rPr>
          <w:rFonts w:ascii="Times New Roman" w:hAnsi="Times New Roman" w:eastAsia="Times New Roman" w:cs="Times New Roman"/>
        </w:rPr>
        <w:t>Ha pe ánhel pegua pe aty guasu Pérgamope ehai: Péicha he’i pe oguerekóva pe kyse puku hãimbe mokõive henda gotyo; Che aikuaa nde rembiapokue ha moõpa reiko, upépe oĩháme Satanás guapyha: ha nde rejoko hatã che réra, ha ndereñemoĩri che jerovia rehe, umi ára Antipas, che mártir jerovia hag̃uáva, ojejukárõ guare pende apytépe, upépe Satanás oikohápe. Apocalipsis 2:12, 13.</w:t>
      </w:r>
    </w:p>
    <w:p>
      <w:pPr>
        <w:pStyle w:val="ArticleBody"/>
        <w:jc w:val="left"/>
      </w:pPr>
      <w:r>
        <w:rPr>
          <w:rFonts w:ascii="Times New Roman" w:hAnsi="Times New Roman" w:eastAsia="Times New Roman" w:cs="Times New Roman"/>
        </w:rPr>
        <w:t>Roma pagã rembiapokue niko ogueru hag̃ua táva Romape opaite umi tupã gua’u pagano oikuaáva ha ojehe’áva hendivekuéra, ha upéi ohechauka hag̃ua chupekuéra Templo Panteónpe. Upévare Daniel ohaíva “ityvyro hague isantuario renda”. Roma pagã santuario renda ha’e va’ekue táva Roma, ha upéva oñemombo yvýpe Constantino rupive ary 330-pe; péro pe santuario oĩva’ekue “Roma ryepýpe” ha’e va’ekue Templo Panteón, Pan-Theon he’iséva “opaite umi tupã kuéra templo”. Umi Romano ombohasa Satanás guapyha renda Pérgamo-gui Templo Panteónpe. Hermana White omombe’u ñandéve Roma pagãha pe dragón.</w:t>
      </w:r>
    </w:p>
    <w:p>
      <w:pPr>
        <w:pStyle w:val="ArticleScripture"/>
        <w:jc w:val="left"/>
      </w:pPr>
      <w:r>
        <w:rPr>
          <w:rFonts w:ascii="Times New Roman" w:hAnsi="Times New Roman" w:eastAsia="Times New Roman" w:cs="Times New Roman"/>
        </w:rPr>
        <w:t>“Upéicha rupi pe teju jagua, tenonderãite, ohechaukáramo Satanáspe, mokõiha sentido-pe, ha’e peteĩ símbolo Roma pagana rehegua.” The Great Controversy, 439.</w:t>
      </w:r>
    </w:p>
    <w:p>
      <w:pPr>
        <w:pStyle w:val="ArticleBody"/>
        <w:jc w:val="left"/>
      </w:pPr>
      <w:r>
        <w:rPr>
          <w:rFonts w:ascii="Times New Roman" w:hAnsi="Times New Roman" w:eastAsia="Times New Roman" w:cs="Times New Roman"/>
        </w:rPr>
        <w:t>Roma pagana oñemboja’o vaʼekue paĩ tetãme, ha Francia oiko mburuvicha guasu ñemby gotyo pe ojegueru haguére Egipto pegua ateísmo pe Revolución Francesa aja. Ary 1917 peve, dragón oñemonguʼe Francia-gui Rusia-pe. Pe versíkulo diez ohechauka 1989, ha umi versíkulo once ha doce ohechauka umi ñorairõ “frontera rehegua” (Rafía ha Ucrania), ha pe ñorairõ Panium-pe ohechauka mbohapyha paso pe papado omboguatáva oku’e aja omopyenda hag̃ua pe joaju mbohapyvegua pe versíkulo dieciséis-pe. Upéva ohechauka pe tembiasakue kañymby pe versíkulo cuarenta-pe.</w:t>
      </w:r>
    </w:p>
    <w:p>
      <w:pPr>
        <w:pStyle w:val="ArticleBody"/>
        <w:jc w:val="left"/>
      </w:pPr>
      <w:r>
        <w:rPr>
          <w:rFonts w:ascii="Times New Roman" w:hAnsi="Times New Roman" w:eastAsia="Times New Roman" w:cs="Times New Roman"/>
        </w:rPr>
        <w:t>Ñambopyta ko ñemoarandu oúvape pe ambue artículope.</w:t>
      </w:r>
    </w:p>
    <w:p>
      <w:pPr>
        <w:pStyle w:val="ArticleScripture"/>
        <w:jc w:val="left"/>
      </w:pPr>
      <w:r>
        <w:rPr>
          <w:rFonts w:ascii="Times New Roman" w:hAnsi="Times New Roman" w:eastAsia="Times New Roman" w:cs="Times New Roman"/>
        </w:rPr>
        <w:t>Ha Jesús og̃uahẽrõ guare Cesarea de Filipo [Panium] rembeʼýpe, oporandu hemimboʼekuérape, heʼívo: Mávapa yvyporakuéra heʼíva che, Yvypóra Raʼy, haʼeha? Haʼekuéra heʼi: Oĩ heʼíva ndehaeha Juan Bautista; ambue, Elías; ha ambuekuéra, Jeremías térã peteĩva umi maranduhára apytégui. Haʼe heʼi chupekuéra: Ha peẽ, mávapa peje che haʼeha? Upémarõ Simón Pedro ombohovái ha heʼi: Nde hína Cristo, Tupã oikovéva Raʼy. Ha Jesús ombohovái ha heʼi chupe: Ovyʼaite nde, Simón Barjona; ndahaʼéi niko soʼo ha tuguy ombovyʼaʼekue ndéve ko mbaʼe, ha katu che Ru yvágape oĩva. Ha che avei haʼe ndéve: nde hína Pedro, ha ko ita ári amopuʼãta che iglesia; ha añaretã rokẽnguéra ndaikatumoʼãi ipuʼaka hese. Ha ameʼẽta ndéve yvagagua Rréino llávekuéra; ha opa mbaʼe reñapytĩva ko yvy ári, oñeñapytĩta yvágape; ha opa mbaʼe rembojoʼo vaʼekue ko yvy ári, oñembojoʼóta yvágape. Upéi haʼe omanda porã hemimboʼekuérape ani hag̃ua omombeʼu avavépe haʼeha Jesús, Cristo. Upe guive Jesús oñepyrũ ohechauka hemimboʼekuérape tekotevẽha oho Jerusalénpe, ha ohasa heta mbaʼe umi myakãhára, paʼi ruvichakuéra ha mboʼehára kuéra poguýpe, ha ojeporuka hag̃ua, ha mbohapyha árape oñemopuʼãjey hag̃ua. Mateo 16:13–21.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Kuatiañe'ẽ Daniel rehegua - Papapy Ciento Setenta y Nueve</dc:title>
  <dc:subject>Pyharepy Mbytepytepegua ha Roma rembiaporã maranduhápe: ojekuaaukávo ára pahápe kuatiañe’ẽ Daniel-pe</dc:subject>
  <dc:creator>Jeff Pippenger</dc:creator>
  <cp:keywords/>
  <dc:description>Generated by ArticleDigger from daniel\179_daniel.json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