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Pe Kuatia Daniel - Papapy Pakõiha Jurundy hag̃ua</w:t>
      </w:r>
    </w:p>
    <w:p>
      <w:pPr>
        <w:pStyle w:val="ArticleSubtitle"/>
        <w:jc w:val="left"/>
      </w:pPr>
      <w:r>
        <w:rPr>
          <w:rFonts w:ascii="Arial" w:hAnsi="Arial" w:eastAsia="Arial" w:cs="Arial"/>
        </w:rPr>
        <w:t>Joaju Profético: Nabucodonosor Ra’anga Óroguigua ha pe Léi Domingo rehegua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2023-12-12</w:t>
      </w:r>
    </w:p>
    <w:p>
      <w:pPr>
        <w:pStyle w:val="ArticleBody"/>
        <w:jc w:val="left"/>
      </w:pPr>
      <w:r>
        <w:rPr>
          <w:rFonts w:ascii="Times New Roman" w:hAnsi="Times New Roman" w:eastAsia="Times New Roman" w:cs="Times New Roman"/>
        </w:rPr>
        <w:t>Hermana White py’ỹi ombojoja pe ta’anga óro rehegua, ñu Dura-pe oñembohapy vaʼekue, léi domingo reheguáre.</w:t>
      </w:r>
    </w:p>
    <w:p>
      <w:pPr>
        <w:pStyle w:val="ArticleScripture"/>
        <w:jc w:val="left"/>
      </w:pPr>
      <w:r>
        <w:rPr>
          <w:rFonts w:ascii="Times New Roman" w:hAnsi="Times New Roman" w:eastAsia="Times New Roman" w:cs="Times New Roman"/>
        </w:rPr>
        <w:t>“Oñemopu’ãma peteĩ sábado ta’ãnga rehegua, pe ta’ãnga óroguigua oñemopu’ã haguéicha Dura ñuíme. Ha Nabucodonosor, Babilonia ruvicha guasu, ome’ẽ haguéicha peteĩ decreto opavavépe umi ndoguejýiva oñesũ ha omomba’e guasu hag̃ua ko ta’ãnga ojejuka va’erãha, upéicha avei ojejapóta peteĩ ñe’ẽmondo he’íva opavave umi nomomba’éiva pe domingo ñembohekoha ojekastigataha cárcelpe ha ñemanóme. Péicha Ñandejára sábado ojeapyrũ yvýre. Ha Ñandejára he’ima: ‘Ai umi ome’ẽva decreto heko’ỹva, ha oháiva mba’epohýi ohaíva hag̃ua’ [Isaías 10:1]. [Sofonías 1:14–18; 2:1–3, oñecita.]” Manuscript Releases, volumen 14, 91.</w:t>
      </w:r>
    </w:p>
    <w:p>
      <w:pPr>
        <w:pStyle w:val="ArticleBody"/>
        <w:jc w:val="left"/>
      </w:pPr>
      <w:r>
        <w:rPr>
          <w:rFonts w:ascii="Times New Roman" w:hAnsi="Times New Roman" w:eastAsia="Times New Roman" w:cs="Times New Roman"/>
        </w:rPr>
        <w:t>Ko pasáhepe Hermana White omombe’u Sofonías kuatiañe’ẽ, ha upéicha rupi ombojoapy pe joaju profético oĩva Daniel pe mokõiha ha mbohapyha kapítulo rehe. Sofonías ohechauka Ñandejára tavayguakuéra oñembyaty va’erãha mboyve pe decreto. Avei ohechauka peteĩ maraka marandu, ha’éva techaukaha peteĩ marandu ñemomarandu rehegua ojepysóva táva kuérape (Tetãnguéra) ha yvategua óga kuérape (Iglesiakuéra) rovái. Ohechauka peteĩ ñembyaty, ha’éva pe “siete veces” rehegua mba’e, oikóva Leviticus 26 ñembo’e oñeme’ẽ jave. Ohechauka peteĩ “tetã ndojehayhúiva,” ha upe aja pukukue omomba’eguasu Ñandejára huísio ejecutivo ñepyrũ, oñepyrũva pe léi dominical guive ha ojupi mbeguekatúvo Cristo Jeju Mokõiha peve.</w:t>
      </w:r>
    </w:p>
    <w:p>
      <w:pPr>
        <w:pStyle w:val="ArticleBody"/>
        <w:jc w:val="left"/>
      </w:pPr>
      <w:r>
        <w:rPr>
          <w:rFonts w:ascii="Times New Roman" w:hAnsi="Times New Roman" w:eastAsia="Times New Roman" w:cs="Times New Roman"/>
        </w:rPr>
        <w:t>Pe léi dominical rehegua mboaje mboyve oiko mymbajaguare ra’ãnga ñemoheñói. Mymbajaguare ra’ãnga ñemoheñói hína pe jehecháva rupive ojejapóva prueba ombohováiva umi Tupã tavayguápe, ymaite guive ohasa vaʼekuépe tembiʼu rehegua prueba. Pe mboaje mboyve, haʼéva mbohapyha (pe prueba omyesakã porãvéva), Tupã tavaygua, Sofonías ohenóiva peteĩ “tetã ndajehayhúiva”, oñehenói oñembyaty hag̃ua. Ezequiel marandu tenondegua hína pe ñembyaty marandu, ha katu upéva oñemoañete umi oikuaáva añoite iñasãiha ha oñemboʼéva Levítico mokõipa poteĩ ñemboʼe reheve, ojapo haguéicha Daniel, capítulo nueve-pe.</w:t>
      </w:r>
    </w:p>
    <w:p>
      <w:pPr>
        <w:pStyle w:val="ArticleScripture"/>
        <w:jc w:val="left"/>
      </w:pPr>
      <w:r>
        <w:rPr>
          <w:rFonts w:ascii="Times New Roman" w:hAnsi="Times New Roman" w:eastAsia="Times New Roman" w:cs="Times New Roman"/>
        </w:rPr>
        <w:t>Hi’aguĩma pe Ñandejára ára guasu; hi’aguĩma, ha pya’eterei oñemboja; pe Ñandejára ára ñe’ẽ voi: pe kuimba’e mbarete osapukáita upépe py’aro asýpe. Upe ára ha’e pochy ára, jehasa asy ha py’apurara ára, ñehundi ha ñembyai ára, pytũ ha iñypytũmbáva ára, arai ha pytũ hũ añetetéva ára, mbaraka turu ha marandu vai osapukáiva ára táva mbaretépe oñembotykáva rehe, ha umi tórre yvatépe rehe. Ha amoĩta jehasa asy yvypórape ári, ha oguatáta hikuái ohecha’ỹva ramo guáicha, opekágui Ñandejára rehe; ha huguy oñeñohẽta yvyku’i ramo, ha hetekuéra tekaka ramo. Ndaikatumo’ãi ipirapire plata ni ipirapire óro oguenohẽ chupekuéra pe Ñandejára pochy árape; ha opaite yvy oñembokotata itatakua akãhatã rupi; ha’e pya’e hag̃uáicha ohundíta opa umi oikóvape pe yvýpe. Peñembyaty, heẽ, peñembyaty, tetã ndajehayhúiva; mboyve pe ñe’ẽme’ẽ osẽ, mboyve pe ára ohasa hag̃ua kuarahy’ỹi omboveve hag̃uáicha, mboyve pe Ñandejára pochy rasy ou pende ári, mboyve pe Ñandejára pochy ára ou pende ári. Peheka Ñandejárape, peẽ opaite yvy arigua ivai’ỹva, pejapóva hekópe hustísia; peheka tekojoja, peheka ñemomirĩ: ikatu hag̃uáicha peñemokañy pe Ñandejára pochy árape. Sofonías 1:14–2:3.</w:t>
      </w:r>
    </w:p>
    <w:p>
      <w:pPr>
        <w:pStyle w:val="ArticleBody"/>
        <w:jc w:val="left"/>
      </w:pPr>
      <w:r>
        <w:rPr>
          <w:rFonts w:ascii="Times New Roman" w:hAnsi="Times New Roman" w:eastAsia="Times New Roman" w:cs="Times New Roman"/>
        </w:rPr>
        <w:t>Peteĩ “kuimba'e ipu'akáva” Ñandejára Ñe'ẽme ha'e peteĩ kuimba'e pokatúva, ha pe ñe'ẽrã peteĩha oñe'ẽhápe peteĩ “kuimba'e ipu'akávare” ha'e Gedeón.</w:t>
      </w:r>
    </w:p>
    <w:p>
      <w:pPr>
        <w:pStyle w:val="ArticleScripture"/>
        <w:jc w:val="left"/>
      </w:pPr>
      <w:r>
        <w:rPr>
          <w:rFonts w:ascii="Times New Roman" w:hAnsi="Times New Roman" w:eastAsia="Times New Roman" w:cs="Times New Roman"/>
        </w:rPr>
        <w:t>Ha ou peteĩ ánhel Ñandejáragui, ha oguapy peteĩ yvýra rovyũ guýpe oĩva Ofrápe, pe mba’e Joás Abiezergua rehegua; ha ita’ýra Gedeón omongu’i trígo upe uva ryru renda ypýpe, omokañy hag̃ua umi Madián guápe. Ha Ñandejára ánhel ojechauka chupe, ha he’i chupe: Ñandejára oĩ ne ndive, nde kuimba’e py’aguasúva. Upérõ Gedeón he’i chupe: Ah che Ruvicha, Ñandejára oĩrõ ñane ndive, mba’ére piko upéicharõ opa ko’ã mba’e ou ñande ári? ha moõpa oĩ opa umi hechapyrãmbajekuéra ñande ru kuéra omombe’u va’ekue ñandéve, he’ívo: Ndaha’éi piko Ñandejára oguenohẽ va’ekue ñandéve Egíptogui? ha ko’ágã Ñandejára ore reja rei, ha ore me’ẽ umi Madián pope. Upérõ Ñandejára oma’ẽ hese, ha he’i: Tereho ko nde py’aguasu reheve, ha nde resalváta Israel umi Madián poguýgui: ndaha’éi piko che voi romondo ndeve? Ha ha’e he’i chupe: Ah che Ruvicha, mba’éicha rupípa asalváta Israel? péina ápe, che rogaygua ndahetáii Manaséspe, ha che hína pe michĩvéva che ru rógape. Ha Ñandejára he’i chupe: Añetehápe che aime ne ndive, ha nde reityta umi Madián guápe peteĩ kuimba’éicha. Jueces 6:11–16.</w:t>
      </w:r>
    </w:p>
    <w:p>
      <w:pPr>
        <w:pStyle w:val="ArticleBody"/>
        <w:jc w:val="left"/>
      </w:pPr>
      <w:r>
        <w:rPr>
          <w:rFonts w:ascii="Times New Roman" w:hAnsi="Times New Roman" w:eastAsia="Times New Roman" w:cs="Times New Roman"/>
        </w:rPr>
        <w:t>Sofonías-pe pe kuimba’e mbarete, ha’éva avei Gedeón, hasẽ va’erã pohýi asýpe. Ñe’ẽ “hasẽ” ha’e peteĩ símbolo Pyhare Mbytegua Sapukái rehegua ára pahápe, ha ñe’ẽ “pohýi asýpe” ohechauka tekojoja ñemyrõ. Gedeón, térã Sofonías “kuimba’e mbarete”, ha’e peteĩ símbolo marandu Elías rehegua oguerekóva tembiapo ohechauka hag̃ua Tupã tavayguakuérape hembiapo vai, ha katuete avei ituvakuéra rembiapo vai.</w:t>
      </w:r>
    </w:p>
    <w:p>
      <w:pPr>
        <w:pStyle w:val="ArticleScripture"/>
        <w:jc w:val="left"/>
      </w:pPr>
      <w:r>
        <w:rPr>
          <w:rFonts w:ascii="Times New Roman" w:hAnsi="Times New Roman" w:eastAsia="Times New Roman" w:cs="Times New Roman"/>
        </w:rPr>
        <w:t>Esapukái hatã, ani rembyasy, emopuʼã nde ñeʼẽ turuichaicha, ha ehechauka che retãme hembiapo vaikue, ha Jacob rógape hembiangaipa. Isaías 58:1.</w:t>
      </w:r>
    </w:p>
    <w:p>
      <w:pPr>
        <w:pStyle w:val="ArticleBody"/>
        <w:jc w:val="left"/>
      </w:pPr>
      <w:r>
        <w:rPr>
          <w:rFonts w:ascii="Times New Roman" w:hAnsi="Times New Roman" w:eastAsia="Times New Roman" w:cs="Times New Roman"/>
        </w:rPr>
        <w:t>Opavave proféta oñondivepa oĩ peteĩ ñe'ẽme ára pahápe, upévare Isaías trompéta marandu ha’e avei Sofonías kuimba’e mbaretegua “sapukái”, ha upéichaite avei enterove ohechauka máva hína pe Elías mensahéro ha hembiapo ára pahápe. Isaíaspe umi versíkulo oúva hechauka ipekadokuéraha jejapo hag̃ua presumisión, pórke oguerovia hikuái añetehápe omomba’e guasuha ha oserviha Ñandejárape.</w:t>
      </w:r>
    </w:p>
    <w:p>
      <w:pPr>
        <w:pStyle w:val="ArticleScripture"/>
        <w:jc w:val="left"/>
      </w:pPr>
      <w:r>
        <w:rPr>
          <w:rFonts w:ascii="Times New Roman" w:hAnsi="Times New Roman" w:eastAsia="Times New Roman" w:cs="Times New Roman"/>
        </w:rPr>
        <w:t>Che katuete che reka ára ha ára, ha vy’apópe oikuaase che rape, peteĩ tetã ojapo vaʼekuéicha tekojoja ha ndohejareíva’ekue Ijára rembiapoukapy; ojerure chéve tekojoja rembiapoukapy, ha ovy’a oñembojávo Tupã rendápe. Isaías 58:2.</w:t>
      </w:r>
    </w:p>
    <w:p>
      <w:pPr>
        <w:pStyle w:val="ArticleBody"/>
        <w:jc w:val="left"/>
      </w:pPr>
      <w:r>
        <w:rPr>
          <w:rFonts w:ascii="Times New Roman" w:hAnsi="Times New Roman" w:eastAsia="Times New Roman" w:cs="Times New Roman"/>
        </w:rPr>
        <w:t>Pe kuimba’e mbarete hasẽ asyva ha’e Pe Sapukái Pyhare Mbytegua marandu, oikéva ipype pe jehechauka 18 jasypokõi 2020 ha’e hague peteĩ angaipa ñemboyvate ñandejára rehegua, tekotevẽva oñembyasy hag̃ua hese ha oñemombe’u hag̃ua. Pe marandu Pyhare Mbytegua mba’eete ha te’ỹi ha’e pe mymba ra’ãnga ñemoheñói, ha upe rire pe juicio oguerúva Estados Unidos ári, ha upéi mundo ári, Islam rupive.</w:t>
      </w:r>
    </w:p>
    <w:p>
      <w:pPr>
        <w:pStyle w:val="ArticleBody"/>
        <w:jc w:val="left"/>
      </w:pPr>
      <w:r>
        <w:rPr>
          <w:rFonts w:ascii="Times New Roman" w:hAnsi="Times New Roman" w:eastAsia="Times New Roman" w:cs="Times New Roman"/>
        </w:rPr>
        <w:t>Ñembo’e Levítico veintiséis pegua oñemboguata vove pe desierto pahápe, umi mbohapy ára mbyte ha pe mbyte pegua Apocalipsis once pegua rembe’ýpe, pe hepyetereíva ha pe marãva oñemombyta ojuehegui. Umi arandu ha umi vyro opytáta térã oguerekóta pe aséite órova, térã ndoguerekomo’ãi, ha upe árape ha’ekuéra oĩta peteĩcha Gedeón “kuimba’e peteĩ” ramo. Sofonías he’iháicha, pe léi domingo rehegua decreto mboyve, Gedeón, ha’éva Elías, ha’éva Ezequiel, ha’éva pe kuimba’e mbarete, oguerúta pe Pyhare Mbyte Sapy’a Marandu, oñondive pe ro’ysã’ỹ reheve ojehechaukávo Ñandejára tavayguakuérape ipekádo, oike hague hikuái pe 18 de julio de 2020 predicción-pe, ha iñeha’ã hekópe’ỹva omoañete hag̃ua iñepredicción, oitypa rire voi hag̃uaicha.</w:t>
      </w:r>
    </w:p>
    <w:p>
      <w:pPr>
        <w:pStyle w:val="ArticleBody"/>
        <w:jc w:val="left"/>
      </w:pPr>
      <w:r>
        <w:rPr>
          <w:rFonts w:ascii="Times New Roman" w:hAnsi="Times New Roman" w:eastAsia="Times New Roman" w:cs="Times New Roman"/>
        </w:rPr>
        <w:t>Sofonías ohechauka peteĩ ñembyaty joaju Tupã tavayguakuéra rehegua umi ára pahápe oikótava pe léi domingo rehegua decreto mboyve. Pe ñembyaty joaju avei ojehechauka Ezequiel marandu peteĩha capítulo treinta y siete-pe.</w:t>
      </w:r>
    </w:p>
    <w:p>
      <w:pPr>
        <w:pStyle w:val="ArticleScripture"/>
        <w:jc w:val="left"/>
      </w:pPr>
      <w:r>
        <w:rPr>
          <w:rFonts w:ascii="Times New Roman" w:hAnsi="Times New Roman" w:eastAsia="Times New Roman" w:cs="Times New Roman"/>
        </w:rPr>
        <w:t>Upévare ajerovia’ẽ he’iháicha chéve oñe’ẽ hag̃ua; ha ajerovia’ẽ aja, oĩ peteĩ tyapu, ha péina, peteĩ ryryi, ha umi kangue oñembojoaju, peteĩteĩ ikangue reheve. Ha ama’ẽ ramo, péina, umi tendón ha’o ho’ári, ha pire ojaho’i yvate guive; ha katu ndaipóri ipypekuéra pytu. Ezequiel 37:7, 8.</w:t>
      </w:r>
    </w:p>
    <w:p>
      <w:pPr>
        <w:pStyle w:val="ArticleBody"/>
        <w:jc w:val="left"/>
      </w:pPr>
      <w:r>
        <w:rPr>
          <w:rFonts w:ascii="Times New Roman" w:hAnsi="Times New Roman" w:eastAsia="Times New Roman" w:cs="Times New Roman"/>
        </w:rPr>
        <w:t>Ezequiel oñeprofetisa umi kangue piru oñeno vaʼekue omanóva upe táva calle-pe, Apocalipsis kapítulo once-pe, upépe avei ñande Ruvicha oñekurusifika hague. Tenonderãme oñembyaty oñondive.</w:t>
      </w:r>
    </w:p>
    <w:p>
      <w:pPr>
        <w:pStyle w:val="ArticleScripture"/>
        <w:jc w:val="left"/>
      </w:pPr>
      <w:r>
        <w:rPr>
          <w:rFonts w:ascii="Times New Roman" w:hAnsi="Times New Roman" w:eastAsia="Times New Roman" w:cs="Times New Roman"/>
        </w:rPr>
        <w:t>Ha hetekue omboguekuéra opytáta pe táva guasu rape mbytépe, espirituálmente oñembohérava Sodoma ha Egipto, upépe avei ñande Ruvicha ojejuka kuri kurusúre. Ha umi tetãyguakuéra, ñemoñarekuéra, ñe’ẽnguéra ha tetãnguéra ohecháta hetekue omboguekuérape mbohapy ára ha mbyte pukukue, ha ndohejamo’ãi oñeñotỹ hag̃ua sepultúrape. Ha umi oikóva yvy ári ovy’áta hese kuéra, ovy’apavẽta, ha omondo hag̃ua jopói ojuehe; ko’ã mokõi maranduhára proféta niko ombohasa asy umi oikóva yvy ári. Apocalipsis 11:8–10.</w:t>
      </w:r>
    </w:p>
    <w:p>
      <w:pPr>
        <w:pStyle w:val="ArticleBody"/>
        <w:jc w:val="left"/>
      </w:pPr>
      <w:r>
        <w:rPr>
          <w:rFonts w:ascii="Times New Roman" w:hAnsi="Times New Roman" w:eastAsia="Times New Roman" w:cs="Times New Roman"/>
        </w:rPr>
        <w:t>Oñembyaty hikuái umi mbohapy ára ha mbyte oguahẽ hag̃uáicha ipaha gotyo. Umi mbohapy ára ha mbyte he’ise pe araro’y Mateo kuatiañe’ẽ ñembyaty mokõipa poha-pe, ha avei ha’e pe isarambi “pokõi jey” Levítico mokõipa poteĩme. Umi oñembyatyva’ekue ojesarambíma va’ekue yma, ha Sofonías omombe’u chupekuéra peteĩ “tetã ndajeipotavéva” ramo. Pe tetã ndajeipotavéva hína umi omanóva va’ekue tape rupi, aja ko yvy ojeroky ivy’a umi hete omanóva rehe, ha upe rire oñembyaty oñondive ha upéi oiko pe tetã ojehechauka hag̃uáicha pe dragón pu’aka ára pahapegua ñorãirõ rendáramo, umi omopu’ãva pe Tiro kuña rekove vai ojejapóva iñakãramo.</w:t>
      </w:r>
    </w:p>
    <w:p>
      <w:pPr>
        <w:pStyle w:val="ArticleScripture"/>
        <w:jc w:val="left"/>
      </w:pPr>
      <w:r>
        <w:rPr>
          <w:rFonts w:ascii="Times New Roman" w:hAnsi="Times New Roman" w:eastAsia="Times New Roman" w:cs="Times New Roman"/>
        </w:rPr>
        <w:t>Purahéi térã Salmo Asafpegua. Ani rekyre’ỹ, Ñandejára; ani reñembopy’aguapy, ha ani reikytĩ kirirĩ, Ñandejára. Péina, ne enemigo kuéra ojapo sarambi; ha umi nde rayhú’ỹva omopu’ã iñakã. Oñomongeta ñemimbyre rehe ne retãygua kuérare, ha oñe’ẽ joa umi nde remiñongatúvare. He’i hikuái: Pejúke, ha jajuka hag̃ua chupekuéra tetãramo hag̃ua hag̃ua’ỹ; ani hag̃uáicha Israel réra imandu’ápe oikove. Oñomongeta joa peteĩ ñe’ême, ha oñemoĩ peteĩ ñe’ẽme nderovái. Salmo 83:1–5.</w:t>
      </w:r>
    </w:p>
    <w:p>
      <w:pPr>
        <w:pStyle w:val="ArticleBody"/>
        <w:jc w:val="left"/>
      </w:pPr>
      <w:r>
        <w:rPr>
          <w:rFonts w:ascii="Times New Roman" w:hAnsi="Times New Roman" w:eastAsia="Times New Roman" w:cs="Times New Roman"/>
        </w:rPr>
        <w:t>Haʼekuéra rembiapokue haʼe ojapyhy hag̃ua Israel espiritual ára pahápegua ha omombo hag̃ua chupekuéra Nabucodonosor tatakuápe hendy asývape. Umi kangue omanómava raẽvete ohendúvo Isaías “ñeʼẽ”, osapukáiva Pyhare Mbyte Sapyʼa marandu, gueteri oĩ pe desiértope umi mbohapy ára mbyte ha peteĩ mbyte aja. Upéi tekotevẽ oiporavo hag̃ua oguerovia térã omboyke pe Consolador Cristo opromete vaʼekue omondo hag̃ua, ha upéva ohechauka hag̃ua chupekuéra iñangaipa, pe ára 18 jasypokõi 2020-pe guare.</w:t>
      </w:r>
    </w:p>
    <w:p>
      <w:pPr>
        <w:pStyle w:val="ArticleScripture"/>
        <w:jc w:val="left"/>
      </w:pPr>
      <w:r>
        <w:rPr>
          <w:rFonts w:ascii="Times New Roman" w:hAnsi="Times New Roman" w:eastAsia="Times New Roman" w:cs="Times New Roman"/>
        </w:rPr>
        <w:t>Pembopy'aguasu, pembopy'aguasu che retãme, he'i pendejára. Peñe'ẽ porã Jerusalén-pe, ha pesapukái chupe, peje hag̃ua ichupe iñorairõha opama hague, hembiapo vaikue oñeperdonamahague; Tupã po guive orresivi hag̃ua mokõivekue opa iñangaipa rehe. Oĩ peteĩ ñe'ẽ osapukáiva desiértope: Pembosako'i Ñandejára rape, pembohendy porã pe desiértope peteĩ tape guasu ñandejára-rã. Opa yvyuguy oñemopu'ãta, ha opa yvyty ha cerro oñemoĩta yvýpe; ha umi ikarẽva ojejapóta hekopete, ha umi tape iñañáva oñembojoja hag̃ua. Upéi Ñandejára gloria ojehechaukáta, ha opa tekove ohecháta oñondivepa; Ñandejára jurúgui osẽgui péicha he'íva. Isaías 40:1–5.</w:t>
      </w:r>
    </w:p>
    <w:p>
      <w:pPr>
        <w:pStyle w:val="ArticleBody"/>
        <w:jc w:val="left"/>
      </w:pPr>
      <w:r>
        <w:rPr>
          <w:rFonts w:ascii="Times New Roman" w:hAnsi="Times New Roman" w:eastAsia="Times New Roman" w:cs="Times New Roman"/>
        </w:rPr>
        <w:t>Pe pasáhe omombeʼúva pe tembiapo pe oñehendu hag̃uáicha osapukáiva desiértope oreko marandu aty porãite ha detallado. Iñeʼẽmondo oñemopyendáta peteĩ jehechauka Cristo rekokatu rehe, ojehechaukaháicha pe “gloria” rupi, haʼéva Cristo rekokatu, ojekuaaukátagui. Pe Revelación Jesucristo rehegua ojeipeʼáva mbeguekatu pe gracia ñemboty mboyve hína peteĩ jejora Cristo rekokatu rehegua, ojehechaukaháicha pe aspecto irekokatupegua ojehechaukáva Alfa ha Omega ramo. Avei ojekuaaukáta irekokatuha “añetegua”.</w:t>
      </w:r>
    </w:p>
    <w:p>
      <w:pPr>
        <w:pStyle w:val="ArticleBody"/>
        <w:jc w:val="left"/>
      </w:pPr>
      <w:r>
        <w:rPr>
          <w:rFonts w:ascii="Times New Roman" w:hAnsi="Times New Roman" w:eastAsia="Times New Roman" w:cs="Times New Roman"/>
        </w:rPr>
        <w:t>Ambue mbaʼe detalle haʼe hína kóva: ñeʼẽ oñepyrũvo osapukái, haʼe gueteri oĩ pe desiértope umi mbohapy ára imédio jave, pórke osapukái hína desiértope. Profétikamente, hembiapo oñepyrũvo, mokõi testígo gueteri omanóva pe tape rehe ohasáva Ezequiel ñu rupi. Ambue hecho específico haʼe hína kóva: ñeʼẽ oñepyrũvo hembiapo, opaite yvóra orekóta jeike pe marandu rehe. Ambue observación haʼe hína pe marandu oñemeʼẽha umi ára pahápe Cristo ombogue jave angaipa cien cuarenta y cuatro mil pegua, pórke iñañakuéra oñepardona ma. Pe añete triste ojehechaukáva avei “línea ári línea”, haʼe hína umi og̃uahẽva añónte evangelio rembijerurekuéra rehe ojapóramo pe perdón ojejapóva upe tembiasakuepe.</w:t>
      </w:r>
    </w:p>
    <w:p>
      <w:pPr>
        <w:pStyle w:val="ArticleBody"/>
        <w:jc w:val="left"/>
      </w:pPr>
      <w:r>
        <w:rPr>
          <w:rFonts w:ascii="Times New Roman" w:hAnsi="Times New Roman" w:eastAsia="Times New Roman" w:cs="Times New Roman"/>
        </w:rPr>
        <w:t>Umi ombohovái añónte umi jerure ojoajúva Leviticus mokoĩpa poapy ñembo’e rehe ndive ojeipeʼáta chuguikuéra ipeka ha ituvakuéra pekakuéra, pórke oguerekomáta hikuái “mokoĩ jevy opa hag̃ua hembiapo vaikue rehe.” Ñandejára “po” ojoajúva ipekakuéra ha ituvakuéra pekakuéra rehe haʼe peteĩ taʼãnga profétika pe ñembyasy peteĩha rehegua, upépe Ñandejára ojoko vaʼekue Ipo peteĩ jejavy ári omoheñóiva pe ñembyasy peteĩha. Pe tembiasakue Millerita-pe Ipo ojoko vaʼekue Ñandejára retãygua ani hag̃ua ohecha peteĩ añetegua okañymíva. Ipo upe tembiasakue-pe orrepresenta vaʼekue Iñangareko divíno. Umi ára pahápe Ipo orrepresenta Ñandejára retãyguakuéra omboykévo peteĩ añetegua ojehechaukávaʼekue chupekuéra, ha upérõ Ipo orrepresenta Ijuísio divíno.</w:t>
      </w:r>
    </w:p>
    <w:p>
      <w:pPr>
        <w:pStyle w:val="ArticleBody"/>
        <w:jc w:val="left"/>
      </w:pPr>
      <w:r>
        <w:rPr>
          <w:rFonts w:ascii="Times New Roman" w:hAnsi="Times New Roman" w:eastAsia="Times New Roman" w:cs="Times New Roman"/>
        </w:rPr>
        <w:t>Ezequiel ñe’ẽmarangatu peteĩha ñe’ẽme umi omanóva oñemoheñói oñondive, ha katu gueteri ndopytai peteĩ ehérsito tuichaitévaicha. Ezequiel capítulo treinta y siete-pe ñe’ẽmarangatu mokõiha katu omohu’ã upéva, oguerúvo pe pytu oúva umi irundy yvytu guive.</w:t>
      </w:r>
    </w:p>
    <w:p>
      <w:pPr>
        <w:pStyle w:val="ArticleScripture"/>
        <w:jc w:val="left"/>
      </w:pPr>
      <w:r>
        <w:rPr>
          <w:rFonts w:ascii="Times New Roman" w:hAnsi="Times New Roman" w:eastAsia="Times New Roman" w:cs="Times New Roman"/>
        </w:rPr>
        <w:t>Upéi he’i chéve: E-profetisa yvytúre, e-profetisa, kuimba’e ra’y, ha ere yvytúpe: Péicha he’i Ñandejára Tupã; Eju umi irundy yvytúgui, nde pytu, ha eipeju ko’ã ojejukávare, oikove hag̃ua. Upémarõ che a-profetisa ha’e he’i haguéicha chéve, ha pytu oike hesekuéra, ha oikove hikuái, ha opu’ã hi’ári iñypy’ẽre, peteĩ ehérsito tuichaitereíva. Upéi he’i chéve: Kuimba’e ra’y, ko’ã kanguekue hína opaite Israel róga; péina ápe, ha’ekuéra he’i: Ore kanguekue ipirupa, ore ñeha’arõ okañyma; ñande ñekytĩmbyre ore rehe guarã. Upévare e-profetisa ha ere chupekuéra: Péicha he’i Ñandejára Tupã; Péina ápe, che retayguakuéra, che aipe’áta pene yvykua, ha ajapóta peẽ peẽsẽ pene yvykúagui, ha roguerúta peẽme Israel retãme. Ha peikuaáta che ha’eha Ñandejára, aikéta vove aipe’a pene yvykua, che retayguakuéra, ha rogueru peẽme pesẽ pene yvykúagui, Ha amoĩta che espíritu pende pype, ha peikovéta, ha pomoĩta pende yvýpe; upéramo peikuaáta che, Ñandejára, ha’e hague upéva ha ajapo hague, he’i Ñandejára. Ezequiel 37:9–14.</w:t>
      </w:r>
    </w:p>
    <w:p>
      <w:pPr>
        <w:pStyle w:val="ArticleBody"/>
        <w:jc w:val="left"/>
      </w:pPr>
      <w:r>
        <w:rPr>
          <w:rFonts w:ascii="Times New Roman" w:hAnsi="Times New Roman" w:eastAsia="Times New Roman" w:cs="Times New Roman"/>
        </w:rPr>
        <w:t>Upéva Ezequiel profesía pytu ha’e pe marandu sellorã, ougui pe irundy yvytúgui.</w:t>
      </w:r>
    </w:p>
    <w:p>
      <w:pPr>
        <w:pStyle w:val="ArticleScripture"/>
        <w:jc w:val="left"/>
      </w:pPr>
      <w:r>
        <w:rPr>
          <w:rFonts w:ascii="Times New Roman" w:hAnsi="Times New Roman" w:eastAsia="Times New Roman" w:cs="Times New Roman"/>
        </w:rPr>
        <w:t>Ha upe rire umi mba’e, ahecha irundy ánhel oñembo’yha yvy irundy kóne rehe, ojoko hag̃ua yvy irundy yvytu, ani hag̃ua pe yvytu opeju yvýpe, térã paráre, térã mba’eve yvyramáta rehe. Ha ahecha ambue ánhel osẽva kuarahyresẽ gotyo, oguerekóva Ñandejára oikovéva séllo; ha osapukái ñe’ẽ hatãme umi irundy ánhelpe, umi oñeme’ẽ vaʼekuépe ombyai hag̃ua yvy ha pe para, he’ívo: Ani pembyai yvy, ni pe para, ni umi yvyramáta, peve torosella Ñandejára rembiguái kuéra ore rováre. Apocalipsis 7:1–3.</w:t>
      </w:r>
    </w:p>
    <w:p>
      <w:pPr>
        <w:pStyle w:val="ArticleBody"/>
        <w:jc w:val="left"/>
      </w:pPr>
      <w:r>
        <w:rPr>
          <w:rFonts w:ascii="Times New Roman" w:hAnsi="Times New Roman" w:eastAsia="Times New Roman" w:cs="Times New Roman"/>
        </w:rPr>
        <w:t>Irundy oúva osẽ kuarahyresẽ gotyo guive, ha marandu herakuãva rupive, Islam ha’e mokõivéva: “pe yvytu kuarahyresẽ guigua” ha “kuarahyresẽygua ra’ykuéra.” Ezequiel “pytu”, omoambuéva umi tete oñemoheñóimava’ekuépe “ehérsito tuicha ha hetaitereíva” ramo, ha’e pe marandu omoselláva umi cien cuarenta y cuatro mil-pe. Pe marandu sellado rehegua, Apocalipsis kapítulo siete-pe, osẽ kuarahyresẽ gotyo guive. Upéva ha’e Pyharepyte Sapukái marandu, ha Sofonías ombohéra chupe pe trompéta “sapukái táva oñemongoráva rehe, ha umi tórre yvate rehe.”</w:t>
      </w:r>
    </w:p>
    <w:p>
      <w:pPr>
        <w:pStyle w:val="ArticleBody"/>
        <w:jc w:val="left"/>
      </w:pPr>
      <w:r>
        <w:rPr>
          <w:rFonts w:ascii="Times New Roman" w:hAnsi="Times New Roman" w:eastAsia="Times New Roman" w:cs="Times New Roman"/>
        </w:rPr>
        <w:t>Peteĩ tórre ha’e peteĩ símbolu pe iglésiape g̃uarã.</w:t>
      </w:r>
    </w:p>
    <w:p>
      <w:pPr>
        <w:pStyle w:val="ArticleScripture"/>
        <w:jc w:val="left"/>
      </w:pPr>
      <w:r>
        <w:rPr>
          <w:rFonts w:ascii="Times New Roman" w:hAnsi="Times New Roman" w:eastAsia="Times New Roman" w:cs="Times New Roman"/>
        </w:rPr>
        <w:t>“Pe parávolape óga róga ojáicha Tupãme, pe parral katu pe tetã judíope, ha pe ykére oñemoĩva kora pe léi divina va’ekue, ha’éva chupekuéra ñangarekorã. Pe tórre katu peteĩ símbolo va’ekue pe témplogua.” The Desire of Ages, 597.</w:t>
      </w:r>
    </w:p>
    <w:p>
      <w:pPr>
        <w:pStyle w:val="ArticleBody"/>
        <w:jc w:val="left"/>
      </w:pPr>
      <w:r>
        <w:rPr>
          <w:rFonts w:ascii="Times New Roman" w:hAnsi="Times New Roman" w:eastAsia="Times New Roman" w:cs="Times New Roman"/>
        </w:rPr>
        <w:t>Peteĩ táva ha’e peteĩ rréino profecía bíblicape. Papado ha’e “Babilonia”, “upe táva guasu”. Francia ha upéi Estados Unidos ha’e “upe táva guasu”, “Sodoma ha Egipto” guigua. Jerusalén ha’e “upe táva guasu”, oguejýva yvágagui. Sofonías marandu oñemoĩ umi táva ha torrekue rehe, térã tupão ha Estado ñembojoaju rehe, upéva he’iséva voi mburuvicha vai ra’anga. Ha’e pe marandu “ñemi” Daniel arandukue mokõiha kapítulope.</w:t>
      </w:r>
    </w:p>
    <w:p>
      <w:pPr>
        <w:pStyle w:val="ArticleBody"/>
        <w:jc w:val="left"/>
      </w:pPr>
      <w:r>
        <w:rPr>
          <w:rFonts w:ascii="Times New Roman" w:hAnsi="Times New Roman" w:eastAsia="Times New Roman" w:cs="Times New Roman"/>
        </w:rPr>
        <w:t>Pe léi pe decreto léi domingo, upéva hína pe ta’ãnga órogua Nabucodonosor rehegua, pe prueba oĩva Daniel capítulo mbohapy-pe, umi tete omanóva opáy ha oñemoambue peteĩ ehérsito mbareteetévape, ikatu hag̃uáicha omombe’u pe marandu ohechauka ha ombohováiva pe ñemoheñói joaju iglesia ha tetã apytépe, ha avei ohechaukáva Islam ha’eha pe tembiporu providencial Tupã oipurúva omoĩ hag̃ua Ijuicio umi ombohováivare domingo ñemomba’e guasu, peteĩchaite yma guaréicha ojapohaguéicha tembiasakuépe. Pe marandu ohechauka avei araka’épa pe ta’ãnga oñemohu’ãmbáta, ha omoĩvo pe mymba ñemarka, upérõ pe juicio oñeme’ẽta.</w:t>
      </w:r>
    </w:p>
    <w:p>
      <w:pPr>
        <w:pStyle w:val="ArticleBody"/>
        <w:jc w:val="left"/>
      </w:pPr>
      <w:r>
        <w:rPr>
          <w:rFonts w:ascii="Times New Roman" w:hAnsi="Times New Roman" w:eastAsia="Times New Roman" w:cs="Times New Roman"/>
        </w:rPr>
        <w:t>Ndaha’éi ñe’ẽjoaju hag̃uaicha peteĩ referencia directa Daniel kapítulo mbohapýpe pe mymba ra’angáre ogueraháva ha oguahẽva hi’aguĩvéva pe léi domingope, péro ndaikatúi oĩ peteĩ marandu mbohapyha peteĩha ha mokõiha’ỹre, pórke Daniel kapítulo mokõi tekotevẽ oñemoinge pe jehechauka añetegua-kuérape oñerrepresentáva Daniel kapítulo mbohapýpe. Pe “sekréto” pe sueño ra’anga rehegua kapítulo mokõigui ohechauka Ñandejára retãyguakuéra oñepyrũha ohechakuaa hag̃ua umi mba’e oikovéva ha omanóva rehegua Nebucodonosor mymba ra’anga rehe.</w:t>
      </w:r>
    </w:p>
    <w:p>
      <w:pPr>
        <w:pStyle w:val="ArticleBody"/>
        <w:jc w:val="left"/>
      </w:pPr>
      <w:r>
        <w:rPr>
          <w:rFonts w:ascii="Times New Roman" w:hAnsi="Times New Roman" w:eastAsia="Times New Roman" w:cs="Times New Roman"/>
        </w:rPr>
        <w:t>Lóhika oñembosantifikáva ojerure, Nabucodonosor odesidi rire ojapótaha peteĩ ceremonia de dedicación ta’ãnga óroguápe g̃uarã, upe ta’ãnga raẽete ojejapova’erãha, ha umi músiko tekotevẽha oñembokatupyry pe música oipurútavape pe ceremonia-pe. Tekotevẽkuri oĩ peteĩ ñembosako’i tenondegua pe construcción rehegua, sapy’ami’ỹre oikóva peteĩ tiempo pukukue javeve, yvykua jepe’o reheve, peteĩ cimiento oñemoĩva, andamio, ha mba’apohára oikéva ha osẽva; ha upe ñembosako’i niko pe ta’ãnga oñeformáva Nabucodonosor képe ohechava’ekue, hákatu Nabucodonosor ñemomba’eguasu odesidi ojapo hag̃ua peteĩ ta’ãnga peteĩ mymba año rehegua, ndaha’éi opaite tetãnguéra profecía bíblica-pe guáre. Upe ta’ãnga ñemopu’ã hína pe prueba Tupã tavayguakuéra ohasava’erã pe tiempo de gracia oñembotýmboyve, ha oñesellamboyve chupekuéra, pe música oñepyrũ mboyve.</w:t>
      </w:r>
    </w:p>
    <w:p>
      <w:pPr>
        <w:pStyle w:val="ArticleBody"/>
        <w:jc w:val="left"/>
      </w:pPr>
      <w:r>
        <w:rPr>
          <w:rFonts w:ascii="Times New Roman" w:hAnsi="Times New Roman" w:eastAsia="Times New Roman" w:cs="Times New Roman"/>
        </w:rPr>
        <w:t>Pe lógica santificada ohechauka avei Sadrac, Mesac ha Abed-nego ndaha’éi hague umi esclavo hebreo añoite ohecháva’ekue pe ñembosako’i tenonderãgua pe ta’anga óropegua ñembojerovia hag̃ua. Ha’ekuéra añoite umi hebreo oikuaáva pe oikóva he’iséva umi ñembosako’i peteĩ ñe’ẽmondo tekove ha ñemano rehegua ramo, ha ojapo ijeheguiete iñembosako’i pe apañuãi oútavape g̃uarã.</w:t>
      </w:r>
    </w:p>
    <w:p>
      <w:pPr>
        <w:pStyle w:val="ArticleBody"/>
        <w:jc w:val="left"/>
      </w:pPr>
      <w:r>
        <w:rPr>
          <w:rFonts w:ascii="Times New Roman" w:hAnsi="Times New Roman" w:eastAsia="Times New Roman" w:cs="Times New Roman"/>
        </w:rPr>
        <w:t>Pe pasáhe Sister White rehegua oĩva ko artículo ñepyrũme, ha’e ndaha’éi ombojoja mante Sofonías ñe’ẽmondo Nebucadnesar ta’ãnga óroguándi ha arapokõindy léindi, síno avei ohechauka Isaías ñe’ẽmondo hekojoja’ỹva.</w:t>
      </w:r>
    </w:p>
    <w:p>
      <w:pPr>
        <w:pStyle w:val="ArticleScripture"/>
        <w:jc w:val="left"/>
      </w:pPr>
      <w:r>
        <w:rPr>
          <w:rFonts w:ascii="Times New Roman" w:hAnsi="Times New Roman" w:eastAsia="Times New Roman" w:cs="Times New Roman"/>
        </w:rPr>
        <w:t>¡Ai umi oguenohẽvape léi hekojoja’ỹva, ha umi oháivape jehasa asy ha’ekuéra voi omoĩva; ojejoko hag̃ua imboriahúva tekojojágui, ha ojeipe’a hag̃ua che retãyguakuéra imboriahúvagui iderécho, viúda-kuéra hag̃ua ijapyra, ha omonda hag̃ua umi mitã’ỹvape túva’ỹvagui! Ha mba’épa pejapóta pe jehechajey árape, ha pe ñehundi mombyry guive oútavape? Máva rendápepa peñani va’erã pytyvõ rekávo? Ha moõpa pehejáta pene mimbipa? Isaías 10:1–3.</w:t>
      </w:r>
    </w:p>
    <w:p>
      <w:pPr>
        <w:pStyle w:val="ArticleBody"/>
        <w:jc w:val="left"/>
      </w:pPr>
      <w:r>
        <w:rPr>
          <w:rFonts w:ascii="Times New Roman" w:hAnsi="Times New Roman" w:eastAsia="Times New Roman" w:cs="Times New Roman"/>
        </w:rPr>
        <w:t>Isaías “dekréto tekojoja’ỹva” ha’e pe léi domingo rehegua, ha ha’e “jehecha ára” ha “ñemombyai”, Tetã peteĩ reko Amérika-pe g̃uarã, pórke “tetãygua apostasia” ojehapykuéri “tetãygua ñehundi”. Isaías he’iháicha, pe léi domingo-pe, ha’éva avei Nabucodonosor ta’anga órova, pe “ñemombyai” “oúta mombyry guive”.</w:t>
      </w:r>
    </w:p>
    <w:p>
      <w:pPr>
        <w:pStyle w:val="ArticleScripture"/>
        <w:jc w:val="left"/>
      </w:pPr>
      <w:r>
        <w:rPr>
          <w:rFonts w:ascii="Times New Roman" w:hAnsi="Times New Roman" w:eastAsia="Times New Roman" w:cs="Times New Roman"/>
        </w:rPr>
        <w:t>Penemandu ko mba’e, ha peñemoĩ kuimba’éramo; pemandu’a jey pype, peẽ oporombohasa va’ekue. Penemandu’a umi mba’e yma guarépe: che hína Tupã, ha ndaipóri ambue; che hína Tupã, ha ndaipóri avave che joguaha, amombe’úva opa hag̃ua ypy guive, ha ymaite guive umi mba’e ne’ẽrã gueteri oiko; ha ha’éva: Che rembiapo py’a guasu opytáta hatã, ha ajapóta opa mba’e che rembipota. Ahenóiva kuarahyresẽ gotyogua guyra ho’use etereíva, pe kuimba’e omboguatáva che rembiapo py’a guasu mombyry retãgui. Heẽ, che amombe’u kuri, ha che voi aroguahẽta oiko hag̃ua; che amoĩ che py’apýpe, ha che voi ajapóta. Pehendu chéve, peẽ py’a hatãva, peĩva tekojoja-gui mombyry: agueru hi’aguĩ che tekojoja; ndaha’éi mombyryta, ha che pysyrõ ndahi’aréi hag̃ua; ha amoĩta pysyrõ Sión-pe Israel, che mimbipápe g̃uarã. Isaías 46:8–13.</w:t>
      </w:r>
    </w:p>
    <w:p>
      <w:pPr>
        <w:pStyle w:val="ArticleBody"/>
        <w:jc w:val="left"/>
      </w:pPr>
      <w:r>
        <w:rPr>
          <w:rFonts w:ascii="Times New Roman" w:hAnsi="Times New Roman" w:eastAsia="Times New Roman" w:cs="Times New Roman"/>
        </w:rPr>
        <w:t>Isaías omoĩ ko pasaje opyta hag̃ua pe tiempo de demora pahápe, upévare upérõ he “salvación” noñembohasavemo’ãi “are hag̃ua.” Péva oiko Revelación capítulo once-pe umi mbohapy ára ha mbyte paha gotyo. Pe tiempo de demora paha ojehechauka pe marandu de pe Midnight Cry og̃uahẽvo, upe jave Ezequiel pe ehérsito guasu opu’ã. Ha’ekuéra opu’ãvo, oñemopu’ã yvate peteĩ estandárteramo Revelación capítulo once-pe.</w:t>
      </w:r>
    </w:p>
    <w:p>
      <w:pPr>
        <w:pStyle w:val="ArticleScripture"/>
        <w:jc w:val="left"/>
      </w:pPr>
      <w:r>
        <w:rPr>
          <w:rFonts w:ascii="Times New Roman" w:hAnsi="Times New Roman" w:eastAsia="Times New Roman" w:cs="Times New Roman"/>
        </w:rPr>
        <w:t>Ha mbohapy ára ha mbyte rire, pe Espíritu de vida oúva Tupãgui oike ipypekuéra, ha opu’ã hikuái ipy ári; ha peteĩ kyhyje guasu oguejy umi ohechávare. Ha ohendu hikuái peteĩ ñe’ẽ hatã guasu yvágagui he’íva chupekuéra: Peju yvate ko’ápe. Ha ojupi hikuái yvágape peteĩ arai reheve; ha ija’e’ỹhára kuéra ohecha chupekuéra. Ha upe aravoite oiko peteĩ yvyryrýi guasu, ha pe távagui ho’a pe décima parte, ha pe yvyryrýipe omanókuri siete mil kuimba’e; ha umi hembýva okyhyje eterei, ha ome’ẽ gloria pe Tupã yvágapeguápe. Pe mokõiha ñembyasy hasyma ohasa; ha péina, pe mbohapyha ñembyasy hasy oguahẽ pya’e. Apocalipsis 11:11–14.</w:t>
      </w:r>
    </w:p>
    <w:p>
      <w:pPr>
        <w:pStyle w:val="ArticleBody"/>
        <w:jc w:val="left"/>
      </w:pPr>
      <w:r>
        <w:rPr>
          <w:rFonts w:ascii="Times New Roman" w:hAnsi="Times New Roman" w:eastAsia="Times New Roman" w:cs="Times New Roman"/>
        </w:rPr>
        <w:t>Mokõi testígo Apocalipsis 11-pe ojupi yvágape poyvi ramo, upe aravoitépe oiko jave pe yvyryrýi, ha upéva hína pe léi domingopegua. Upe ára, térã, Juan he’iháicha, “upe aravópe”, Isaías, capítulo cuarenta y seis he’iháicha, Tupã ohenói “upe kuimba’épe” omotenondéva Iporiahuvereko, ha’éva avei “guyra ñembyahýi pe kuarahyresẽ guive”. Pe guyra ñembyahýi, upéva hína “upe kuimba’e” Tupã oiporúva omotenonde hag̃ua Iporiahuvereko, ou “mombyry tetãgui”. Isaías capítulo diez-pe, pe “decreto añáme’ỹ” ára, ha’éva pe léi domingopegua, pe “ñehundi” Estados Unidos rehegua ou “mombyrýgui”. “Kuarahyresẽ” ha’e peteĩ símbolo Islam rehegua, profecíape mokõivéva ha’e rupi “kuarahyresẽ memby”, ha avei “pe yvytu kuarahyresẽgua”. “Guyra” profecíape ha’e peteĩ religión, ojehechaukaháicha Babilonia ha’eha peteĩ ka’aguy ryru henyhẽva guyra ky’áva ha iñañaite guive. Pe “guyra ñembyahýi” ouva mombyry tetãgui, kuarahyresẽ gotyogua, ha’e pe religión Islam rehegua.</w:t>
      </w:r>
    </w:p>
    <w:p>
      <w:pPr>
        <w:pStyle w:val="ArticleScripture"/>
        <w:jc w:val="left"/>
      </w:pPr>
      <w:r>
        <w:rPr>
          <w:rFonts w:ascii="Times New Roman" w:hAnsi="Times New Roman" w:eastAsia="Times New Roman" w:cs="Times New Roman"/>
        </w:rPr>
        <w:t>Ha osapukái mbarete hendive peteĩ ñe’ẽ hatãva, he’ívo: Mávapa guasu Babilonia ho’a, ho’a, ha oiko ñaña angakuéragui óga, ha opa espíritu ky’áva renda, ha opa guyra ky’a ha iñaña renda. Apocalipsis 18:2.</w:t>
      </w:r>
    </w:p>
    <w:p>
      <w:pPr>
        <w:pStyle w:val="ArticleBody"/>
        <w:jc w:val="left"/>
      </w:pPr>
      <w:r>
        <w:rPr>
          <w:rFonts w:ascii="Times New Roman" w:hAnsi="Times New Roman" w:eastAsia="Times New Roman" w:cs="Times New Roman"/>
        </w:rPr>
        <w:t>Mba’éichapa ko ñemongu’e mbohapy pegua Babilonia pyahu rehegua ohechauka mbohapyichagua gobierno, ha avei mbohapyichagua religión. Tetãnguéra Joaju rembiapo jeroviapy ha’e espiritismo, Tetã peteĩ reko Amérikagua rembiapo jeroviapy ha’e protestantismo apostata, ha pápagui pe religión ha’e catolicismo. Umi opaichagua jerovia ñemongu’e sapy’ánte oñembojehe’a kuñanguéra rehe, ha avei guyra rehe. Ha’e Tetãnguéra Joaju mba’éva, ijerovia ha ipolítika mbarete reheve, Estados Unidos reheve mburuvicha guasu tenondeteguáicha, omoĩva papado yvy guive guapyha ári. Zacarías kuatiañe’ẽme, mokõi guyra hína omopyenda pápape, pe apóstol Pablo omoherakuãva upe “añámeguáva” ramo Segunda Tesalonicenses-pe.</w:t>
      </w:r>
    </w:p>
    <w:p>
      <w:pPr>
        <w:pStyle w:val="ArticleScripture"/>
        <w:jc w:val="left"/>
      </w:pPr>
      <w:r>
        <w:rPr>
          <w:rFonts w:ascii="Times New Roman" w:hAnsi="Times New Roman" w:eastAsia="Times New Roman" w:cs="Times New Roman"/>
        </w:rPr>
        <w:t>Upéi pe ánhel oñe’ẽva’ekue chendive osẽ, ha he’i chéve: “Ehupi ko’ág̃a nde resa, ha ehecha mba’épa kóva osẽva.” Ha che ha’e: “Mba’épa upéva?” Ha ha’e he’i: “Kóva hína peteĩ efa osẽva.” He’i avei: “Kóva hína ijojaha opa ko yvy ape ári.” Ha, péina ápe, oñehupi peteĩ plómo pohýi; ha kóva hína peteĩ kuña oguapýva pe efa mbytépe. Ha ha’e he’i: “Kóva hína tekoañáme.” Ha omombo chupe pe efa mbytépe; ha omombo pe plómo pohýi hi’áre. Upérõ ahupi che resa ha ama’ẽ, ha, péina ápe, osẽ mokõi kuña, ha yvytu oĩ hikove kuéra pepópe; oguereko rupi pepo joguaha taguato guasúpe; ha ohupi hikuái pe efa yvy ha yvága mbytépe. Upémarõ ha’e pe ánhel oñe’ẽva’ekuépe chendive: “Moõpa ogueraha hikuái pe efa?” Ha ha’e he’i chéve: “Ojejapo hag̃ua chupe peteĩ óga Sinar retãme; ha upépe oñemopyenda hag̃ua, ha oñemoĩ hag̃ua upépe hi’añeteguáva ári.” Zacarías 5:5–11.</w:t>
      </w:r>
    </w:p>
    <w:p>
      <w:pPr>
        <w:pStyle w:val="ArticleBody"/>
        <w:jc w:val="left"/>
      </w:pPr>
      <w:r>
        <w:rPr>
          <w:rFonts w:ascii="Times New Roman" w:hAnsi="Times New Roman" w:eastAsia="Times New Roman" w:cs="Times New Roman"/>
        </w:rPr>
        <w:t>Peteĩ éfa ha’e peteĩ ajaka ojeporúva oñemedi hag̃ua. Mokõi kuña omoĩva pe éfa, térã pe ajaka pe papado oguapyháramo mbytépe, ha’e mokõi iglesia. Mokõi religión ogueraháta pe religión oñemyesakãva Ñandejára Ñe’ẽme “pe aña” ramo ha omopu’ãta chupe peteĩ óga Sinar retãme. Sinar ha’e ambue téra Babilóniape g̃uarã, ha pe iglesia católica ha’e Babilonia guasu umi ára pahápe.</w:t>
      </w:r>
    </w:p>
    <w:p>
      <w:pPr>
        <w:pStyle w:val="ArticleBody"/>
        <w:jc w:val="left"/>
      </w:pPr>
      <w:r>
        <w:rPr>
          <w:rFonts w:ascii="Times New Roman" w:hAnsi="Times New Roman" w:eastAsia="Times New Roman" w:cs="Times New Roman"/>
        </w:rPr>
        <w:t>Mokõi kuña “omopyenda” pe kuña ñaña Babylóniape oguereko “yvytu ipepo kuérape”. Umi kuña avei ha’e guyra, pórke oguereko “pepo”, ha iñemomarandu omoĩ hag̃ua pe kuñáme hína pe “yvytu” Islam rehegua, pórke Islam ombyaty opa kuimba’e po. Pe kuña ojehupi va’ekue oñemboty va’ekue pe efa ryepýpe ijerérape guive ijeharu vaiete rire ary 1798-pe, pórke oñemoĩ va’ekue peteĩ mba’e pohýi plómogua pe efa jurúre, upépe oĩ hague. Ha katu, oñepyrũvo pe purahéi Nabucodonosor ñemomba’eguasu atyguápe, umi mokõi kuña protestantísmo apóstata ha espiritísmo rehegua oipe’a pe mba’e pohýi plómogua, ha ohupi pe akãapy poapyha, ha’éva umi sietegui.</w:t>
      </w:r>
    </w:p>
    <w:p>
      <w:pPr>
        <w:pStyle w:val="ArticleScripture"/>
        <w:jc w:val="left"/>
      </w:pPr>
      <w:r>
        <w:rPr>
          <w:rFonts w:ascii="Times New Roman" w:hAnsi="Times New Roman" w:eastAsia="Times New Roman" w:cs="Times New Roman"/>
        </w:rPr>
        <w:t>“Og̃uahẽvo pe apañuái paha gotyo, tuicha mba’eete oĩ hag̃ua joaju ha peteĩ ñe’ẽme’ẽ Ñandejára rembiporu apytépe. Ko yvy henyhẽ ama vai, ñorãirõ ha joavygui. Upéicharõ jepe, peteĩ akã guýpe—pe mburuvicha guasu papal poguýpe—tapicha kuéra oñembojoajúta oñemoĩ hag̃ua Ñandejára rehe, Ita’ýra testígo kuéra retepýpe. Ko joaju oñemopyenda pe apostata guasu rupive. Ha’e ohekávo ombojoaju hag̃ua hembiguái kuérape oñorãirõ hag̃ua añetegua rehe, omba’apóta avei omboja’o ha omosarambi hag̃ua umi hese oñe’ẽva. Akãrasy, mba’e vai rehe oñemoĩ hag̃uáicha py’a, ñe’ẽvai, ha’e omokyre’ỹva omoheñói hag̃ua joavy ha ñembyaipa.” Testimonies, volume 7, 182.</w:t>
      </w:r>
    </w:p>
    <w:p>
      <w:pPr>
        <w:pStyle w:val="ArticleBody"/>
        <w:jc w:val="left"/>
      </w:pPr>
      <w:r>
        <w:rPr>
          <w:rFonts w:ascii="Times New Roman" w:hAnsi="Times New Roman" w:eastAsia="Times New Roman" w:cs="Times New Roman"/>
        </w:rPr>
        <w:t>Pe joaju mbohapygua omoĩ yvate hag̃ua pe papado iñakãramo, ha'ekuéra ningo oipota hag̃ua ombyaipa pe tetã ndaiporavóiva.</w:t>
      </w:r>
    </w:p>
    <w:p>
      <w:pPr>
        <w:pStyle w:val="ArticleScripture"/>
        <w:jc w:val="left"/>
      </w:pPr>
      <w:r>
        <w:rPr>
          <w:rFonts w:ascii="Times New Roman" w:hAnsi="Times New Roman" w:eastAsia="Times New Roman" w:cs="Times New Roman"/>
        </w:rPr>
        <w:t>Ani, ehecha nde rovái ojapo sarambi; ha umi nde rayhu’ỹva omopu’ã iñakã. Oñomongeta ñemihápe nde retãygua rehe, ha oñe’ẽjoja nde reñemíva rehe. He’i hikuái: Peju, ha jajuka hag̃ua chupekuéra ani hag̃ua oiko tetã ramo; hag̃ua Israel réra ndaipórivéi mandu’ápe. Salmo 83:2–4.</w:t>
      </w:r>
    </w:p>
    <w:p>
      <w:pPr>
        <w:pStyle w:val="ArticleBody"/>
        <w:jc w:val="left"/>
      </w:pPr>
      <w:r>
        <w:rPr>
          <w:rFonts w:ascii="Times New Roman" w:hAnsi="Times New Roman" w:eastAsia="Times New Roman" w:cs="Times New Roman"/>
        </w:rPr>
        <w:t>Peteĩ guyra hína peteĩ religión, ha pe “guyra ñembyahýiva kuarahyresẽ gotyogua” Tupã ohenóiva pe domingo léi “óra”pe, pe Pyhare Mbyte Sapukái marandu oñemoherakuã jave, hína Islam. Upévare pe óraitépe umi omanóva oñemoingove jeýva ojupi yvágape pe techaukaha ramo, pe Islam “mbohapyha ñembyasy” ou pya’e. Upévare Isaías he’i capítulo diez peteĩha versículope: “¡Ñembyasy!” umi hekojoja’ỹva apoukapy omoherakuãvape g̃uarã. Apocalipsispegua “Ñembyasykuéra” hína Islam, ha Islam hína pe juicio Tupã ome’ẽva, térã tembipuru, térã yvyra (Isaías 10:5) Tupã oipurúva oinupã hag̃ua Tetã peteĩ reko Amérikape domingo jerureha omoañetévagui.</w:t>
      </w:r>
    </w:p>
    <w:p>
      <w:pPr>
        <w:pStyle w:val="ArticleBody"/>
        <w:jc w:val="left"/>
      </w:pPr>
      <w:r>
        <w:rPr>
          <w:rFonts w:ascii="Times New Roman" w:hAnsi="Times New Roman" w:eastAsia="Times New Roman" w:cs="Times New Roman"/>
        </w:rPr>
        <w:t>Isaías, capítulo cuarenta y seis, he’i pe “guyra ñarõ kuarahyresẽgua” ha’eha “kuimba’e omboguatáva che consejo.” Upe “kuimba’e” ha’e Islam, ha oñembohéra “mombyry retãgui”, Ñandejára “omoĩma hag̃ua” oikastiga hag̃ua Estados Unidospe, ha upéi arapýpe, domingo ñemombaretére, ojapo haguéicha yma Roma pagánandi umi irundy trompéta peteĩha rupive, ha upéi Roma papal ndive umi poha ha poteĩha “Ñembyasy” trompéta rupive. Ijehupytyrã Isaías, capítulo cuarenta y séispe, ha’e ohenói hag̃ua “guyra ñarõ kuarahyresẽgua”, ha oikuaauka Itavayguakuérape, umi oipotávape ontende Iñekonsého ha Ijehupytyrã: “Penemandu’a umi mba’e yma guarévare; che hína Tupã, ha ndaipóri ambuéva; che hína Tupã, ha ndaipóri avave cheichaguáva, aikuaaukáva paha iñepyrũmby guive, ha ymaite guive umi mba’e gueteri ndojejapóiva, ha’évo: Che consejo opytáta hatã, ha ajapóta opa che rembipota.”</w:t>
      </w:r>
    </w:p>
    <w:p>
      <w:pPr>
        <w:pStyle w:val="ArticleBody"/>
        <w:jc w:val="left"/>
      </w:pPr>
      <w:r>
        <w:rPr>
          <w:rFonts w:ascii="Times New Roman" w:hAnsi="Times New Roman" w:eastAsia="Times New Roman" w:cs="Times New Roman"/>
        </w:rPr>
        <w:t>Isaías capítulo diez, versículo mbohapy-pe, Isaías ohaikuaa mbohapy porandu iñimportánteva:</w:t>
      </w:r>
    </w:p>
    <w:p>
      <w:pPr>
        <w:pStyle w:val="ArticleScripture"/>
        <w:jc w:val="left"/>
      </w:pPr>
      <w:r>
        <w:rPr>
          <w:rFonts w:ascii="Times New Roman" w:hAnsi="Times New Roman" w:eastAsia="Times New Roman" w:cs="Times New Roman"/>
        </w:rPr>
        <w:t>Ha mbaʼépa pejapóta pe ára jehechakuaápe, ha pe ñehundi og̃uahẽtavape mombyrýgui? Mávape piko peñani vaʼerã pene pytyvõ hag̃ua? Ha moõpa pehejáta pende yvatekue? Isaías 10:3.</w:t>
      </w:r>
    </w:p>
    <w:p>
      <w:pPr>
        <w:pStyle w:val="ArticleBody"/>
        <w:jc w:val="left"/>
      </w:pPr>
      <w:r>
        <w:rPr>
          <w:rFonts w:ascii="Times New Roman" w:hAnsi="Times New Roman" w:eastAsia="Times New Roman" w:cs="Times New Roman"/>
        </w:rPr>
        <w:t>Pe porandu paha omombe’u pe yvy hechapyrãitéva operdeha iñemimbipa pe tembiapoukapy hekojojaha’ỹvape. Tetã peteĩ reko tee Estados Unidos pegua hína pe Constitución, ha upéva oñembyaipaite pe léi domingo-pe.</w:t>
      </w:r>
    </w:p>
    <w:p>
      <w:pPr>
        <w:pStyle w:val="ArticleScripture"/>
        <w:jc w:val="left"/>
      </w:pPr>
      <w:r>
        <w:rPr>
          <w:rFonts w:ascii="Times New Roman" w:hAnsi="Times New Roman" w:eastAsia="Times New Roman" w:cs="Times New Roman"/>
        </w:rPr>
        <w:t>“Ha pe Léi Guasu ome’ẽ tavayguakuérape derecho oisãmbyhy hag̃ua ijehegui, ha omopyenda umi representante tavayguakuéra remimboyavo rupive omboaje ha omotenonde vaʼerãha umi léi. Avei oñeme’ẽ vaʼekue jerovia rehegua sãso, opavave kuimbaʼépe oñemoneĩ hag̃uáicha omombaʼe Tupãme heko hag̃ua iconciencia heʼiháicha. Republicanismo ha Protestantismo oiko tetã ñepyrũrã guasu ramo. Koʼã principio haʼe hína ipuʼaka ha iporãveha ñemimby.” The Great Controversy, 441.</w:t>
      </w:r>
    </w:p>
    <w:p>
      <w:pPr>
        <w:pStyle w:val="ArticleBody"/>
        <w:jc w:val="left"/>
      </w:pPr>
      <w:r>
        <w:rPr>
          <w:rFonts w:ascii="Times New Roman" w:hAnsi="Times New Roman" w:eastAsia="Times New Roman" w:cs="Times New Roman"/>
        </w:rPr>
        <w:t>Ha’e hína pe Léi Guasu ohechaukáva pe mimbipa ojehejáva yvýra’ýpe pe léi domingope.</w:t>
      </w:r>
    </w:p>
    <w:p>
      <w:pPr>
        <w:pStyle w:val="ArticleScripture"/>
        <w:jc w:val="left"/>
      </w:pPr>
      <w:r>
        <w:rPr>
          <w:rFonts w:ascii="Times New Roman" w:hAnsi="Times New Roman" w:eastAsia="Times New Roman" w:cs="Times New Roman"/>
        </w:rPr>
        <w:t>“Pe tetã Ñandejára ombaʼapo hague péicha hechapyrãva rupi, ha hiʼári omyasãi hague Ipuʼakapavẽ ñemoʼãha, oheja ramo umi principio protestante, ha ilehislatura rupive omeʼẽ ramo pytyvõ ha ñemombarete romanismo-pe, omomichĩvo tekosãso jeroviapy rehegua, upérõ Ñandejára ombaʼapóta Ipuʼaka tee reheve Itavayguakuéra jeroviahárape g̃uarã. Roma ñembyaty reko mbarete ojeporúta, péro Cristo haʼe ñande refugio.” Testimonios para los Ministros, 206.</w:t>
      </w:r>
    </w:p>
    <w:p>
      <w:pPr>
        <w:pStyle w:val="ArticleBody"/>
        <w:jc w:val="left"/>
      </w:pPr>
      <w:r>
        <w:rPr>
          <w:rFonts w:ascii="Times New Roman" w:hAnsi="Times New Roman" w:eastAsia="Times New Roman" w:cs="Times New Roman"/>
        </w:rPr>
        <w:t>Isaías “jejapo vaʼekue hekopotĩʼỹva,” ha’éva pe léi domingo rehegua, omoĩva’ekue pahápe Tetã peteĩ reko Estados Unidos mimbipa, ohechauka mba’éichapa pyaʼe ombohovái Isaías porandu mokõiha, ha proféticamente okañy oho Tetã Joajupe, pe joaju pa ñemburuvicha guasu Apocalipsis kapítulo diecisiete-pe ojeʼéva, ojerure hag̃ua pytyvõ ombohovái hag̃ua Islam ñorairõ, pe mbohapyha “Aipochy” rehegua. Pe peteĩha umi mbohapy porandu apytégui ohechauka moõpa oĩ pe ñehundi pe léi domingo rehegua omoñepyrũva Estados Unidos rembiapo ambuépe, ha’éva ombojerovia hag̃ua opaite mundo-pe toasepta pe joaju tupão ha estado rehegua, ojehechaukáva Tetã Joaju ha Tupão Católico peteĩcha ojoajuháicha, ha pe papa oguerekóvo poguýpe upe joaju marangatuʼỹva. Upéva oñembohéra pe ñehundípe “ára jehechajey rehegua”. Koʼãichaite opa koʼã añetegua profético oñondive ojoja Nabucodonosor omongaraihague pe taʼanga óroguápe hag̃ua.</w:t>
      </w:r>
    </w:p>
    <w:p>
      <w:pPr>
        <w:pStyle w:val="ArticleBody"/>
        <w:jc w:val="left"/>
      </w:pPr>
      <w:r>
        <w:rPr>
          <w:rFonts w:ascii="Times New Roman" w:hAnsi="Times New Roman" w:eastAsia="Times New Roman" w:cs="Times New Roman"/>
        </w:rPr>
        <w:t>Ñambojoapyta Daniel pe mbohapyha capítulo rehe ñane artíkulo oútavape.</w:t>
      </w:r>
    </w:p>
    <w:p>
      <w:pPr>
        <w:pStyle w:val="ArticleScripture"/>
        <w:jc w:val="left"/>
      </w:pPr>
      <w:r>
        <w:rPr>
          <w:rFonts w:ascii="Times New Roman" w:hAnsi="Times New Roman" w:eastAsia="Times New Roman" w:cs="Times New Roman"/>
        </w:rPr>
        <w:t>“Mburuvichakuéra Nebucodonosor ha Belsasar rehegua rupive, Tupã oñeʼẽ ko árape oikovévape. Pe condenación oguejýtava ko árape yvy ape ári oikóvare ári, oúta hese kuéra omboykére pe tesakã. Ñande ñembojovake árape ñane condenación ndahaʼemoʼãi jaikógui jejavy ryepýpe, síno ñamboykégui umi oportunidad yvágagui ouvaʼekue jajuhukuaa hag̃ua pe añetegua. Umi mbaʼe ñamboikuaa hag̃ua pe añetegua oĩ opavave pópe; ha katu, pe mburuvicha oikóva hembipota ha ijeheguíntevaicha, ñande ñameʼẽ hetave atención umi mbaʼe ombovyʼáva apysápe, ha ombohorýva tesápe, ha omokãtĩva juru rogueraháva, umi mbaʼe omombaʼeguasuvéva hag̃ua akã, umi tesoro marangatu añetegua reheguápe, rangue. Añetegua rupive ikatu ñambohovái pe porandu guasu: ‘Mbaʼépa ajapovaʼerã asañsóvo hag̃ua?’” Bible Echo, 17 de septiembre de 1894.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 Kuatia Daniel - Papapy Pakõiha Jurundy hag̃ua</dc:title>
  <dc:subject>Joaju Profético: Nabucodonosor Ra’anga Óroguigua ha pe Léi Domingo rehegua</dc:subject>
  <dc:creator>Jeff Pippenger</dc:creator>
  <cp:keywords/>
  <dc:description>Generated by ArticleDigger from daniel\17_daniel.json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