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Kuatiañeʼẽ – Peteĩ Sa Poapy Pa’ẽ Mokõi hag̃ua peteĩ hag̃ua peteĩ hag̃ua peteĩ hag̃uáicha</w:t>
      </w:r>
    </w:p>
    <w:p>
      <w:pPr>
        <w:pStyle w:val="ArticleSubtitle"/>
        <w:jc w:val="left"/>
      </w:pPr>
      <w:r>
        <w:rPr>
          <w:rFonts w:ascii="Arial" w:hAnsi="Arial" w:eastAsia="Arial" w:cs="Arial"/>
        </w:rPr>
        <w:t>Pyharepytépe osapukáiva ha Róma rembiaporã maranduhápe: ojekuaaukávo ára paha kuéra Daniel kuatiañe’ẽme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Daniel kapítulo once-pe guýpe oĩ heta marandu profesiagua, ha opavave ojoaju upe kapítulo rembipota poteĩ paha ndive. Pe párte ojoajúva versíkulo cuarenta rembiasakue ndive, pe ára paha guive áño 1989-pe, pe léi domingo oĩva versíkulo cuarenta y uno-pe peve, hína pe profesía pehẽngue oñembotyva’ekue ára paha peve. Kóva hína Daniel complemento Jesucristo Revelación rehegua, oñemboty’ỹva oñembotýta hag̃uáicha pe prueba ára mboyve. Versíkulo mokõi omombe’u Trump rehe, pe presidente republicano paha, pe Presidente paha, pe Presidente ha’éva pe poapyha, umi siete apytégui, ha ha’e hína pe presidente iplatavéva oñepyrũ va’ekue omongu’e umi globalista-kuérape oñemoherakuã jave icandidatura áño 2015-pe. Versíkulo diez ohechauka 1989, ha versíkulo once ha doce ohechauka pe Ukraina Ñorairõ oñepyrũ va’ekue 2014-pe, Putin ipu’aka reheve ha upéi he’a reheve.</w:t>
      </w:r>
    </w:p>
    <w:p>
      <w:pPr>
        <w:pStyle w:val="ArticleBody"/>
        <w:jc w:val="left"/>
      </w:pPr>
      <w:r>
        <w:rPr>
          <w:rFonts w:ascii="Times New Roman" w:hAnsi="Times New Roman" w:eastAsia="Times New Roman" w:cs="Times New Roman"/>
        </w:rPr>
        <w:t>Umi versíkulo 13 guive 15 peve omombe’u mbohapyha umi mbohapy ñorairõ oĩva versíkulo 40-pe, oñepyrũvo Unión Soviética ho’áramo 1989-pe, upéi pe Géra Ucrania-pegua, ha upéi pe Ñorairõ Panium-pe, ohechaukáva pe ñorairõ okapeguáva protestantismo apóstata Estados Unidos-pe omotenondéva umi globalista ko yvy arigua rehe.</w:t>
      </w:r>
    </w:p>
    <w:p>
      <w:pPr>
        <w:pStyle w:val="ArticleBody"/>
        <w:jc w:val="left"/>
      </w:pPr>
      <w:r>
        <w:rPr>
          <w:rFonts w:ascii="Times New Roman" w:hAnsi="Times New Roman" w:eastAsia="Times New Roman" w:cs="Times New Roman"/>
        </w:rPr>
        <w:t>Protestantismo apóstata ojehechauka ipu’akapáva, ha omopyenda pe joaju mbohapy pegua ñemohenda jerárkiko, oñemoañetéva pe léi domingo pya’e oútavape. Pe mymba ñarõ niko Catolicismo, ha ha’e hína umi mbohapy mbarete akã, oñerrepresentáva Jezabel ramo ha heta ambue símbolo rupive. Ha’e hína pe kuña reko vai ogovernáva ha ojupíva pe mymba ñarõ ári.</w:t>
      </w:r>
    </w:p>
    <w:p>
      <w:pPr>
        <w:pStyle w:val="ArticleBody"/>
        <w:jc w:val="left"/>
      </w:pPr>
      <w:r>
        <w:rPr>
          <w:rFonts w:ascii="Times New Roman" w:hAnsi="Times New Roman" w:eastAsia="Times New Roman" w:cs="Times New Roman"/>
        </w:rPr>
        <w:t>Proféta japu hína Estados Unidos, ojehechaukáva iména Ahab rupive, ha’éva pe akã mburuvicha pe tetãnguéra pa atyguasúpe dragón mba’éva. Ñorairõ Panium-pe ary 200 Cristo mboyve, ohechauka mba’éichapa oiko pe ñorairõ okáguio globalismo ha protestantismo apóstata apytépe. Pe ñorairõ hyepypegua ojehechauka pe pu’ã 167 Cristo mboyve guápe, upéi oúvo pe tupão ñembopyahu ojehechakuaáva Hanukkah rupive ary 164 Cristo mboyve, ha upéi ou peteĩ ára jeguata 161 Cristo mboyve guive 158 Cristo mboyve peve, ohechaukáva moõpa Estados Unidos omopu’ã peteĩ ta’anga catolicismo joaju tupão ha Estado rehegua, ojehechaukáva pe “league” rupive.</w:t>
      </w:r>
    </w:p>
    <w:p>
      <w:pPr>
        <w:pStyle w:val="ArticleBody"/>
        <w:jc w:val="left"/>
      </w:pPr>
      <w:r>
        <w:rPr>
          <w:rFonts w:ascii="Times New Roman" w:hAnsi="Times New Roman" w:eastAsia="Times New Roman" w:cs="Times New Roman"/>
        </w:rPr>
        <w:t>Aty treseha pehẽnguépe, Uriah Smith oikuaauka ñandéve catorce ary Raphia Ñorairõ rire, Ptolomeo omano hague “tekojehe’a vai ha tekoky’a rupi, ha upéi ojejopyru hese ita’ýra, Ptolomeo Epiphanes, mitã’i upérõ irundy térã po ary rupi oguerekóva. Antiochus, upe jave avei, omboguejýma rire peteĩ pu’aka’ẽ heko retãme, ha omoĩ ha omyatyrõ rire kuarahyresẽ gotyo pegua tetãvorekuérape iñe’ẽrendúpe, opytákuri oguerekóvo aravo oimeraẽ tembiaporã guasurã, mitãrusu Epiphanes oguahẽvo Egipto guapyháramo.” Putin pu’aka mbykymi rire opa vove, Trump oĩta peteĩcha ombohovái hag̃ua Egipto mburuvicha pyahu mitãme. Ojejapo mboyve upéva, ha’e “omboguejýta peteĩ pu’aka’ẽ” Tetã peteĩ reko Amérikape.</w:t>
      </w:r>
    </w:p>
    <w:p>
      <w:pPr>
        <w:pStyle w:val="ArticleBody"/>
        <w:jc w:val="left"/>
      </w:pPr>
      <w:r>
        <w:rPr>
          <w:rFonts w:ascii="Times New Roman" w:hAnsi="Times New Roman" w:eastAsia="Times New Roman" w:cs="Times New Roman"/>
        </w:rPr>
        <w:t>Trump ojeporavóramo, omoĩta hag̃ua léi ojehechauka hag̃ua ymaite guive umi Alien and Sedition Acts de 1798-pe, ha avei opyta hag̃uáicha oñemboyke “habeas corpus”, ojapo haguéicha pe tenondegua mburuvicha republicano peteĩ Ñorairõ Civil rovái. Ijapopyre avei ojehechauka hag̃ua umi tembiapo presidente Grant rembiapokue rupive oñangarekóramo guare Ku Klux Klan rehe, ha F. D. Roosevelt ojoko ha omoĩmbáramo guare kárselpe umi japonés ha ambuekuérape Mokõiha Ñorairõ Guasu aja, ha George Bush pahápegua Patriot Act rupive.</w:t>
      </w:r>
    </w:p>
    <w:p>
      <w:pPr>
        <w:pStyle w:val="ArticleBody"/>
        <w:jc w:val="left"/>
      </w:pPr>
      <w:r>
        <w:rPr>
          <w:rFonts w:ascii="Times New Roman" w:hAnsi="Times New Roman" w:eastAsia="Times New Roman" w:cs="Times New Roman"/>
        </w:rPr>
        <w:t>Ha’e, Seleuco ndive oiko haguéicha, omboguejyta pe jevyvai Tetã peteĩ reko Amérika Joajupeguápe, ha upéi omoĩta hesa Egipto “mburuvicha guasu mitã” rehe. Péicha ojapóvo, ojapóta peteĩ joaju Felipe Macedoniagua ndive, Smith he’i haguére: “Upe jave avei, Felipe, Macedoniagua mburuvicha guasu, oike peteĩ ñe’ẽme’ẽme Antioquo ndive omboja hag̃ua Ptolomeo ruvicha hag̃uanguéra mbytépe pe tetãnguéra oguerekóva, peteĩteĩ oipota hag̃uáicha umi hendaguéra hi’aguĩvéva ha iporãvéva chupe. Ko’ápe oĩkuri peteĩ pu’ã ñemby ruvicha guasu rehe, peteĩ mba’e tuicháva profecía oñekumpli hag̃ua, ha umi tembiasakue voi, ñane’ẽ’ỹre, umi profecía he’iséva.”</w:t>
      </w:r>
    </w:p>
    <w:p>
      <w:pPr>
        <w:pStyle w:val="ArticleBody"/>
        <w:jc w:val="left"/>
      </w:pPr>
      <w:r>
        <w:rPr>
          <w:rFonts w:ascii="Times New Roman" w:hAnsi="Times New Roman" w:eastAsia="Times New Roman" w:cs="Times New Roman"/>
        </w:rPr>
        <w:t>Trump omopyendáta peteĩ alianza mbaretépe umi tetãnguéra OTAN-gua ndive (Tetãnguéra Joaju), oñembohovái hag̃ua Rusia, ha umi mba’e hasy hetáva ojeporohesolvo hag̃uáicha pe mba’e vai oúva Putingui ho’árire. Upe jave, versíkulo catorce he’iháicha, ha Smith remiandu omyesakãháicha, “oñemoinge peteĩ pu’aka pyahu”. Papado oikéta mbytépe oñangareko hag̃ua Rusia ha umi tetã ijeheguáva rehe, ani hag̃ua oguapy OTAN ha Estados Unidos poguýpe; térã, Smith remiandu he’iháicha, “Roma oñe’ẽ; ha Siria ha Macedonia pya’e ohechakuaa peteĩ ñemoambue oguahẽha pe aspecto oguerekóvape iqueguýpe. Umi Romano oike hag̃ua oipytyvõ pe mitã rréi Egipto-gua rehehápe, oñemoĩ hag̃uáicha oñeñangareko chupe pe ñehundi ojejapóva Antiococ ha Filípogui. Kóva oiko ary 200 a.C.-pe, ha peteĩva umi oike tuichavéva umi Romano rehegua Siria ha Egipto rembiasakue-pe.”</w:t>
      </w:r>
    </w:p>
    <w:p>
      <w:pPr>
        <w:pStyle w:val="ArticleBody"/>
        <w:jc w:val="left"/>
      </w:pPr>
      <w:r>
        <w:rPr>
          <w:rFonts w:ascii="Times New Roman" w:hAnsi="Times New Roman" w:eastAsia="Times New Roman" w:cs="Times New Roman"/>
        </w:rPr>
        <w:t>Róma, Tiro kuña rekorei, upérõ oñepyrũ opurahéi hag̃ua ipurahéi ha oiko hag̃ua tembiapo tie’ỹme yvy ruvicha kuéra ndive, umi ruvicha ou mboyve oikóvo henyhẽmba hag̃ua iñe’ẽrendúpe chupe, mokõi versíkulo rire añoite. Upe jave voi oiko kuri Panium ñorairõ. Ary 200 a.C. ohechauka Tiro kuña rekorei oñepyrũha opurahéi, ha upéva ojapo Rusia ñangarekóre, máva rehe Estados Unidos ha Naciones Unidas ramoite oñemoĩ peteĩ ñe’ẽme odividi hag̃ua ijupekuéra apytépe, peteĩteĩva imba’eporãrã. Kuña rekorei ipu’aka hesekuéra mokõivére, péro upéi oiko “ñorairõ” Panium-pegua ha Estados Unidos ipu’aka Naciones Unidas ári.</w:t>
      </w:r>
    </w:p>
    <w:p>
      <w:pPr>
        <w:pStyle w:val="ArticleBody"/>
        <w:jc w:val="left"/>
      </w:pPr>
      <w:r>
        <w:rPr>
          <w:rFonts w:ascii="Times New Roman" w:hAnsi="Times New Roman" w:eastAsia="Times New Roman" w:cs="Times New Roman"/>
        </w:rPr>
        <w:t>Ñemombe’upykuéra rupive, mbohapypa ha mbohapy ary rire, oñepyrũ Tetã peteĩ reko Amérikape pe pu’aka Modein-gua. Ñemombe’upykuéra rupive, mbohapy ary upe rire, oñemopyahu jey pe hérava Protestantísmo ha peteĩ Tetã Rekoguata Leiguasu rupive, oñemboheko hag̃ua, Hanukkah ohechaukaháicha. Ñemombe’upykuéra rupive, mbohapy ary upe rire, oñepyrũ pe ára jeguata ojehechaukáva umi judío joaju Roma ndive rupive.</w:t>
      </w:r>
    </w:p>
    <w:p>
      <w:pPr>
        <w:pStyle w:val="ArticleBody"/>
        <w:jc w:val="left"/>
      </w:pPr>
      <w:r>
        <w:rPr>
          <w:rFonts w:ascii="Times New Roman" w:hAnsi="Times New Roman" w:eastAsia="Times New Roman" w:cs="Times New Roman"/>
        </w:rPr>
        <w:t>Umi movimiento paha ha’e vaʼerã pyaʼe, upévare pe tembiasakue ojehechaukáva irundypa poapy ary rehegua umi versíkulope omombeʼu peteĩ aty mbaʼe oikóva pyaʼe hag̃ua, profesía heʼiháicha oñepyrũva ára paha guive ary 1989-pe; upéi ou pe mokõiha ñorairõ umi versíkulo 11 ha 12-pe ojehechaukáva ary 2014-pe; ha upéi ary 2015, Trump omombeʼu ramo guare oñemoĩtaha tetã ruvicharãrã, ha upéicha oñepyrũ hembiapo profético omonguʼévo globalismo. Oñepyrũ vove Trump pe tembiapo ojokoséva Guerra Civil oikóvama, haʼe oñehaʼãta peteĩ joaju hag̃ua Naciones Unidas ndive (OTAN—Felipe de Macedonia), ha Roma oñepyrũta opurahéi. Pe joaju oñehaʼãva oiko pe ñehaʼã guasúramo ipuʼakave hag̃ua mokõive mbarete apytépe, ha upéva ojehechauka pe Batalla de Panium-pe.</w:t>
      </w:r>
    </w:p>
    <w:p>
      <w:pPr>
        <w:pStyle w:val="ArticleBody"/>
        <w:jc w:val="left"/>
      </w:pPr>
      <w:r>
        <w:rPr>
          <w:rFonts w:ascii="Times New Roman" w:hAnsi="Times New Roman" w:eastAsia="Times New Roman" w:cs="Times New Roman"/>
        </w:rPr>
        <w:t>Upéicha Panium ha’e pe techaukaha versíkulo trecepegua, upépe oñepyrũhápe umi movimiento pya’e paha omotenondéva pe léi dominical. Opaite maranduhára oñe’ẽve va’ekue ko mundo paha rehe, ha’e kuéra oiko hague ára rehegui, ha Jesús katu, añetehápe, ha’e va’ekue pe tuichavéva opa umi maranduháragui. Mbeguekatúpe pe kurusu mboyve, oporomo’ãva pe léi dominical rehe, ha upéva ojehechauka versíkulo dieciséispe, Jesús ojapo peteĩ viaje hemimbo’e kuérandi Panium-pe. Ijeguata upépe, ha umi mbo’epy ha’e omoĩva’ekue upépe, ojoja pe Ñorairõ Panium-pegua oúta hag̃uándi. Tembiasakue pukukue javeve Panium oguereko va’ekue heta téra, ha Cristo tiempo-pe pe téra ojeiporúva Panium rehe ha’e va’ekue Cesarea de Filipo.</w:t>
      </w:r>
    </w:p>
    <w:p>
      <w:pPr>
        <w:pStyle w:val="ArticleScripture"/>
        <w:jc w:val="left"/>
      </w:pPr>
      <w:r>
        <w:rPr>
          <w:rFonts w:ascii="Times New Roman" w:hAnsi="Times New Roman" w:eastAsia="Times New Roman" w:cs="Times New Roman"/>
        </w:rPr>
        <w:t>“Jesús ha hemimbo’ekuéra ndive oĝuahẽma peteĩ táva rupi Cesarea Filipo ypýpe. Oĩma hikuái Galilea rembe’ýgui okápe, peteĩ tetãme ñemomba’eguasu ta’ãnga rehegua oñemoingovehápe. Ko’ápe umi hemimbo’ekuéra oñemomombyry judaísmo poguýgui, ha ogueraha chupekuéra oñemboja hag̃uáichave umi tetã ambuegua ñemomba’e rehe. Ijerérekuéra ojehechauka opaichagua ñemomba’eguasu rei oĩva opa hendápe ko yvy ape ári. Jesús oipota kuri ko’ã mba’e rehegua jehecha ogueru chupekuéra oñandu hag̃ua hembiaporãrã umi tetã ambuegua renondépe. Oiko aja upéva rupi, ha’e oñeha’ã omomombyry hag̃ua ijehegui tavayguakuérape ombo’e hag̃uágui, ha oñeme’ẽve hag̃ua hembimbo’ekuéra pe.”</w:t>
      </w:r>
    </w:p>
    <w:p>
      <w:pPr>
        <w:pStyle w:val="ArticleScripture"/>
        <w:jc w:val="left"/>
      </w:pPr>
      <w:r>
        <w:rPr>
          <w:rFonts w:ascii="Times New Roman" w:hAnsi="Times New Roman" w:eastAsia="Times New Roman" w:cs="Times New Roman"/>
        </w:rPr>
        <w:t>“Haʼe oimema hína omombeʼu hag̃ua chupekuéra pe jehasa asy ohaʼarõva Ichupe. Ha mboyve, oho haʼe añoite ha oñemboʼe, ikatu hag̃uáicha ikorasõkuéra oñembosakoʼi ohupyty hag̃ua Iñeʼẽnguéra. Oñembojoajúvo hendivekuéra, ndoikuaaukái pyaʼe hag̃ua upe omombeʼuséva. Upéva mboyve, omeʼẽ chupekuéra paʼũ omombeʼu hag̃ua ijerovia hese, ikatu hag̃uáicha oñemombarete hikuái pe prueba oútavape g̃uarã. Haʼe oporandu: ‘Máva piko heʼi yvypórakuéra chehaʼeha, Che Yvypóra Raʼy?’”</w:t>
      </w:r>
    </w:p>
    <w:p>
      <w:pPr>
        <w:pStyle w:val="ArticleScripture"/>
        <w:jc w:val="left"/>
      </w:pPr>
      <w:r>
        <w:rPr>
          <w:rFonts w:ascii="Times New Roman" w:hAnsi="Times New Roman" w:eastAsia="Times New Roman" w:cs="Times New Roman"/>
        </w:rPr>
        <w:t>Ñembyasy hag̃uáicha, umi temimbo’e ojehecha hag̃uáicha omoneĩ va’erãha Israel ndoikuaaporãi hague iMesíaspe. Oĩkuri añetehápe umi, ohechávo Hemimbikuaa, he’íva’ekue hese ha’eha David Ra’y. Umi aty guasu oñemongaru va’ekue Betsáidape oipota va’ekue omoherakuã chupe mburuvicha guasu Israelgua ramo. Heta oĩkuri oĩva’erãicha oguerovia chupe maranduhára ramo; ha katu ndogueroviái chupe ha’eha Mesías.</w:t>
      </w:r>
    </w:p>
    <w:p>
      <w:pPr>
        <w:pStyle w:val="ArticleScripture"/>
        <w:jc w:val="left"/>
      </w:pPr>
      <w:r>
        <w:rPr>
          <w:rFonts w:ascii="Times New Roman" w:hAnsi="Times New Roman" w:eastAsia="Times New Roman" w:cs="Times New Roman"/>
        </w:rPr>
        <w:t>“Jesús upéi ojapo peteĩ mokõiha porandu, ojepytasóva umi temimbo’ére voi: ‘Ha peẽ, mávapa peje che ha’eha?’ Pedro ombohovái: ‘Nde hína pe Cristo, Tupã oikovéva Ra’y.’”</w:t>
      </w:r>
    </w:p>
    <w:p>
      <w:pPr>
        <w:pStyle w:val="ArticleScripture"/>
        <w:jc w:val="left"/>
      </w:pPr>
      <w:r>
        <w:rPr>
          <w:rFonts w:ascii="Times New Roman" w:hAnsi="Times New Roman" w:eastAsia="Times New Roman" w:cs="Times New Roman"/>
        </w:rPr>
        <w:t>“Ypy guive, Pedro oguerovia vaʼekue Jesús haʼeha pe Mesías. Heta ambue, oñekonvense vaʼekue Juan el Bautista predikasión rupive ha omoneĩ vaʼekue Cristo-pe, oñepyrũ oduda Juan rembipotáre oñembotypa rire ha ojeporuka rire chupe; ha koʼág̃a avei oduda hikuái Jesús haʼeha pe Mesías, pe haʼekuéra ohaʼarõ aréma vaʼekue. Heta umi disípulo apytégui, ohaʼarõ asýva vaʼekue Jesús oguapy hag̃ua hendápe David guapyha ári, ohejágui chupe ohechakuaa riremínte ndahaʼeiha upéva hembipota. Péro Pedro ha iñirũnguéra ndojeivýi iñeʼẽmeʼẽgui. Umi omokangykatáva rape, kuehe omombaʼe ha ko árape omotĩva, ndoitymoʼãi pe Salvadór segidór añeteguápe jerovia. Pedro heʼi: ‘Nde hína pe Cristo, pe Tupã oikovéva Raʼy.’ Ndohaʼarõi vaʼekue mburuvicha guasu mbaʼetee omoakã hag̃ua Ijára, síno omoneĩ chupe imomichĩmbýpe.”</w:t>
      </w:r>
    </w:p>
    <w:p>
      <w:pPr>
        <w:pStyle w:val="ArticleScripture"/>
        <w:jc w:val="left"/>
      </w:pPr>
      <w:r>
        <w:rPr>
          <w:rFonts w:ascii="Times New Roman" w:hAnsi="Times New Roman" w:eastAsia="Times New Roman" w:cs="Times New Roman"/>
        </w:rPr>
        <w:t>“Pedro omombe’u vaʼekue umi doce remiandu jeroviápe. Upéicharõ jepe, umi discípulo gueteri mombyry oĩ vaʼekue oikuaa hag̃ua Cristo rembiapo. Paʼi ha mburuvicha kuéra ñemoĩ hag̃ua hese ha iñembotavy hag̃ua, ndaikatúiramo jepe omomombyry chupekuéra Cristo-gui, upéicharõ jepe ogueru chupekuéra ñembyasy ha pyʼatarova guasu. Ndohechái porãivaʼekue tape. Iñemoarandu ypykue puʼaka, umi rabino kuéra ñemboʼe, ha tekokue yma guare mbarete, gueteri ojoko hikuái chupekuéra ani hag̃ua ohecha añetehápe pe añetegua. Sapyʼánte, tesape porãite Jesús-gui osẽva omimbi hese kuéra; hákatu heta jey ojogua kuimbaʼe kuérape ojepovyvyvaʼekue pytũmby apytépe. Péro ko árape, oñemoĩ mboyve hovaʼekuévo pe prueba guasu ojehechatahápe ijerovia, Espíritu Santo opyta hiʼári kuéra puʼakápe. Sapyʼaite hag̃ua, hesakuéra ojeipeʼa “umi mbaʼe ojehechávagui”, ohecha hag̃ua “umi mbaʼe ndojehecháiva”. 2 Corintios 4:18. Yvypóra reko raʼãngápe guýpe, ohechakuaa hikuái Tupã Raʼy mimbipa.”</w:t>
      </w:r>
    </w:p>
    <w:p>
      <w:pPr>
        <w:pStyle w:val="ArticleScripture"/>
        <w:jc w:val="left"/>
      </w:pPr>
      <w:r>
        <w:rPr>
          <w:rFonts w:ascii="Times New Roman" w:hAnsi="Times New Roman" w:eastAsia="Times New Roman" w:cs="Times New Roman"/>
        </w:rPr>
        <w:t>“Jesús ombohovái Pédrope, he’ívo: ‘Ojehovasáva nde, Simón Bar-jona; pórke to’o ha tuguy ndoguerekuaaukái ndéve upéva, ha katu Che Ru oĩva yvágape.’”</w:t>
      </w:r>
    </w:p>
    <w:p>
      <w:pPr>
        <w:pStyle w:val="ArticleScripture"/>
        <w:jc w:val="left"/>
      </w:pPr>
      <w:r>
        <w:rPr>
          <w:rFonts w:ascii="Times New Roman" w:hAnsi="Times New Roman" w:eastAsia="Times New Roman" w:cs="Times New Roman"/>
        </w:rPr>
        <w:t>“Pe añetegua Pedro omombe’u va’ekue ha’e pe py’aguapyhára jerovia ypykue. Upéva hína Cristo voi he’i va’ekue tekove opa’ỹva hag̃ua. Ha ko mba’ekuaa jehupyty ndaha’éi va’erã peteĩ yvypóra oñemomba’eguasu hag̃ua ijehegui. Ndaha’éi arandu térã teko porã ha’e ae rehegua rupi ojehechauka va’ekue Pedro-pe. Araka’eve yvypóra, ijehegui año, ndaikatúi ohupyty peteĩ kuaapy Tupã rehegua. ‘Yvate yvágagui; mba’e piko ikatu rejapo? Yvykua pypukúgui; mba’e piko ikatu reikuaa?’ Job 11:8. Pe ta’anga rupi ñemoñare ñemuguasu Espíritu añoite ikatu ohechauka ñandéve Tupã mba’e pypukuetéva, umi ‘tesa ndohechái va’ekue, apysa nohendúi va’ekue, ha avave yvypóra py’apýpe ndoikéi va’ekue.’ ‘Tupã katu oikuaauka ñandéve Ijespíritu rupive: pe Espíritu niko ohekámbaitégui opa mba’e, ha’eve hag̃ua Tupã mba’e pypukuetéva jepe.’ 1 Corintios 2:9, 10. ‘Ñandejára ñemi oĩ umi Chupe okyhyjévandi’; ha pe mba’e Pedro ohechakuaa hague Cristo mimbipa, upéva ha’e va’ekue peteĩ techaukaha ha’e hague ‘Tupã ombo’e va’ekue.’ Salmo 25:14; Juan 6:45. Añetehápe, ‘jehovasa nde, Simón Bar-jona: ndaha’éi niko so’o ha tuguy oikuaaukáva ndéve ko mba’e.’”</w:t>
      </w:r>
    </w:p>
    <w:p>
      <w:pPr>
        <w:pStyle w:val="ArticleScripture"/>
        <w:jc w:val="left"/>
      </w:pPr>
      <w:r>
        <w:rPr>
          <w:rFonts w:ascii="Times New Roman" w:hAnsi="Times New Roman" w:eastAsia="Times New Roman" w:cs="Times New Roman"/>
        </w:rPr>
        <w:t>Jesús osegui vaʼekue: “Ha Che avei haʼe ndéve: Nde hína Pedro, ha ko ita ári amopuʼãta Che iglesia; ha añaretã rokẽnguéra ndaipuʼakamoʼãi hese.” Pe ñeʼẽ Pedro heʼise peteĩ ita, peteĩ ita ojere vaʼekue. Pedro ndahaʼéi pe ita guasu hiʼári oñemopyenda hague pe iglesia. Añaretã rokẽnguéra niko ipuʼaka kuri hese, haʼe oñembotove ramo guare Ijárape ñeʼẽ vai ha juramento rupive. Pe iglesia oñemopuʼãkuri peteĩva ári, añaretã rokẽnguéra ndaipuʼakáiva hese.</w:t>
      </w:r>
    </w:p>
    <w:p>
      <w:pPr>
        <w:pStyle w:val="ArticleScripture"/>
        <w:jc w:val="left"/>
      </w:pPr>
      <w:r>
        <w:rPr>
          <w:rFonts w:ascii="Times New Roman" w:hAnsi="Times New Roman" w:eastAsia="Times New Roman" w:cs="Times New Roman"/>
        </w:rPr>
        <w:t>“Hetaiterei pe Salvador ou mboyve, Moisés ohechauka vaʼekue ita guasu Israél ñepysyrõrã. Pe salmista opurahéi vaʼekue ‘che mbarete Ita guasu’ rehe. Isaías ohai vaʼekue: ‘Péicha heʼi Ñandejára Tupã: Péina ápe, amoĩ Siónpe peteĩ ita ipyrendáramo, peteĩ ita oñehaʼãmava, peteĩ ita esquina guasu hepyetevéva, peteĩ pyenda hatãva.’ Deuteronomio 32:4; Salmo 62:7; Isaías 28:16. Pedro voi, oháivo ñeñandu porãme guive, omoĩ ko profesía Jesús rehe. Haʼe heʼi: ‘Peẽ pehecha rire Ñandejára ipyʼaporãha: pendejuvo hendápe, peteĩ ita oikovéva, yvypóra kuéra omboykémava añetehápe, Tupã ndive katu ojeporavóva, hepyetereíva, peẽ avei, ita kuéra oikovéva ramo, pejepyta peteĩ óga espiritualramo.’ 1 Pedro 2:3–5, R. V.”</w:t>
      </w:r>
    </w:p>
    <w:p>
      <w:pPr>
        <w:pStyle w:val="ArticleScripture"/>
        <w:jc w:val="left"/>
      </w:pPr>
      <w:r>
        <w:rPr>
          <w:rFonts w:ascii="Times New Roman" w:hAnsi="Times New Roman" w:eastAsia="Times New Roman" w:cs="Times New Roman"/>
        </w:rPr>
        <w:t>“‘Ambue pyenda ndaikatúi oimera’ẽ pe oñemoĩmava rangue, ha upéva hína Jesucristo.’ 1 Corintios 3:11. ‘Ko ita ári,’ he’i Jesús, ‘amopu’ãta Che iglesia.’ Tupã renondépe, ha opa umi arandu yvagagua renondépe, umi aña ñorairõhára kañymbygua renondépe avei, Cristo omopyenda Iglésia pe Ita Oikovéva ári. Upe Ita ha’e Ha’e voi,—Hete tee, ñanderehehápe ojekytĩ ha oñembyahýiva’ekue. Pe iglesia oñemopu’ãva ko pyenda ári rehe, infierno rokẽnguéra ndaikatúi ipu’aka hese.”</w:t>
      </w:r>
    </w:p>
    <w:p>
      <w:pPr>
        <w:pStyle w:val="ArticleScripture"/>
        <w:jc w:val="left"/>
      </w:pPr>
      <w:r>
        <w:rPr>
          <w:rFonts w:ascii="Times New Roman" w:hAnsi="Times New Roman" w:eastAsia="Times New Roman" w:cs="Times New Roman"/>
        </w:rPr>
        <w:t>Mba’eichaitépa ikangy ojehecha pe iglesia Cristo he’írõ guare ko’ã ñe’ẽ! Peteĩ sa’ínte oĩva’ekue creyéntekuéra, hesekuéra oñemboguata hag̃uáicha opa mbarete añánga vai ha kuimba’e aña-kuéra rehegua; upéicharõ jepe, Cristo rapykuehóvakuéra ndokyhyjéi va’erãmo’ã. Oñemopu’ãva’ekue Itaju ári, ha’éva imbaretekue, ndaikatúi ojeguerity.</w:t>
      </w:r>
    </w:p>
    <w:p>
      <w:pPr>
        <w:pStyle w:val="ArticleScripture"/>
        <w:jc w:val="left"/>
      </w:pPr>
      <w:r>
        <w:rPr>
          <w:rFonts w:ascii="Times New Roman" w:hAnsi="Times New Roman" w:eastAsia="Times New Roman" w:cs="Times New Roman"/>
        </w:rPr>
        <w:t>“Seis mil ary pukukue, jerovia oñemopu’ã Cristo ári. Seis mil ary pukukue pe ysyry guasu ha yvytu atã Satanás pochy rehegua ojapi ñande pysyrõ ita guasu ári; ha upéva opyta ndojekevéiri.</w:t>
      </w:r>
    </w:p>
    <w:p>
      <w:pPr>
        <w:pStyle w:val="ArticleScripture"/>
        <w:jc w:val="left"/>
      </w:pPr>
      <w:r>
        <w:rPr>
          <w:rFonts w:ascii="Times New Roman" w:hAnsi="Times New Roman" w:eastAsia="Times New Roman" w:cs="Times New Roman"/>
        </w:rPr>
        <w:t>“Pedro he’i vaʼekue pe añetegua haʼéva tupao jerovia pyenda, ha Jesús koʼág̃a omombaʼe chupe opa umi oguerovia hag̃uáicha repyhýiramo. Heʼi: ‘Ameʼẽta ndéve yvágape pe mburuvicha hag̃ua reino ryruʼi; ha opa mbaʼe reñapytĩva yvy ári, oñeñapytĩta yvágape; ha opa mbaʼe rembojera hag̃uáva yvy ári, oñembojeráta yvágape.’”</w:t>
      </w:r>
    </w:p>
    <w:p>
      <w:pPr>
        <w:pStyle w:val="ArticleScripture"/>
        <w:jc w:val="left"/>
      </w:pPr>
      <w:r>
        <w:rPr>
          <w:rFonts w:ascii="Times New Roman" w:hAnsi="Times New Roman" w:eastAsia="Times New Roman" w:cs="Times New Roman"/>
        </w:rPr>
        <w:t>“‘Pe rréino yvágape g̃uarãva llavekuéra’ ha’e Cristo ñe’ẽnguéra. Opaite Ñandejára Ñe’ẽ Marangatu ñe’ẽ ha’e hína imba’e, ha ko’ápe oikepa. Ko’ã ñe’ẽ oguereko pu’aka oipe’a ha omboty hag̃ua yvága. Umíva oikuaauka mba’e condición rupivepa yvypóra oñemoneĩ térã oñemboyke. Upéicha rupi, umi omombe’úva Ñandejára Ñe’ẽ rembiapo ha’e peteĩ hyakuã porã tekove rehegua tekovépe guarã térã ñemano rehegua ñemanópe guarã. Imba’éva hína peteĩ tembiapo oguerekóva pohýi opa’ỹva apopyrére.”</w:t>
      </w:r>
    </w:p>
    <w:p>
      <w:pPr>
        <w:pStyle w:val="ArticleScripture"/>
        <w:jc w:val="left"/>
      </w:pPr>
      <w:r>
        <w:rPr>
          <w:rFonts w:ascii="Times New Roman" w:hAnsi="Times New Roman" w:eastAsia="Times New Roman" w:cs="Times New Roman"/>
        </w:rPr>
        <w:t>“Pe Salvador ndoikuaái pe tembiapo evangélio rehegua Pédrope añoite. Upéi, peteĩ ára rire, ojerejeyvo umi ñe’ẽ he’íva’ekue Pédrope, Ha’e omoĩ porãite umi ñe’ẽ pe iglesia rehe. Ha upeichante avei, pe ijojaha’ỹva’ỹ reheve, oñeñe’ẽ kuri umi docepe avei, orepresentágui hikuái pe aty ojeroviáva retére. Jesús ome’ẽrire va’ekue peteĩ autorida especial peteĩva umi disípulo apytégui ambuekuéragui yvateve, ndajajuhumo’ãi va’erã chupekuéra heta jey oñombohováivo mávapa pe tuichavéva. Ha’ekuéra oñemoĩ va’erãmo’ãmo kuri Ijára rembipotápe, ha omomba’e pe peteĩva Ha’e oiporavo va’ekuépe.”</w:t>
      </w:r>
    </w:p>
    <w:p>
      <w:pPr>
        <w:pStyle w:val="ArticleScripture"/>
        <w:jc w:val="left"/>
      </w:pPr>
      <w:r>
        <w:rPr>
          <w:rFonts w:ascii="Times New Roman" w:hAnsi="Times New Roman" w:eastAsia="Times New Roman" w:cs="Times New Roman"/>
        </w:rPr>
        <w:t>“Peteĩ ñemoakãhára omoĩ hag̃ua hiʼárikuéra rangue, Cristo heʼi umi temimboʼépe: ‘Ani pejehero Rabbi;’ ‘ha ani avei pejehero mboʼehára guasu: peteĩnte niko pende Mboʼehára guasu, Cristo voi.’ Mateo 23:8, 10.”</w:t>
      </w:r>
    </w:p>
    <w:p>
      <w:pPr>
        <w:pStyle w:val="ArticleScripture"/>
        <w:jc w:val="left"/>
      </w:pPr>
      <w:r>
        <w:rPr>
          <w:rFonts w:ascii="Times New Roman" w:hAnsi="Times New Roman" w:eastAsia="Times New Roman" w:cs="Times New Roman"/>
        </w:rPr>
        <w:t>“‘opaite kuimba’e akã hína Cristo.’ Tupã, omoĩva’ekue opa mba’e pe Salvador py guýpe, ‘ome’ẽ chupe opa mba’e ári toiko hag̃ua akã ramo pe iglesia-pe g̃uarã, ha’eva hína hete, henyhẽva pe omyenyhẽvagui opa mba’e opa mba’épe.’ 1 Corinthians 11:3; Ephesians 1:22, 23. Pe iglesia oñemopu’ã Cristo ári ipyenda ramo; oĩva’erã iñe’ẽrendu Cristo-pe iñakã ramo. Ani hag̃ua ojerovia yvypórare, térã toñemongu’e yvypóra rehe. Heta oguerovia pe orekóva jeroviaha renda pe iglesia-pe ome’ẽha chupekuéra pokatu omanda hag̃ua ambue kuimba’épe mba’érepa ogueroviáta ha mba’épa ojapóta. Ko mba’e Tupã ndoguerojeroviái. Pe Salvador he’i: ‘Peẽ maymáva peiko joyke’y kuéra ramo.’ Maymáva oĩ tekotevẽme oñemoĩ hag̃ua ñepytyvõ’ỹme, ha ikatu hag̃uáicha ho’a jejavy-pe. Avave tekove ipaha’ỹva rehe ndaikatúi jajerovia ñanemboguata hag̃ua. Pe ita guasu jerovia rehegua ha’e Cristo oikovéva oĩva pe iglesia-pe. Kóvare ikatu ojerovia pe ikangyvéva, ha umi oimo’ãva ijehe peteĩ mbaretevéva ojehechaukáta ikangyvéva ramo, ndajajapóiramo Cristo-pe imbaretekue. ‘Tojehayhu’ỹ pe kuimba’e ojeroviáva yvypórare, ha ojapóva tetegua imbaretekue ramo.’ Ñandejára ‘hína pe Ita Guasu, hembiapo niko perfecto.’ ‘Ovy’a maymáva umi ojeroviáva hese.’ Jeremiah 17:5; Deuteronomy 32:4; Psalm 2:12.”</w:t>
      </w:r>
    </w:p>
    <w:p>
      <w:pPr>
        <w:pStyle w:val="ArticleScripture"/>
        <w:jc w:val="left"/>
      </w:pPr>
      <w:r>
        <w:rPr>
          <w:rFonts w:ascii="Times New Roman" w:hAnsi="Times New Roman" w:eastAsia="Times New Roman" w:cs="Times New Roman"/>
        </w:rPr>
        <w:t>“Pedro remombeʼu rire, Jesús omanda umi temimboʼépe ani hag̃ua heʼi avavépe haʼe hague pe Cristo. Ko ñeʼẽmondo oñemeʼẽ vaʼekue umi mboʼehára ha fariséokuéra ojopysóramo hag̃ua hese mbarete porãgui. Ha ndahaʼéi upéva añónte; tavayguakuéra, ha umi temimboʼe jepe, oreko vaʼekue peteĩ ñemimoʼã japu eterei pe Mesías rehe, upévare peteĩ marandu hag̃ua opavavépe hese nomeʼẽmoʼãi chupekuéra mbaʼeveichagua añeteguáva irekokatu rehe térã hembiapo rehe. Péro ára ha ára haʼe ojekuaaukávo chupekuéra pe Salvador ramo, ha upéicha oipota omeʼẽ chupekuéra peteĩ ñemimoʼã añeteguáva hese pe Mesías ramo.”</w:t>
      </w:r>
    </w:p>
    <w:p>
      <w:pPr>
        <w:pStyle w:val="ArticleScripture"/>
        <w:jc w:val="left"/>
      </w:pPr>
      <w:r>
        <w:rPr>
          <w:rFonts w:ascii="Times New Roman" w:hAnsi="Times New Roman" w:eastAsia="Times New Roman" w:cs="Times New Roman"/>
        </w:rPr>
        <w:t>“Umi disípulo-kuéra gueteri oha’arõ Cristo orreina hag̃ua peteĩ mburuvicha yvygua ramo. Jepe Ha’e are oñomi vaʼekue Iporiahuvereko rembipota, haʼekuéra oguerovia ndopytamoʼãiha tapiaite mboriahúpe ha kañyhápe; hiʼag̃uíma kuri pe ára omopuʼã haguã Irréino. Paʼi guasu ha rabino-kuéra ñembyai ndaikatumoʼãiha arakaʼeve oñembogue, Cristo oñembotoveha hag̃ua hetã tee rupi, ojekondena hag̃ua peteĩ mbotavyhára ramo, ha oñekurusifika hag̃ua peteĩ ivaíva apoha ramo, — péichaite peteĩ pensamiento umi disípulo arakaʼeve ndojapói vaʼekue. Péro pe pytũmby pokatu ára hiʼag̃uína kuri, ha Jesús oikuaaukavaʼerã Ikuérape pe ñorairõ oĩva henondépe. Haʼe oñembyasy, ohechakuaávo upe jehasa asy.” The Desire of Ages, 411-415.</w:t>
      </w:r>
    </w:p>
    <w:p>
      <w:pPr>
        <w:pStyle w:val="ArticleBody"/>
        <w:jc w:val="left"/>
      </w:pPr>
      <w:r>
        <w:rPr>
          <w:rFonts w:ascii="Times New Roman" w:hAnsi="Times New Roman" w:eastAsia="Times New Roman" w:cs="Times New Roman"/>
        </w:rPr>
        <w:t>Daniel 11 pegua dieciséisha ohechauka pe léi domingo pya’e ou hag̃uáva Estados Unidos-pe. Mbovymi og̃uahẽ mboyve upe “yvyryrýi guasu” aravo, umi oiporavoseíva oĩ hag̃uáicha cien cuarenta y cuatro mil apytépe oñemombáy iképe guive. Pe omombáy chupekuéra ha’e peteĩ marandu profético. Upe jave ojekuaa mokõi aty, ha ojehechauka hag̃ua pe ñe’ẽjoja umi diez vírgenes rehegua rupi, peteĩ aty oguereko aséite umi hyrupe, ambue aty katu ndoguerekói. Daniel 11 pegua versículo trece guive quince peve ndaha’éi añoite ohechaukáva pe tembiasakue profético oĩva pe léi domingo mboyve, ha’e avei ohechaukáva pe “marandu”, ha, pe contexto-pe pe ñe’ẽjoja umi diez vírgenes rehegua, upéva hína pe “aséite” umi arandu oguerekótava ikatu hag̃uáicha ohupyty Tupã sello ha oñehupi hag̃ua peteĩ poyvi ramo pe yvyryrýi guasu aravope. Koʼã artículo og̃uahẽma koʼág̃a opaite artículo apýrape, pe marandu ojehechaukáva koʼã versículo ryepýpe hína pe aséite óro rehegua oñeñohẽva yvýguio umi mokõi tubo óro rehegua rupive.</w:t>
      </w:r>
    </w:p>
    <w:p>
      <w:pPr>
        <w:pStyle w:val="ArticleBody"/>
        <w:jc w:val="left"/>
      </w:pPr>
      <w:r>
        <w:rPr>
          <w:rFonts w:ascii="Times New Roman" w:hAnsi="Times New Roman" w:eastAsia="Times New Roman" w:cs="Times New Roman"/>
        </w:rPr>
        <w:t>Ko ñehesa’ỹijo jajaposevétava pe artíkulo oúvape.</w:t>
      </w:r>
    </w:p>
    <w:p>
      <w:pPr>
        <w:pStyle w:val="ArticleScripture"/>
        <w:jc w:val="left"/>
      </w:pPr>
      <w:r>
        <w:rPr>
          <w:rFonts w:ascii="Times New Roman" w:hAnsi="Times New Roman" w:eastAsia="Times New Roman" w:cs="Times New Roman"/>
        </w:rPr>
        <w:t>“Opavave umi omombeʼúva añetegua oservi gueteri Satanáspe, haʼe vaʼekue pytũmbýpe ojapóva infierno-gua omboty hag̃ua ijesareko Tupã ha yvágare. Oikóta ku umi operdéva hikuái mborayhu peteĩha. Ndaikatumoʼãi ohecha umi mbaʼe añetegua opaʼỹva. Umi mbaʼe Tupã oikotevẽva ñandéve g̃uarã ojehechauka Zacarías-pe, capítulo 3 ha 4, ha 4:12–14-pe: ‘Ha ambohovái jey chupe, ha haʼe ichupe, Mbaʼépa koʼã mokõi olívo rakã, umi mokõi tubo óro rupive omboguýva pe aséite óro ijehegui? Ha haʼe ombohovái chéve ha heʼi, Ndereikuaái piko mbaʼépa koʼãva? Ha che haʼe, Nahániri, che Ruvicha. Upévo haʼe heʼi, Koʼãva hína umi mokõi oñemoĩporã vaʼekue, oĩva Yvy pukukue Jára renondépe.’”</w:t>
      </w:r>
    </w:p>
    <w:p>
      <w:pPr>
        <w:pStyle w:val="ArticleScripture"/>
        <w:jc w:val="left"/>
      </w:pPr>
      <w:r>
        <w:rPr>
          <w:rFonts w:ascii="Times New Roman" w:hAnsi="Times New Roman" w:eastAsia="Times New Roman" w:cs="Times New Roman"/>
        </w:rPr>
        <w:t>“Ñandejára henyhẽ tembiporu rehe. Ndorekói mba’eveichagua sa’i umi mba’e ojeiporu hag̃uáva rehe. Ñanejerovia’ỹgui, ñande yvyrigua rekógui, ñaneñe’ẽ rei sa’ígui, ñande ndajajeroviáigui, ojehechaukáva ñaneñe’ẽnguérape, umi pytũmby iñypytũva oñembyaty ñande jerére. Cristo ndojehechaukái ñe’ẽme térã tekovépe pe Oĩporãmbaetévaramo, ha pe ijojaha’ỹva pa su mil apytépe. Pe ánga ovy’ávo oñemopu’ã hag̃ua mba’e reiete hag̃uápe, Ñandejára Espíritu ikatu michĩeterei ojapo hese. Ñanehecha mbyky ohecha pytũmby, ha ndaikatúi ohecha pe mimbipa oĩva upe rire. Umi ánhel ojejoko hína umi irundy yvytu, ojehechaukáva peteĩ kavaju pochýramo ojekororõséva ojejora hag̃ua ha osẽ pya’e hag̃ua opa yvy ape ári, ogueraha hag̃ua ñehundi ha mano tapépe.”</w:t>
      </w:r>
    </w:p>
    <w:p>
      <w:pPr>
        <w:pStyle w:val="ArticleScripture"/>
        <w:jc w:val="left"/>
      </w:pPr>
      <w:r>
        <w:rPr>
          <w:rFonts w:ascii="Times New Roman" w:hAnsi="Times New Roman" w:eastAsia="Times New Roman" w:cs="Times New Roman"/>
        </w:rPr>
        <w:t>“¿Ropa hag̃uapa pe mundo opave’ỹva rembe’ýpe voi? ¿Pytáta piko ñande kyhyje’ỹre, ro’ysã ha omanóvaicha? ¡Tojehupyty haguã ñande iglesias-pe Tupã Espíritu ha pytu oñehupytyva’ekue Itavayguakuérape, ikatu hag̃uáicha oñembo’y ipy rehe ha toikove! Tekotevẽ jahecha tapeha ipohýiha, ha pe okẽ ijetyvyroha. Péro jahasa vove pe okẽ ijetyvyrova rupi, ipekue ndorekói límite.” Manuscript Releases, volúmen 20, 217.</w:t>
      </w:r>
    </w:p>
    <w:p>
      <w:pPr>
        <w:pStyle w:val="ArticleScripture"/>
        <w:jc w:val="left"/>
      </w:pPr>
      <w:r>
        <w:rPr>
          <w:rFonts w:ascii="Times New Roman" w:hAnsi="Times New Roman" w:eastAsia="Times New Roman" w:cs="Times New Roman"/>
        </w:rPr>
        <w:t>“Umi ungido oñembo’ýva Yvy tuichakue Jára ykére oguereko pe tenda peteĩ jeyme oñeme’ẽva’ekue Satanáspe, querubín omo’ãváramo. Umi tekove marangatu ojeréva Itróno jerére rupive, Ñandejára omantene peteĩ ñe’ẽmondo tapiaite yvy arigua ndive. Pe aséite óro rehegua ohechauka pe grásia Tupã ome’ẽva reheve omyenyhẽ hag̃ua umi hendyha umi ojeroviáva rehegua, ani hag̃ua oguejy ikangy ha ipahápe oñembogue. Ndaha’éirire ko aséite marangatu oñeñohẽva yvágagui Tupã Espíritu marandu rupive, umi mba’epu’akapáva vai rehegua oguerekóta completamente poguýpe umi kuimba’e.”</w:t>
      </w:r>
    </w:p>
    <w:p>
      <w:pPr>
        <w:pStyle w:val="ArticleScripture"/>
        <w:jc w:val="left"/>
      </w:pPr>
      <w:r>
        <w:rPr>
          <w:rFonts w:ascii="Times New Roman" w:hAnsi="Times New Roman" w:eastAsia="Times New Roman" w:cs="Times New Roman"/>
        </w:rPr>
        <w:t>“Ñandejára oñemomarãʼỹ ñande ndajarresivéiramo umi marandu haʼe omondóva ñandéve. Péicha rojoko pe aséite óro haʼe oñohẽséva ñane ánga kuérape, oñembohasa hag̃ua umi oĩvape pytũmbýpe. Ha pe ñehenói oguahẽ vove, ‘Pemaʼẽ, pe noviomarã oúma; pesẽ pehuguãitĩ hag̃ua chupe,’ umi ndohupytýiva pe aséite marangatu, umi nomokunuʼũiva Cristo grásia ipyʼapýpe, ojuhúta, umi virhen tavyichaichaicha guáicha, ndaikatuiha oñembosakoʼi hag̃ua ojotopa hag̃ua Ijára ndive. Haʼekuéra ndorekói ipypekuéra voi pokatu ohupyty hag̃ua pe aséite, ha hekovekuéra oñehundi. Péro ojeruréramo Ñandejára Espíritu Santo, ñañemboʼéramo, Moisés ojapo haguéicha, ‘Ehechauka chéve nde gloria,’ Ñandejára mborayhu oñeñohẽta ñane korasõme. Umi kuatia rupi pe aséite óro oñembohasáta ñandéve. ‘Ndahaʼéi mbarete rupive, ni pokatu rupive, che Espíritu rupive ae, heʼi Ñandejára de los Ejércitos.’ Oñehupytyvo pe Kuarahy Tekojoja rehegua rendy hendy porãva, Ñandejára raʼykuéra omimbi tesapeháicha ko yvy ape ári.” Review and Herald, 20 de julio de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Kuatiañeʼẽ – Peteĩ Sa Poapy Pa’ẽ Mokõi hag̃ua peteĩ hag̃ua peteĩ hag̃ua peteĩ hag̃uáicha</dc:title>
  <dc:subject>Pyharepytépe osapukáiva ha Róma rembiaporã maranduhápe: ojekuaaukávo ára paha kuéra Daniel kuatiañe’ẽme</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