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Peteĩsa Mokõi-Pa Mokõipa’ẽguáva</w:t>
      </w:r>
    </w:p>
    <w:p>
      <w:pPr>
        <w:pStyle w:val="ArticleSubtitle"/>
        <w:jc w:val="left"/>
      </w:pPr>
      <w:r>
        <w:rPr>
          <w:rFonts w:ascii="Arial" w:hAnsi="Arial" w:eastAsia="Arial" w:cs="Arial"/>
        </w:rPr>
        <w:t>Joaju Profétikova ha Ñorairõ: Seleuco yma guive Geopolítica ko’ãgaguápe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2024-04-12</w:t>
      </w:r>
    </w:p>
    <w:p>
      <w:pPr>
        <w:pStyle w:val="ArticleBody"/>
        <w:jc w:val="left"/>
      </w:pPr>
      <w:r>
        <w:rPr>
          <w:rFonts w:ascii="Times New Roman" w:hAnsi="Times New Roman" w:eastAsia="Times New Roman" w:cs="Times New Roman"/>
        </w:rPr>
        <w:t>Umi ñe’ẽryru paapyha ha irundyha ohechauka peteĩ tembiasakue oĩhápe Seleuco ha Felipe Macedoniagua omoheñóihína peteĩ joaju, ha ha’ekuéra oñemohenda hag̃ua techaukáramo Tetã peteĩ reko Amerikagua rehe, ha’éva Roma rehegua ejército proxy peteĩha, ha Macedónia (Grecia) ha’e peteĩ techaukaha Naciones Unidas rehegua. Upe tembiasakue yma guarépe, pe mburuvicha yvate gotyogua (Seleuco) ha Felipe (Grecia) joaju ohechauka pe tembiasakue ogueraháva Panio Ñorairõme, upéva, mokõi siglo rire, pe táva réra oñemoambue Panio-gui Cesarea de Filipo-pe. Pe táva réra mokõivehendáva ndaha’éi ojehecharamóva hag̃ua Seleuco ha Felipe Macedoniagua joaju.</w:t>
      </w:r>
    </w:p>
    <w:p>
      <w:pPr>
        <w:pStyle w:val="ArticleBody"/>
        <w:jc w:val="left"/>
      </w:pPr>
      <w:r>
        <w:rPr>
          <w:rFonts w:ascii="Times New Roman" w:hAnsi="Times New Roman" w:eastAsia="Times New Roman" w:cs="Times New Roman"/>
        </w:rPr>
        <w:t>Téra “Cesarea Filipopegua” oupe pe táva ymaguaré pe távagui ojekuaáva va’ekue Paneas térã Panium ramo. Ñepyrũrã, pe táva oñembohéra va’ekue Paneas pe yvu guasu oĩ hag̃uére hi’aguĩ, oñeme’ẽva’ekue pe tupã griego Pan-pe. Pe yvu, ymave guarépe peteĩ tenda tuichaitereíva jerovia rehegua, osyrýkuri pe ysyry Jordán-pe.</w:t>
      </w:r>
    </w:p>
    <w:p>
      <w:pPr>
        <w:pStyle w:val="ArticleBody"/>
        <w:jc w:val="left"/>
      </w:pPr>
      <w:r>
        <w:rPr>
          <w:rFonts w:ascii="Times New Roman" w:hAnsi="Times New Roman" w:eastAsia="Times New Roman" w:cs="Times New Roman"/>
        </w:rPr>
        <w:t>Mburuvicha Herodes Tuichavete oisãmbyhy aja, rupi siglo I a.C. jerére, pe táva ohasa tuichaitereíva ñemyatyrõ rehe ha oñembotuichave ha oñemoporãve. Cesarea de Filipo ombohéra Herodes Filipo, Herodes Tuichavete ra’y. Ha’e ombohéra pe táva Cesarea, omomba’eguasúvo Emperador romano César Augusto-pe, ha Filipo héra rehegua ijeheguiete, upéicha rupi Cesarea de Filipo. Upévare, “Cesarea de Filipo” niko peteĩ jehe’a “Cesarea” rehegua, ohechaukáva Herodes remomba’eguasu César Augusto-pe, ha “Filipo”, omomba’évo Herodes Filipo-pe.</w:t>
      </w:r>
    </w:p>
    <w:p>
      <w:pPr>
        <w:pStyle w:val="ArticleBody"/>
        <w:jc w:val="left"/>
      </w:pPr>
      <w:r>
        <w:rPr>
          <w:rFonts w:ascii="Times New Roman" w:hAnsi="Times New Roman" w:eastAsia="Times New Roman" w:cs="Times New Roman"/>
        </w:rPr>
        <w:t>Panium ojehechakuaa hag̃ua marandurãme peteĩ joaju Seleuco ha Felipe Macedonia pegua apytépe, ha avei pe ñemoirũ César ha Herodes Felipe apytépe. Umi mokõi ñemoirũ oñe’ẽ pe joaju Estados Unidos ha Naciones Unidas apytépe rehe, ou hag̃uáicha Putin Rusia ñehundi rire, ojehechaukáva Seleuco ha Felipe rupive. Avei ohechauka hikuái pe joaju Papado ndive, ha’éva sy, ha Estados Unidos ndive, ha’éva tajy, ojehechaukaháicha César ha Felipe rupive, mokõivéva Roma rembijokuái ramo. Oñondivepa ohechauka Estados Unidos og̃uahẽha “pe ysyry pypuku rupi ojapyhy hag̃ua pe po romano pokatupegua”, ha og̃uahẽha “pe itakua pypuku ári ojopói hag̃ua ipo Espiritualismo ndive”. Pe léi domingo pe versíkulo dieciséis pegua mboyve, pe mbohapy joaju oĩma oñemoĩporã hag̃uáicha.</w:t>
      </w:r>
    </w:p>
    <w:p>
      <w:pPr>
        <w:pStyle w:val="ArticleBody"/>
        <w:jc w:val="left"/>
      </w:pPr>
      <w:r>
        <w:rPr>
          <w:rFonts w:ascii="Times New Roman" w:hAnsi="Times New Roman" w:eastAsia="Times New Roman" w:cs="Times New Roman"/>
        </w:rPr>
        <w:t>Panium ohechauka pe mbyte guasu griego-kuéra ñemomba’eguasu tupã Pan rehegua. Ykuá ojehechaukáva’ekue tupã griego Pan-pe, upe jave ojekuaa avei vaekue “Añaretã Rokẽ” ramo, ha Jesús oguahẽ rire upépe, he’íva “Añaretã Rokẽ” rehe, ohechauka peteĩ ñorairõ Grecia rembiapo politikokuéra ha relijioguáva (globalismo), ha protestantismo apóstata apytépe, oikóva ára pahápe. Upéva hína pe ñorairõ oñepyrũva’ekue peteĩ mburuvicha guasu rico rupive, omýiva’ekue Grecia retãme pe versíkulo mokõihápe. Ha’e peteĩ ñorairõ okapegua mundo pukukue rehegua ha avei peteĩ ñorairõ hyepypegua Estados Unidos ndive.</w:t>
      </w:r>
    </w:p>
    <w:p>
      <w:pPr>
        <w:pStyle w:val="ArticleBody"/>
        <w:jc w:val="left"/>
      </w:pPr>
      <w:r>
        <w:rPr>
          <w:rFonts w:ascii="Times New Roman" w:hAnsi="Times New Roman" w:eastAsia="Times New Roman" w:cs="Times New Roman"/>
        </w:rPr>
        <w:t>Globalísmo jerovia ha’e dragón jerovia, ha ñande ára ko’ãgagua-pe upéva ha’e woke-ísmo jerovia. Áño 2020-pe, mymba vai yvykua pypuku’ỹgui osẽva, ojehechaukáva Apocalipsis capítulo once-pe, ohechauka ipokatu polítiko ha relijióso ha ojuka mokõi hatĩ mymba vai yvy rehegua rehegua. Upe yvykua pypuku’ỹ, ambue mba’e apytépe, ojehechauka hag̃ua “Pan Yvu” rupi, omongarúva Jordán Ysyry.</w:t>
      </w:r>
    </w:p>
    <w:p>
      <w:pPr>
        <w:pStyle w:val="ArticleBody"/>
        <w:jc w:val="left"/>
      </w:pPr>
      <w:r>
        <w:rPr>
          <w:rFonts w:ascii="Times New Roman" w:hAnsi="Times New Roman" w:eastAsia="Times New Roman" w:cs="Times New Roman"/>
        </w:rPr>
        <w:t>Mitología griega-pe, Pan oñembojoaju vaʼekue tekoháre, kaʼaguy ñu rupi, ha purahéi okarayguáre, ha peteĩ yvu ojehechaukáva chupe, ha oguereko vaʼekue mbaʼejerovia rehegua iñimportánteva umi omombaʼéva hag̃ua chupe g̃uarã. Tupã Pan rehe oñembohecha jepi kavara py, hatĩ ha apysa reheve. Pan ojehecha vaʼekue umi ovecha rerekuaha ha mymba aty kuéra rujáicha, ha heta jey oñemboyke chupe peteĩ tupã ñembosarái ha pochyʼimi hag̃uáicha, ovyʼáva kaʼaguy ha yvyty rupi. Pan raʼanga peteĩ tupã kavara py reheguaicha ojoja Daniel kapítulo poapy ndive, upépe Gresia ojehechauka peteĩ kavara mácho rupive. Kavara kuéra niko mymba ogayguáva jepivegua Gresia yma guarépe, ha heta jey ojejuhu yvytyrusu hag̃uame, upépe Pan ojerovia vaʼekue oiko hag̃ua oguata hag̃ua. Ko taʼanga oiko chugui peteĩ mbaʼe iñimportánteva Pan rehegua taʼangarãme ha opyta meme arte ha ñeʼẽporãhaipyre griego-pe oñeʼẽva hese, oike avei tetã viru teepe.</w:t>
      </w:r>
    </w:p>
    <w:p>
      <w:pPr>
        <w:pStyle w:val="ArticleBody"/>
        <w:jc w:val="left"/>
      </w:pPr>
      <w:r>
        <w:rPr>
          <w:rFonts w:ascii="Times New Roman" w:hAnsi="Times New Roman" w:eastAsia="Times New Roman" w:cs="Times New Roman"/>
        </w:rPr>
        <w:t>Jesús oho jave Cesarea de Filipope, Ha’e he’i vaekue “Añaretã Rokẽ” ndaipu’akamo’ãiha pe tupaóre. Pedro he’i vaekue Jesús porandúvape ombohováivo oñentende tembiasakue ha tradición cristianahápe “Confesión Cristiana” ramo.</w:t>
      </w:r>
    </w:p>
    <w:p>
      <w:pPr>
        <w:pStyle w:val="ArticleScripture"/>
        <w:jc w:val="left"/>
      </w:pPr>
      <w:r>
        <w:rPr>
          <w:rFonts w:ascii="Times New Roman" w:hAnsi="Times New Roman" w:eastAsia="Times New Roman" w:cs="Times New Roman"/>
        </w:rPr>
        <w:t>Ha Jesús og̃uahẽrõ guare Cesarea Filipo rembe’ýpe, oporandu hemimbo’ekuérape, he’ívo: Mávapa tapichakuéra he’i che, Yvypóra Ra’y, ha’eha? Ha’e kuéra he’i chupe: Oĩ he’íva ndehaeha Juan Bautista; ambue, Elías; ha ambue katu, Jeremías térã peteĩva profetakuéragui. Ha’e he’i chupekuéra: Ha pende, mávapa peje che ha’eha? Upérõ Simón Pedro ombohovái ha he’i: Nde hína pe Cristo, Tupã oikovéva Ra’y. Ha Jesús ombohovái ha he’i chupe: Revy’aiteva’erã nde, Simón Barjona; ndaha’éi niko so’o ni tuguy omoikuaáva ndéve ko mba’e, che Ru oĩva yvágape añoite. Ha che avei ha’e ndéve: nde hína Pedro, ha ko ita ári amopu’ãta che iglesia; ha añaretã rokẽnguéra ndaipu’akamo’ãi hese. Ha ame’ẽta ndéve pe yvágape guarã Rréino llávekuéra; ha opa mba’e reikóva remboty ko yvy ári, oñembotýta yvágape; ha opa mba’e reikóva rembojera ko yvy ári, oñembojeráta yvágape. Upéi he’i mbarete hemimbo’ekuérape ani hag̃ua he’i avavépe ha’eha Jesús pe Cristo. Mateo 16:13–20.</w:t>
      </w:r>
    </w:p>
    <w:p>
      <w:pPr>
        <w:pStyle w:val="ArticleBody"/>
        <w:jc w:val="left"/>
      </w:pPr>
      <w:r>
        <w:rPr>
          <w:rFonts w:ascii="Times New Roman" w:hAnsi="Times New Roman" w:eastAsia="Times New Roman" w:cs="Times New Roman"/>
        </w:rPr>
        <w:t>Ko pasáhe iñimportánte, pórke ohechauka peteĩ momento decisívo Jesús ministeriope ha teología cristiana ñemoheñóipe. Pedro remombe’u hag̃ua Jesús ha’eha pe Mesías, Ñandejára oikovéva Ra’y, ojehecha jerovia cristiana pyendáramo ha pe ita guasúrõ hi’ári oñemopu’ãva pe iglesia. Pe ñe’ẽjoaju “ko ita ári amopu’ãta che iglesia” oñeinterpretá tradición católicape Pedro rehe voi, Jesús ohechakuaaháicha chupe pe “ita” ramo, hi’ári oñemopu’ãtava pe iglesia. Ko interpretación oservi fundamento ramo primacía ha autoridad papal-rã teología católicape.</w:t>
      </w:r>
    </w:p>
    <w:p>
      <w:pPr>
        <w:pStyle w:val="ArticleBody"/>
        <w:jc w:val="left"/>
      </w:pPr>
      <w:r>
        <w:rPr>
          <w:rFonts w:ascii="Times New Roman" w:hAnsi="Times New Roman" w:eastAsia="Times New Roman" w:cs="Times New Roman"/>
        </w:rPr>
        <w:t>Teología Protestántepe, pe “ita” ndojeikuaái oñeñeʼẽha Pedro rehe peteĩteĩháicha, síno Pedro jeroviapy mombeʼúre Jesús rehe Mesías ha Tupã Raʼy ramo. Ko jehecha rupi, tupao pyenda ndahaʼéi Pedro, síno pe mombeʼu Jesús haʼeha Cristo ha Tupã Raʼy. Jepe iñambue hag̃ua pe interpretación teológica, Pedro Confesión Mateo 16:13–20-pe ojehecha peteĩ pasaje mbytéva ha pyendáva jerovia cristianápe, omombaʼeguasúvo Jesús rekotee Mesías ha Tupã Raʼy ramo, ha omopyendáva pe misión ha propósito tupao rehegua.</w:t>
      </w:r>
    </w:p>
    <w:p>
      <w:pPr>
        <w:pStyle w:val="ArticleBody"/>
        <w:jc w:val="left"/>
      </w:pPr>
      <w:r>
        <w:rPr>
          <w:rFonts w:ascii="Times New Roman" w:hAnsi="Times New Roman" w:eastAsia="Times New Roman" w:cs="Times New Roman"/>
        </w:rPr>
        <w:t>Pe artíkulo mboyveguápe ropresenta peteĩ pasáhe The Desire of Ages-gui, upépe Hermana White omombe’u umi mba’e ojehechakuaáva Cristo oho haguére Cesarea de Filipos-pe. Peteĩva umi punto ha’e ohechakuaa Cristo ogueraha hague umi discípulo-kuérape mombyry umi judío-kuéra influénsiagui, ikatu hag̃uáicha omoĩ tenonderã umi mbo’epy Cesarea de Filipos-peguáva.</w:t>
      </w:r>
    </w:p>
    <w:p>
      <w:pPr>
        <w:pStyle w:val="ArticleScripture"/>
        <w:jc w:val="left"/>
      </w:pPr>
      <w:r>
        <w:rPr>
          <w:rFonts w:ascii="Times New Roman" w:hAnsi="Times New Roman" w:eastAsia="Times New Roman" w:cs="Times New Roman"/>
        </w:rPr>
        <w:t>“Jesús ha hemimbo’ekuéra oguahẽma ko’ág̃a peteĩva umi táva oĩvape Cesarea de Filipo ypýpe. Ha’ekuéra oĩma Galilea rembe’y okápe, peteĩ tetãygua rupi oisãmbyhyhápe ta’ãnga rerovia. Ko’ápe umi hemimbo’ekuéra oñembohasákuri judaísmo pu’aka guýgui, ha oguerahahápe chupekuéra oñembojave hag̃ua umi ñemoĩngue pagano rehe. Ijerére ojehechauka opaichagua pytu’uro’y jerovia oĩva opa hendápe ko yvy ape ári. Jesús oipota kuri ko’ã mba’e rehecha rupive ha’ekuéra oikuaa hag̃ua imba’eporãha umi tetã ambuegua ndive. Ha’e opytakuévo ko tetãygua rupi, oñeha’ãkuri ojepe’a hag̃ua tavayguakuéra mbo’e gui, ha oñeme’ẽve hag̃ua hembiapoite umi hemimbo’ekuéra rehe.” The Desire of Ages, 411.</w:t>
      </w:r>
    </w:p>
    <w:p>
      <w:pPr>
        <w:pStyle w:val="ArticleBody"/>
        <w:jc w:val="left"/>
      </w:pPr>
      <w:r>
        <w:rPr>
          <w:rFonts w:ascii="Times New Roman" w:hAnsi="Times New Roman" w:eastAsia="Times New Roman" w:cs="Times New Roman"/>
        </w:rPr>
        <w:t>18 jasypokõi 2020-pe, Cristo oipe’a 11 jasyporundy 2001-pegua temimbo’ekuéra Laodicea Adventismo poguýgui. Pe ñembyasy peteĩha, oĩva umi pa virgen re’ẽnga’ýpe, oguenohẽ peteĩ ñemboja’o pe movimiento ha pe aty ñembohoryhára apytépe, upéva ohasáma hag̃uáicha. Ko añetegua oñemboguata Miller-pegua tembiasápe 19 jasyrundy 1844-pe, ha upéi jey 18 jasypokõi 2020-pe. Upe rire oñepyrũ pe are oha’arõva rembiasakue, ha oguereko pe techaukaha “Añetegua” mokõivévape, pe primer ha tercer ánhel movimiento-pe.</w:t>
      </w:r>
    </w:p>
    <w:p>
      <w:pPr>
        <w:pStyle w:val="ArticleBody"/>
        <w:jc w:val="left"/>
      </w:pPr>
      <w:r>
        <w:rPr>
          <w:rFonts w:ascii="Times New Roman" w:hAnsi="Times New Roman" w:eastAsia="Times New Roman" w:cs="Times New Roman"/>
        </w:rPr>
        <w:t>Pe ñembyasy peteĩha ha’e pe peteĩha umi mbohapy tendayke apytégui, ha pe tembiasakue oñemohu’ã pe Ñembyasy Guasu 22 jasypa 1844-pe, upéva ohechauka hag̃ua pe “yvyryrýi guasu” Apocalipsis kapítulo once-pe. Pe ñepyrũ, pe peteĩha tai alfabeto hebreo-pegua ohechauka peteĩ ñembyasy, ha pe paha, pe mokõipa mokõiha tai alfabeto hebreo-pegua avei ohechauka peteĩ ñembyasy. Pe paapyha tai, oporomoesakãva ñemoĩre, omombe’u pe ñembyasy umi kuñataĩ arandu’ỹva rehegua, ohechaukáva hikuái ijapave hag̃uáicha okañyha ojekuaa jave pe ñehenói Pyhare Mbyte-pe máva-pa oñembosako’i ha máva-pa noñembosako’íri pe apañuãi guasurã. Umi mokõipa mokõi tai alfabeto hebreo-pegua ohechauka pe techaukaha divinida ha yvypóra rekove joaju rehegua oñemboguapýva upe tembiasakue ryepýpe, jepe pe tembiasakue Millerita ohechauka pe peteĩha Cades, ha ñande rekove rembiasakue ko árape ohechauka pe pahaite Cades.</w:t>
      </w:r>
    </w:p>
    <w:p>
      <w:pPr>
        <w:pStyle w:val="ArticleBody"/>
        <w:jc w:val="left"/>
      </w:pPr>
      <w:r>
        <w:rPr>
          <w:rFonts w:ascii="Times New Roman" w:hAnsi="Times New Roman" w:eastAsia="Times New Roman" w:cs="Times New Roman"/>
        </w:rPr>
        <w:t>Mokõive jeha hína oñembojojáva, ha peteĩva ohechauka Ñandejára tavayguakuéra jejavy, ambue katu Ñandejára tavayguakuéra ñepu’ã porã. Kurusu mboyve michĩmi, Jesús ogueru Hemimbo’ekuéra Panium-pe, ha péicha avei ogueru Hemimbo’e paha ára guápe Panium-pe; ha upéicha ojapóvo, oheja peteĩ ñembyasy omomombyry hag̃ua Hemimbo’e paha ára guápe pe “mbarete oisãmbyhývagui” Adventismo Laodicea guápe, ojehechaukáva “Judaísmo” rupive Mateo kapítulo dieciséis rembiasápe. Upéicha avei, peteĩchahápe ogueru Hemimbo’ekuérape peteĩ jeikeve hag̃ua tetã ambuegua jeroviapy’ỹ ndive, upéicha ohechaukávo mba’éichapa omba’apo hag̃ua Hemimbo’e paha ára guápe, ko’ág̃a oikóvape Satanás pokatu ojehechaukáva hesakãmba hag̃uáicha umi sistema de comunicación moderna rupive, ojeporúva ogueraha hag̃ua opaite yvóra omoneĩ haguã mymba ñaña marka.</w:t>
      </w:r>
    </w:p>
    <w:p>
      <w:pPr>
        <w:pStyle w:val="ArticleBody"/>
        <w:jc w:val="left"/>
      </w:pPr>
      <w:r>
        <w:rPr>
          <w:rFonts w:ascii="Times New Roman" w:hAnsi="Times New Roman" w:eastAsia="Times New Roman" w:cs="Times New Roman"/>
        </w:rPr>
        <w:t>Cesarea Filipos rembiasakue ojoaju Panium Ñorairõ rembiasakue ndive, ha umi versíkulo trece guive quince peve ndive. Cristo ha Hemimbo'ekuéra oĩkuri kurusu kuarahy'ãme, ohechaukáva Hemimbo'e kuéra ára pahápeguáva oĩha Arapokõindýpegua léi kuarahy'ãme. Upépe, umi versíkulo trece guive quince peve, ha'éva Cesarea Filipos, ha avei Panium Ñorairõ, péva hína ñande ñaiméha ko árape, Cristo oñepyrũ ombo'e Hemimbo'ekuérape umi mba'e oikótava versíkulo dieciséis-pe.</w:t>
      </w:r>
    </w:p>
    <w:p>
      <w:pPr>
        <w:pStyle w:val="ArticleScripture"/>
        <w:jc w:val="left"/>
      </w:pPr>
      <w:r>
        <w:rPr>
          <w:rFonts w:ascii="Times New Roman" w:hAnsi="Times New Roman" w:eastAsia="Times New Roman" w:cs="Times New Roman"/>
        </w:rPr>
        <w:t>«Ha’e oiméma voi omombe’u hag̃ua chupekuéra pe jehasa asy oha’arõva’ekue ichupe. Ha upe mboyve oho ha’eño, ha oñembo’e, ikatu hag̃uáicha ijyva kuéra oĩmbáramo oguerohory hag̃ua iñe’ẽnguéra». The Desire of Ages, 411.</w:t>
      </w:r>
    </w:p>
    <w:p>
      <w:pPr>
        <w:pStyle w:val="ArticleBody"/>
        <w:jc w:val="left"/>
      </w:pPr>
      <w:r>
        <w:rPr>
          <w:rFonts w:ascii="Times New Roman" w:hAnsi="Times New Roman" w:eastAsia="Times New Roman" w:cs="Times New Roman"/>
        </w:rPr>
        <w:t>Cristo omombe’u mboyve hemimbo’épe kurusu rehegua, Ha’e tenonderã oho mombyry térã opyta are, upéicha omoĩ hag̃ua techaukaha pe ára opytaha pe parábola-pe ha pe tembiasakue-pe 18 jasypokõi 2020 guive julio 2023 peve.</w:t>
      </w:r>
    </w:p>
    <w:p>
      <w:pPr>
        <w:pStyle w:val="ArticleScripture"/>
        <w:jc w:val="left"/>
      </w:pPr>
      <w:r>
        <w:rPr>
          <w:rFonts w:ascii="Times New Roman" w:hAnsi="Times New Roman" w:eastAsia="Times New Roman" w:cs="Times New Roman"/>
        </w:rPr>
        <w:t>“Ouñembojoajúvo hendivekuéra, ndaha’éi pya’eterei omombe’u hag̃ua chupekuéra upe ha’e oikuaaukaséva. Oiko mboyve upéva, ome’ẽ chupekuéra peteĩ pa’ũ omombe’u hag̃ua ijerovia hese, ikatu hag̃uáicha oñemombarete pe jehasa asy oútavape g̃uarã.” The Desire of Ages, 411.</w:t>
      </w:r>
    </w:p>
    <w:p>
      <w:pPr>
        <w:pStyle w:val="ArticleBody"/>
        <w:jc w:val="left"/>
      </w:pPr>
      <w:r>
        <w:rPr>
          <w:rFonts w:ascii="Times New Roman" w:hAnsi="Times New Roman" w:eastAsia="Times New Roman" w:cs="Times New Roman"/>
        </w:rPr>
        <w:t>Jasy 2023-pe, Ñandejára oñepyrũ ome'ẽ oportunidad umi oĩvape pe desengaño rehegua ndive, ikatu hag̃uáicha ohechauka hag̃ua ijerovia. Upéva ojapo oipe'ávo pe marandu Ezequiel treinta y siete rehegua, ha upéva ha'e peteĩ confirmación pe marandu 11 de septiembre de 2001-peguápe. Upéva pe hilo ombojoajúva pe tiempo de sellamiento 11 de septiembre de 2001 guive pe ley dominical og̃uahẽ potaitévape. Upéva ojapo omoĩvo pe desengaño 18 de julio de 2020 rehegua pe añetegua estructura-pe; umi oĩva dispuésto ohecha hag̃ua ningo ikatu ohechakuaa opaite movimiento reformatorio oguerekoha peteĩ tema ohasáva iñistoria sagrada particular rupi.</w:t>
      </w:r>
    </w:p>
    <w:p>
      <w:pPr>
        <w:pStyle w:val="ArticleBody"/>
        <w:jc w:val="left"/>
      </w:pPr>
      <w:r>
        <w:rPr>
          <w:rFonts w:ascii="Times New Roman" w:hAnsi="Times New Roman" w:eastAsia="Times New Roman" w:cs="Times New Roman"/>
        </w:rPr>
        <w:t>Umi ára pahápe, pe marandu mbohapyha ñembyasýgui og̃uahẽkuri 11 jasyporundy 2001-pe; upéi katu oñemombeʼu peteĩ marandu japu pe mbohapyha ñembyasýgui, ha upéva ogueru peteĩ ñembotavy guasu; ha pe marandu omoingovejey vaʼekue chupekuéra tekove hag̃ua, mbohapy ára mbyte ha peteĩ ára rire omanóvaicha, kangypa, ha ikãnguekue isarambívaicha, haʼe vaʼekue pe marandu umi irundy yvytúgui, ha upéva avei hína pe mbohapyha ñembyasy.</w:t>
      </w:r>
    </w:p>
    <w:p>
      <w:pPr>
        <w:pStyle w:val="ArticleBody"/>
        <w:jc w:val="left"/>
      </w:pPr>
      <w:r>
        <w:rPr>
          <w:rFonts w:ascii="Times New Roman" w:hAnsi="Times New Roman" w:eastAsia="Times New Roman" w:cs="Times New Roman"/>
        </w:rPr>
        <w:t>Umi temimbo’e ára pahápegua ikatu ohecha, oiporavóramo ohecha hag̃ua, umi mbohapy techaukaha pe ñemboty rehegua umi cien cuarenta y cuatro mil rehegua ha’eha peteîchante tema káda paso-pe, ha mokõiha paso-pe, pe ñepu’ãvai ojehechaukáva pe letra pahaapyha alfabeto hebreo-gua rupive omombarete pe marandu “Añetegua” ramo. Peteĩ mokõiha testígo Ñandejára ome’ẽva oĩkuri upe añeteguápe pe peteĩha ñembyasy umi movimiento reformatorio yma guaréva rehegua oñemopyendaha’ekue pe ñepu’ãvai Tupã oikuaauka va’ekue hembipota rehe, taha’e Moisés ndojapói haguére pe ñekytĩmby ita’ýrape, térã Uza opoko haguére pe árka rehe, térã Marta ha María ndogueroviái haguére Jesús ñe’ẽ Lázaro mano rehegua. Pe añoite línea de reforma nomombaretéiva pe añetegua he’íva pe peteĩha ñembyasy oñemopyenda hague ñande rekópe ñane ñe’ẽrenduy hag̃ua’ỹre ha’eva’ekue pe movimiento reformista Millerita-kuéra rehegua, ha upéicha avei ojechauka upe jave pe historia Millerita-kuéra rehegua oguereko hague techaukaha hyepypegua oñemopyendáva pe añetegua rehe, pe ochoha, ha’éva umi siete apytégui.</w:t>
      </w:r>
    </w:p>
    <w:p>
      <w:pPr>
        <w:pStyle w:val="ArticleBody"/>
        <w:jc w:val="left"/>
      </w:pPr>
      <w:r>
        <w:rPr>
          <w:rFonts w:ascii="Times New Roman" w:hAnsi="Times New Roman" w:eastAsia="Times New Roman" w:cs="Times New Roman"/>
        </w:rPr>
        <w:t>Pe mbohapyhaha pe poapyha ojeguerekóva umi siete apytégui ha’e peteĩ elemento tuicháva Jesucristo Ñemombeʼupa ojehechauka hag̃ua, koʼág̃a oñembotyʼo hag̃uáicha, ha pe ñembohasa pe movimiento Filadelfiagua Millerita-gui pe iglesia Laodiceagua peve haʼe peteĩ techaukaha ohechakuaa hag̃ua arakaʼe pe movimiento Laodiceagua pe ángel mbohapyhágui oñembohasáta pe movimiento Filadelfiagua umi cien cuarenta y cuatro mil pegua gotyo. Upévare, pe añetegua pe peteĩha ñembyasy Millerita oñemoañeté hague ijeheguiete pe imovimiento ohechaukaʼỹre ñeʼẽrenduʼỹ, omeʼẽ pe joavy hag̃ua upe techaukaha peteĩchagua ára pahápe, upépe pe movimiento Laodiceagua pe ángel mbohapyhágui ojeitýta ñeʼẽrenduʼỹme ha omoheñóita peteĩ ñembyasy, ha upéicha ojapóvo oñemohendáta pe techaukaha Millerita rehe, ha omboheñóita pe lógica ojehecha hag̃ua pe movimiento umi cien cuarenta y cuatro mil pegua haʼeha pe poapyha, pe oúva umi siete apytégui.</w:t>
      </w:r>
    </w:p>
    <w:p>
      <w:pPr>
        <w:pStyle w:val="ArticleBody"/>
        <w:jc w:val="left"/>
      </w:pPr>
      <w:r>
        <w:rPr>
          <w:rFonts w:ascii="Times New Roman" w:hAnsi="Times New Roman" w:eastAsia="Times New Roman" w:cs="Times New Roman"/>
        </w:rPr>
        <w:t>Julio 2023-pe, Ñandejára omopuʼã peteĩ “ñeʼẽ osapukáiva desiértope” ombosako hag̃ua Itavayguakuéra ára pahápe g̃uarã pe léi domingo jehasa asýpe g̃uarã; ha upe rire, ojevy rire ojoko hag̃ua ñemboʼépe umi temimboʼékuéra rendápe, omeʼẽ chupekuéra paʼũ ohechauka hag̃ua ijerovia. Cristo árape, pe marandu haʼe vaʼekue Iñemongarai, upe punto Jesús-gui oiko hague Jesucristo. Upe techaukaha ojoja septiembre 11, 2001 rehe, ha Itempimboʼékuérape ojejerure mbaʼépa tapicha kuéra heʼi, ha upéi ojejerure avei mbaʼépa umi temimboʼe voi oimoʼã Cristo rehe.</w:t>
      </w:r>
    </w:p>
    <w:p>
      <w:pPr>
        <w:pStyle w:val="ArticleScripture"/>
        <w:jc w:val="left"/>
      </w:pPr>
      <w:r>
        <w:rPr>
          <w:rFonts w:ascii="Times New Roman" w:hAnsi="Times New Roman" w:eastAsia="Times New Roman" w:cs="Times New Roman"/>
        </w:rPr>
        <w:t>“Oñembojoajúvo hendivekuéra, Ha’e ndaha’éi pya’e omombe’u hag̃ua chupekuéra upe mba’e Ha’e oikuaaukaseva’ekue. Ojejapo mboyve upéva, ome’ẽ chupekuéra peteĩ oportunidad omombe’u hag̃ua ijerovia hese, ikatu hag̃uáicha oñemombarete pe jehasa asy oútavape g̃uarã. He’i chupekuéra: ‘Mávapa he’i tapicha kuéra che rehe, che Yvypóra Ra’yha?’”</w:t>
      </w:r>
    </w:p>
    <w:p>
      <w:pPr>
        <w:pStyle w:val="ArticleScripture"/>
        <w:jc w:val="left"/>
      </w:pPr>
      <w:r>
        <w:rPr>
          <w:rFonts w:ascii="Times New Roman" w:hAnsi="Times New Roman" w:eastAsia="Times New Roman" w:cs="Times New Roman"/>
        </w:rPr>
        <w:t>Ñembyasy hag̃uáicha, umi temimbo’e ojehecha va’erãkuri omoneĩ hag̃ua Israel ndoikuaái hague iMesíaspe. Oĩkuri añetehápe, ohechávo Hembiapokue hechapyrãva, he’i va’ekue hese ha’eha David Ra’y. Umi aty guasu oñemongaru va’ekue Betsaídape oipota va’ekue omoherakuã chupe Israel ruvicha guasu ramo. Heta oĩkuri oĩ hag̃uáicha omoneĩ chupe maranduhára ramo; ha katu ndogueroviái chupe ha’eha Mesías. El Deseado de Todas las Gentes, 411.</w:t>
      </w:r>
    </w:p>
    <w:p>
      <w:pPr>
        <w:pStyle w:val="ArticleBody"/>
        <w:jc w:val="left"/>
      </w:pPr>
      <w:r>
        <w:rPr>
          <w:rFonts w:ascii="Times New Roman" w:hAnsi="Times New Roman" w:eastAsia="Times New Roman" w:cs="Times New Roman"/>
        </w:rPr>
        <w:t>Hetave Adventismo-pegua ndojeroviái vaʼekue mbohapyha ñembyasýpe 11 jasyporundy ary 2001-pe. Ojeroviákuri hikuái peteĩva umi milagro Ñeʼẽ Marangatúpe guare oñepresentávaʼekue pe movimientope, ha oĩ avei oikũmbyvaʼekue pe marandu 11 jasyporundy 2001-pe oguerekoha sapyʼa añetegua ypykue, péro ndojeroviái añetépe umi mbaʼe ojeʼevaʼekue 11 jasyporundy 2001 rehegua.</w:t>
      </w:r>
    </w:p>
    <w:p>
      <w:pPr>
        <w:pStyle w:val="ArticleBody"/>
        <w:jc w:val="left"/>
      </w:pPr>
      <w:r>
        <w:rPr>
          <w:rFonts w:ascii="Times New Roman" w:hAnsi="Times New Roman" w:eastAsia="Times New Roman" w:cs="Times New Roman"/>
        </w:rPr>
        <w:t>Pe ojejapo vaʼekue 11 jasyporundy ary 2001-pe ojehechauka vaʼekue yma 11 jasypoapy ary 1840-pe guare rupi, ha upe pejejapo ojeʼe vaʼekue Sy White rupive omombeʼúvo mbaʼéichapa oñekumpli 11 jasypoapy ary 1840-pe. Haʼe heʼi:</w:t>
      </w:r>
    </w:p>
    <w:p>
      <w:pPr>
        <w:pStyle w:val="ArticleScripture"/>
        <w:jc w:val="left"/>
      </w:pPr>
      <w:r>
        <w:rPr>
          <w:rFonts w:ascii="Times New Roman" w:hAnsi="Times New Roman" w:eastAsia="Times New Roman" w:cs="Times New Roman"/>
        </w:rPr>
        <w:t>“Pe áraitépe ojehechaukaháicha, Turquía, umi imandu’aharakuéra rupive, omoneĩ umi pu’akapáva oñemoirũva Europa peguakuéra ñangareko, ha upéicha omoĩ ijehe umi tetã cristianokuéra poguýpe. Upe mba’e oiko va’ekue omohu’ãmbaitéma pe ñe’ẽmarandu. Ojekuaávo upéva, heta-iterei ojeroviákuri añeteha umi principio de interpretación profética oguerekóva Miller ha umi hendivegua; ha peteĩ ñemomýi tuichaite ojeme’ẽ pe movimiento advenimiento-pe. Kuimba’e arandúva ha tembiapo guasúpe oĩva oñondive Miller ndive, mokõivéva oñemombe’úvo ha oñemoherakuãvo hembiapo remiandu; ha ary 1840 guive 1844 peve pe tembiapo pya’e oñemyasãi.” The Great Controversy, 334, 335.</w:t>
      </w:r>
    </w:p>
    <w:p>
      <w:pPr>
        <w:pStyle w:val="ArticleBody"/>
        <w:jc w:val="left"/>
      </w:pPr>
      <w:r>
        <w:rPr>
          <w:rFonts w:ascii="Times New Roman" w:hAnsi="Times New Roman" w:eastAsia="Times New Roman" w:cs="Times New Roman"/>
        </w:rPr>
        <w:t>Pe ojehechauka vaʼekue 11 jasypoapy ary 1840-pe haʼe hague añeteha umi marandu profético Miller rehegua; ha pe jeʼe 11 jasyporundy ary 2001 rehegua haʼe pe ojehechauka hag̃ua añeteha umi marandu profético Future for America rehegua. Pe aty hetáva ndojevyʼỹiva guive jasykõi ary 2023-pe ndaikatúi ha ndogueroviái vaʼekue pe ñepyrũmby heʼíva pe tapereko Cristo omohendavaʼekue, ha omeʼẽvaʼekue Future for America-pe, haʼeha añetehápe pe tapereko ama paha rehegua. Upéi katu Cristo oporandu hemimboʼekuérape mbaʼépa haʼekuéra, ndahaʼéi pe aty hetáva, oguerovia.</w:t>
      </w:r>
    </w:p>
    <w:p>
      <w:pPr>
        <w:pStyle w:val="ArticleScripture"/>
        <w:jc w:val="left"/>
      </w:pPr>
      <w:r>
        <w:rPr>
          <w:rFonts w:ascii="Times New Roman" w:hAnsi="Times New Roman" w:eastAsia="Times New Roman" w:cs="Times New Roman"/>
        </w:rPr>
        <w:t>“Jesús ojapo ko'ág̃a peteĩ mokõiha porandu, oñe'ẽva umi temimbo'e rehe voi: ‘Ha peẽ, máva piko peje che ha'eha?’ Pedro ombohovái: ‘Nde hína pe Cristo, Ñandejára oikovéva Ra'y.’”</w:t>
      </w:r>
    </w:p>
    <w:p>
      <w:pPr>
        <w:pStyle w:val="ArticleScripture"/>
        <w:jc w:val="left"/>
      </w:pPr>
      <w:r>
        <w:rPr>
          <w:rFonts w:ascii="Times New Roman" w:hAnsi="Times New Roman" w:eastAsia="Times New Roman" w:cs="Times New Roman"/>
        </w:rPr>
        <w:t>“Ypy guive, Pedro oguerovia vaʼekue Jesús haʼeha pe Mesías. Heta ambue, oñekonvense vaʼekue Juan el Bautista predikasión rupive ha omoneĩ Cristope, oñepyrũkuri iduda Juan rembiaporã rehegua oñemoinge rire chupe kárselpe ha ojejuka rire chupe; ha koʼág̃a avei iduda hikuái Jesús haʼeha pe Mesías, upe ohaʼarõ puku vaʼekue. Heta umi disípulo, akóinte ohaʼarõ mbaretépe Jesús oguapy hag̃ua hendaguépe David tróno ári, ohejákuri chupe ohechakuaa riremínte ndahaʼeiha upéva hembipota. Péro Pedro ha iñirũnguéra ndojei moʼãi ikatu hag̃uáicha oikuaa hag̃ua hikuái pe iñeʼẽmeʼẽgui. Umi omoakãraku vaʼekue kuehe ha ko árape okondenáva rekokangy nomeg̃uʼãi pe Salvador rapykuehópe añeteguápe jerovia. Pedro heʼi: ‘Nde hína pe Cristo, pe Tupã oikovéva Raʼy.’ Ndohaʼarõi vaʼekue mburuvicha guasu jehecharamo omoakã hag̃ua Ijárare, síno omoneĩ chupe ijayvuʼỹme.”</w:t>
      </w:r>
    </w:p>
    <w:p>
      <w:pPr>
        <w:pStyle w:val="ArticleScripture"/>
        <w:jc w:val="left"/>
      </w:pPr>
      <w:r>
        <w:rPr>
          <w:rFonts w:ascii="Times New Roman" w:hAnsi="Times New Roman" w:eastAsia="Times New Roman" w:cs="Times New Roman"/>
        </w:rPr>
        <w:t>“Pedro ohechauka vaʼekue umi doce jerovia. Upéicharõ jepe, umi temimboʼe gueteri mombyry oĩkuri oikũmby hag̃ua Cristo rembiaporã. Paʼikuéra ha mburuvichakuéra ñemoĩ hag̃ua hese ha iñembojeguaru japu, ndaikatúiramo jepe omoĩ mombyry chupekuéra Cristo-gui, upéicharõ jepe omoheñói ipypekuéra tuicha hag̃ua jepyʼapy. Ndohechaporãi gueteri hikuái tape. Iñaranduka yma guare puaka, umi rabí-kuéra mboʼepy, ha jepokuaa puaka, gueteri ojoko ikatu hag̃uáicha ohecha añetegua. Sapyʼánte tesapekue porãite Jesús-gui osẽ vaʼekue hese kuéra, ha upéicharõ jepe heta jey haʼekuéra ojogua kuimbaʼekuéra pokopa hag̃uáicha pytũmby apytépe. Ko árape katu, oñemoĩ mboyve hikuái hovake pe jehasa asy guasu ohaʼãtava ijerovia, Espíritu Santo oguejy hiʼarikuéra mbarete reheve. Michĩmi sapyʼami hag̃ua, hesakuéra oñembojerovia vaʼekue mombyry ‘umi mbaʼe ojehechávagui,’ ohecha hag̃ua ‘umi mbaʼe ndojehecháiva.’ 2 Corintios 4:18. Yvypóra reko guýpe ohechakuaa hikuái Tupã Raʼy mimbipa.”</w:t>
      </w:r>
    </w:p>
    <w:p>
      <w:pPr>
        <w:pStyle w:val="ArticleScripture"/>
        <w:jc w:val="left"/>
      </w:pPr>
      <w:r>
        <w:rPr>
          <w:rFonts w:ascii="Times New Roman" w:hAnsi="Times New Roman" w:eastAsia="Times New Roman" w:cs="Times New Roman"/>
        </w:rPr>
        <w:t>“Jesús ombohovái Pédrope he'ívo: ‘Ojehovasáva nde, Simón Bar-jona; ndaha'éigui to'o ha tuguy umi oikuaaukáva ndéve upéva, síno Che Ru oĩva yvágape.’” The Desire of Ages, 412.</w:t>
      </w:r>
    </w:p>
    <w:p>
      <w:pPr>
        <w:pStyle w:val="ArticleBody"/>
        <w:jc w:val="left"/>
      </w:pPr>
      <w:r>
        <w:rPr>
          <w:rFonts w:ascii="Times New Roman" w:hAnsi="Times New Roman" w:eastAsia="Times New Roman" w:cs="Times New Roman"/>
        </w:rPr>
        <w:t>Pedro rembikuaa, omombeʼúvo Cristo haʼeha Ñandejára Raʼy, oñeʼẽ kuri derechoite pe porandu jehechapyrã ombojejopývape upe tembiasakue. Oguahẽma kuri pe ára pe Mesías ojehechauka hag̃ua, heʼiháicha Ñandejára ñeʼẽ maranduhára, ha umi añónte omoneĩva upe añetegua oike vaʼerãta umi Pedro ñeʼẽme ojehechaukáva apytépe. Pedro ohechauka umi omoneĩvape pe marandu oñemopyendavaʼekue 11 jasyporundy ary 2001-pe, ha omombeʼúva Jesús haʼeha Ñandejára Raʼy. “Pedro ohechauka kuri umi doce jerovia”, ha umi doce haʼe ohechaukáva hína kuri umi ciento cuarenta y cuatro mil. Upévare, Cristo omoambue Pedro réra Simón Bar-jona-gui Pedro-pe upe jehasaipyrepe.</w:t>
      </w:r>
    </w:p>
    <w:p>
      <w:pPr>
        <w:pStyle w:val="ArticleBody"/>
        <w:jc w:val="left"/>
      </w:pPr>
      <w:r>
        <w:rPr>
          <w:rFonts w:ascii="Times New Roman" w:hAnsi="Times New Roman" w:eastAsia="Times New Roman" w:cs="Times New Roman"/>
        </w:rPr>
        <w:t>“Simón” he’ise “pe ohendúva”, ha “bar” he’ise “ra’y”, ha Jonás he’ise “pykasu”. Simón ohechauka umi ohendúva pe marandu pykasu rehegua, upéva ohechaukáva umi añetegua ojoajúva Jesús ñemongarai rehe, araka’e Ha’e oiko ramo guare Cristo, oñehypýiva pu’akápe, ojehechaukaháicha simbólikamente Espíritu Santo oguejy ramo guare peteĩ pykasu ra’angápe.</w:t>
      </w:r>
    </w:p>
    <w:p>
      <w:pPr>
        <w:pStyle w:val="ArticleBody"/>
        <w:jc w:val="left"/>
      </w:pPr>
      <w:r>
        <w:rPr>
          <w:rFonts w:ascii="Times New Roman" w:hAnsi="Times New Roman" w:eastAsia="Times New Roman" w:cs="Times New Roman"/>
        </w:rPr>
        <w:t>Umi línea de reforma ojojoguata peteĩcha, ha Juan orrepresenta umi Millerita-kuérape, haʼekuéra 11 jasypoapy 1840-pe hoʼu vaʼekue pe líbro michĩva. Jeremías oñemohenda upe mbaʼe oikóva rehe, ha haʼe hoʼu rire pe líbro michĩva, upérõ oñembohéra chupe Tupã rérape.</w:t>
      </w:r>
    </w:p>
    <w:p>
      <w:pPr>
        <w:pStyle w:val="ArticleScripture"/>
        <w:jc w:val="left"/>
      </w:pPr>
      <w:r>
        <w:rPr>
          <w:rFonts w:ascii="Times New Roman" w:hAnsi="Times New Roman" w:eastAsia="Times New Roman" w:cs="Times New Roman"/>
        </w:rPr>
        <w:t>Ne ñe'ẽ ojuhu, ha che rokaru chuguikuéra; ha nde ñe'ẽ oiko chéve hag̃ua vy'a ha torýpa che korasõme: che niko aime nderéra rupi hérava, Ñandejára Tupã de los ejércitos. Jeremías 15:16.</w:t>
      </w:r>
    </w:p>
    <w:p>
      <w:pPr>
        <w:pStyle w:val="ArticleBody"/>
        <w:jc w:val="left"/>
      </w:pPr>
      <w:r>
        <w:rPr>
          <w:rFonts w:ascii="Times New Roman" w:hAnsi="Times New Roman" w:eastAsia="Times New Roman" w:cs="Times New Roman"/>
        </w:rPr>
        <w:t>Ñandejára oike jave ñe’ẽme’ẽme Abram ndive, omoambue héra Abraham-pe, ojapoháicha avei Sarai ha Jacob rehe. Téra ñemoambue ohechauka peteĩ joaju ñe’ẽme’ẽ rehegua, ha upe waymark-pe, pe símbolo Divino oguejyhápe, Tupã retãygua okaru vaerã pe marandu rehe, oike vaerã ñe’ẽme’ẽme, ha upéi iñeramoĩ ñemoambue. Cristo ára disípulokuéra rehegua ta’ãhára ramo, Simón Bar-jona ohechauka umi ohendúva’ekue pe marandu “pykasu” rehegua.</w:t>
      </w:r>
    </w:p>
    <w:p>
      <w:pPr>
        <w:pStyle w:val="ArticleBody"/>
        <w:jc w:val="left"/>
      </w:pPr>
      <w:r>
        <w:rPr>
          <w:rFonts w:ascii="Times New Roman" w:hAnsi="Times New Roman" w:eastAsia="Times New Roman" w:cs="Times New Roman"/>
        </w:rPr>
        <w:t>Otestifikávo hikuái jave ha’e ohechakuaa hague upe hitope Jesús oiko hague pe Cristo, ha Ha’eha Ñandejára Ra’y, ha opa mba’e upéva oguerúva, upérõ Cristo omoambue héra Pedro-pe. Ha’e omombe’u pe marandu Cristo retãgua yvypóra ñemoñare upe tembiasakue pegua omoneĩ va’ekue, ha upéicha ojapóvo avei ohechaukaraka pe cien cuarenta y cuatro mil ára pahápeguápe.</w:t>
      </w:r>
    </w:p>
    <w:p>
      <w:pPr>
        <w:pStyle w:val="ArticleBody"/>
        <w:jc w:val="left"/>
      </w:pPr>
      <w:r>
        <w:rPr>
          <w:rFonts w:ascii="Times New Roman" w:hAnsi="Times New Roman" w:eastAsia="Times New Roman" w:cs="Times New Roman"/>
        </w:rPr>
        <w:t>Pe letra ha’e papaha poteĩha jurundyha ñe’ẽryru Inglés-pe, ha pe letra E ha’e papaha poteĩha ñe’ẽryrúpe, ha pe letra T ha’e papaha mokõipaha, pe letra E ojerejey, ha téra oñemohu’ã letra R reheve, ha’éva papaha paapyha porundyha. Pa’ẽrã “jey” po, “jey” mokõi pa, “jey” po, “jey” paapyha porundyha ome’ẽ cien cuarenta y cuatro mil. Ñe’ẽnguéra Aranduete oñe’ẽ va’ekue Pedro-pe hebreo-pe, ha Ñe’ẽme’ẽ Pyahu ojehai va’ekue griego-pe, ha umi traduktór King James Version-gua oguenohẽ Ñe’ẽme’ẽ Pyahu inglés-pe.</w:t>
      </w:r>
    </w:p>
    <w:p>
      <w:pPr>
        <w:pStyle w:val="ArticleBody"/>
        <w:jc w:val="left"/>
      </w:pPr>
      <w:r>
        <w:rPr>
          <w:rFonts w:ascii="Times New Roman" w:hAnsi="Times New Roman" w:eastAsia="Times New Roman" w:cs="Times New Roman"/>
        </w:rPr>
        <w:t>Umi mbohapy ñe’ẽ iñambueháicha jepive, Cristo, ha’éva Tupã Ra’y, Ñe’ẽkuaajey Mba’eporãite, ha Papapyha Mba’eporãite, omoĩ peteĩ ta’anga umi cien cuarenta y cuatro mil oñeselláva rehe Mateo kapítulo dieciséis-pe, ojoajúva Ñorairõ Panium pegua ndive, ha Ijepovisitáre Cesarea de Filipo-pe. Péicha ojapo iñe’ẽ ha papapy rehe ipoguýre, ha’e hag̃ua mokõivéva Palmoni (Papapyha Mba’eporãite), ha Ñe’ẽ (Ñe’ẽkuaajey Mba’eporãite).</w:t>
      </w:r>
    </w:p>
    <w:p>
      <w:pPr>
        <w:pStyle w:val="ArticleBody"/>
        <w:jc w:val="left"/>
      </w:pPr>
      <w:r>
        <w:rPr>
          <w:rFonts w:ascii="Times New Roman" w:hAnsi="Times New Roman" w:eastAsia="Times New Roman" w:cs="Times New Roman"/>
        </w:rPr>
        <w:t>Ñambojoaju ko ñemoarandu ambue artículope.</w:t>
      </w:r>
    </w:p>
    <w:p>
      <w:pPr>
        <w:pStyle w:val="ArticleScripture"/>
        <w:jc w:val="left"/>
      </w:pPr>
      <w:r>
        <w:rPr>
          <w:rFonts w:ascii="Times New Roman" w:hAnsi="Times New Roman" w:eastAsia="Times New Roman" w:cs="Times New Roman"/>
        </w:rPr>
        <w:t>“Haimete mokõi mil áño rupi, peteĩ ñe’ẽ mba’éichapa jaikuaa’ỹva ojehendu yvágape, Tupã guapyhágui, ‘Péina, aju.’ ‘Ndereipotái vaʼekue mymbajuka ha ofrénda, ha katu reme’ẽ chéve peteĩ rete…. Péina, aju (kuatiañe’ẽ ryepýpe ojehai che rehegua,) ajapo hag̃ua ne rembipota, Tupã.’ Hebreos 10:5–7. Koʼã ñe’ẽme ojekuaauka upe tembiapo ojehupytytaha, oĩvaʼekue kañy arakaʼe guive. Cristo oĩma vaʼekue oúvo ko ñande yvy ape ári, ha oiko hag̃ua ñandeteicha rete reheve. Haʼe he’i: ‘Peteĩ rete reme’ẽ chéve.’ Ojehechaukarire kuri pe mimbipa haʼe oguerekóva Túvandi ko yvy ojejapo mboyve, ndaikatúi kuri jahecha hag̃ua pe tesape osẽva ipresénsiagui. Ikatu hag̃uáicha jahecha ha ani hag̃ua ñañehundi, pe jehechauka imimbipakuégui oñemo’ã. Itupãrekokue oñeñuã yvypórarekópe,—pe mimbipa ndojehecháiva ojehechauka pe yvypóra rete ojehechávape.”</w:t>
      </w:r>
    </w:p>
    <w:p>
      <w:pPr>
        <w:pStyle w:val="ArticleScripture"/>
        <w:jc w:val="left"/>
      </w:pPr>
      <w:r>
        <w:rPr>
          <w:rFonts w:ascii="Times New Roman" w:hAnsi="Times New Roman" w:eastAsia="Times New Roman" w:cs="Times New Roman"/>
        </w:rPr>
        <w:t>“Ko propósito tuicha ojehechauka vaʼekue taʼãngamy ha símbolorupi. Kaʼaguy yvyrarakã hendyhápe, upépe Cristo ojechauka Moiséspe, oikuaauka Ñandejárape. Pe símbolo ojeporavo vaʼekue ojehechaukarã hag̃ua pe Divinidad haʼe vaʼekue peteĩ kaʼavo mirĩ, ndoguerekóivaicha mbaʼeve iporã hag̃uáicha ojehecha hag̃uáicha. Upépe oiko vaʼekue pe Infinito. Ñandejára opa mbaʼére poriahuverekóva omoʼã Iglória peteĩ taʼanga iporãʼỹvéva ha imirĩvévape, Moisés ikatu hag̃uáicha omaña hese ha oikove. Péicha avei, ara hag̃ua pe yvyraĩ arai reheve ha pyhare hag̃ua pe yvyraĩ tata reheve, Ñandejára oñeʼẽ Israel ndive, oikuaaukávo yvypórape Ivoluntad ha omeʼẽvo chupekuéra Igrásia. Ñandejára glória oñemomichĩ, ha Imajestad oñemoʼã, ikatu hag̃uáicha yvypóra finíto resay kangy ohecha upéva. Péicha Cristo ou vaʼerã kuri ‘ñande ñemomirĩ retepe’ (Filipenses 3:21, R. V.), ‘yvypóra joguahaicha.’ Yvóra resa renondépe ndoguerekói kuri mbaʼeve iporãva haʼekuéra oipotáva hese; upéicharamo jepe, Haʼe vaʼekue Ñandejára oiko hag̃uáva soʼópe, yvága ha yvy resape. Iglória oñemoʼã, Ituichakue ha Imajestad oñemokañy, ikatu hag̃uáicha oñemboja umi yvypóra hasýva ha ojeʼepyʼapy hag̃uápe.”</w:t>
      </w:r>
    </w:p>
    <w:p>
      <w:pPr>
        <w:pStyle w:val="ArticleScripture"/>
        <w:jc w:val="left"/>
      </w:pPr>
      <w:r>
        <w:rPr>
          <w:rFonts w:ascii="Times New Roman" w:hAnsi="Times New Roman" w:eastAsia="Times New Roman" w:cs="Times New Roman"/>
        </w:rPr>
        <w:t>“Ñandejára omanda Moiséspe Israel rehehápe: ‘Tojapo chéve peteĩ santuario; che aikóvo hag̃ua hendapekuéra apytépe’ (Éxodo 25:8), ha Ha’e oiko pe santuariope, Itavayguakuéra mbytépe. Opa umi iñembyasýva guata hag̃ua desiérto rupi aja, pe techaukaha Hembiapo hag̃ua oĩ hendivekuéra. Péicha Cristo omopu’ã Itabernákulo ñande yvypóra ñemboaty mbytépe. Ha’e omopyenda Itóga umi kuimba’e rógakue ykére, oiko hag̃ua ñande apytépe, ha ojapo hag̃ua ñandéve jaikuaa porã Hembieko ha Hekove divina. ‘Pe Ñe’ẽ oiko so’óramo, ha omopyenda Itabernákulo ñande apytépe (ha ore rohecha Irresplendor, peteĩ Ta’ýra peteĩete Túvagui ou vaicha, henyhẽva grásia ha añetegua rehe).’ Juan 1:14, R. V., margen.”</w:t>
      </w:r>
    </w:p>
    <w:p>
      <w:pPr>
        <w:pStyle w:val="ArticleScripture"/>
        <w:jc w:val="left"/>
      </w:pPr>
      <w:r>
        <w:rPr>
          <w:rFonts w:ascii="Times New Roman" w:hAnsi="Times New Roman" w:eastAsia="Times New Roman" w:cs="Times New Roman"/>
        </w:rPr>
        <w:t>“Jesús ou rúrõ guare oiko hag̃ua ou hague guive, jaikuaa Ñandejára oikuaa porãha ñande jehasa asykuéra, ha ombohasa asy ñandive ñande ñembyasykuéra. Opa ta'ýra ha tajýra Adángui ikatu ontende ñande Apohareha angaipa apoharakuéra irũnguéra. Opa doctrina gracia rehegua, opa promesa vy'a rehegua, opa tembiapo mborayhúpeguáva, opa ñandejerure divína oñepresentáva Salvador rekove ko yvy ape áripe, upépe jahecha: ‘Ñandejára ñanendive.’”</w:t>
      </w:r>
    </w:p>
    <w:p>
      <w:pPr>
        <w:pStyle w:val="ArticleScripture"/>
        <w:jc w:val="left"/>
      </w:pPr>
      <w:r>
        <w:rPr>
          <w:rFonts w:ascii="Times New Roman" w:hAnsi="Times New Roman" w:eastAsia="Times New Roman" w:cs="Times New Roman"/>
        </w:rPr>
        <w:t>“Satana ohechauka Tupã mborayhu léi peteĩ tekorerekokañy léiramo. Ha’e he’i ndaikatuiha ñande ñañemoĩ iñe’ẽme. Ñane sy ha ñande ru ypykuéra ho’a hague, opa mba’e vai upe guive osẽva reheve, omoĩ Apoha ári, ogueraha avakuérape ohecha hag̃ua Tupãpe angaipa, jehasa asy ha ñemano apoháramo. Jesús oúta kuri oikuaauka hag̃ua ko ñembotavy. Peteĩ ñandéicha ramo ome’ẽva’erãkuri peteĩ techapyrã ñe’ẽrendúgui. Upévarã Ha’e ogueraha hi’ári ñande rekotee, ha ohasa ñande jehasakue rupi. ‘Opa mba’épe tekotevẽ va’ekue ojejapo chupe ijoyke’ykuéra joguaha.’ Hebreos 2:17. Oĩrire mba’e ñande jarahasava’erã Jesús ndohasaiva’ekue, upéicharõ ko punto-pe Satana ohechaukáta Tupã pokatu noĩporãiha ñandéve g̃uarã. Upévare Jesús ojejopy opa hendáicha ‘ñandéicha opa mba’épe, angaipa’ỹre.’ Hebreos 4:15. Ha’e ohasa opa prueba ñande jaikovéva guive. Ha ndopuru’i ijehehápe g̃uarã mba’eveichagua pokatu ndajaikuaáiva ñandéve jehecharamo ome’ẽmbyréva. Yvypóra ramo, ombohovái jejopy, ha ipu’aka hese mbarete Tupã ome’ẽva’ekue chupe rupi. Ha’e he’i: ‘Che avy’a ajapo hag̃ua nde rembipota, Che Tupã; nde léi oĩ che korasõ ryepýpe.’ Salmo 40:8. Oguata aja ojapo porãvo, ha omonguera opa umi Satana ombohasa asývape, omyesakã avakuérape Tupã léi rekotee ha mba’éichapa iñarandupy rehegua. Hekove ohechauka ikatuha ñande avei ñañemoĩ Tupã léipe.”</w:t>
      </w:r>
    </w:p>
    <w:p>
      <w:pPr>
        <w:pStyle w:val="ArticleScripture"/>
        <w:jc w:val="left"/>
      </w:pPr>
      <w:r>
        <w:rPr>
          <w:rFonts w:ascii="Times New Roman" w:hAnsi="Times New Roman" w:eastAsia="Times New Roman" w:cs="Times New Roman"/>
        </w:rPr>
        <w:t>“Ijojahare, Cristo opoko yvypórape; Ijárape, oguereko Tupã guapyha guasu. Yvypóra Ra’y ramo, ome’ẽ ñandéve techapyrã ñe’ẽrendúgui; Tupã Ra’y ramo, ome’ẽ ñandéve pu’aka ñaneñe’ẽrendu hag̃ua. Cristo voi pe yvyra ka’aguy guive, Monte Horeb-pe, oñe’ẽva’ekue Moiséspe he’ívo: ‘CHE HA’ÉVA CHE HA’ÉVA…. Péicha eréta Israel ra’ykuérape: CHE HA’ÉVA chemondo pene rendápe.’ Éxodo 3:14. Kóva va’ekue Israel jejora ñe’ẽme’ẽ. Upévare, ou ramo guare ‘yvypóra joguaháicha,’ hejechauka ijupe voi CHE HA’ÉVA ramo. Pe mitã Belén-gua, pe Salvador ipy’a guapy ha jejapo’ỹva, ha’e Tupã ‘ojehechaukáva so’ópe.’ 1 Timoteo 3:16. Ha ñandéve he’i: ‘CHE HA’E pe Mymba Rerekua Iporãva.’ ‘CHE HA’E pe Mbujape Oikovéva.’ ‘CHE HA’E pe Tape, pe Añetegua ha pe Tekove.’ ‘Opa pu’aka oñeme’ẽ chéve yvágape ha yvy ape ári.’ Juan 10:11; 6:51; 14:6; Mateo 28:18. CHE HA’E opa ñe’ẽme’ẽ jeroviaha. CHE HA’E; ani pekyhyje. ‘Tupã ñanendive’ ha’e ñaneñepysyrõ añetetéva angaipágui, ha ñande pytyvõ ñaneñe’ẽrendu hag̃ua yvágape guápe léipe.” The Desire of Ages, 23, 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Peteĩsa Mokõi-Pa Mokõipa’ẽguáva</dc:title>
  <dc:subject>Joaju Profétikova ha Ñorairõ: Seleuco yma guive Geopolítica ko’ãgaguápe</dc:subject>
  <dc:creator>Jeff Pippenger</dc:creator>
  <cp:keywords/>
  <dc:description>Generated by ArticleDigger from daniel\182_daniel.json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