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Sa Poapy Mokõipa Papy Poapy Mbohapypa Mbohapy hag̃ua hag̃ua hag̃ua tlase</w:t>
      </w:r>
    </w:p>
    <w:p>
      <w:pPr>
        <w:pStyle w:val="ArticleSubtitle"/>
        <w:jc w:val="left"/>
      </w:pPr>
      <w:r>
        <w:rPr>
          <w:rFonts w:ascii="Arial" w:hAnsi="Arial" w:eastAsia="Arial" w:cs="Arial"/>
        </w:rPr>
        <w:t>Pe Pyenda Opa’ỹva: Cristo Marandu’i Rekove Pypuku-pe ha pe Ojeroviáva Jeroviápe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2024-04-13</w:t>
      </w:r>
    </w:p>
    <w:p>
      <w:pPr>
        <w:pStyle w:val="ArticleBody"/>
        <w:jc w:val="left"/>
      </w:pPr>
      <w:r>
        <w:rPr>
          <w:rFonts w:ascii="Times New Roman" w:hAnsi="Times New Roman" w:eastAsia="Times New Roman" w:cs="Times New Roman"/>
        </w:rPr>
        <w:t>Pe “añetegua Pedro omombeʼu vaʼekue haʼe pe pyenda ijeroviahára jeroviápe. Upéva hína Cristo voi heʼi vaʼekue haʼe hag̃ua tekove opaʼỹva.” Umi “añetegua” ohechauka mokõi aspecto Cristo rehegua. Peteĩha haʼe hína Cristo oikeha marandupy maranduʼỹme profétikape. Umi techaukaha ohechaukáva mbaʼe oikóva marandupy profétikape, ohechauka Cristo-pe. Ijoaju umi mbaʼe oikóva ndive ohechauka pe marangatuha umi techaukaha profétikogua rehegua, ha omeʼẽ pe lógica Sister White-pe heta jey heʼi hag̃ua ñande jarerekovaʼerãha ñangareko umi techaukaha rehe, pórke umi techaukaha ohechauka Jesucristo-pe. Pe techaukaha ohechaukáva pe tema jehecha hag̃ua Cristo tiémpope haʼe vaʼekue iñemongarai, ha upéva oñemohenda porã ambue mbaʼe oikóva umi línea marangatu ñemoambuépe, ojehechakuaáva pe oguejy rupi peteĩ símbolo Divíno.</w:t>
      </w:r>
    </w:p>
    <w:p>
      <w:pPr>
        <w:pStyle w:val="ArticleBody"/>
        <w:jc w:val="left"/>
      </w:pPr>
      <w:r>
        <w:rPr>
          <w:rFonts w:ascii="Times New Roman" w:hAnsi="Times New Roman" w:eastAsia="Times New Roman" w:cs="Times New Roman"/>
        </w:rPr>
        <w:t>Moisés reforma líneape, Divinida oguejy ha opyta peteĩ yvyra ka'aguy hendyhápe, peteĩ ta'ãnga omombe'úva Momoheñoiha ojoajuha ijehegui hembiapokue ndive. Pe reforma línea oĩva umi setenta ary paha gotyo, Miguel oguejy omombaretévo Cirope omotenonde hag̃ua pe peteĩha decreto, ha upe jave avei Daniel oñemoambue Cristo ra'ãngápe. Cristo reforma líneape, Espíritu Santo oguejy peteĩ pykasu ramo oñohẽ hag̃ua peteĩ jehe'a Tupã Ra'ýre, pe ta'ãnga omombe'úva Divinida ojoajuha yvypóra reko ndive. Millerguakuéra rembiasakuepe, pe ánhel oguejýva 11 de agosto de 1840-pe ha'e va'ekue “ndaha'éi peteĩ tapicha michĩvéva Jesucristo-gui,” oguejýva peteĩ kuatiañe'ẽ michĩ reheve oje'u va'erãva, ha Ha'e voi pe kuatiañe'ẽ michĩ. Upépe Ha'e ohechauka va'ekue pe Divinida joaju yvypóra reko ndive oñemohu'ãha ja'úvo ha ñañemboy'úvo Yvága Mbujape ro'o ha huguy.</w:t>
      </w:r>
    </w:p>
    <w:p>
      <w:pPr>
        <w:pStyle w:val="ArticleBody"/>
        <w:jc w:val="left"/>
      </w:pPr>
      <w:r>
        <w:rPr>
          <w:rFonts w:ascii="Times New Roman" w:hAnsi="Times New Roman" w:eastAsia="Times New Roman" w:cs="Times New Roman"/>
        </w:rPr>
        <w:t>Tembiasakue marangatu niko marangatu, ojehechaukágui Cristo oĩha pype. Ñeʼẽmarangatu Ñeʼẽmegua ohechauka vaʼekue mbaʼe oikótava tenonderãme, haʼe hína Jesucristo, haʼe rupi pe “Ñeʼẽ”. Umi ñeʼẽmarandu oñekumplíramo tembiasakuépe, umi mbaʼe oikóva ohechauka iñeʼẽ ñekumpli, ha Iñeʼẽ haʼe Añetegua. Haʼevoi Iñeʼẽ omoĩva pe marandu tenonderãgua, ha haʼevoi Iñeʼẽ oñekumplíva pe mbaʼe ojehupytývo; upévare, iñepyrũme ha ipahápe niko Jesucristo, haʼe rupi haʼe Alpha ha Omega. Upévare, Pedro omoherakuãvo Jesús haʼeha pe Cristo ha Tupã oikovéva Raʼy, ohechauka hína peteĩ techaukaha tape rehegua haʼéva Jesucristo, ha peteĩ techaukaha tape rehegua oguahẽva iñekumpli porãvévape ára pahápe. 11 jasyporundy 2001-pe ojekumpli porãite Cristo.</w:t>
      </w:r>
    </w:p>
    <w:p>
      <w:pPr>
        <w:pStyle w:val="ArticleBody"/>
        <w:jc w:val="left"/>
      </w:pPr>
      <w:r>
        <w:rPr>
          <w:rFonts w:ascii="Times New Roman" w:hAnsi="Times New Roman" w:eastAsia="Times New Roman" w:cs="Times New Roman"/>
        </w:rPr>
        <w:t>Ojeheja hag̃ua pe cumplimiento profético 11 jasyporundy 2001-pegua, ha’e ojeheja hag̃ua Cristo, Tupã oikovéva Ra’y. Upe añetegua, Pedro omombe’úva, ha’e va’ekue “pe fundamento pe creyente jeroviápe g̃uarã”, ha 11 jasyporundy 2001-pe Cristo ogueraha jey Ipueblo ára pahapegua Jeremías “tape yma” pegua gotyo, umíva ohechaukáva “fundamento-kuéra” pe movimiento marandu angél peteĩha ha mbohapyha rehegua. Pedro orrepresenta umi cien cuarenta y cuatro mil, ojeselláva upe tiempo aja umi irundy ángel ojoko jave umi irundy yvytu. Pe tiempo de sellamiento ha’e peteĩ período profético específico, oñepyrũva 11 jasyporundy 2001-pe ha opa hag̃uáicha pe ley domingo pya’épe ou hag̃uápe. Jesús akóinte ohechauka peteĩ mba’e pahápeguáva peteĩ mba’e ñepyrũ reheve.</w:t>
      </w:r>
    </w:p>
    <w:p>
      <w:pPr>
        <w:pStyle w:val="ArticleBody"/>
        <w:jc w:val="left"/>
      </w:pPr>
      <w:r>
        <w:rPr>
          <w:rFonts w:ascii="Times New Roman" w:hAnsi="Times New Roman" w:eastAsia="Times New Roman" w:cs="Times New Roman"/>
        </w:rPr>
        <w:t>Pe sella ojejapóva ñepyrũmbýpe, pe ánhel Apocalipsis 18-gua oguejy, Espíritu Santo oguejy haguéicha pe ñemongarai jave, ha upe ánhel “ndaha’éi ambue tapicha Jesucristo-gui sa’ivéva”; pe ánhel oguejýva omyesakã hag̃ua yvy Ijáva reheve pe tembiasakue Millerita-pe, “ndaha’éi ambue tapicha Jesucristo-gui sa’ivéva.” Pe pya’etéma ou hag̃ua léi domingo rehe, “ndaha’éi ambue tapicha Jesucristo-gui sa’ivéva,” oguejy jey ha omoguahẽ pe mokõi marandu Apocalipsis 18-pe oĩvagui pe mokõihápe, ohenóivo Isajepa ambue ovecha ñu Babilonia-gui osẽ hag̃ua. Pe sella ojejapóva ára mbyte jave, peteĩ ánhel oguejy, pe mokõihápegua ánhel oguejy haguéicha 19 jasyrundy ary 1844-pe, pe ñembyasy peteĩha jave pe movimiento Millerita-pe.</w:t>
      </w:r>
    </w:p>
    <w:p>
      <w:pPr>
        <w:pStyle w:val="ArticleBody"/>
        <w:jc w:val="left"/>
      </w:pPr>
      <w:r>
        <w:rPr>
          <w:rFonts w:ascii="Times New Roman" w:hAnsi="Times New Roman" w:eastAsia="Times New Roman" w:cs="Times New Roman"/>
        </w:rPr>
        <w:t>Pe mokõiha ángel og̃uahẽ mboyve ha mbohapyha ángel og̃uahẽ mboyve 22 jasypa 1844-pe, heta ángel oñembou oñembohetave hag̃ua pokatu mokõiha ángelme pe Marandu Pyharepyte Sapy’a og̃uahẽ jave. Oñeñe’ẽvo pe tembiasakue rehe umi ángel og̃uahẽ hague jave pe tembiasakue Millerita-pe, Hermana White ñanemomarandu umi omboykékuri ko’ã marandu omosãingohague Cristo kurusúre, judío kuéra omosãingo haguéicha Cristo kurusúre añetehápe.</w:t>
      </w:r>
    </w:p>
    <w:p>
      <w:pPr>
        <w:pStyle w:val="ArticleScripture"/>
        <w:jc w:val="left"/>
      </w:pPr>
      <w:r>
        <w:rPr>
          <w:rFonts w:ascii="Times New Roman" w:hAnsi="Times New Roman" w:eastAsia="Times New Roman" w:cs="Times New Roman"/>
        </w:rPr>
        <w:t>“Ahecha kuaa, umi hudío oikovéicha Jesúspe kurusúre, upéicha avei umi iglésia hérava añoite cristiana omosãingo kurusúre koʼã marandu; ha upévare ndorekói hikuái kuaapy tape rehegua oike hag̃ua pe Lugár Santísimo-pe, ha ndaikatúi oipytyvõ chupekuéra Jesús ñembyʼasy hag̃ua hendaguépe.” Early Writings, 261.</w:t>
      </w:r>
    </w:p>
    <w:p>
      <w:pPr>
        <w:pStyle w:val="ArticleBody"/>
        <w:jc w:val="left"/>
      </w:pPr>
      <w:r>
        <w:rPr>
          <w:rFonts w:ascii="Times New Roman" w:hAnsi="Times New Roman" w:eastAsia="Times New Roman" w:cs="Times New Roman"/>
        </w:rPr>
        <w:t>Umi marandu ojehechaukáva umi ánhel rehe, oñemboykéramo, ohechauka Cristo kurusúre jejuka, ha’e niko omoingove umi marandu ha hi’istoríape oñekumpliha. Áño 2020-pe, jasypokõi 18-pe, “ndaha’éi oimeraẽ tapicha ambuéva síno Jesucristo voi” oguejy, ohechaukávo pe ñembyasy peteĩha ha pe tiémpo de espera ñepyrũ. Ojejuka rire tape kuéra rupi, umi kangue piru omanóva, ha’éva itavayguakuéra ára pahápegua, oñemombáy va’erã ohendúvo pe ñe’ẽ añoite ikatúva omoingove jey tapichakuérape.</w:t>
      </w:r>
    </w:p>
    <w:p>
      <w:pPr>
        <w:pStyle w:val="ArticleScripture"/>
        <w:jc w:val="left"/>
      </w:pPr>
      <w:r>
        <w:rPr>
          <w:rFonts w:ascii="Times New Roman" w:hAnsi="Times New Roman" w:eastAsia="Times New Roman" w:cs="Times New Roman"/>
        </w:rPr>
        <w:t>Añetehápe, añetehápe ha’e peẽme: ou hína pe ára, ha ko’ág̃a voi, umi omanóva ohendúta Tupã Ra’y ñe’ẽ; ha umi ohendúva oikovéta. Mba’érehepa, pe Túva oguerekoháicha tekove ijehegui voi, upéicha avei ome’ẽ pe Ta’ýrape oguereko hag̃ua tekove ijehegui voi; ha ome’ẽ avei chupe pokatu oikuaaukávo huísio, ha’e hag̃ua Yvypóra Ra’y. Ani peñemondýi ko mba’ére: ou hína pe ára, upe jave opa umi oĩva umi sepultúrape ohendúta iñe’ẽ, ha osẽta oku’e hag̃ua; umi ojapóva iporãva, tekove ñemoingove jevýpe; ha umi ojapóva ivaíva, condenación ñemoingove jevýpe. Juan 5:25–29.</w:t>
      </w:r>
    </w:p>
    <w:p>
      <w:pPr>
        <w:pStyle w:val="ArticleBody"/>
        <w:jc w:val="left"/>
      </w:pPr>
      <w:r>
        <w:rPr>
          <w:rFonts w:ascii="Times New Roman" w:hAnsi="Times New Roman" w:eastAsia="Times New Roman" w:cs="Times New Roman"/>
        </w:rPr>
        <w:t>Jasypokõi ary 2023-pe, Iñe’ẽ ohenói jevy umi kangue piru omanóva oikove hag̃ua, ha Upéva Alpha ha Omega upéi omombe’u jey ñepyrũrã pe sellado ára guive, pórke jasypokõi 2023-pe ohechauka pe paha ára pe sellado ára rehegua. Upérõ Ipuévlope ohenói jey hag̃ua Jeremías tape yma guarépe, umi pyenda tembiasakue Millerita rehegua. Pe marandu pyenda umi Millerita ñepyrũ ha ipahápe rehegua ha’e vaekue umi marandu peteĩha ha paha tembiasakue Millerita rehegua, ha upéva ha’e vaekue pe “pokõi jey” Levítico kapítulo mokõipa poteĩ-pe.</w:t>
      </w:r>
    </w:p>
    <w:p>
      <w:pPr>
        <w:pStyle w:val="ArticleBody"/>
        <w:jc w:val="left"/>
      </w:pPr>
      <w:r>
        <w:rPr>
          <w:rFonts w:ascii="Times New Roman" w:hAnsi="Times New Roman" w:eastAsia="Times New Roman" w:cs="Times New Roman"/>
        </w:rPr>
        <w:t>Jasy 2023-pe, Tupã rembyre ára pahapegua tavaygua oñemboajey jey omoguahẽ hag̃ua pe kuatia’i ha ho hag̃ua. Ho aja pe kuatia’i, upéi oñeha’ã hag̃ua ojehecha hag̃ua omoneĩtapa hikuái pe marandu Mbykyha mbohapyha rehegua Apocalipsis kapítulo porundy-pe (kuarahyresẽ guive marandu) ha pe marandu Daniel kapítulo once rehegua (yvate guive marandu). Pe ñeha’ãrã rape ogueraha chupekuéra Daniel kapítulo once versíkulo pakõi guive pakõipa po hag̃ua, upéva hína Panium Ñorairõ, ha’éva Cesarea Filipopegua, ha upéva avei pe Pyhare Mbyte Sapukái marandu, upépe ojehechauka mokõi atýpe umi ohendúmava’ekue Iñe’ẽ, peteĩ aty “umi ojapova’ekue iporãva, tekove jeikove jehepyme’ẽrã; ha umi ojapova’ekue ivaíva, jehundi jeikove jehepyme’ẽrã.”</w:t>
      </w:r>
    </w:p>
    <w:p>
      <w:pPr>
        <w:pStyle w:val="ArticleBody"/>
        <w:jc w:val="left"/>
      </w:pPr>
      <w:r>
        <w:rPr>
          <w:rFonts w:ascii="Times New Roman" w:hAnsi="Times New Roman" w:eastAsia="Times New Roman" w:cs="Times New Roman"/>
        </w:rPr>
        <w:t>Oĩ mbohapy ñeʼẽ oĩ pe tiempo de sellamiento-pe umi cien cuarenta y cuatro mil rehegua, ha opavave hikuái hína pe ñeʼẽ “ndaipóri ambue yvypóra tuichavéva Jesucristo-gui”. Peteĩha ñeʼẽ Apocalipsis dieciocho rehegua osẽkuri umi tuicha óga New York táva pegua hoʼárõ guare yvýpe Tupã pokatu peteĩnte rupive. Mokõiha ñeʼẽ haʼe hína Miguel arcángel ñeʼẽ, pe ohenóiva omanóva kuérape osẽ hag̃ua ikuéra yvykua-gui. Mbohapyha ñeʼẽ haʼe pe mokõiha ñeʼẽ Apocalipsis capítulo dieciocho-pe, ohenóiva Ijaty ambue hag̃ua osẽ Babilonia-gui pe aravo “terremoto guasu” Apocalipsis capítulo once-pe guare. Pedro ñeʼẽmombeʼu parfaito Cesarea de Filipo-pe ojepyso añetetépe Cristo ogueraha jave Itavayguakuéra ára pahápe guápe “upe Daniel profesía pehẽngue ára paháre oñeʼẽva” hag̃ua.</w:t>
      </w:r>
    </w:p>
    <w:p>
      <w:pPr>
        <w:pStyle w:val="ArticleBody"/>
        <w:jc w:val="left"/>
      </w:pPr>
      <w:r>
        <w:rPr>
          <w:rFonts w:ascii="Times New Roman" w:hAnsi="Times New Roman" w:eastAsia="Times New Roman" w:cs="Times New Roman"/>
        </w:rPr>
        <w:t>Pe Panium umi versíkulo trece guive quince peve Daniel once-pe, ha’e pe “porción” marandu proféticogua Daniel rehegua oñemboty va’ekue, ha upéva ohechauka pe Mensáhe del Clamor de Medianoche. Panium ha’e pe aty guasu Exeter-pe agosto ary 1844-pe; ha’e peteĩ tembiasakue oñekumplíva Donald Trump mokõiha término-pe, ha ha’e pe mensáhe profético omoingovéva Tupã sellorã umi ciento cuarenta y cuatro mil renondépe. Umi versíkulo ko’ág̃a jahesa’ỹijóva hína niko yvy marangatuitéva.</w:t>
      </w:r>
    </w:p>
    <w:p>
      <w:pPr>
        <w:pStyle w:val="ArticleScripture"/>
        <w:jc w:val="left"/>
      </w:pPr>
      <w:r>
        <w:rPr>
          <w:rFonts w:ascii="Times New Roman" w:hAnsi="Times New Roman" w:eastAsia="Times New Roman" w:cs="Times New Roman"/>
        </w:rPr>
        <w:t>“Pe añetegua Pedro omombe’u vaekue ha’e pe creyénte jerovia pyenda. Upéva hína Cristo voi he’i vaekue tekove opave’ỹva hag̃ua. Hákatu ko arandu jehupyty ndaha’éi mba’eve hag̃ua ñemomba’eguasu hag̃ua ijehe. Ndaipóri arandu térã porãgue ijeheguíva rupive ojehechauka hague Pedro-pe. Araka’eve yvypóra, ijehegui año, ndaikatúi ohupyty peteĩ kuaapy divina rehegua. ‘Yvágagui ijyvateve; mba’e piko ikatu rejapo? Añaretãgui ipypukuvéva; mba’e piko reikuaáta?’ Job 11:8. Pe espíritu de adopción añoite ikatu ohechauka ñandéve Tupã remimby pypuku, umi mba’e ‘tesa ndohecháiva, apysa nohendúiva, ha yvypóra korasõme ndoikéiva.’ ‘Tupã ohechauka ñandéve Espíritu rupive: Espíritu niko oikuaa hag̃ua opa mba’e, heẽ, umi Tupã remimby pypuku jepe.’ 1 Corintios 2:9, 10. ‘Ñandejára remiñemi opyta umi hese okyhyjévandi’; ha pe Pedro ohechakuaa hague Cristo gloria ha’e peteĩ techaukaha ojehekombo’e hague chupe ‘Tupãgui.’ Salmo 25:14; Juan 6:45. Añetehápe, ‘ovy’a nde, Simón Bar-jona: ndaha’éi niko so’o ha tuguy ohechauka vaekue ndéve.’”</w:t>
      </w:r>
    </w:p>
    <w:p>
      <w:pPr>
        <w:pStyle w:val="ArticleScripture"/>
        <w:jc w:val="left"/>
      </w:pPr>
      <w:r>
        <w:rPr>
          <w:rFonts w:ascii="Times New Roman" w:hAnsi="Times New Roman" w:eastAsia="Times New Roman" w:cs="Times New Roman"/>
        </w:rPr>
        <w:t>“Jesús osegi: ‘Ha’e avei ha’e ndéve: nde hína Pedro, ha ko ita ári amopuʼãta Che iglesia; ha Añaretã rokẽnguéra ndaipuʼakamoʼãi hese.’ Pe ñeʼẽ Pedro he’ise peteĩ ita, peteĩ ita ojere vaʼekue. Pedro ndahaʼéi pe ita ári oñemopyenda hague pe iglesia. Añaretã rokẽnguéra niko ipuʼaka hese, haʼe oñembotove ramo guare Ijára rehe ñeʼẽ vai ha juraménto reheve. Pe iglesia oñemopuʼãkuri Peteĩ ári, ha Añaretã rokẽnguéra ndaipuʼakamoʼãi hese.” The Desire of Ages, 413</w:t>
      </w:r>
    </w:p>
    <w:p>
      <w:pPr>
        <w:pStyle w:val="ArticleBody"/>
        <w:jc w:val="left"/>
      </w:pPr>
      <w:r>
        <w:rPr>
          <w:rFonts w:ascii="Times New Roman" w:hAnsi="Times New Roman" w:eastAsia="Times New Roman" w:cs="Times New Roman"/>
        </w:rPr>
        <w:t>Pe marandu Cristo ome’ẽva’ekue idisípulo-kuérape Cesarea de Filipope ha’e va’ekue ha ko’ág̃a guive avei ha’e pe Pyhare Mbyte Sapukái marandu, ha oñemoĩ peteĩ ñorairõ espiritual ryepýpe, pe tupã griego Pan, itupaópe oñehenóiva’ekue “añaretã rokẽ”, ha umi mokõi akã apostata mymba yvy guigua apytépe. Umi Macabeo-kuéra ha’e va’ekue Tupã tavaygua apostata, oñemombe’úgui hikuái Tupã iglésia ñangarekorãramo, oñorairõ aja hikuái umi Griego-kuéra religión rehe. Ha’ekuéra ojekuaa uka va’ekue mokõivéramo: mburuvicha religioso ha político-rõ. Ha’ekuéra ohechauka pe protestantismo apostata umi iglésia ho’ava’ekue rehegua, ha’éva, Estados Unidos gobierno ndive, ko’ág̃a omopu’ãva pe mymba ra’anga ha oñorairõva umi globalista-kuéra religión rehe, woke-ismo ha Sy Yvy rehe. Umi akã apostata ipu’aka iñorairõme umi elemento religioso ha político globalismo rehegua ndive, ha upe jave avei pe akã protestante añetegua oñemopotĩ ojeipe’ávo chugui umi hembýva pahápe umi virgen iñakãguapy’ỹvagui, ojejupi mboyve peteĩ poyvi ramo pe “yvyryrýi guasu”pe pe arapokõindy ára léi pya’e oútavape.</w:t>
      </w:r>
    </w:p>
    <w:p>
      <w:pPr>
        <w:pStyle w:val="ArticleBody"/>
        <w:jc w:val="left"/>
      </w:pPr>
      <w:r>
        <w:rPr>
          <w:rFonts w:ascii="Times New Roman" w:hAnsi="Times New Roman" w:eastAsia="Times New Roman" w:cs="Times New Roman"/>
        </w:rPr>
        <w:t>Pe porción profesía pe kuatia Daniel rehegua, oñe’ẽva ára paháre, ha’éva avei Jesucristo Revelación, ha ha’éva Pyhare Mbyte Sapy’a Hatã Marandu, oñemboty’ỹ pe León Judá ñemoñaregua rupive Cesarea de Filipope, ha’éva Panium. Oñemboty’ỹ pe ñorairõ mbytépe pe mymba ateove’ỹva yvykua pypukúgui osẽva ha pe hatĩ Republicanismo rehegua omoñepyrũ va’ekue omongu’e hag̃ua upe mymbápe ary 2015-pe, ha oñemoĩ hag̃ua pe hatĩ añetetéva Protestantismo rehegua rehe, ko’ág̃a oikove jeýva peteĩ ehérsito mbareteicha.</w:t>
      </w:r>
    </w:p>
    <w:p>
      <w:pPr>
        <w:pStyle w:val="ArticleBody"/>
        <w:jc w:val="left"/>
      </w:pPr>
      <w:r>
        <w:rPr>
          <w:rFonts w:ascii="Times New Roman" w:hAnsi="Times New Roman" w:eastAsia="Times New Roman" w:cs="Times New Roman"/>
        </w:rPr>
        <w:t>Pe añetegua Pedro omombeʼúva ohechauka pe tape rechaukaha 11 jasyporundy ary 2001-pe, ha avei Cristo haʼeha pe Tupã oikovéva Raʼy. Pe añetegua ojehechaukáva Jesús haʼeha Tupã Raʼy, haʼe peteĩ añetegua ojehechahague hag̃ua peteĩ tapicha reko, peteĩchaite pe porandu Jesús haʼepa pe Mesías térã nahániri Pedro ára-pe. Pe marandu oñemoherakuãva Jesús haʼeha Tupã Raʼy ohechauka opa mbaʼe ojehechauka vaʼekue mávapa pe Raʼy. Ndohechaukái añoite haʼe hague Tupã Raʼy, síno avei haʼe hague yvypóra raʼy. Haʼe pe añetegua divinidad oñemoingovehaguéva yvypóra rekovépe, ha upévaite hína pe tembiapo oñemboguapýva pe sellado ára jave umi cien cuarenta y cuatro mil rehe. Pe añetegua “encarnación” rehegua, haʼe pe añetegua opa pahápe ojehechaukavaʼekue pe “Sábado” añetegua rupive iñepyrũme.</w:t>
      </w:r>
    </w:p>
    <w:p>
      <w:pPr>
        <w:pStyle w:val="ArticleBody"/>
        <w:jc w:val="left"/>
      </w:pPr>
      <w:r>
        <w:rPr>
          <w:rFonts w:ascii="Times New Roman" w:hAnsi="Times New Roman" w:eastAsia="Times New Roman" w:cs="Times New Roman"/>
        </w:rPr>
        <w:t>22 jasypa 1844 ohechauka hag̃ua mbohapyha ánhel. Peteĩ ánhel oúvo, peteĩ añetegua iñespecialva, ojeporavo hag̃uáicha upe ára térã tiempo-pe oñembohesaingóva pe añetegua, ojepe’a Judá ñemoñare León rupive, ha upéi upe añetegua ombohovái ha oha’ã pe generación oñembohesaingohápe upe añetegua. 22 jasypa 1844-pe ojehechauka umi añetegua ojoajúva Cristo rembiapo rehe, ha’eva’ekue pya’e oúva pe témplope Ha’e omopu’ã va’ekue irundy pa’ẽ poteĩ ary aja 1798 guive 1844 peve. Cristo rembiapo juicio rehegua, Ñandejára léi, Ipu’akakue Sumo Sacerdóteramo, pe mba’e ojehovasáva mymba vai marca rehegua ha pe ojesella haguã cien cuarenta y cuatro mil, opa umi mba’e ojepe’a. Hermana White-pe ojehechauka vaekue, umi añetegua apytépe, oĩha peteĩ añetegua pe Alfa ha Omega omombe’uva’ekue peteĩ tesape iñespecialvape.</w:t>
      </w:r>
    </w:p>
    <w:p>
      <w:pPr>
        <w:pStyle w:val="ArticleScripture"/>
        <w:jc w:val="left"/>
      </w:pPr>
      <w:r>
        <w:rPr>
          <w:rFonts w:ascii="Times New Roman" w:hAnsi="Times New Roman" w:eastAsia="Times New Roman" w:cs="Times New Roman"/>
        </w:rPr>
        <w:t>“Chepy’a porãiterei ahechávo pe mandamiénto irundyha oĩha pe mbyteitépe umi diez precepto apytépe, peteĩ tesape kangy ojere hag̃ua hese. He’i pe ánhel: ‘Kóva añoite umi diez apytégui omyesakãva pe Tupã oikovévape, pe ojapóva yvága ha yvy ha opa mba’e ipype oĩva. Yvy rapyta oñemopyendárõ guare, upépe avei oñemopyenda pe sábado rapyta.’” Testimonies, volumen 1, 75.</w:t>
      </w:r>
    </w:p>
    <w:p>
      <w:pPr>
        <w:pStyle w:val="ArticleBody"/>
        <w:jc w:val="left"/>
      </w:pPr>
      <w:r>
        <w:rPr>
          <w:rFonts w:ascii="Times New Roman" w:hAnsi="Times New Roman" w:eastAsia="Times New Roman" w:cs="Times New Roman"/>
        </w:rPr>
        <w:t>Oguahẽma kuri pe ára oñembosellava’erãha pe cien cuarenta y cuatro mil, ha katu tekotevẽta kuri oñembotapykuévo pe ñemboyke rupive 1863-pe. Ára 11 jasyporundy 2001-pe oñepyrũ pe proceso de sellamiento, Cristo, ojehechaukáva pe ángel mbarete ramo Apocalipsis capítulo dieciocho-pe, oguejy rupi peteĩ kuatiañe’ẽ kañymby ipópe, upéva tavayguakuéra Tupã ára pahapegua o’uva’erã kuri. Pe Alfa ha Omega tapiaite ohechauka pe paha pe ñepyrũ reheve; upévare, umi ára pahápe oĩkuri ambue añetegua oñemoĩva’ekue tesape hag̃uáme, ha upéva ojoajúkuri directamente pe añetegua sábado rehegua ndive, upéva ojehechaukava’ekue peteĩhaite Cristo oñeha’ãrõ guare ombosella pe cien cuarenta y cuatro mil.</w:t>
      </w:r>
    </w:p>
    <w:p>
      <w:pPr>
        <w:pStyle w:val="ArticleScripture"/>
        <w:jc w:val="left"/>
      </w:pPr>
      <w:r>
        <w:rPr>
          <w:rFonts w:ascii="Times New Roman" w:hAnsi="Times New Roman" w:eastAsia="Times New Roman" w:cs="Times New Roman"/>
        </w:rPr>
        <w:t>“Og̃uahẽma pe ára Daniel opu’ã hag̃ua ilótepe. Og̃uahẽma pe ára pe tesape oñeme’ẽ va’ekue chupe osẽ hag̃ua ko yvy ape ári araka’eve ojejapo’ỹ haguéicha. Umi Ñandejára ojapo hag̃uáicha heta mba’e, oguata ramo pe tesapépe, tuichaiterei oñembohetavéta iñaranduka Cristo rehegua ha umi profesía hese oñe’ẽva, oñemboja aja ko yvy rembiasakue paha hag̃uápe.</w:t>
      </w:r>
    </w:p>
    <w:p>
      <w:pPr>
        <w:pStyle w:val="ArticleScripture"/>
        <w:jc w:val="left"/>
      </w:pPr>
      <w:r>
        <w:rPr>
          <w:rFonts w:ascii="Times New Roman" w:hAnsi="Times New Roman" w:eastAsia="Times New Roman" w:cs="Times New Roman"/>
        </w:rPr>
        <w:t>“Umi oñomongeta Tupã ndive oguata tekojoja Kuarahy resapepe. Ha’ekuéra nomotĩ’ỹi Ijopoiha’árape ombyai hag̃ua hapekuéra Tupã renondépe. Yvágagui ouva tesape ohesape hese kuéra. Ha’ekuéra iporãiterei ára’ỹre hag̃ua Tupã resa renondépe, peteĩ hag̃ua Cristo ndive. Chupekuéra guarã Tupã Ñe’ẽ iporãiterei ha hechapyrã eterei. Ha’ekuéra ohecha iñimportanteha. Añetegua ojehechauka chupekuéra. Pe doctrina oñe’ẽva Cristo oiko haguére yvypóraramo oñemonde peteĩ tesape kangy porãme. Ha’ekuéra ohecha hag̃ua Ñandejára Ñe’ẽryru ha’eha pe llave oipe’áva opaite mba’e kañymby ha osolusionáva opaite apañuãi. Umi ndoipotái va’ekue orresivi pe tesape ha oguata pe tesapepe ndaikatumo’ãi ontende pe Tupãrayhu hag̃ua ñemimby, ha katu umi ndokyhyjéi va’ekue ojapyhy pe kurusu ha osegi Jesúspe ohecháta tesape Tupã tesape rupive.” Manuscript Releases, número 21, 406, 407.</w:t>
      </w:r>
    </w:p>
    <w:p>
      <w:pPr>
        <w:pStyle w:val="ArticleBody"/>
        <w:jc w:val="left"/>
      </w:pPr>
      <w:r>
        <w:rPr>
          <w:rFonts w:ascii="Times New Roman" w:hAnsi="Times New Roman" w:eastAsia="Times New Roman" w:cs="Times New Roman"/>
        </w:rPr>
        <w:t>Pe doctrina de la encarnación ningope pe Divinida oñembojoaju va'ekue humanidad ndive ndapeveiha angaipa, ha umi ohechaukáva oguahẽ hague upe experiencia-pe ára pahápe pe señal hína pe sábado.</w:t>
      </w:r>
    </w:p>
    <w:p>
      <w:pPr>
        <w:pStyle w:val="ArticleScripture"/>
        <w:jc w:val="left"/>
      </w:pPr>
      <w:r>
        <w:rPr>
          <w:rFonts w:ascii="Times New Roman" w:hAnsi="Times New Roman" w:eastAsia="Times New Roman" w:cs="Times New Roman"/>
        </w:rPr>
        <w:t>Avei hag̃ua ame'ẽ chupekuéra che sábado-kuéra, hag̃ua techaukaha che ha ha'ekuéra apytépe, oikuaa hag̃ua hikuái cheha Ñandejára omomarangatúva chupekuéra. Ezequiel 20:12.</w:t>
      </w:r>
    </w:p>
    <w:p>
      <w:pPr>
        <w:pStyle w:val="ArticleBody"/>
        <w:jc w:val="left"/>
      </w:pPr>
      <w:r>
        <w:rPr>
          <w:rFonts w:ascii="Times New Roman" w:hAnsi="Times New Roman" w:eastAsia="Times New Roman" w:cs="Times New Roman"/>
        </w:rPr>
        <w:t>Umi ciento cuarenta y cuatro mil ojejapysaka hag̃ua opa ára g̃uarã, ha pe proseso ojepysaka hag̃ua ohechauka peteĩ aravo mbykymi tiémpo rehegua pe ojepysaka hag̃ua apýrape, sapyʼaite pe léi domingo mboyve, upe jave pe séllo oñemoĩ. Upe aravo mbykýmipe pe Divinidad oñembojoaju yvyporakuéra rehe, tapia hag̃uáicha.</w:t>
      </w:r>
    </w:p>
    <w:p>
      <w:pPr>
        <w:pStyle w:val="ArticleScripture"/>
        <w:jc w:val="left"/>
      </w:pPr>
      <w:r>
        <w:rPr>
          <w:rFonts w:ascii="Times New Roman" w:hAnsi="Times New Roman" w:eastAsia="Times New Roman" w:cs="Times New Roman"/>
        </w:rPr>
        <w:t>“Mba’épa pejapo, peẽ joyke’ykuéra, ko tembiapo tuichaitépe peneñembosako’ívo? Umi oñembojoajúva ko yvóra rehe ogueraha yvórape guare ta’ãnga ha oñembosako’i mymba ñarõ rechaukaha rehehápe. Umi ndogueroviáiva ijehe, oñemomirĩva Tupã renondépe ha omopotĩva ianguekuéra añetegua rupi ñe’ẽrendúpe, umíva ogueraha yvágape guare ta’ãnga ha oñembosako’i Tupã sellorã ijekovahápe. Pe decreto osẽ vove ha pe marca oñemboguapy rire, ikarakterkuéra opytáta potĩ ha marã’ỹva opa ára guarã.</w:t>
      </w:r>
    </w:p>
    <w:p>
      <w:pPr>
        <w:pStyle w:val="ArticleScripture"/>
        <w:jc w:val="left"/>
      </w:pPr>
      <w:r>
        <w:rPr>
          <w:rFonts w:ascii="Times New Roman" w:hAnsi="Times New Roman" w:eastAsia="Times New Roman" w:cs="Times New Roman"/>
        </w:rPr>
        <w:t>“Koʼág̃a ningo ára oñembosakoʼi hag̃ua. Tupã sellokuéra arakaʼeve ndoñemoĩmoʼãi peteĩ kuimbaʼe térã kuña ikyʼa vaʼekue renondépe. Arakaʼeve ndoñemoĩmoʼãi peteĩ kuimbaʼe térã kuña jehupytyrã rekáre oikóva ha ohayhúva ko múndo renondépe. Arakaʼeve ndoñemoĩmoʼãi umi kuimbaʼe térã kuña ñeʼẽ japu ha pyʼa mbotavyva renondépe. Opavave ohupytýva pe sello oĩvaʼerã marãʼỹre Tupã renondépe—yvágape oike hag̃uáicha oñemoĩvaʼekue. Peho tenonde gotyo, che pehẽngue kuimbaʼekuéra ha kuñanguéra. Koʼág̃a ikatu añetehápe ahai mbykymi koʼã mbaʼe rehe, pene manduʼa hag̃uánte pe tekotevẽha peñembosakoʼi. Peikundaha pe Ñandejára Ñeʼẽ pendejehegui voi, peikuaa hag̃ua ko ára ag̃aguaite tuichaitereíva ha kyhyje ombohýiva marãngatuha.” Testimonies, volumen 5, 216.</w:t>
      </w:r>
    </w:p>
    <w:p>
      <w:pPr>
        <w:pStyle w:val="ArticleBody"/>
        <w:jc w:val="left"/>
      </w:pPr>
      <w:r>
        <w:rPr>
          <w:rFonts w:ascii="Times New Roman" w:hAnsi="Times New Roman" w:eastAsia="Times New Roman" w:cs="Times New Roman"/>
        </w:rPr>
        <w:t>Pe pasáhe mboyvegua ikatu omeʼẽ ñandéve pe ñeʼẽrã pe sello oñemoĩha pe léi domingope, ha upéicha ndahaʼéi. Hermana White heko hag̃uáicha omyesakã porã pe léi domingoha peteĩ apañuãi guasu, ha avei omboʼe hesakã porã hag̃ua pe carácter ojehechauka apañuãime, péro arakaʼeve ndojejapói ni ndokakuaái apañuãime. Pe sello oñemoĩ pe léi domingope pe sentido-pe upérõ ojehechaukágui, mbaʼérepa umi upérõ oguerekóva pe sello oñemopuʼã tembeʼyrãicha. Pe sello oñemoĩ peteĩ arakaʼe mbykymi jave, mbovymi pe gracia ñemohuʼã mboyve, ha umi sábado rehegua ñangarekóvape g̃uarã, pe gracia ñemohuʼã og̃uahẽ pe léi domingope. Pe sellado oñepyrũkuri 11 de septiembre de 2001-pe, ha avave upérõ norresivíri pe sello de Dios, mbaʼérepa, ojehechaukaháicha pe arakaʼe ohasavaʼekuépe 22 de octubre de 1844 rire, tenonderãite oĩ vaʼerãkuri peteĩ proceso de prueba.</w:t>
      </w:r>
    </w:p>
    <w:p>
      <w:pPr>
        <w:pStyle w:val="ArticleBody"/>
        <w:jc w:val="left"/>
      </w:pPr>
      <w:r>
        <w:rPr>
          <w:rFonts w:ascii="Times New Roman" w:hAnsi="Times New Roman" w:eastAsia="Times New Roman" w:cs="Times New Roman"/>
        </w:rPr>
        <w:t>Opaite ñemyatyrõ ñemoambue rehegua ryepýpe, pe símbolo divino oguejýramo ome’ẽ hag̃ua mbarete pe marandu ojepe’a hag̃uápe tiémpo paha jave, upépe oñepyrũ peteĩ proceso de prueba. Miguel oguejy ramo ome’ẽ hag̃ua mbarete Ciro-pe omotenonde hag̃ua pe peteĩha decreto, upérõ umi judío oñeha’ãmbyrãkuri ikatu hag̃uáicha oheja pe óga oiko hague hikuái pe setenta ary ohasávape ha ojevy hag̃ua peteĩ táva oñehundi hag̃uápe ha omopu’ã jey hag̃ua chupe. Espíritu Santo oguejy ramo Cristo ñemongaraihápe, umi judío oñeha’ãmbyrãkuri pe Mesías rehegua mba’épe. Pe ánhel ipoderóso Apocalipsis diez gua oguejy ramo agosto 11, 1840-pe, upe generación oñeha’ãmbyrãkuri ohecha hag̃ua okaru va’erãpa pe lívro michĩ rehe, ha opa mba’e pe lívro michĩ orrepresentáva.</w:t>
      </w:r>
    </w:p>
    <w:p>
      <w:pPr>
        <w:pStyle w:val="ArticleBody"/>
        <w:jc w:val="left"/>
      </w:pPr>
      <w:r>
        <w:rPr>
          <w:rFonts w:ascii="Times New Roman" w:hAnsi="Times New Roman" w:eastAsia="Times New Roman" w:cs="Times New Roman"/>
        </w:rPr>
        <w:t>Peteĩ proceso de prueba oñepyrũkuri 11 jasypoapy 1840-pe ha upéva omoheñói mokõi aty oñemomba’eguasúva, ha pe aty oseguíva pe Corderope pe Tenda Santísimope ha’eva’ekue kandidáto oĩ hag̃ua umi cien cuarenta y cuatro mil apytépe. Pe prueba paha upe generación-pe g̃uarã, umi operde va’ekue pe proceso de prueba, oñepyrũkuri oñeguahẽvo tesape oñembohetavéva umi “siete tiempos” rehe, Levítico mokõipa poteĩme. Ary 1856 guive 1863 peve, pe mensaje Laodiceagua ombojekuaa peteĩ periodo paha pe periodo oñepyrũva’ekuépe oñeguahẽvo pe ángel mbohapyha 22 jasypa 1844-pe. Upe periodo de tiempo ojehechauka Daniel capítulo once versículo trece guive quince peve.</w:t>
      </w:r>
    </w:p>
    <w:p>
      <w:pPr>
        <w:pStyle w:val="ArticleBody"/>
        <w:jc w:val="left"/>
      </w:pPr>
      <w:r>
        <w:rPr>
          <w:rFonts w:ascii="Times New Roman" w:hAnsi="Times New Roman" w:eastAsia="Times New Roman" w:cs="Times New Roman"/>
        </w:rPr>
        <w:t>Ñamotenondéta ko ñehesa’ỹijo oúvape pe artículo oúvape.</w:t>
      </w:r>
    </w:p>
    <w:p>
      <w:pPr>
        <w:pStyle w:val="ArticleScripture"/>
        <w:jc w:val="left"/>
      </w:pPr>
      <w:r>
        <w:rPr>
          <w:rFonts w:ascii="Times New Roman" w:hAnsi="Times New Roman" w:eastAsia="Times New Roman" w:cs="Times New Roman"/>
        </w:rPr>
        <w:t>“‘Ypykue guive oĩ vaʼekue pe Ñeʼẽ, ha pe Ñeʼẽ oĩ vaʼekue Tupã ndive, ha pe Ñeʼẽ haʼe vaʼekue Tupã. Kóva oĩ vaʼekue ypykue guive Tupã ndive. Opa mbaʼe ojejapo hag̃ua hese rupive; haʼỹre ndojejapói peteĩve mbaʼe opa umi ojejapóva apytégui. Ipype oĩ vaʼekue tekove; ha pe tekove haʼe vaʼekue kuimbaʼekuéra resape. Ha pe tesape omimbi pytũmbýpe; ha pe pytũmby ndoikuaái chupe.’ ‘Ha pe Ñeʼẽ oiko soʼo, ha oiko ore apytépe, (ha rohecha ivyʼága, pe Túva Raʼy peteĩete ñemimbipaicha,) henyhẽva gracia ha añetegua reheve’ (Juan 1:1–5, 14).”</w:t>
      </w:r>
    </w:p>
    <w:p>
      <w:pPr>
        <w:pStyle w:val="ArticleScripture"/>
        <w:jc w:val="left"/>
      </w:pPr>
      <w:r>
        <w:rPr>
          <w:rFonts w:ascii="Times New Roman" w:hAnsi="Times New Roman" w:eastAsia="Times New Roman" w:cs="Times New Roman"/>
        </w:rPr>
        <w:t>“Ko kapítulo ohechauka porã Cristo rembiapo rekotee ha iñimportánsia. Oikuaaháicha hembiaporã, Juan omoĩ opa pokatu Cristo pópe, ha oñeʼẽ Iñakãguasu ha Hekoveguasúre. Ohesape rendy Tupãgua añetegua hepyetereíva, kuarahýgui osẽva tesapeicha. Ohechauka Cristo-pe peteĩnte Mediador ramo Tupã ha yvypóra apytépe.</w:t>
      </w:r>
    </w:p>
    <w:p>
      <w:pPr>
        <w:pStyle w:val="ArticleScripture"/>
        <w:jc w:val="left"/>
      </w:pPr>
      <w:r>
        <w:rPr>
          <w:rFonts w:ascii="Times New Roman" w:hAnsi="Times New Roman" w:eastAsia="Times New Roman" w:cs="Times New Roman"/>
        </w:rPr>
        <w:t>“Pe doctrina Cristo reko yvypóra ro’ópe jehova ha’e peteĩ mba’e ñemimby, ‘pe ñemimby oñemokañýva’ekue opa ára ha opa ñemoñaregui’ (Colossians 1:26). Kóva hína pe tembiapo marangatu ñemimby guasu ha ipypuku. ‘Pe Ñe’ẽ oiko yvypóra ro’o, ha oiko ore apytépe’ (John 1:14). Cristo ogueraha hi’ári yvypóra rekotee, peteĩ teko ijyvate’ỹvéva Ijára yvágagui oguerekóva-gui. Ndaipóri ambue mba’e ohechaukavéva Tupã ñemomirĩ hechapyrãva ko mba’éichaite. Ha’e ‘ohayhu eterei rupi ko yvy ape arigua, ome’ẽ hag̃uáicha Ita’ýra peteĩete’ (John 3:16). Juan omombe’u ko mba’e hechapyrãva peteĩ isãsóva ha hesakãvaicha, opavave ikatu hag̃uáicha ojapyhy umi temimoĩmby, ha tohesape’a hag̃ua chupekuéra.</w:t>
      </w:r>
    </w:p>
    <w:p>
      <w:pPr>
        <w:pStyle w:val="ArticleScripture"/>
        <w:jc w:val="left"/>
      </w:pPr>
      <w:r>
        <w:rPr>
          <w:rFonts w:ascii="Times New Roman" w:hAnsi="Times New Roman" w:eastAsia="Times New Roman" w:cs="Times New Roman"/>
        </w:rPr>
        <w:t>“Cristo ndojapói gua’u yvypóra rekópe; Ha’e añetépe omonde yvypóra rekópe. Añetépe oguereko kuri yvypóra rekópe. ‘Mitãnguéra niko oike so’o ha tuguy rehe, ha’e avei upeichaite oike hesekuéra’ (Hebreos 2:14). Ha’e María ra’y; ha’e ou David ñemoñaregui yvypóra ñemoñare rehehápe. Oje’e hesegua ha’eha peteĩ kuimba’e, pe Kuimba’e Cristo Jesús. ‘Ko kuimba’e,’ ohai Pablo, ‘ojejuhu oñemomba’eve hag̃ua Moisés-gui, pe óga apohare oguerekoháicha hetave terakuã ha ñemomba’e pe ógagui’ (Hebreos 3:3).”</w:t>
      </w:r>
    </w:p>
    <w:p>
      <w:pPr>
        <w:pStyle w:val="ArticleScripture"/>
        <w:jc w:val="left"/>
      </w:pPr>
      <w:r>
        <w:rPr>
          <w:rFonts w:ascii="Times New Roman" w:hAnsi="Times New Roman" w:eastAsia="Times New Roman" w:cs="Times New Roman"/>
        </w:rPr>
        <w:t>“Péro Ñandejára Ñe’ẽ oñe’ẽ hag̃ua Cristo yvypórarã rehe oĩrõ guare ko yvy ári, upéicha avei he’i mbarete porãme Hembikove mboyve rehe. Pe Ñe’ẽ oikove vaʼekue peteĩ Ser divíno ramo, peteĩchaite Tupã Raʼy opa ára guarãicha, peteĩ joajuhápe ha peteĩ hag̃ua Itúvandi. Aréma guive haʼe vaʼekue pe pehẽngue mbytépe oñemoĩva ñembyaty hag̃ua pe ñeʼẽmeʼẽ, pe peteĩme opa tetã yvy arigua, judíokuéra ha ambue tetãygua kuéra avei, oñevendesi vaʼerãva’ekue ojapyhýramo chupe. ‘Pe Ñe’ẽ oĩ vaʼekue Tupã ndive, ha pe Ñe’ẽ haʼe vaʼekue Tupã’ (Juan 1:1). Yvypóra térã ánhel kuéra ojejapo mboyve, pe Ñe’ẽ oĩ vaʼekue Tupã ndive, ha haʼe vaʼekue Tupã.”</w:t>
      </w:r>
    </w:p>
    <w:p>
      <w:pPr>
        <w:pStyle w:val="ArticleScripture"/>
        <w:jc w:val="left"/>
      </w:pPr>
      <w:r>
        <w:rPr>
          <w:rFonts w:ascii="Times New Roman" w:hAnsi="Times New Roman" w:eastAsia="Times New Roman" w:cs="Times New Roman"/>
        </w:rPr>
        <w:t>“Ko mundo ojejapo vaʼekue Haʼe rupive, ha ‘haʼeʼỹre ndaipóri mbaʼeve ojejapo vaʼekue’ (Juan 1:3). Cristo ojapo ramo opa mbaʼe, upéicharõ Haʼe oikóma vaʼekue opa mbaʼe mboyve. Umi ñeʼẽ oñeʼẽva ko mbaʼe rehegua ningo hesakã ha peteĩchaite, avave ndoikotevẽi hag̃ua opyta pyʼatarovápe. Cristo haʼe vaʼekue Tupã ijehegui, ha pe sentido yvatevévape. Haʼe oĩ vaʼekue Tupã ndive opa ára guive, Tupã opa mbaʼe ári, tojehovasa hag̃ua opa ára.”</w:t>
      </w:r>
    </w:p>
    <w:p>
      <w:pPr>
        <w:pStyle w:val="ArticleScripture"/>
        <w:jc w:val="left"/>
      </w:pPr>
      <w:r>
        <w:rPr>
          <w:rFonts w:ascii="Times New Roman" w:hAnsi="Times New Roman" w:eastAsia="Times New Roman" w:cs="Times New Roman"/>
        </w:rPr>
        <w:t>“Ñandejára Jesucristo, Tupã Ra’y divíno, oikove vaʼekue opa ára guive, peteĩ tekove ijojahaʼỹva, ha upéicharõ jepe peteĩnte Túva ndive. Haʼe vaʼekue yvágape pe mimbipa iporãvéva opa mbaʼégui. Haʼe vaʼekue umi arandu yvagagua ruvicha guasu, ha umi ánhel kuéra ñemombaʼe ha ñesũ jerovia reheve ojapóva chupe oñemoguahẽ vaʼekue chupe iñderécho ramo. Kóva ndahaʼéi vaʼekue peteĩ ñemonda Tupãgui. ‘Ñandejára cheguereko iñepyrũme tape ojapóva, hembiapo yma guive mboyve,’ heʼi haʼe, ‘che añemopyenda opa ára guive, iñepyrũmby guive, yvy oĩ mboyve. Ndaipóri gueteri ypypuku, ha che añemoheñói; ndaipóri gueteri yvu hetáva y reheve. Yvyty kuéra oñemohenda mboyve, cerro kuéra mboyve che añemoheñói: haʼe ndojapói gueteri yvy, ni ñú, ni yvy timbokuʼi yvatevéva ko yvy ape ári. Oñembosakoʼívo yvága, che aime upépe: omoĩvo peteĩ apỹi ypypuku rova ári’ (Proverbios 8:22–27).”</w:t>
      </w:r>
    </w:p>
    <w:p>
      <w:pPr>
        <w:pStyle w:val="ArticleScripture"/>
        <w:jc w:val="left"/>
      </w:pPr>
      <w:r>
        <w:rPr>
          <w:rFonts w:ascii="Times New Roman" w:hAnsi="Times New Roman" w:eastAsia="Times New Roman" w:cs="Times New Roman"/>
        </w:rPr>
        <w:t>“Oĩ tesape ha mimbipa pe añeteguápe Cristo peteî hague Túva ndive ko yvy oñemopyenda mboyve. Kóva hína pe tesape omimbíva peteĩ hendápe iñypytũvape, ha ojapóva ichugui omimbi porã hag̃ua pe mimbipa Tupãguáva, yma guare. Ko añetegua, ijojaha’ỹ hag̃uáicha heko ñemimbyva ijeheguiete, omyesakã ambue añetegua ñemimbyva ha ambue hendáicha ndaikatúiva oñemyesakã, jepe oĩ jave oñeñongatu hag̃uáicha tesapépe, ndaikatúiva oñemboja hi’ári ni oñentende hag̃ua.” Selected Messages, libro 1, 246–248.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Sa Poapy Mokõipa Papy Poapy Mbohapypa Mbohapy hag̃ua hag̃ua hag̃ua tlase</dc:title>
  <dc:subject>Pe Pyenda Opa’ỹva: Cristo Marandu’i Rekove Pypuku-pe ha pe Ojeroviáva Jeroviápe</dc:subject>
  <dc:creator>Jeff Pippenger</dc:creator>
  <cp:keywords/>
  <dc:description>Generated by ArticleDigger from daniel\183_daniel.json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