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peteĩ sa po mokõi ha irundypa mokõi hag̃ua hag̃ua?</w:t>
      </w:r>
    </w:p>
    <w:p>
      <w:pPr>
        <w:pStyle w:val="ArticleSubtitle"/>
        <w:jc w:val="left"/>
      </w:pPr>
      <w:r>
        <w:rPr>
          <w:rFonts w:ascii="Arial" w:hAnsi="Arial" w:eastAsia="Arial" w:cs="Arial"/>
        </w:rPr>
        <w:t>Ojehechauka Tembiasakue Kañymby: Alineación Profética Daniel 11-gui ha ñemboty 144,000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Rohechakuaa hína “tembiasakue ñemi” oĩva Daniel kapítulo once, versíkulo cuarenta-pe, upe oñembotyhápe ijehai pyhýgui pe ára paha árape 1989-pe, pe domingo léi peve oĩva versíkulo cuarenta y uno-pe. Pe tembiasakue ñemi ohechauka pe estructura oñemohendava’erã hag̃ua hi’ári opaite marandu profético ára pahaguápe, pe cien cuarenta y cuatro mil oñemboty hag̃ua; péva niko oiko upe tembiasakue ñemíme. Upe tembiasakue-pe oiko pe prueba ojoajúva pe mymba ra’anga ñemoheñói rehe. Upévare, ha’e pe tembiasakue oñemboguejýva Nabucodonosor kerayvoty ñemi pe mymbakuéra ra’anga rehegua. Upe tembiasakue ñemi-pe oñemohu’ã pe tembiasakue ñemi oúva Donald Trump rembiapo peteĩha guive, Daniel once versíkulo mokõi peve, ha upégui versíkulo mbohapy peve. Upe tembiasakue ñemi ha’e Daniel profesía pehẽngue ojoajúva ára paha ndive, ha ha’e Jesucristo Revelación oñemboguejýva michĩmi peve oñemboty mboyve pe tiempo de gracia pe domingo léi-pe. Ko’ãva opaite línea añetegua rehegua oñerrepresenta pe séptimo ha paha sello ñemboguejýramo.</w:t>
      </w:r>
    </w:p>
    <w:p>
      <w:pPr>
        <w:pStyle w:val="ArticleBody"/>
        <w:jc w:val="left"/>
      </w:pPr>
      <w:r>
        <w:rPr>
          <w:rFonts w:ascii="Times New Roman" w:hAnsi="Times New Roman" w:eastAsia="Times New Roman" w:cs="Times New Roman"/>
        </w:rPr>
        <w:t>Daniel 11-pe guive 10 guive 15 peve oñembojoajuva’erã pe tembiasakue kañymby ndive, ha umi mbohapy paha umi versíkulo apytégui ohechauka mbohapy línia profétika. Umíva oikuaaukáta araka’épa pe papado oike jey tembiasakuépe, ojapohaguéicha ary 200 a.C.-pe, Roma pagana peteĩhaite oike jave pe tembiasakue profétikape ojehechaukáva Daniel kapítulo 11, versíkulo 14-pe. Pe versíkulo, ha ifulfillmiento pe versíkulo rehegua Roma pagana rembiasakuepe, omopyenda pe visión, Roma pagana niko ha’e va’ekue pe símbolo pe pu’aka ojehupi va’ekue ijehe, omonda Tupã tavayguakuérape ha upéi ho’a. Protestantismo apóstata omoĩ pe versíkulo Antiochus Epiphanes rehe, ha umi Millerita katu omoĩ Roma pagana rehe, ohechakuaa hag̃ua pe versíkulo peteĩ añetegua jehechapyrãrõ tembiasakue Millerita-pe. Ko árape Adventismo moderno Laodiceagua teólogo-kuéra jey ohekombo’e ha’eha Antiochus Epiphanes, upévare jey ha’e peteĩ añetegua jehechapyrã.</w:t>
      </w:r>
    </w:p>
    <w:p>
      <w:pPr>
        <w:pStyle w:val="ArticleBody"/>
        <w:jc w:val="left"/>
      </w:pPr>
      <w:r>
        <w:rPr>
          <w:rFonts w:ascii="Times New Roman" w:hAnsi="Times New Roman" w:eastAsia="Times New Roman" w:cs="Times New Roman"/>
        </w:rPr>
        <w:t>Ndaha’éi añetegua ojehechaukáva añoite, síno pe versíkulo ha iñemoañete ary 200 Cristo mboyve-pe ohechauka araka’épa Tiro kuña rekovai (Roma ko’ag̃agua) oñepyrũ opura hag̃ua umi purahéi satanikuére, ha ohechauka papado oikeha ára pahápegua tembiasakue-pe, ha upévare ohechauka pe añetegua principal ojehechaukáva ára pahápe, oñembojoajúva pe añetegua ojehechaukávare ojehechaukáva pe ñemongeta tembiasakue Millerita rehegua.</w:t>
      </w:r>
    </w:p>
    <w:p>
      <w:pPr>
        <w:pStyle w:val="ArticleBody"/>
        <w:jc w:val="left"/>
      </w:pPr>
      <w:r>
        <w:rPr>
          <w:rFonts w:ascii="Times New Roman" w:hAnsi="Times New Roman" w:eastAsia="Times New Roman" w:cs="Times New Roman"/>
        </w:rPr>
        <w:t>Umi mbohapy ñeʼẽryru avei ohechauka pe línea pe mbyru republikáno pe mymba yvyguigua rehegua, ha oikuaauka umi tembiapo profétiko Donald Trump rehegua, oike aja ipahápe mokõiha itérminope, haʼe hag̃ua pe poapyha mburuvicha guasu oúva umi siete mburuvicha guasúgui, peteĩ línea mburuvicha guasu rehegua oñepyrũva Ronald Reagan ndive ára paha-pe ary 1989-pe. Upe Raphia Ñorairõ guasu, ñeʼẽryru doce pegua, rire, “Antíoco” raẽ ombogue peteĩ ñemoĩ vai Tetã peteĩ reko Amérika ryepýpe, upéi oñembosakoʼi peteĩ ñorairõrã globalismo rehe, ojehechaukáva Egipto rupive Panium Ñorairõ guasúpe. Trump ogana upe ñorairõ, ha katu upe ñorairõ omoñepyrũ Ñorairõ Guasu Mbohapyha (Actium). Koʼã tembiapo ojehechauka raẽ vaʼekue Antíoco III Magno rupive, haʼe vaʼekue oñehundi vaʼekue Egipto renondépe Raphia Ñorairõ guasúpe, ha upéi ipuʼaka jevy ñemenanganéva Panium Ñorairõ guasúpe.</w:t>
      </w:r>
    </w:p>
    <w:p>
      <w:pPr>
        <w:pStyle w:val="ArticleBody"/>
        <w:jc w:val="left"/>
      </w:pPr>
      <w:r>
        <w:rPr>
          <w:rFonts w:ascii="Times New Roman" w:hAnsi="Times New Roman" w:eastAsia="Times New Roman" w:cs="Times New Roman"/>
        </w:rPr>
        <w:t>Pe versíkulo trese-pe, “mboy ary rire”, Antiochus Magnus, he’iháicha Uriah Smith, “Antiochus, omboguejýi rire pe pu’aka’ẽ ijypýpe, ha omoĩ porã ha omoĩ jey rire kuarahyresẽ gotyo pegua tenda-kuérape iñe’ẽrendúpe, opyta libre oikóta hag̃uáicha oimeraẽ tembiaporãme Egipto mburuvicha guasu ramo oguahẽrõ guare pe mitãrusu Epífanes; ha oimo’ãvo ko juruja iporãiterei hag̃ua ombotuichave hag̃ua idominio ani hag̃uáicha ojeheja ohasa rei, omopu’ã peteĩ ehérsito tuichaitereíva pe yma guaréva-gui”. Trump tenonderãite omboguejýita peteĩ pu’aka’ẽ ijypýpe, ha upéi ombosako’íta peteĩ ehérsito tuichavéva pe oguerekova’ekuévagui oñemongu’e va’ekue ramo guare chupe yma. Trump oñemongu’e va’ekue ári 2020-pe, Apocalipsis kapítulo once ñemohu’ãrõ, pe mymba ateísmo rehegua, ohechaukáva globalismo mundial tuichakue, ha umi globalista Partido Democrático ha Republicano mokõivévagui omonda jave pe jeporavo, ha Tiro kuña reko vai guasu proxy ehérsito tenondegua ramo, avei peteî ñemongu’e jeýta Putin ipu’aka jave Ucrania ári.</w:t>
      </w:r>
    </w:p>
    <w:p>
      <w:pPr>
        <w:pStyle w:val="ArticleBody"/>
        <w:jc w:val="left"/>
      </w:pPr>
      <w:r>
        <w:rPr>
          <w:rFonts w:ascii="Times New Roman" w:hAnsi="Times New Roman" w:eastAsia="Times New Roman" w:cs="Times New Roman"/>
        </w:rPr>
        <w:t>Mbohapy marandu profétikogua umi mbohapy versíkulo ñahesa’ỹijo hína apytépe ha’e pe Protestantísmo apóstata rembiapo, ojehechauka hag̃uáicha pe Macabeokuéra rembiapo rupive, ha iñepu’ã Antioco Epífanes rembipota rehe, ombohasase hag̃ua judíokuérape Gresiakuéra religión. Pe línea Trump rehegua ha pe línea Protestantísmo apóstata rehegua ohechauka mokõi mbarete ipahápe oñondivepa hag̃uáicha pe hatĩ ojehechaukávape mymba ra’ãnga ramo. Umi versíkulo trece guive quince peve ohechauka pe tembiasakue ogueraháva pe léi domingo peve, ha umi mokõi línea Protestantísmo apóstata ha Republicanísmo apóstata rehegua oikuaauka mba’éichapa oñondive omba’apo ko’ã mokõi mbarete oguahẽvo ojoaju ha ombojoajúvo Tupao ha Estado pe léi domingo mboyve.</w:t>
      </w:r>
    </w:p>
    <w:p>
      <w:pPr>
        <w:pStyle w:val="ArticleBody"/>
        <w:jc w:val="left"/>
      </w:pPr>
      <w:r>
        <w:rPr>
          <w:rFonts w:ascii="Times New Roman" w:hAnsi="Times New Roman" w:eastAsia="Times New Roman" w:cs="Times New Roman"/>
        </w:rPr>
        <w:t>Umi artíkulo ohasávape jahechakuaa kuri mbohapy mba’e ojehechaukáva umi ára 1776, 1789 ha 1798 rupive, ha’éva pe Tetãnguéra Isãso Mombe’upy, pe Léi Guasu ha umi Léi Alien ha Sedición rehegua, ohechaukáva peteĩ ára pukukue ogueraháva yvy mymba ñepyrũrãme peteĩha umi seis rréino profecía bíblica pegua apytépe. Upévare umi mbohapy techaukaha rapére ojehechauka avei mbohapy techaukaha ogueraháva profecía bíblica pegua poteĩha rréino paha gotyo. Avei jahechakuaa umi mokõi paapy ary ohasáva 1776 guive 1798 peve oguerekoha peteĩ techaukaha umi cien cuarenta y cuatro mil ñembosella ararã rehegua, pórke papapy mokõi paapy ha’e peteĩ techaukaha ombojoajúva Tupãrekotee yvyporándi.</w:t>
      </w:r>
    </w:p>
    <w:p>
      <w:pPr>
        <w:pStyle w:val="ArticleBody"/>
        <w:jc w:val="left"/>
      </w:pPr>
      <w:r>
        <w:rPr>
          <w:rFonts w:ascii="Times New Roman" w:hAnsi="Times New Roman" w:eastAsia="Times New Roman" w:cs="Times New Roman"/>
        </w:rPr>
        <w:t>Rohechakuaa ko tembiasakue orekóva “Añetegua” réra guapy, pórke pe peteĩha ha pahápegua waymark ohechauka independencia oñemopyenda hague ha independencia ojeipe’a hague. Umi mbohapy waymark maymáva ohechauka yvy mymba ra’ãnga tenondegua, pórke maymáva ohechauka Tetã peteĩ reko Amérika Ñembyatygua ñe’ẽ, pórke “tetã ñe’ẽ ha’e peteĩ tembiapo umi mburuvicha apohare ha huísiopegua rembiapokue rehegua.” Pe waymark mbytepegua ary 1789-pe ha pe Constitución oñemoneĩkuri paapyha mbohapy colonia reheve, ha pe letra mbytepegua pe ñe’ẽ hebreo “Añetegua”-pe ha’e pe paapyha mbohapyha. Umi mokõi pa ary 1776 guive 1798 peve avei ojoja umi mokõi pa letra omoheñóiva pe alfabeto hebreo.</w:t>
      </w:r>
    </w:p>
    <w:p>
      <w:pPr>
        <w:pStyle w:val="ArticleBody"/>
        <w:jc w:val="left"/>
      </w:pPr>
      <w:r>
        <w:rPr>
          <w:rFonts w:ascii="Times New Roman" w:hAnsi="Times New Roman" w:eastAsia="Times New Roman" w:cs="Times New Roman"/>
        </w:rPr>
        <w:t>Avei avei ñaikuaaukáma avei umi Alien and Sedition Acts ary 1798-pe ohechaukaha upe punto Estados Unidos oñeʼẽhápe peteĩ dragónicha. Umi judío joaju Roma ndive rembiasakue, upéva haʼéva línea protestantismo apóstatapegua Daniel 11, versíkulo 13 guive 15 peve, ohechauka peteĩ período mymba raʼanga oñemoheñóihápe; ha upe taʼanga ñemoheñói hína pe prueba paha umi cien cuarenta y cuatro mil-pe g̃uarã. Upéva hína pe prueba haʼekuéra ohasavaʼerã mboyve oñeseella hag̃ua. Upévare, umi judío joaju 161 a.C. guive 158 a.C. peve haʼe peteĩ elemento grave pe prueba-pe, upépe oñemboguata haguéicha umi ohenóivape oĩ hag̃ua umi cien cuarenta y cuatro mil apytépe.</w:t>
      </w:r>
    </w:p>
    <w:p>
      <w:pPr>
        <w:pStyle w:val="ArticleBody"/>
        <w:jc w:val="left"/>
      </w:pPr>
      <w:r>
        <w:rPr>
          <w:rFonts w:ascii="Times New Roman" w:hAnsi="Times New Roman" w:eastAsia="Times New Roman" w:cs="Times New Roman"/>
        </w:rPr>
        <w:t>Ojehechakuaa hag̃ua 161 a. C. guive 158 a. C. peve ohechauka peteĩ ára pukukue ojejapóva símbolo ramo judío-kuéra joaju rupive, oñemoĩ iñakãre historial rembo’e, historiadorkuéra rembo’ére upe joaju oiko hague 161 a. C.-pe, ha umi Millerita-kuéra ombo’e hague 158 a. C.-pe; ha pe jerovia añetegua upe mba’ére oñemoĩmava mokõive ta’angakuéra marangatu ári.</w:t>
      </w:r>
    </w:p>
    <w:p>
      <w:pPr>
        <w:pStyle w:val="ArticleBody"/>
        <w:jc w:val="left"/>
      </w:pPr>
      <w:r>
        <w:rPr>
          <w:rFonts w:ascii="Times New Roman" w:hAnsi="Times New Roman" w:eastAsia="Times New Roman" w:cs="Times New Roman"/>
        </w:rPr>
        <w:t>Pe porandu ndaha’éi añoite umi historiador-kuéra oĩporãpa omoĩvo 161 a. C. pe joaju Judío-kuéra rehegua, térã umi Millerita-kuéra oĩporãpa ohechakuaávo 158 a. C. Añetehápe, oimeraẽva ko mokõi jeporavorãgui oguerekóta peteĩ aty oñemoĩva ne jeporavo rehe. Pe porandu añetegua ha’e hína mokõivéva, umi historiador-kuéra ha umi Millerita-kuéra, oĩporãpa; ha añeteguáva pe joaju Judío-kuéra ndive rehegua añetehápe orrepresentápa peteĩ ára pukukue, ha ndaha’éi peteĩnteva mokõi punto ikatúva oĩva tembiasakue ryepýpe.</w:t>
      </w:r>
    </w:p>
    <w:p>
      <w:pPr>
        <w:pStyle w:val="ArticleBody"/>
        <w:jc w:val="left"/>
      </w:pPr>
      <w:r>
        <w:rPr>
          <w:rFonts w:ascii="Times New Roman" w:hAnsi="Times New Roman" w:eastAsia="Times New Roman" w:cs="Times New Roman"/>
        </w:rPr>
        <w:t>Artíkulo kuéra mboyvévape roikuaauka va’ekue pe rojeroviáva ha’eha peteĩ lógica santifikáda válida: pe joaju Roma ndive ha umi hudío ndive ohechaukaha peteĩ período ohasáva ary 161 a.C. guive ary 158 a.C. peve, ha upe período ohechaukaha profétikamente pe mymba ra’anga ñemoheñói. Upéicha rupi, pe ñembopy’a guasu jepe ojeasepta hag̃ua pe joaju umi hudíokuéra Roma ndiveha peteĩ período de tiempo, oiko peteĩ prueba ramo; ha upe sentido profético-pe oñemohenda porã pe añetegua ndive, pe mymba ra’anga ñemoheñói ha’eha “pe prueba guasu Tupã pueblo-pe g̃uarã.”</w:t>
      </w:r>
    </w:p>
    <w:p>
      <w:pPr>
        <w:pStyle w:val="ArticleBody"/>
        <w:jc w:val="left"/>
      </w:pPr>
      <w:r>
        <w:rPr>
          <w:rFonts w:ascii="Times New Roman" w:hAnsi="Times New Roman" w:eastAsia="Times New Roman" w:cs="Times New Roman"/>
        </w:rPr>
        <w:t>Upéicha, ary 158 a.C. ohechauka araka’e pe joaju umi judío apóstata ojekuaáva Macabeo ramo apytépe oñemopyenda mbaretehague Roma ndive, ha upévare ohechaukaramo pe arapokõindy léi, pórke la Biblia oporandu peteĩ porandu retóricope: “Ikatúpa mokõi oguata oñondive, ndojoajúiramo iñeʼẽme?” 158 a.C. ohechauka moõ ha arakaʼe pe protestantismo apóstata omopeteîha ipo pe pokatu papal ndive, ha pe ára pukukue oñepyrũva 161 a.C.-pe ha ogueraháva 158 a.C.-pe ohechauka pe ára pukukue orepresentáva pe mymba raʼanga ñemoheñoikue. Tuicha mbaʼe jaikuaa hag̃ua pe período ohechaukaha arakaʼe pe protestantismo apóstata ojoajúta pe republicanismo apóstata ndive. Mokõivéva umi pokatu apóstata ojehechauka umi versíkulo paapy guive paharõ peve, upévare okomparti hikuái algunos pehẽngue techaukaha peteĩchagua.</w:t>
      </w:r>
    </w:p>
    <w:p>
      <w:pPr>
        <w:pStyle w:val="ArticleBody"/>
        <w:jc w:val="left"/>
      </w:pPr>
      <w:r>
        <w:rPr>
          <w:rFonts w:ascii="Times New Roman" w:hAnsi="Times New Roman" w:eastAsia="Times New Roman" w:cs="Times New Roman"/>
        </w:rPr>
        <w:t>Tekoporãme jaiporu hag̃ua 1776, 1789 ha 1798 mba’éicha ohechaukáva septiembre 11, 2001, upéi umi Juicio Pelosi rehegua, pe movimiento bandera japu rehegua ndive ojoajúva enero 6, 2021 rehe, ha pe periodo oñepyrũha Biden jeiporavopyre mondapyre, ogueraháva pe léi domingo peve. Ko aplicación-pe, pe Patriot Act ary 2001-pegua, oñembojoajúvo pe Declaration of Independence ndive, ohechauka peteĩ waymark oikuaaukáva pe independencia ñemboguejy ñepyrũ. Upéi pe mokõiha waymark, pe tribunal joavygua Pelosi ha Schiff rehegua, oñembojoajúva pe Constitución ratificación ndive, upéicha rupi ohechaukávo pe Constitución overturning ñepyrũ; upéi ou pe mbohapyha waymark, umi Alien and Sedition Acts rehegua, ohechaukáva Estados Unidos oñe’ẽha dragón-icha. Jaiporu hag̃ua ko’ã waymark ko tape rupi niko hína jahechakuaa hag̃ua umi waymark protestantismo apóstata rehegua, oñerrepresentáva umi Macabeos rupive.</w:t>
      </w:r>
    </w:p>
    <w:p>
      <w:pPr>
        <w:pStyle w:val="ArticleBody"/>
        <w:jc w:val="left"/>
      </w:pPr>
      <w:r>
        <w:rPr>
          <w:rFonts w:ascii="Times New Roman" w:hAnsi="Times New Roman" w:eastAsia="Times New Roman" w:cs="Times New Roman"/>
        </w:rPr>
        <w:t>Ambue nivelpe, oñemopeteĩ hag̃ua umi mbohapy waymark ojejokupyty hag̃uáicha republicanismo apóstata ndive, osẽ peteĩ aplicación michĩmi iñambuéva. 11 jasyporundy 2001-pe oñembojoja 1776 rehe, ha 1789 katu, republicanismo apóstata-pe g̃uarã, oñembojoja umi Alien and Sedition Acts rehe, ha omopyenda peteĩ jehechakuaa iñambuéva umi “acts” apytépe ha pe ñeʼẽ drágon rembiporu rehegua, upéva hína oñerrepresentáva domingo ñemombarete rupive. Oñemoĩ vove mokõive línea oñondive pe contexto pe prueba taʼanga mymba ñarõ rehegua ryepýpe, ombohape hikuái pe estructura profética pe oñemopuʼãha taʼanga mymba ñarõ rehegua, ha pe prueba tuichavéva Tupã tavayguakuérape g̃uarã haʼe pe taʼanga mymba ñarõ rehegua ñemoheñói. Tupã tavayguakuérape g̃uarã, pe taʼanga mymba ñarõ rehegua ñemoheñói, tekotevẽ raẽ oñehechakuaa hag̃ua mbaʼéichapa oñerrepresenta (oñemoheñói) Tupã Ñeʼẽme, ikatu hag̃uáicha umi ára paha tavayguakuéra ohechakuaa upe ñemoheñói pe mundo político ha religioso-pe.</w:t>
      </w:r>
    </w:p>
    <w:p>
      <w:pPr>
        <w:pStyle w:val="ArticleBody"/>
        <w:jc w:val="left"/>
      </w:pPr>
      <w:r>
        <w:rPr>
          <w:rFonts w:ascii="Times New Roman" w:hAnsi="Times New Roman" w:eastAsia="Times New Roman" w:cs="Times New Roman"/>
        </w:rPr>
        <w:t>Upéicharõ, mba’éichapa umi Juicio Pelosi rehegua 6 jasypakõi 2021-pegua ikatu oñembojoaju umi Alien and Sedition Acts rehe? Umi Juicio Pelosi ohechauka mymbaguasu yvykua pypukúgui osẽva vy’aguasu, ha’e ramoite ojuka va’ekue pe presidente ipirapire hetáva omýiva’ekue globalismo. Upe tembiasakue vy’aguasu rehegua oñepyrũ pe Biden oñemoĩ mburuvicha guasu ramo guare, ha upéva orrepresenta peteĩ ára pukukue opa hag̃uáicha Trump oñemoĩ jey vove mburuvicha guasu ramo. Ojehechakuaa va’erã Trump oñemoĩha candidato mburuvicha guasurã mbohapy jey, ha pe peteĩha ha pahápe ogana, ha pe mbytépe katu ipu’aka oñemonda chupe pe pokatu Ñandejára Ñe’ẽme ojekuaaukáva “japu ru” ramo. Umi Juicio Pelosi oñepyrũva’ekue pe elección oñemonda vaekuére ohechauka peteĩ mokõiha aty Juicio Pelosi jehepyme’ẽ rehegua oñepyrũva Trump oñemoĩ jave mburuvicha guasu ramo 20 jasypoapy 2025-pe.</w:t>
      </w:r>
    </w:p>
    <w:p>
      <w:pPr>
        <w:pStyle w:val="ArticleBody"/>
        <w:jc w:val="left"/>
      </w:pPr>
      <w:r>
        <w:rPr>
          <w:rFonts w:ascii="Times New Roman" w:hAnsi="Times New Roman" w:eastAsia="Times New Roman" w:cs="Times New Roman"/>
        </w:rPr>
        <w:t>Pe Joe Biden presidénsia arange oñepyrũ peteĩ serie Juicio Pelosi rehegua ndive ha opa avei peteĩ serie Juicio Pelosi rehegua ndive. Mokõivéva ha’e juicio polítiko; upéicharõ jepe, umi ojeporandu ha oñemoĩva juicio-pe mokõiha aty rehegua ha’e umi osẽva’ekue tenonderã umi juicio peteĩha-pe. Trump mokõiha oñemoĩ jeyrõ guare mburuvicháramo, ojehechauka ary 164 a.C. Trump mokõiha oñemoĩ jey mburuvicháramo ojehechauka 164 a.C. rupive, ha pe ñemoingove jey pe témplo judío rehegua orrepresenta pe ñemoingove jey pe témplo polítiko rehegua mokõiha jey.</w:t>
      </w:r>
    </w:p>
    <w:p>
      <w:pPr>
        <w:pStyle w:val="ArticleBody"/>
        <w:jc w:val="left"/>
      </w:pPr>
      <w:r>
        <w:rPr>
          <w:rFonts w:ascii="Times New Roman" w:hAnsi="Times New Roman" w:eastAsia="Times New Roman" w:cs="Times New Roman"/>
        </w:rPr>
        <w:t>Kóva ha’e pe añoite Antiochus Epiphanes omano hague, ha’eva’ekue pe poder omoĩva’ekue umi práctica religiosa Gréciagui umi hudíore, upéicha rupi omoheñóiva pe Maccabean revolt of 167 BC. Trump mokõiha ñemomarangatu 2025-pe, pe religión Greciapegua (globalismo) ojejokopaitéta Estados Unidos-pe, ha milagro satanikokuéra oñepyrũta omombarete pe tembiapo oguerúva iglesia ha estado oñondive. Upérõ Trump omboheraguapýta umi órden ejecutiva ojoguáva Alien and Sedition Acts-pe, upéicha ojehechauka hag̃ua pe ñepyrũ pe formación de la imagen de la bestia rehegua (161 BC), ha’e avei oñepyrũta pe mokõiha serie Pelosi Trials rehegua. Alien and Sedition Acts ohechauka pe ñepyrũ pe periodo de la formación de la imagen de la bestia rehegua, ha upe periodo opa pe ley dominical-pe, ojehechaukaháicha 158 BC rupive.</w:t>
      </w:r>
    </w:p>
    <w:p>
      <w:pPr>
        <w:pStyle w:val="ArticleBody"/>
        <w:jc w:val="left"/>
      </w:pPr>
      <w:r>
        <w:rPr>
          <w:rFonts w:ascii="Times New Roman" w:hAnsi="Times New Roman" w:eastAsia="Times New Roman" w:cs="Times New Roman"/>
        </w:rPr>
        <w:t>Upéicha, pe tiémpo ha’éva mymba ñarõ ra’ãnga ñemoheñói oñepyrũ umi “tembiapo” reheve ome’ẽva Trump-pe pu’aka omboty hag̃ua umi medio de comunicación principal, omosẽ hag̃ua umi extranjero ilegal ha ojagarra, ogueru hag̃ua huísio-pe umi oĩva Partido Demócrata ñembotavy guasúpe. Ko tiémpo ñepyrũ ohechauka pe ñembojere polítika oguerúva Trump, ha opa ñemboyke hag̃ua religión rehe.</w:t>
      </w:r>
    </w:p>
    <w:p>
      <w:pPr>
        <w:pStyle w:val="ArticleBody"/>
        <w:jc w:val="left"/>
      </w:pPr>
      <w:r>
        <w:rPr>
          <w:rFonts w:ascii="Times New Roman" w:hAnsi="Times New Roman" w:eastAsia="Times New Roman" w:cs="Times New Roman"/>
        </w:rPr>
        <w:t>Ko sentido-pe, pe señal mbytegua 1789 ha pe Constitución rehegua ha’e umi juicio Pelosi rehegua ary 2021-pe, ohechaukáva peteĩ ára pukukue opáva pe tembiasápe peteĩchaitéva pe iñepyrũmbyme guaréicha; ha umi juicio Pelosi pahague aty ha’e peteĩ jejere política umi ko’ág̃a ojejuzgáva ha oñembotypáva rehegua. Pe mokõiha señal pe línea protestantismo apóstata-pe ha’e umi juicio Pelosi rehegua omoañetéva Joe Biden presidencia pukukue, ha pe ára pukukue opa enero 2025-pe, jave pe señal 1789 rehegua, pe línea republicanismo apóstata-pe, og̃uahẽ enero 20, 2025-pe, umi tembiapoukapy ejecutivo ou va’erã pya’e Trump mokõiháichagua oñemoĩ jey rire tendápe. Upéva omoñepyrũ peteĩ ára pukukue tetã oñe’ẽhápe dragón-icha (Alien and Sedition Acts), ogueraháva pe léi domingo peve, upépe tetã oñe’ẽ dragón-icha. Upe ára pukukuépe pe Constitución, ojehechaukáva 1789 rupive, oñembyai mbeguekatúpe ha oñemboyke progressively.</w:t>
      </w:r>
    </w:p>
    <w:p>
      <w:pPr>
        <w:pStyle w:val="ArticleBody"/>
        <w:jc w:val="left"/>
      </w:pPr>
      <w:r>
        <w:rPr>
          <w:rFonts w:ascii="Times New Roman" w:hAnsi="Times New Roman" w:eastAsia="Times New Roman" w:cs="Times New Roman"/>
        </w:rPr>
        <w:t>Trump mokõiha oñemoĩ jey jave tendotáramo, ha’e oiko pe poapyha mburuvicha, pe siete-gui; ha mymba vai ra’anga ñemoheñói ohechauka mba’éichapa Protestantismo ha Republicanismo apóstata ratĩnguéra oñondive oiko peteĩ ratĩramo, umi protestántekuéra oguerekóvo poapyha pe joaju rehe. Upe tembiasakue-pe voi, umi oñehenóivape oiko hag̃ua cien cuarenta y cuatro mil oñesella voi ojejupi mboyve hag̃ua ratĩramo Protestantismo añetegua rehegua pe léi domingo pya’etéma ouvape.</w:t>
      </w:r>
    </w:p>
    <w:p>
      <w:pPr>
        <w:pStyle w:val="ArticleBody"/>
        <w:jc w:val="left"/>
      </w:pPr>
      <w:r>
        <w:rPr>
          <w:rFonts w:ascii="Times New Roman" w:hAnsi="Times New Roman" w:eastAsia="Times New Roman" w:cs="Times New Roman"/>
        </w:rPr>
        <w:t>Pe marandu ñembotýva, ha’éva Jesucristo Revelación, oñembotý’ỹva pe gracia rembiapo ñembotý mboyve, ha’e upe Daniel pehẽngue ojoajúva ára paháre. Upe pehẽngue oñembotý’ỹva ha’e Daniel kapítulo once, versículo cuarenta rembiasakue ñemiguáva, ha versículo trece guive quince peve oñemohenda porã upe rembiasakue ñemiguáre. Upévare, pe marandu oñembotý’ỹva pe gracia rembiapo ñembotý mboyve, ojehechauka va’ekue techapyrãramo Nebucodonosor ta’ãngápe mymbakuéra marandu profético ñemiguáva rupive, ha’e voi pe marandu yvyra mokõi joaju rehegua, umi hatĩ apóstata Protestantismo ha Republicanismo rehegua, ojehechaukáva Macabeos ha Antíoco III rupive versículo trece guive quince peve.</w:t>
      </w:r>
    </w:p>
    <w:p>
      <w:pPr>
        <w:pStyle w:val="ArticleBody"/>
        <w:jc w:val="left"/>
      </w:pPr>
      <w:r>
        <w:rPr>
          <w:rFonts w:ascii="Times New Roman" w:hAnsi="Times New Roman" w:eastAsia="Times New Roman" w:cs="Times New Roman"/>
        </w:rPr>
        <w:t>Pe marandu ohechaukáva mba’éichapa oñemoheñói ta’anga mymba guasu rehegua, ha’e pe marandu oguerúva pe santificación omohu’ã hag̃ua kyhyje’ỹme pe hatĩ protestante añetegua.</w:t>
      </w:r>
    </w:p>
    <w:p>
      <w:pPr>
        <w:pStyle w:val="ArticleBody"/>
        <w:jc w:val="left"/>
      </w:pPr>
      <w:r>
        <w:rPr>
          <w:rFonts w:ascii="Times New Roman" w:hAnsi="Times New Roman" w:eastAsia="Times New Roman" w:cs="Times New Roman"/>
        </w:rPr>
        <w:t>Pe versíkulo catorce-pe, áño 200 a.C.-pe, Roma pagã ojehechauka ypyite marandu profético-pe, opu’ãvo omo’ã hag̃ua mburuvicha pyahu mitã’i Egipto-gua, peteĩ ñemoirũ oñemoheñóiva’ekue Egipto kóntrape Antiochus III ha Felipe de Macedonia rupi. Upe áñope ojejapo Ñorairõ Panium-gua Antiochus III rupive Ptolomeo V kóntrape. Oñemoinge “umi mondaha ne retãyguakuéra”, omoĩva pe visión, peteĩ ñemoirũ Antiochus ha Felipe apytépe, ha Ñorairõ Panium-gua, opa ko’ã mba’e oiko upe áñope. Upévare, pe techaukaha ohechauka peteĩ ñemoirũ Antiochus apytépe, ohechaukáva pe hatĩ republicano mymba yvy rehegua mba’éva, ha Felipe de Macedonia apytépe, Grecia réra yma guarã, ohechaukáva Tetã Joaju.</w:t>
      </w:r>
    </w:p>
    <w:p>
      <w:pPr>
        <w:pStyle w:val="ArticleBody"/>
        <w:jc w:val="left"/>
      </w:pPr>
      <w:r>
        <w:rPr>
          <w:rFonts w:ascii="Times New Roman" w:hAnsi="Times New Roman" w:eastAsia="Times New Roman" w:cs="Times New Roman"/>
        </w:rPr>
        <w:t>Nivel profético-pe, Panio Ñorairõme oiko peteĩ joaju mbói guasu (Macedonia) ha proféta japu (EE. UU.) apytépe. Upe joaju rapykuéri pe mba’e omomýiva ha’e va’ekue ojepartise hag̃ua Egipto yvy dominio, upéva ohechaukáva Rusia ho’áva hag̃uáme.</w:t>
      </w:r>
    </w:p>
    <w:p>
      <w:pPr>
        <w:pStyle w:val="ArticleBody"/>
        <w:jc w:val="left"/>
      </w:pPr>
      <w:r>
        <w:rPr>
          <w:rFonts w:ascii="Times New Roman" w:hAnsi="Times New Roman" w:eastAsia="Times New Roman" w:cs="Times New Roman"/>
        </w:rPr>
        <w:t>Jesús ogueraha ramo hemimbo'e kuérape Pánio-pe, upérõ hérava va'ekue Cesarea Filipos-pegua. Herodes el Grande remimbypa, Herodes Filipos, omyasãiva'ekue táva ñemyatyrõ jey ha ombohéra César Augusto réra rehe ha avei ijehe, upéicha rupi Cesarea Filipos-pegua. Ijokuái joaju ohechauka Róma rehe Róma, ha Filipos ha'e peteĩ Róma michĩvéva César rehegua joaju hag̃uáme; ha nivel profético-pe Herodes Filipos ohechauka Salomépe, Herodías rajýpe. Upévare, téra Cesarea Filipos-pegua rupive jajuhu Herodes Filipos ohechaukaha profeta japu, ha César ohechaukaha papado.</w:t>
      </w:r>
    </w:p>
    <w:p>
      <w:pPr>
        <w:pStyle w:val="ArticleBody"/>
        <w:jc w:val="left"/>
      </w:pPr>
      <w:r>
        <w:rPr>
          <w:rFonts w:ascii="Times New Roman" w:hAnsi="Times New Roman" w:eastAsia="Times New Roman" w:cs="Times New Roman"/>
        </w:rPr>
        <w:t>Upévare, Panium rembiasakue maranduhára ohechauka mokõi joajuha, peteĩme maranduhára japu (Trump) ojepopyhy mbói guasu ndive (Tetã Joajuha), ha ambuépe maranduhára japu (Trump) ojepopyhy papado ndive (César). Pe versíkulo dieciséis-pe oñemombe’u pe léi domingo rehegua, ha upépe oñemoañete pe mbohapy joaju, ha katu pe ñemyatyrõmby oĩma kuri oñemopyenda va’ekue upe léi domingo mboyve, pe versíkulo quince-pe ha Panium Ñorairõme.</w:t>
      </w:r>
    </w:p>
    <w:p>
      <w:pPr>
        <w:pStyle w:val="ArticleScripture"/>
        <w:jc w:val="left"/>
      </w:pPr>
      <w:r>
        <w:rPr>
          <w:rFonts w:ascii="Times New Roman" w:hAnsi="Times New Roman" w:eastAsia="Times New Roman" w:cs="Times New Roman"/>
        </w:rPr>
        <w:t>“Pe peteĩ léi rupive omoañetévo Papado ñemohenda Tupã léi rehe opuʼã hag̃uáicha, ñane retã oñembojaʼótaite hekojojágui. Protestantismo omyasãijey vove ipo yvykuápe oĩva rire hag̃ua ojapyhy po romano pokatúpe, ha ohasa vove pe yvykua pypuku hag̃ua ojopói Espiritualismo ndive, ha, ko mbohapy joaju rehegua influénsia guýpe, ñane retã omboyke vove opaite iprinsípio Constitución rehegua tetã Protestantéva ha republicána ramo, ha omeʼẽ vove tape oñemyasãi hag̃ua umi japu ha jeguerovia vai papal rehegua, upérõ ikatúta jaikuaa oguahẽma hague ára oñemboguatatahápe Satanás rembiapo hechapyrãva ha pe paha hiʼag̃uimaha.” Testimonies, volúmen 5, 451.</w:t>
      </w:r>
    </w:p>
    <w:p>
      <w:pPr>
        <w:pStyle w:val="ArticleBody"/>
        <w:jc w:val="left"/>
      </w:pPr>
      <w:r>
        <w:rPr>
          <w:rFonts w:ascii="Times New Roman" w:hAnsi="Times New Roman" w:eastAsia="Times New Roman" w:cs="Times New Roman"/>
        </w:rPr>
        <w:t>Ñamoĩta ko ñehesa’ỹijo ñane artículo oúvape.</w:t>
      </w:r>
    </w:p>
    <w:p>
      <w:pPr>
        <w:pStyle w:val="ArticleScripture"/>
        <w:jc w:val="left"/>
      </w:pPr>
      <w:r>
        <w:rPr>
          <w:rFonts w:ascii="Times New Roman" w:hAnsi="Times New Roman" w:eastAsia="Times New Roman" w:cs="Times New Roman"/>
        </w:rPr>
        <w:t>“Pe revelasión ndaha’éi mba’e pyahu jejapo térã jejapohare rembiapo, ha katu pe jehechauka upe mba’e oĩmava rehegua, ha ojehechauka mboyve ndojekuaáiva yvypórape. Umi añetegua guasu ha opa’ỹva oĩva evangelio-pe ojehechauka jejeporeka kyre’ỹ rupive ha ñañemomirĩvo Ñandejára renondépe. Pe Mbo’ehára divino ogueraha iñakãme pe ohekáva añetegua ñemomirĩ reheve; ha Espíritu Santo poguýpe, ojekuaauka chupe Ñe’ẽ añeteguakuéra. Ha ndaipóri tape ikatupyryvéva térã añetetevéva ñane moarandu hag̃ua oiko hag̃ua koichaite. Pe Salvador oñe’ẽ vaekue he’i: ‘Ha’e, pe Espíritu añetegua, oguahẽ vove, pene mboguata hag̃ua opaite añeteguápe.’ Espíritu Santo ñeme’ẽ rupive añentende Ñandejára Ñe’ẽ.”</w:t>
      </w:r>
    </w:p>
    <w:p>
      <w:pPr>
        <w:pStyle w:val="ArticleScripture"/>
        <w:jc w:val="left"/>
      </w:pPr>
      <w:r>
        <w:rPr>
          <w:rFonts w:ascii="Times New Roman" w:hAnsi="Times New Roman" w:eastAsia="Times New Roman" w:cs="Times New Roman"/>
        </w:rPr>
        <w:t>Pe salmista he'i: “Mba'éicha piko peteĩ mitãrusu omopotĩta hape? Oñangarekóvo hese nde ñe'ẽ he'iháicha. Che py'aite guive roheka kuri: ani hag̃ua che reho vai nde mandamiéntogui.... Eipe'a che resa, ikatu hag̃uáicha ahecha mba'e hechapyrã nde léigui.”</w:t>
      </w:r>
    </w:p>
    <w:p>
      <w:pPr>
        <w:pStyle w:val="ArticleScripture"/>
        <w:jc w:val="left"/>
      </w:pPr>
      <w:r>
        <w:rPr>
          <w:rFonts w:ascii="Times New Roman" w:hAnsi="Times New Roman" w:eastAsia="Times New Roman" w:cs="Times New Roman"/>
        </w:rPr>
        <w:t>“Ñandejehe oñeñe’ẽ jajerure hag̃ua pe añetegua rehe tesóro ñemícha. Ñandejára oipe’a pe oikuaase añetegua añetehápe rekove arandu; ha Espíritu Santo ombohekopyahu chupe ikatu hag̃uáicha ojapyhy pe revelación añetegua. Kóva he’ise pe salmista ojerure jave ojepe’a hag̃ua hesa, ohecha hag̃ua mba’e hechapyrãva léi guive. Pe ánga hyjúi jave Jesucristo porãite hag̃ua rehe, pe apytu’ũ oñemokatupyry ojapyhy hag̃ua pe yvy ambue iporãvéva mimbipa. Pe Mbo’ehára Tupãguáre añoite ñepytyvõ rupi ikatu ñantende Ñandejára Ñe’ẽ añetegua. Cristo mbo’ehaópe ñañembo’e jajapo hag̃ua ñande py’a guasu’ỹ ha ñemomirĩ, oñeme’ẽgui ñandéve entendimiento umi ñemimby Tupãrayhu rehegua.”</w:t>
      </w:r>
    </w:p>
    <w:p>
      <w:pPr>
        <w:pStyle w:val="ArticleScripture"/>
        <w:jc w:val="left"/>
      </w:pPr>
      <w:r>
        <w:rPr>
          <w:rFonts w:ascii="Times New Roman" w:hAnsi="Times New Roman" w:eastAsia="Times New Roman" w:cs="Times New Roman"/>
        </w:rPr>
        <w:t>“Pe Ñe’ẽ omongu’evape vaʼekue haʼe vaʼekue pe Ñe’ẽ Mbohesakãha añetegua. Cristo omyesakã iñemboʼékuéra ojapóvo umi ohendúvape ohechakuaa hag̃ua umi tembiapoukapy isãsóva naturaleza rehegua, ha umi mbaʼe ojekuaa porãva ha ára ha ára ojehecha ha ojepoko hag̃uáicha hese. Péicha omboguata vaʼekue iñapytuʼũkuéra pe natural guive pe espiritual peve. Heta ndaikatúi vaʼekue pyaʼe guive ohupyty iporã hag̃uáicha heʼiséva iporombojoja hag̃ua; upéicharõ jepe, ára ha ára ojejuhúvo umi mbaʼe ndive pe Mboʼehára Guasu ombojoajúvaʼekue umi añetegua espiritual rehe, oĩ vaʼekue ohechakuaáva umi mboʼepy añetegua divina rehegua haʼe oiméne hague oimprimise hag̃ua, ha koʼãva oguerovia pe añetegua imisión rehegua ha oñekonverti evangelio-pe.”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peteĩ sa po mokõi ha irundypa mokõi hag̃ua hag̃ua?</dc:title>
  <dc:subject>Ojehechauka Tembiasakue Kañymby: Alineación Profética Daniel 11-gui ha ñemboty 144,000 rehegua</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