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poapy irundypa irundy hag̃ua hag̃uáicha hag̃ua</w:t>
      </w:r>
    </w:p>
    <w:p>
      <w:pPr>
        <w:pStyle w:val="ArticleSubtitle"/>
        <w:jc w:val="left"/>
      </w:pPr>
      <w:r>
        <w:rPr>
          <w:rFonts w:ascii="Arial" w:hAnsi="Arial" w:eastAsia="Arial" w:cs="Arial"/>
        </w:rPr>
        <w:t>Umi Maccabeo rehegua: Trump py’aguapy ha tape profético pe Mymba Ra’anga gotyo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Pe línea ojehechaukáva umi Macabeo rupive (oikuaaukáva protestantismo apóstata Estados Unidos-pe), omoñepyrũ hembiapovai ñorairõ religión griega rehe Modeín-pe, ary 167 a.C.-pe. Upépe umi Macabeo ipu’aka Antiochus Epiphanes ñeha’ã rehe ombohapévo religión griega umi judío ári, ha avei ojuka umi judío ruvichápe omba’apóva Antiochus ndive. Péicha, Biden oñemongu’e’ỹva elección 2024-pe, bloque de voto ojekuaáva “Religious Right” rupive. Ko tembiasakue omombe’u elección 2024 jeguaka, protestantismo apóstata ipu’akaha ndaha’éi añoite umi republicano globalista hérava RINO’s ári, ha avei umi demócrata ateo ñeha’ã rehe ombohapévo religión woke-ismo rehegua tetã ári.</w:t>
      </w:r>
    </w:p>
    <w:p>
      <w:pPr>
        <w:pStyle w:val="ArticleBody"/>
        <w:jc w:val="left"/>
      </w:pPr>
      <w:r>
        <w:rPr>
          <w:rFonts w:ascii="Times New Roman" w:hAnsi="Times New Roman" w:eastAsia="Times New Roman" w:cs="Times New Roman"/>
        </w:rPr>
        <w:t>Pe ñorairõ ñemano marangatúva ojehechauka hag̃ua Macabeokuéra línea rupive, oñepyrũ 2015-pe, pe mburuvicha oguerekóva heta mba’e omongu’évo dragón pokatu globalismo rehegua, ha pe dragón rembiapo ojukávo mokõi testígope oike avei umi Juicio Pelosi rehegua, ojejapóva enero 6, 2021 rehe. Modein ha pe pu’aka Macabeokuéra rehegua ohechauka protestantismo apóstata rembiapo jejopyrãrã amo gotyovegua ára noviembre 5, 2024-pe. Pe ñemoĩ hag̃ua tembiapópe enero 20, 2025-pe oñembojoguákuri 164 a.C. rehe, upéva ohechaukáva pe mokõiha tupão ñemboyke jey marangatúrõ, ha upe añoitépe voi (164 a.C.) omano Antiochus Epiphanes. Antiochus ohechauka pe Partido Demócrata, ha umi iñirũnguéra globalista ojehechauka hag̃uáva Republicano ramo, jepémo ndaha’éi véima republicano MAGA peteĩ kuña ha’e hag̃ua kuimba’eicha.</w:t>
      </w:r>
    </w:p>
    <w:p>
      <w:pPr>
        <w:pStyle w:val="ArticleBody"/>
        <w:jc w:val="left"/>
      </w:pPr>
      <w:r>
        <w:rPr>
          <w:rFonts w:ascii="Times New Roman" w:hAnsi="Times New Roman" w:eastAsia="Times New Roman" w:cs="Times New Roman"/>
        </w:rPr>
        <w:t>Pe ñorairõ político ojehechaukáva umi versíkulo trece guive quince peve, opakuévo ñorairõ Panium-pe, oho joajúpe pe ñorairõ religioso ndive upe tembiasakuepe woke-ismo ha protestantismo apóstata apytépe. Trump oñemohendávo iñepyrũrãme 2025-pe, ojehechaukáva pe mokõiha templo oñembojevykuaa jey haguére ary 164 a.C.-pe, upéi oñepyrũta añetehápe omohenda hag̃ua pe mymba ra’anga, ombyatývo pe iglesia protestante apóstata iñirũnguérare pe igoviérno republicano apóstata ndive, ojehechaukáva Roma ha Macabeo-kuéra joaju rupive ary 161 a.C. guive 158 a.C. peve. Trump ombojoajúta iglesia ha Estado peteĩ ñe’ẽme’ẽme, upépe pe elemento religioso oguerekóta mburuvicha rehegua pu’aka. Pe tembiasakue proféticope, pe mymba yvy rehegua omoheñóivo pe mymba catolicismo rehegua ra’anga, pe hatĩ republicano apóstata ha pe hatĩ protestante apóstata omyenyhẽta hikuái ikápa hi’ára de prueba rehegua pe eternotekove porandu gotyo vai hag̃uápe.</w:t>
      </w:r>
    </w:p>
    <w:p>
      <w:pPr>
        <w:pStyle w:val="ArticleBody"/>
        <w:jc w:val="left"/>
      </w:pPr>
      <w:r>
        <w:rPr>
          <w:rFonts w:ascii="Times New Roman" w:hAnsi="Times New Roman" w:eastAsia="Times New Roman" w:cs="Times New Roman"/>
        </w:rPr>
        <w:t>Inagurasióngui guive, ojehechaukáva pe mokõiha ñemopotĩ Templo rehegua 164 ary Cristo mboyvepe, oñepyrũ tembiapo oñemoheñóivo pe mymba ra'ãnga, ojehechaukaháicha umi hudío ha Roma joaju rupive 161 ary Cristo mboyve guive 158 ary Cristo mboyve peve. Trump ojeporavojeyta 5 de noviembre de 2024-pe (167 ary Cristo mboyve), ha iñeinagurasiónpe (164 ary Cristo mboyve) ha'e oikóta pe poapyha tendota ára paha guive oñepyrũva 1989-pe. Péicha ojapóvo, ha'e oikóta pe poapyha, upéva he'iséva umi siete apytégui, ojoguaháicha pe mymba papal rehegua, oikóva pe poapyha tetãnguéra Biblia profecía-pe, okuera jey vove iñembyai hag̃ua hag̃uáicha pe léi domingo-pe. Iñeinagurasión ojehechauka va'ekue pe mokõiha Templo oñembopyahujey haguére umi Macabeo rupive 164 ary Cristo mboyvepe. Pe Macabeokuéra pu'aka ñorairõ oñepyrũ mbohapy ary mboyve pe táva Modeínpe, he'iséva “protesta”, ha upéva ohechauka ijelección jejopy porã 5 de noviembre de 2024-pe.</w:t>
      </w:r>
    </w:p>
    <w:p>
      <w:pPr>
        <w:pStyle w:val="ArticleBody"/>
        <w:jc w:val="left"/>
      </w:pPr>
      <w:r>
        <w:rPr>
          <w:rFonts w:ascii="Times New Roman" w:hAnsi="Times New Roman" w:eastAsia="Times New Roman" w:cs="Times New Roman"/>
        </w:rPr>
        <w:t>Áño 164 a.C.-pe oiko mokõiha ñemomarangatu mokõiha Templo rehegua; upéicha rupi ohechauka profétikamente Trump mokõiha oñemoĩjeyha hembiaporãme 20 jasypokõi 2025-pe. Upe jave ha’e añetehápe oiko pe ochoha mburuvicha guasu, umi siete mburuvicha guasu mboyvegua apytégui. Pe ary 164 a.C. judaísmo omomandu’a hag̃ua pe mokõiha ñemomarangatu mokõiha Templo rehegua.</w:t>
      </w:r>
    </w:p>
    <w:p>
      <w:pPr>
        <w:pStyle w:val="ArticleBody"/>
        <w:jc w:val="left"/>
      </w:pPr>
      <w:r>
        <w:rPr>
          <w:rFonts w:ascii="Times New Roman" w:hAnsi="Times New Roman" w:eastAsia="Times New Roman" w:cs="Times New Roman"/>
        </w:rPr>
        <w:t>Ñemoñepyrũ guasúpe Trump oiko hag̃ua pe poapyha, ha’éva umi siete apytégui, ha upe guive oikóta milagrokuéra satánico omombaretéva pe tembiapo oñemoheñói hag̃ua ta’anga pe mymbajuasúpe g̃uarã. Poapyha ha’e peteĩ símbolo pe ta’anga rehegua pe mymbajuasu oikove jey va’ekue, ha upe jave oñepyrũ pe ta’anga ñemoheñói, oñerepresentaháicha ary 161 a.C.</w:t>
      </w:r>
    </w:p>
    <w:p>
      <w:pPr>
        <w:pStyle w:val="ArticleBody"/>
        <w:jc w:val="left"/>
      </w:pPr>
      <w:r>
        <w:rPr>
          <w:rFonts w:ascii="Times New Roman" w:hAnsi="Times New Roman" w:eastAsia="Times New Roman" w:cs="Times New Roman"/>
        </w:rPr>
        <w:t>Ta’ãnga mymba ñarõmegua ñemoheñói ojejapo raẽ Tetã peteĩ reko Amérikape, ha upéi upe ta’ãnga mymba ñarõmegua oñemoĩ mbaretépe opaite yvy ape ári. Oñepyrũvo Tetã peteĩ reko Amérika ombojerovia hag̃ua yvórape ta’ãnga mymba ñarõmegua rehegua, upe ta’ãnga oñe’ẽtava ha omoĩtava jejuka hag̃ua opa umi noñesũséivape upe ta’ãnga mymba ñarõmegua renondépe, upe jave Tetã peteĩ reko Amérika ohasáma va’erã peteĩ léi Arateĩ rehegua, ha omopu’ã peteĩ joaju mbohapyháva. Pe léi Arateĩ reheguápe, pe joaju mbohapyháva oĩma ñemohendápe, ha og̃uahẽma pe ára Satanás rembiapo hechapyrãva hag̃ua, ha’e ombojoja ijehe Cristo rehe, ha ojapo milagrokuéra ombotavy hag̃ua yvórape oguerovia hag̃ua pe ta’ãnga mymba ñarõmegua yvórapegua ha pe ñemomba’e guasu Arateĩ rehegua. Upérõ Trump oiko umi diez mburuvicha guasu ruvicha hag̃ua.</w:t>
      </w:r>
    </w:p>
    <w:p>
      <w:pPr>
        <w:pStyle w:val="ArticleBody"/>
        <w:jc w:val="left"/>
      </w:pPr>
      <w:r>
        <w:rPr>
          <w:rFonts w:ascii="Times New Roman" w:hAnsi="Times New Roman" w:eastAsia="Times New Roman" w:cs="Times New Roman"/>
        </w:rPr>
        <w:t>Upéicha, Trump oñemopu’ãrõ guáicha mburuvicha guasu peteĩha ramo umi pa mokõi mburuvichaguasu apytépe, oñemboguapýva pe joaju mbohapyve rehe pe arapokõindy léi oúta hag̃uápe, upéva oñemombe’upyre yma Trump oñemopu’ãramo guare presidente poapyha ramo, he’iséva umi siete-gui, jasypokõi 20, 2025-pe. Pe arapokõindy léipe, omohu’ãva mymba ra’anga ñemoheñói Tetã peteĩ reko Amérikape, pe mymba papal avei oiko chugui pe poapyha, umi siete-gui. Upévare, pe aravo de prueba pe mymba ra’anga rehegua oñepyrũ Trump oikóramo pe poapyha ramo umi siete-gui, ha upe aravo opa vove, pe papado avei oiko pe poapyha ramo umi siete-gui, pórke Alfa ha Omega ohechauka pe paha pe ñepyrũ reheve.</w:t>
      </w:r>
    </w:p>
    <w:p>
      <w:pPr>
        <w:pStyle w:val="ArticleBody"/>
        <w:jc w:val="left"/>
      </w:pPr>
      <w:r>
        <w:rPr>
          <w:rFonts w:ascii="Times New Roman" w:hAnsi="Times New Roman" w:eastAsia="Times New Roman" w:cs="Times New Roman"/>
        </w:rPr>
        <w:t>Milágro satánico-kuéra oñepyrũ Trump oñemoîrõ guare cargo-pe, upe jave oñepyrũ hag̃ua pe período oñemoheñóihápe pe mymba ra’anga, ha upéva ohechauka pe tembiapo hechapyrãva Satanás ojapóva oñepyrũva pe período paha gotyo oñemoheñóihápe pe mymba ra’anga Estados Unidos-pe. Trump oñemoîrõ cargo-pe ohechauka upe período ñepyrũ, ha iñemoîrõ peteĩ mburuvicha guasu ramo umi diez ruvicha Naciones Unidas-gua apytépe ohechauka upe período paha. Umi ñemoîrõ ñepyrũ ha paha-pe, mokõivéva omoñepyrũva pe mymba ra’anga ñemoheñói, tenonderãite oiko Estados Unidos-pe, ha upéi opaite yvy ape ári.</w:t>
      </w:r>
    </w:p>
    <w:p>
      <w:pPr>
        <w:pStyle w:val="ArticleBody"/>
        <w:jc w:val="left"/>
      </w:pPr>
      <w:r>
        <w:rPr>
          <w:rFonts w:ascii="Times New Roman" w:hAnsi="Times New Roman" w:eastAsia="Times New Roman" w:cs="Times New Roman"/>
        </w:rPr>
        <w:t>Pe joaju aty térã pe joaju Róma ndive, oikova’ekue ary 161 a.C. guive ary 158 a.C. peve, omombe’ukuaa ko tembiasakue, ha oñemohu’ã pe léi arapokõindy rehegua ndive pe versíkulo dieciséis-pe. Pe tembiapo paha, oñemoañetévo peteĩ gobiérno ha’evéva peteĩ ta’ãnga sistema papál-gui, oñepyrũ mymba ñarõ ra’ãnga ñemoheñóiramo, ha Trump omombarete upéva, ojevykuévo omyengovia hag̃ua umi mba’e poravorã polítikore apostata protestántekuéra ome’ẽ va’ekue chupe iñakãrapu’ã política-pe.</w:t>
      </w:r>
    </w:p>
    <w:p>
      <w:pPr>
        <w:pStyle w:val="ArticleBody"/>
        <w:jc w:val="left"/>
      </w:pPr>
      <w:r>
        <w:rPr>
          <w:rFonts w:ascii="Times New Roman" w:hAnsi="Times New Roman" w:eastAsia="Times New Roman" w:cs="Times New Roman"/>
        </w:rPr>
        <w:t>Ko apopyre pyahu oñemoĩva’erã pe tembiasakue kañymby versíkulo cuarenta-pe. Pe tembiasakue kañymby Daniel once, versíkulo mokõi guive versíkulo mbohapy peve, avei oñemoĩva’erã upe apopyre ári. Pe tembiasakue profétika mokõi testígo rehegua Apocalipsis kapítulo once-pe guáva avei oñemoĩva’erã upe apopyre ári. Oñembojoajúvo ko’ã mbohapy línea pe tembiasakue kañymby versíkulo cuarenta-pe, Judá trivúgui pe León oipe’a hína umi séllo pe porción profesía Daniel rehegua ojejokóva’ekue pe ára pahápe peve.</w:t>
      </w:r>
    </w:p>
    <w:p>
      <w:pPr>
        <w:pStyle w:val="ArticleScripture"/>
        <w:jc w:val="left"/>
      </w:pPr>
      <w:r>
        <w:rPr>
          <w:rFonts w:ascii="Times New Roman" w:hAnsi="Times New Roman" w:eastAsia="Times New Roman" w:cs="Times New Roman"/>
        </w:rPr>
        <w:t>¿Oñembopútapa trompéta távape, ha avave ndokyhyjéi? ¿Oikónepa mba'e vai peteĩ távape, ha Ñandejára ndojapói upéva? Añetehápe, Ñandejára Tupã ndojapomo'ãi mba'eve, oikuaauka'ỹre iñemimbyetáva hembiguái maranduhárape. León okororõma, máva piko ndokyhyjemo'ãi? Ñandejára Tupã oñe'ẽma, máva piko ikatu ndomaranduhái? Pemombe'u Asdod rógaguasúpe, ha Egipto retã rógaguasúpe, ha peje: Peñembyaty Samaria yvyty ári, ha pehecha umi sarambi guasu ipytépe, ha umi oñembopy'aju vaekue ipytépe. Amós 3:6–9.</w:t>
      </w:r>
    </w:p>
    <w:p>
      <w:pPr>
        <w:pStyle w:val="ArticleBody"/>
        <w:jc w:val="left"/>
      </w:pPr>
      <w:r>
        <w:rPr>
          <w:rFonts w:ascii="Times New Roman" w:hAnsi="Times New Roman" w:eastAsia="Times New Roman" w:cs="Times New Roman"/>
        </w:rPr>
        <w:t>Pe marandu ojeipe’a’ỹva, ojehechauka hag̃ua pe tembiasakue kañymby oĩvape Daniel 11, versíkulo cuarenta-pe, ha’e pe marandu sellado rehegua; ha Amós oporandu hag̃uaicha peteĩ porandu retóriko mba’éichapa oikóta peteĩ trompéta oñembopu peteĩ távape, ha peteĩ león oñehẽramo; ha Amós ome’ẽ pe mbohovái he’ívo Tupã ndojapomo’ãi mba’eve, ndaha’éiramo oikuaaukáma raẽ hembiguái kuéra profétape. Ha’e omoinge avei pe marandu trompéta rehegua, ojejapóva omoheñói hag̃ua kyhyje marangatu, avei ohechaukátaha mba’evai oĩva pe távape, ha upéva oikuaauka va’erãha Asdod-pe, Egipto-pe ha Samaria-pe, ohechaukáva pe mbohapy hendáicha ojejapóva Babilonia ko’ág̃agua. Pe marandu trompéta sellado rehegua oñemombe’u va’erã kuri opaite yvy ape ári, umi tembiapo ojehechaukáva pe marandu sellado reheguápe mboyve. Pe marandu trompéta ha’éva pe marandu sellado rehegua oguereko pe “Añetegua” firma, pe ára sellado rehegua oñemohendágui mbohapy trompéta ñembopu ári pe mbohapyha aña guasu rehegua.</w:t>
      </w:r>
    </w:p>
    <w:p>
      <w:pPr>
        <w:pStyle w:val="ArticleBody"/>
        <w:jc w:val="left"/>
      </w:pPr>
      <w:r>
        <w:rPr>
          <w:rFonts w:ascii="Times New Roman" w:hAnsi="Times New Roman" w:eastAsia="Times New Roman" w:cs="Times New Roman"/>
        </w:rPr>
        <w:t>Pe trompéta ñepyrũrã ohechauka vaʼekue pe oñemohuʼã hag̃ua pe sellamiento 11 jasyporundy 2001-pe, ha pe pahaguéva orrepresenta pe sellamiento paha pe léi domingo oúma hag̃uápe, upérõ pe yvyryrýi guasúpe pe mbohapyha ñembyasy ou pyaʼe hag̃uáicha. Pe mbytépe oúva pe trompéta pu oiko 7 jasypa 2023-pe, ary yma guare yvy hechapyrãva oñembota peteĩ ñorairõ sapyʼágui Islam rehegua rupive pe mbohapyha ñembyasy rehegua, oiko haguéicha pe yvy hechapyrãva koʼag̃agua rehe oñembota peteĩ ñorairõ sapyʼágui Islam rehegua rupive pe mbohapyha ñembyasy rehegua ary 2001-pe, ha oikóta haguéicha pe pahaitépe umi mbohapy pu apytépe pe léi domingo oúma hag̃uápe. Pe ataque sapyʼa mbytegua pe yvy hechapyrãva yma guarévare, oiko vaʼekue Israel literal rehe, peteĩ símbolo pe puʼaka hag̃ua pe ñemoĩvai okurusifika vaʼekue pe Mesías-pe.</w:t>
      </w:r>
    </w:p>
    <w:p>
      <w:pPr>
        <w:pStyle w:val="ArticleBody"/>
        <w:jc w:val="left"/>
      </w:pPr>
      <w:r>
        <w:rPr>
          <w:rFonts w:ascii="Times New Roman" w:hAnsi="Times New Roman" w:eastAsia="Times New Roman" w:cs="Times New Roman"/>
        </w:rPr>
        <w:t>Amós ñe’ẽmondo turu rehegua oñemyasãi vaʼerã arapy pukukue javeve, ha upe tembiapo oikuaauka hag̃ua upe ñe’ẽmondo oñepyrũvaʼekue jasypa paha 2023-pe. Upéi Judá ñemoñare León osapukái, ha máva piko ndokyhyjemoʼãi, ha máva piko ipyʼaguasúta omoneĩ hag̃ua umi mbaʼe ojehúva, ojoajúva sellamiento ára rehe umi cien cuarenta y cuatro mil rehegua, koʼág̃a oñembohesakãha hína yvy ape ári. Koʼã artículo koʼág̃a oĩ hetave cien veinte tetãme, hetave sesenta ñeʼẽme, ha ikatu oñemoñeʼẽ térã oñehendu.</w:t>
      </w:r>
    </w:p>
    <w:p>
      <w:pPr>
        <w:pStyle w:val="ArticleScripture"/>
        <w:jc w:val="left"/>
      </w:pPr>
      <w:r>
        <w:rPr>
          <w:rFonts w:ascii="Times New Roman" w:hAnsi="Times New Roman" w:eastAsia="Times New Roman" w:cs="Times New Roman"/>
        </w:rPr>
        <w:t>Ojehovasáva pe ombohasáva, ha umi ohendúva ko marandu poravorã ñe'ẽ, ha ojapóva umi mba'e ojehaíva ipype; pe ára hi'aguĩgui. Apocalipsis 1:3.</w:t>
      </w:r>
    </w:p>
    <w:p>
      <w:pPr>
        <w:pStyle w:val="ArticleBody"/>
        <w:jc w:val="left"/>
      </w:pPr>
      <w:r>
        <w:rPr>
          <w:rFonts w:ascii="Times New Roman" w:hAnsi="Times New Roman" w:eastAsia="Times New Roman" w:cs="Times New Roman"/>
        </w:rPr>
        <w:t>Pe tata guive altar ári oĩva, oñembojehe'áva ñembo'e ha insiénso ndive, oñemombo yvy ári oñemboguejývo pe séllo poapyha ha pahápe, oĩ kuri ñe'ẽnguéra, arapoty, overa ha peteĩ yvyryrýi guasu. Pe yvyryrýi guasu oiko pe marandu Pyhare Mbytegua Sapy'aitépe osẽva rehe, oñemombo tataicha umi santo ojahe'óva ha osapukáiva ári Ezequiel capítulo nueve-pe, pe tata oguejy haguéicha Pentecostés-pe. Upéva pe tata orrepresenta kuri peteĩ marandu upérõ ogueraháva opa tetãme, ñemoñarépe, ñe'ẽme ha tavayguápe, ko'ã artículo-icha. Upéva pe tata orrepresenta kuri pe katupyry ogueraha hag̃ua upe marandu heta ñe'ẽme, ko'ã artículo-icha. Ko'ã artículo ohechauka hag̃ua voi upe oikótava, pe Ñandejára ndajajapói mba'eve noikuaauka mboyve irembiapo Iñe'ẽ Profética rupive.</w:t>
      </w:r>
    </w:p>
    <w:p>
      <w:pPr>
        <w:pStyle w:val="ArticleScripture"/>
        <w:jc w:val="left"/>
      </w:pPr>
      <w:r>
        <w:rPr>
          <w:rFonts w:ascii="Times New Roman" w:hAnsi="Times New Roman" w:eastAsia="Times New Roman" w:cs="Times New Roman"/>
        </w:rPr>
        <w:t>Pehendu yvága, ha che añe’ẽta; ha ehendu, yvy, che juru ñe’ẽnguéra. Che mbo’epy oguejyta amaicha, che ñe’ẽ osyryryta ysapýicha, ama mĩicha kapi’i pyahu ári, ha ama guasúicha ñana ári: che amombe’útagui Ñandejára réra; peñeme’ẽ tuicha hag̃ua ñande Járape. Ha’e hína Ita Guasu, hembiapo niko perfecto; opa tape oikova’ekue hese niko tekojoja: Tupã añetegua ha ndaipóri hembýpe teko añáva, hekojojáva ha hekopotĩva hína ha’e. Haʼekuéra oñembyaíma ijehegui, ikyʼa ndahaʼéi taʼýra kuéra kyʼaicha: haʼekuéra hína peteĩ generación vai ha karẽ. Deuteronomio 32:1–5.</w:t>
      </w:r>
    </w:p>
    <w:p>
      <w:pPr>
        <w:pStyle w:val="ArticleBody"/>
        <w:jc w:val="left"/>
      </w:pPr>
      <w:r>
        <w:rPr>
          <w:rFonts w:ascii="Times New Roman" w:hAnsi="Times New Roman" w:eastAsia="Times New Roman" w:cs="Times New Roman"/>
        </w:rPr>
        <w:t>Pe “doctrina” oky riregua koʼág̃a ojejapo ojekuaauka hag̃ua Ñandejára rupive, ha umi doctrina omoheñóiva pe marandu Sapyʼa Pyharegua-Ky riregua marandu oñemopyenda “Ñandejára réra” ári. Héra hína “Añetegua”, haʼe hína Palmoni, pe Papaha hechapyrãva, ha haʼe hína pe Ñeʼẽnguéra kuaaha hechapyrãva, haʼe hína Alfa ha Omega, haʼe hína Ñandejára Raʼy ha Yvypóra Raʼy, haʼe hína Paʼi Guasu, haʼe hína Judá ñemoñare León, ha haʼe hína Miguel pe arcángel. Koʼã Cristo réra opaite ningo peteĩcha oĩ Jesús Cristo Revelación rehegua pehẽnguéicha, upéva ojeipeʼa hag̃ua itysýiʼỹ mboyve pe ára oñembotýta hag̃ua pe período de prueba, ha avei haʼekuéra peteĩcha oĩ umi artículo ojekuaaukáva yvy ape ári pukukue javeve julio paha guive, ary 2023 guive. “Pe oguerekóva apysa, tohendu pe Espíritu heʼíva umi iglésiape.”</w:t>
      </w:r>
    </w:p>
    <w:p>
      <w:pPr>
        <w:pStyle w:val="ArticleBody"/>
        <w:jc w:val="left"/>
      </w:pPr>
      <w:r>
        <w:rPr>
          <w:rFonts w:ascii="Times New Roman" w:hAnsi="Times New Roman" w:eastAsia="Times New Roman" w:cs="Times New Roman"/>
        </w:rPr>
        <w:t>Pe León Juda ñemoñaregua, ha’éva upe ipu’akáva ha ohupytýva pe derécho oipe’a hag̃ua pe kuatiañe’ẽ oñembotýva siete sello reheve, ko’ág̃a osapukái hína, ojapo haguéicha 22 jasypa 1844-pe: máva piko ndokyhyjemo’ãi?</w:t>
      </w:r>
    </w:p>
    <w:p>
      <w:pPr>
        <w:pStyle w:val="ArticleScripture"/>
        <w:jc w:val="left"/>
      </w:pPr>
      <w:r>
        <w:rPr>
          <w:rFonts w:ascii="Times New Roman" w:hAnsi="Times New Roman" w:eastAsia="Times New Roman" w:cs="Times New Roman"/>
        </w:rPr>
        <w:t>Ha osapukái hatã ñe'ẽme, peteĩ león okororõháicha; ha osapukái rire, siete arapapukái omosẽ iñe'ẽnguéra. Ha umi siete arapapukái omosẽ rire iñe'ẽnguéra, che aime va'ekue ahai hag̃uáicha; ha ahendu peteĩ ñe'ẽ yvágagui he'íva chéve: Emboty umi mba'e umi siete arapapukái he'iva'ekue, ha ani rehai. Apocalipsis 10:3, 4.</w:t>
      </w:r>
    </w:p>
    <w:p>
      <w:pPr>
        <w:pStyle w:val="ArticleBody"/>
        <w:jc w:val="left"/>
      </w:pPr>
      <w:r>
        <w:rPr>
          <w:rFonts w:ascii="Times New Roman" w:hAnsi="Times New Roman" w:eastAsia="Times New Roman" w:cs="Times New Roman"/>
        </w:rPr>
        <w:t>Peteĩ tembiasakue marangatu oñemohenda porãva tembiasakue kañymby ndive Daniel once versículo cuarenta-pe guarã ha’e hína umi Millerita rembiasakue, oñembotývo Mateo veinticincope oĩva pa’ũme umi diez virgen rehegua, Apocalipsis diez-pe umi siete trueno rehegua, Habacuc capítulo dos, ha Ezequiel capítulo doce, versículos veintiuno guive veintiocho peve. Ijypykue oñepyrũ ára pahápe ary 1798-pe, upéva ojuehegua ára pahápe ary 1989-pe. Apocalipsis capítulo diez-pe, umi siete trueno omosẽ ijayvu, ha katu Juan ndojehejái ohai hag̃ua mba’épa umi siete trueno he’i va’ekue. Apóstol Pablo ohecha ha ohendu mba’e kuéra yvága mbohapyhápe ndaha’éiva lísito yvypórape oha hag̃ua.</w:t>
      </w:r>
    </w:p>
    <w:p>
      <w:pPr>
        <w:pStyle w:val="ArticleScripture"/>
        <w:jc w:val="left"/>
      </w:pPr>
      <w:r>
        <w:rPr>
          <w:rFonts w:ascii="Times New Roman" w:hAnsi="Times New Roman" w:eastAsia="Times New Roman" w:cs="Times New Roman"/>
        </w:rPr>
        <w:t>“Apóstol Pablo-pe, ijerovia cristiana oñepyrũmboyve guive, oñeme’ẽkuri chupe oportunidad especial-kuéra oikuaa hag̃ua Tupã rembipota Jesús rapicha-kuéra rehegua. Ha’e oñeguerahahague ‘yvágape mbohapyha peve,’ ‘paraísope, ha ohendúkuri ñe’ẽ ndaikatúiva oñemombe’u, ndaha’éigui lícito yvypórape he’i hag̃ua.’ Ha’e voi omoneĩkuri heta ‘visión ha revelación’ oñeme’ẽ hague chupe ‘Ñandejáragui.’ Iñarandupy rehegua, umi principio añetegua evangeliopegua rehegua, ojoja va’ekue umi ‘apóstol ijojaha’ỹvéva’ ndive. 2 Corintios 12:2, 4, 1, 11. Ha’e oguerekókuri hesakã porã ha henyhẽ hag̃uáicha pe ‘ijyvate, ipukukue, ipypuku, ha ijyvatekue’ pe ‘Cristo mborayhu, ohasáva opa kuaa arandu’ rehegua. Efesios 3:18, 19.” Hechos de los Apóstoles, 469.</w:t>
      </w:r>
    </w:p>
    <w:p>
      <w:pPr>
        <w:pStyle w:val="ArticleBody"/>
        <w:jc w:val="left"/>
      </w:pPr>
      <w:r>
        <w:rPr>
          <w:rFonts w:ascii="Times New Roman" w:hAnsi="Times New Roman" w:eastAsia="Times New Roman" w:cs="Times New Roman"/>
        </w:rPr>
        <w:t>Opavave marandekuéra omombe’u umi ára pahápe guarã, ha umi mba’e Juan ohendúva’ekue umi siete aratiri “he’ẽ” jave iñe’ẽnguéra, oñembotove chupe ohai hag̃ua. Umi mba’e Pablo ohecháva’ekue oĩ aja pe mbohapyha yvága-pe, ndaha’éi va’ekue lísito peteĩ kuimba’épe “he’ẽ” hag̃ua. Pe añetegua ojehechaukáva umi siete aratiri rupive oñembotyva’erã kuri pe León Judá ñemoñaregua oiporavo peve omboja’o hag̃ua upe añetegua.</w:t>
      </w:r>
    </w:p>
    <w:p>
      <w:pPr>
        <w:pStyle w:val="ArticleBody"/>
        <w:jc w:val="left"/>
      </w:pPr>
      <w:r>
        <w:rPr>
          <w:rFonts w:ascii="Times New Roman" w:hAnsi="Times New Roman" w:eastAsia="Times New Roman" w:cs="Times New Roman"/>
        </w:rPr>
        <w:t>Ojepe’a peteĩ hendápe Hermana White-pe, ha’e omombeʼúgui upéva orrepresentaha umi “mbaʼe oikótava” pe tembiasakuepe umi marandu peteĩha ha mokõiha ánhel rehegua, ha avei orrepresentaha umi “mbaʼe oikótava tenonderãme, ojehechaukátava hikuái ijapytepekuéra hekoitépe.” Pe ojehechaukavaʼekue upe jave, haʼe vaʼekue peteĩ profesía ojoajúva umi “mbaʼe oikótava tenonderãme” rehe. Avei oñemboʼe hag̃ua chupe, pe oñemboty hag̃ua umi siete trueno oñemohaʼangaha pe oñemboty hag̃ua Daniel kuatiañeʼẽ rehe.</w:t>
      </w:r>
    </w:p>
    <w:p>
      <w:pPr>
        <w:pStyle w:val="ArticleScripture"/>
        <w:jc w:val="left"/>
      </w:pPr>
      <w:r>
        <w:rPr>
          <w:rFonts w:ascii="Times New Roman" w:hAnsi="Times New Roman" w:eastAsia="Times New Roman" w:cs="Times New Roman"/>
        </w:rPr>
        <w:t>“Pe tesakã peteĩchagua oñeme'ẽva’ekue Juánpe ha ojeporaukáva’ekue umi siete araverãme, ha’e va’ekue peteĩ jehechauka umi mba’e oikótava pe primer ha segundo ánhel marandu guýpe....”</w:t>
      </w:r>
    </w:p>
    <w:p>
      <w:pPr>
        <w:pStyle w:val="ArticleScripture"/>
        <w:jc w:val="left"/>
      </w:pPr>
      <w:r>
        <w:rPr>
          <w:rFonts w:ascii="Times New Roman" w:hAnsi="Times New Roman" w:eastAsia="Times New Roman" w:cs="Times New Roman"/>
        </w:rPr>
        <w:t>“Oñehendupa rire ko’ẽ siete arapu’ã he’iva’ekue, pe ñe’ẽmondo oúma Juánpe, Daniel-pe ojehupytýicha pe kuatia’i rehegua: ‘Emboty umi mba’e he’iva’ekue pe siete arapu’ã.’ Ko’ãva ojoaju umi mba’e oikótava rehe, ha upéva ojekuaaukáta iñordenhápe.” The Seventh-day Adventist Bible Commentary, volume 7, 971.</w:t>
      </w:r>
    </w:p>
    <w:p>
      <w:pPr>
        <w:pStyle w:val="ArticleBody"/>
        <w:jc w:val="left"/>
      </w:pPr>
      <w:r>
        <w:rPr>
          <w:rFonts w:ascii="Times New Roman" w:hAnsi="Times New Roman" w:eastAsia="Times New Roman" w:cs="Times New Roman"/>
        </w:rPr>
        <w:t>Pe ñehesaʼỹijoha umi siete trueno rehegua haʼeha peteĩ símbolo ohechaukáva ha omombaretéva pe metodología, ha ojekuaa vaʼekue pe ára pahápe oñepyrũ vaʼekuépe ary 1989-pe. Setiembre 11, 2001 rire, pe mokõi movimiento jevyjevy rehegua iñimportánsiava oiko peteĩ añetegua koʼág̃a guarã oñehaʼã hag̃ua.</w:t>
      </w:r>
    </w:p>
    <w:p>
      <w:pPr>
        <w:pStyle w:val="ArticleBody"/>
        <w:jc w:val="left"/>
      </w:pPr>
      <w:r>
        <w:rPr>
          <w:rFonts w:ascii="Times New Roman" w:hAnsi="Times New Roman" w:eastAsia="Times New Roman" w:cs="Times New Roman"/>
        </w:rPr>
        <w:t>Miller kuéra rembiasakue oñeha’ãjeyha umi cien cuarenta y cuatro mil rembiasakúpe ha’eva’ekue pe regla tenondegua oñemombarete va’ekue upe árape, péicha avei pe regla tenondegua umi Miller guápe oñemombarete haguéicha 11 de agosto de 1840-pe. Umi Miller guápe g̃uarã, pe regla tenondegua peteĩ ára ohechauka hag̃ua peteĩ arýpe oñemombarete 11 de agosto de 1840-pe, ha pe regla tenondegua ohechakuaa hag̃ua opaite umi movimiento reformador ojoavy’ỹha ojoguávo ojuehe, “línea ári línea”, oñemombarete 11 de septiembre de 2001-pe. Umi siete trueno, testígo ramo upe añetegua rehegua, ojeipe’a hag̃ua iñesẽ hag̃ua upérõ.</w:t>
      </w:r>
    </w:p>
    <w:p>
      <w:pPr>
        <w:pStyle w:val="ArticleBody"/>
        <w:jc w:val="left"/>
      </w:pPr>
      <w:r>
        <w:rPr>
          <w:rFonts w:ascii="Times New Roman" w:hAnsi="Times New Roman" w:eastAsia="Times New Roman" w:cs="Times New Roman"/>
        </w:rPr>
        <w:t>Jesús akóinte ohechauka peteĩ mba’e paha iñepyrũ rupive, ha 11 jasyporundy 2001-pe, ha’évo pe ñemboty hag̃ua ñepyrũ, ohechauka pe ñemboty hag̃uáicha paha. Pe León Judá ñemoñaregua oipe’a ambue mba’eapy pe porundy tysýi apytégui oñepyrũvo omopu’ã umi kangue piru omanóva 2023 jasypokõime, upérõ niko omombe’u, “Añetegua” ndive oñondive hag̃ua, umi porundy tysýi avei simbólikamente orrepresenta pe tembiasakue Millerita rehegua pe peteĩha ha paha ñembyasy guasu rehegua, ha pe pu’aka’ẽ Ypyhare Pytegua Sapukái pe hína pe techaukaha mbytegua.</w:t>
      </w:r>
    </w:p>
    <w:p>
      <w:pPr>
        <w:pStyle w:val="ArticleBody"/>
        <w:jc w:val="left"/>
      </w:pPr>
      <w:r>
        <w:rPr>
          <w:rFonts w:ascii="Times New Roman" w:hAnsi="Times New Roman" w:eastAsia="Times New Roman" w:cs="Times New Roman"/>
        </w:rPr>
        <w:t>Upéicha ojapo hag̃ua, Haʼe ohechauka pe siete trueno oñemombeʼujeyha pe tembiasakue 18 de julio de 2020 guive pe ley dominical og̃uahẽmbotaitévape peve. Pe ñembyasy 18 de julio de 2020-pe, haʼéva pe peteĩha waymark, ha pe ñembyasy oĩtavéva pe ley dominical og̃uahẽmbotaitévape, haʼéva pe pahaitéva umi mbohapy waymark “Añetegua” rehegua, omombeʼúva pe siete trueno pe tiempo de sellamiento paha gotyo, ojehechauka pe rebeldía rupive ojoajúva umi virgen itavývandi, omboykéva pe León Judá ñemoñaregua marandu, haʼe koʼág̃a okororõvo, oipeʼávo umi sello ha omyasãivo imarandu ko yvy ape ári, péva ningo pe marandu haʼe pe Clamor de Medianoche marandu umi ára pahapegua.</w:t>
      </w:r>
    </w:p>
    <w:p>
      <w:pPr>
        <w:pStyle w:val="ArticleBody"/>
        <w:jc w:val="left"/>
      </w:pPr>
      <w:r>
        <w:rPr>
          <w:rFonts w:ascii="Times New Roman" w:hAnsi="Times New Roman" w:eastAsia="Times New Roman" w:cs="Times New Roman"/>
        </w:rPr>
        <w:t>Ñembotyha ára ñepyrũme, 11 jasypoteĩ ary 2001-pe, pe ánhel Apocalipsis capítulo dieciocho-gua oguejy ha heta mba’e apytépe, ha’e oipe’a peteĩ entendimiento hesakãvéva umi siete trueno he’isévare. Upérõ oñentende va’ekue umi siete trueno rehegua ndaha’éi mante reformación rembiapo ombojojaha ojupe, síno avei pe ánhel oguejy vove upe waymark-pe peteĩ reformación rembiapo rehegua, omoneĩtaha pe regla profética tenondegua iñembiasakue teéva-pe.</w:t>
      </w:r>
    </w:p>
    <w:p>
      <w:pPr>
        <w:pStyle w:val="ArticleBody"/>
        <w:jc w:val="left"/>
      </w:pPr>
      <w:r>
        <w:rPr>
          <w:rFonts w:ascii="Times New Roman" w:hAnsi="Times New Roman" w:eastAsia="Times New Roman" w:cs="Times New Roman"/>
        </w:rPr>
        <w:t>Pe ánhel Apocalipsis kapítulo dieciocho-gua oguejy va’ekue 11 jasyporundy 2001-pe omoneĩ porã ama paha rape “línea sobre línea”, ohechauka rupi pe ñepyrũha (térã Alfa) movimiento omombe’uhague pe pahaha (térã Omega) movimiento. Pe sellado ára pahápe, Miguel oguejy omoingove jey hag̃ua umi kangue piru omanóva, ojehechaukáva mokõi testígo ramo, omano va’ekue pe tape mbytépe upe táva guasu Sodoma ha Egiptope, upépe avei ñande Ruvicha oñemosãingova’ekue kurusúre. Miguel ohenóirõ guare umi omanóva oikove jey hag̃ua, Ha’e, Judá ñemoñare León ramo, oipe’a sellokue ohechauka hag̃ua umi siete trueno oguereko hague peteĩ tembiasakue kañymby añetegua umi añetegua yma ojehechauka va’ekue rire umi siete trueno rehegua.</w:t>
      </w:r>
    </w:p>
    <w:p>
      <w:pPr>
        <w:pStyle w:val="ArticleBody"/>
        <w:jc w:val="left"/>
      </w:pPr>
      <w:r>
        <w:rPr>
          <w:rFonts w:ascii="Times New Roman" w:hAnsi="Times New Roman" w:eastAsia="Times New Roman" w:cs="Times New Roman"/>
        </w:rPr>
        <w:t>Ha upe Judá ñemoñaregua León oipe’a rire pe añetegua sello guýgui, omoĩ upéva pe “Añetegua” estructura ryepýpe. Upérõ ojehechauka kuri 18 de julio de 2020 ojojaha hag̃ua 19 de abril de 1844 rehe, ha peteĩteĩ umi tape rechaukaha rire oúta pe Pyhare mbyte Sapukái marandu jeipe’a, ha upéva ohechaukáta umi virgen itavýva ñepu’ã peteĩteĩva historia rehegua. Ha’e avei oipe’a kuri pe añetegua ko marandu oguatataha peteĩ tsunami-icha mundo pukukue rupi pe domingo léi tuicha ñembyasy meve oñemboguata peve.</w:t>
      </w:r>
    </w:p>
    <w:p>
      <w:pPr>
        <w:pStyle w:val="ArticleBody"/>
        <w:jc w:val="left"/>
      </w:pPr>
      <w:r>
        <w:rPr>
          <w:rFonts w:ascii="Times New Roman" w:hAnsi="Times New Roman" w:eastAsia="Times New Roman" w:cs="Times New Roman"/>
        </w:rPr>
        <w:t>Romoĩta ko ñemoarandu ambue artículope.</w:t>
      </w:r>
    </w:p>
    <w:p>
      <w:pPr>
        <w:pStyle w:val="ArticleScripture"/>
        <w:jc w:val="left"/>
      </w:pPr>
      <w:r>
        <w:rPr>
          <w:rFonts w:ascii="Times New Roman" w:hAnsi="Times New Roman" w:eastAsia="Times New Roman" w:cs="Times New Roman"/>
        </w:rPr>
        <w:t>Ha he’i chéve: Ani rembyséi hag̃ua ko kuatia ñe’ẽmarandu marangatúpe, ára hi’aguĩgui. Oĩva tekojoja’ỹme, ta tekojoja’ỹme opyta gueteri; ha oĩva ky’ápe, ta iky’a gueteri; ha oĩva hekojojáva, ta hekojoja gueteri; ha oĩva imarangatúva, ta imarangatu gueteri. Ha péina ápe, aju pya’e; ha che rembiapoukapy oĩ che ndive, ame’ẽ hag̃uáicha peteĩteĩme hembiapokue he’iháicha. Che ha’e Alfa ha Omega, ñepyrũha ha pahaha, peteĩha ha pahaguéva. Apocalipsis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poapy irundypa irundy hag̃ua hag̃uáicha hag̃ua</dc:title>
  <dc:subject>Umi Maccabeo rehegua: Trump py’aguapy ha tape profético pe Mymba Ra’anga gotyo</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