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Mokõi Pa Po irundy Pa Poteĩ</w:t>
      </w:r>
    </w:p>
    <w:p>
      <w:pPr>
        <w:pStyle w:val="ArticleSubtitle"/>
        <w:jc w:val="left"/>
      </w:pPr>
      <w:r>
        <w:rPr>
          <w:rFonts w:ascii="Arial" w:hAnsi="Arial" w:eastAsia="Arial" w:cs="Arial"/>
        </w:rPr>
        <w:t>Tape peve pe Léi Domingo rehegua gotyo: Trump rembiapo ha pe marandu ñemboguata profético Daniel 11-pe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Pe versíkulo mokõipa hague kañymby oguereko umi seis mburuvicha guasu rembiasakue, ára paha guive ary 1989-pe, peve ary 2020, upérõ Biden, pe séptimo mburuvicha guasu, omonda pe presidénsia. Ary 2020 ohechauka ñepyrũ peteĩ tembiasakue kañymby rehegua, upe guive peve “Alejandro el Grande”, ohechaukáva araka’épa oñemopyenda pe séptimo rréino marandu profesía Bíblica-peguáva, pe léi domingo hi’aguĩitévape. Umi diez mburuvicha rréino rehegua pya’e oñemoĩ peteĩ ñe’ẽme ome’ẽ hag̃ua i séptimo rréino pe rréino poapyhápe, pe oúva umi siete apytégui—pe pokatu papal. Upe tembiasakue kañymby oñepyrũ pe séptimo mburuvicha guasu ndive ha opa pe séptimo rréino reheve.</w:t>
      </w:r>
    </w:p>
    <w:p>
      <w:pPr>
        <w:pStyle w:val="ArticleBody"/>
        <w:jc w:val="left"/>
      </w:pPr>
      <w:r>
        <w:rPr>
          <w:rFonts w:ascii="Times New Roman" w:hAnsi="Times New Roman" w:eastAsia="Times New Roman" w:cs="Times New Roman"/>
        </w:rPr>
        <w:t>Oñemoakãvo tembiasakue, Jerjes guive, ohechaukáva pe mburuvicha ipohe henyhẽva omonguʼévape Grecia kóntrope, Alejandro Magno peve, oĩ hague poapy mburuvicha persa, jajuhu pe tembiasakue ñemíva versíkulo mokõi paha ha versíkulo mbohapy apytépe ohechaukaha mymba raʼãnga taʼãnga ára de prueba pe papapy poapy rupive. Mymba raʼãnga taʼãnga Estados Unidos-pe oñemopyendaite pe léi domingo oñemboaje jave, ha upérõ oguahẽ pe pokõiha ha upéi pe poapyha reino. Umi poapy mburuvicha persa opa Alejandro Magno rehe, upévare pe papapy poapy ohechauka mymba raʼãnga taʼãnga ára de prueba, opa hag̃uáva pe léi domingo-pe.</w:t>
      </w:r>
    </w:p>
    <w:p>
      <w:pPr>
        <w:pStyle w:val="ArticleBody"/>
        <w:jc w:val="left"/>
      </w:pPr>
      <w:r>
        <w:rPr>
          <w:rFonts w:ascii="Times New Roman" w:hAnsi="Times New Roman" w:eastAsia="Times New Roman" w:cs="Times New Roman"/>
        </w:rPr>
        <w:t>Umi versíkulo diez guive quince peve oikuaauka ñandéve mymba ra’anga prueba-tiempo ha’eha mbohapýha umi mbohapy techaukaha apytégui, ojehechaukáva umi Macabeo kuéra rembiasakue rupi, ha pe mbohapýha techaukaha ha’eha peteĩ aravo’aty oñepyrũva ary 161 a.C. ha opa ary 158 a.C.-pe. Pe aravo’aty ou kuri pe peteĩha techaukaha 167 a.C. rire, omombe’úva Macabeo Ñorairõ Ñemoñepyrũ Modeínpe, peteĩ táva héra he’iséva “ojeprotesta hag̃ua”. Ary 164 a.C. ou kuri upe protesta Modeínpe rire, ha ohechauka pe mokõiha ñemboyke hag̃ua pe mokõiha tupão. Ary 164 a.C. ohechauka Donald Trump mokõiha ñemopyenda ñepyrũha, ha’éva pe poapyha mburuvicha guasu Reagan guive ary 1989 guive, ha upéva hína umi siete apytégui. Iñemopyenda ñepyrũha ára 20 jasypokõi 2025-pe ojehechauka kuri 164 a.C. rupive, ha pe ñemboyke jey arete, omoheñóiva pe milagro satánico oguerekóva mokõi ñe’ẽjoaju pe poapyha ha’eha umi siete apytégui.</w:t>
      </w:r>
    </w:p>
    <w:p>
      <w:pPr>
        <w:pStyle w:val="ArticleBody"/>
        <w:jc w:val="left"/>
      </w:pPr>
      <w:r>
        <w:rPr>
          <w:rFonts w:ascii="Times New Roman" w:hAnsi="Times New Roman" w:eastAsia="Times New Roman" w:cs="Times New Roman"/>
        </w:rPr>
        <w:t>Upévare, umi ocho mburuvicha guasu persa ohechauka pe tembiasakue pe joaju Judío kuéra ha Roma apytépe 161 a.C. guive 158 a.C. peve, ha upéicha rupi ome’ẽ peteĩ mokõiha testígo pe mymba ra’anga prueba aravo rehegua oúva Trump oñembohéra ramo guare 2025-pe rire. Pe versíkulo mokoĩha osegi pe jeavy oñemonda vaʼekuépe 2020-pe, upépe opa peve ojeporu pe testígo histórico umi ocho mburuvicha guasu persa rehegua, ha haʼekuéra ojuhu iñemoĩmbyre Trump mokõiha oñemboherárire. Peteĩ jey umi ocho mburuvicha guasu persa oñemoĩ rire pe tembiasápe pe versíkulo mokoĩha ha mbohapyha apytépe, opyta gueteri peteĩ ára ñemiguáva Biden oñembohéra hague guive Trump mokõiha oñembohéra peve.</w:t>
      </w:r>
    </w:p>
    <w:p>
      <w:pPr>
        <w:pStyle w:val="ArticleBody"/>
        <w:jc w:val="left"/>
      </w:pPr>
      <w:r>
        <w:rPr>
          <w:rFonts w:ascii="Times New Roman" w:hAnsi="Times New Roman" w:eastAsia="Times New Roman" w:cs="Times New Roman"/>
        </w:rPr>
        <w:t>Pe tembiasakue kañymby ojehechauka Apocalipsis kapítulo once-pe, upépe pe mymba atheísmo rehegua ojuka mokõi testígope ary 2020-pe. Upéi, mbohapy ára ha mbyte simbóliko rire, Miguel oguejy omboikovejey hag̃ua mokõi testígope. Peteĩ Trump “oikovejeyva’ekue” omoñepyrũ ijaty mbohapyha presidénterã 15 jasypateĩ 2022-pe, ha peteĩ “ñe’ẽ osapukáiva yvy marãme” oikovejeyva’ekue oñepyrũ ohenói peteĩciento irundypa irundy mil-pe pahaitépe jasypokõi 2023-pe.</w:t>
      </w:r>
    </w:p>
    <w:p>
      <w:pPr>
        <w:pStyle w:val="ArticleBody"/>
        <w:jc w:val="left"/>
      </w:pPr>
      <w:r>
        <w:rPr>
          <w:rFonts w:ascii="Times New Roman" w:hAnsi="Times New Roman" w:eastAsia="Times New Roman" w:cs="Times New Roman"/>
        </w:rPr>
        <w:t>Ñe’ẽjoaju 10, 11 ha 12 Daniel kapítulo 11-pe ohechauka Ucrania Ñorairõ oñepyrũva’ekue ary 2014-pe, ha opátava peteĩ victoria rusa reheve, upéi oúta pe oñembyaiha ko’ág̃a guaréva confederación rusa, ojejoguaháicha pe Unión Soviética ho’ava’ekue 1989-pe.</w:t>
      </w:r>
    </w:p>
    <w:p>
      <w:pPr>
        <w:pStyle w:val="ArticleBody"/>
        <w:jc w:val="left"/>
      </w:pPr>
      <w:r>
        <w:rPr>
          <w:rFonts w:ascii="Times New Roman" w:hAnsi="Times New Roman" w:eastAsia="Times New Roman" w:cs="Times New Roman"/>
        </w:rPr>
        <w:t>Umi ñe’ẽpehẽngue mbohapypa mbytére peve omombe’u mbohapy línea maranduhára rehegua. Pe línea oñe’ẽva papado jehechapyrã jehechapyrã rehegua, oñepyrũva Tiro kuña rekovai osẽvo iñemíhágui, ojehechauka hag̃ua verso catorcepe; ha iñembyahýi histórico hína ary 200 Cristo mboyve, Roma pagana oike jave maranduhára rembiasakuepe nde retaygua mondaháicha, omopu’ãva ijupekuéra, ha upéi ho’áva.</w:t>
      </w:r>
    </w:p>
    <w:p>
      <w:pPr>
        <w:pStyle w:val="ArticleBody"/>
        <w:jc w:val="left"/>
      </w:pPr>
      <w:r>
        <w:rPr>
          <w:rFonts w:ascii="Times New Roman" w:hAnsi="Times New Roman" w:eastAsia="Times New Roman" w:cs="Times New Roman"/>
        </w:rPr>
        <w:t>Umi mbohapy ñeʼẽtépe, republicanismo apóstata rehegua línea profética ojehechauka Antiochus III rembiasakue rupive, haʼéva typificación Trump rembiaporã rehe, presidente poapyha ramo, térã, umi siete apytégui. Umi ñeʼẽtépe avei ojehechauka línea profética protestantismo apóstata rehegua, ojehechaukáva Macabeos rembiasakue rupive.</w:t>
      </w:r>
    </w:p>
    <w:p>
      <w:pPr>
        <w:pStyle w:val="ArticleBody"/>
        <w:jc w:val="left"/>
      </w:pPr>
      <w:r>
        <w:rPr>
          <w:rFonts w:ascii="Times New Roman" w:hAnsi="Times New Roman" w:eastAsia="Times New Roman" w:cs="Times New Roman"/>
        </w:rPr>
        <w:t>Pe línea profética pe akã protestánte añeteguáva, oñepyrũva’ekue pe movimiento Filadélfiagua Millerita-kuéra rehe, ha opa hag̃ua pe movimiento Filadélfiagua cien cuarenta y cuatro mil rehe, avei oñemoĩva’erã pe tembiasakue ñemíva ári pe versículo cuarenta-pe. Umi siete trueno Apocalipsis kapítulo diez-pe ha’e peteĩ símbolo mokõivéva pe movimiento Filadélfiagua Millerita-kuéra rehegua ha pe cien cuarenta y cuatro mil rehegua. Pe profecía ñemboty ha pe profecía jejuruja ojapopa Cristo, ha ha’e ojapo jave upéva, ojehechauka hag̃ua ijehe pe Judá ñemoñare León ramo. Pe kapítulo diez-pe, pe ánhel Sister White he’íva “ndaha’éi ambue tapicha Jesús Cristo-gui michĩvéva”, “osapukái peteĩ ñe’ẽ hatãme, león osapukáirõ guáicha: ha osapukái rire, siete trueno omosẽ ijayvu.”</w:t>
      </w:r>
    </w:p>
    <w:p>
      <w:pPr>
        <w:pStyle w:val="ArticleBody"/>
        <w:jc w:val="left"/>
      </w:pPr>
      <w:r>
        <w:rPr>
          <w:rFonts w:ascii="Times New Roman" w:hAnsi="Times New Roman" w:eastAsia="Times New Roman" w:cs="Times New Roman"/>
        </w:rPr>
        <w:t>Cristo, pe León pegua Judá ñemoñare, omoĩ vaʼekue umi siete trueno kuéra marandu profétiko rembiasakuépe ary 100 rupi, ha upepete omboty hag̃ua, pórke “umi siete trueno kuéra omosẽ rire iñeʼẽnguéra,” Juan “oĩma hag̃uáicha ohai hag̃ua: ha” haʼe “ohendu peteĩ ñeʼẽ yvágagui heʼíva,” “emboty umi mbaʼe umi siete trueno kuéra heʼivaʼekue, ha ani rehai.”</w:t>
      </w:r>
    </w:p>
    <w:p>
      <w:pPr>
        <w:pStyle w:val="ArticleBody"/>
        <w:jc w:val="left"/>
      </w:pPr>
      <w:r>
        <w:rPr>
          <w:rFonts w:ascii="Times New Roman" w:hAnsi="Times New Roman" w:eastAsia="Times New Roman" w:cs="Times New Roman"/>
        </w:rPr>
        <w:t>Koʼág̃a pe versíkulo cuarenta rehegua oñemíva ojeipeʼa hína koʼág̃a pe León, Judá ñemoñaregua, rupive; ha upe tembiasakue ryepýpe, pe añetegua protestante ratĩ línea ojehechauka pe siete trueno rupive. Pe ñeʼẽ osapukáiva desiértope oñepyrũvo osapukái julio ary 2023-pe, pe León, Judá ñemoñaregua, ojeipeʼa ambue revelasión mbaʼépa heʼise pe “Siete Truenos”.</w:t>
      </w:r>
    </w:p>
    <w:p>
      <w:pPr>
        <w:pStyle w:val="ArticleBody"/>
        <w:jc w:val="left"/>
      </w:pPr>
      <w:r>
        <w:rPr>
          <w:rFonts w:ascii="Times New Roman" w:hAnsi="Times New Roman" w:eastAsia="Times New Roman" w:cs="Times New Roman"/>
        </w:rPr>
        <w:t>Pe poteĩ arapokõindy siete ohechauka pe tembiasakue oñepyrũva 18 jasypokõi 2020 guive, upe jave pe ñemongu’e umi cien cuarenta y cuatro mil rehegua ojeporojuka hag̃ua tapére, pe ley dominical hi’aguĩetéva peve. Pe línea umi siete arapokõindy rehegua ombojekuaa “mba’e oikóva”, oikóva upe tembiasakue ryepýpe. Pe primera desilusión rire, oúma pe marandu Midnight Cry rehegua, ha upéi pe ley dominical. Hermana White ombojekuaa ramo guare umi siete arapokõindy, taha’e pe historia umi primer ha segundo ángel rehegua térã mba’e oikótava tenonderãme ramo, mokõivévape ha’e ombojekuaa hikuái ohechauka hag̃ua “mba’e oikóva”.</w:t>
      </w:r>
    </w:p>
    <w:p>
      <w:pPr>
        <w:pStyle w:val="ArticleBody"/>
        <w:jc w:val="left"/>
      </w:pPr>
      <w:r>
        <w:rPr>
          <w:rFonts w:ascii="Times New Roman" w:hAnsi="Times New Roman" w:eastAsia="Times New Roman" w:cs="Times New Roman"/>
        </w:rPr>
        <w:t>Pe marandu Pyhare Mbytegua ikatu hendu hag̃ua peteĩ mba’e ndaha’éiva peteĩ “acontecimiento”, ha katu tembiasakue Millerita-pe, pe aty guasu Exeter-pe, 12 guive 17 peve jasypoapy ary 1844-pe, ha’e va’ekue peteĩ “acontecimiento”, heta mba’e ojoajúva hendive. Upéicharõ jepe, pe marandu Pyhare Mbytegua oguahẽvo pe aty guasúpe, upéva avei ha’e va’ekue peteĩ ñemohu’ã pe parábola umi diez virgen rehegua Mateo mokõipa po peteĩme. Pe “acontecimiento” pe aty guasu Exeter-pegua ha’e va’ekue peteĩ ñemohu’ã umi siete trueno rehegua, ha katu pe parábola umi diez virgen rehegua nombohovái umi acontecimiento-kuérape, ombohovái katu umi virgen-kuéra “experiencia”-pe.</w:t>
      </w:r>
    </w:p>
    <w:p>
      <w:pPr>
        <w:pStyle w:val="ArticleScripture"/>
        <w:jc w:val="left"/>
      </w:pPr>
      <w:r>
        <w:rPr>
          <w:rFonts w:ascii="Times New Roman" w:hAnsi="Times New Roman" w:eastAsia="Times New Roman" w:cs="Times New Roman"/>
        </w:rPr>
        <w:t>“Mateo 25-pe oĩva diez kuñataĩ re’ẽnga avei ohechauka pe Adventista tavaygua rembiasakue.” The Great Controversy, 393.</w:t>
      </w:r>
    </w:p>
    <w:p>
      <w:pPr>
        <w:pStyle w:val="ArticleBody"/>
        <w:jc w:val="left"/>
      </w:pPr>
      <w:r>
        <w:rPr>
          <w:rFonts w:ascii="Times New Roman" w:hAnsi="Times New Roman" w:eastAsia="Times New Roman" w:cs="Times New Roman"/>
        </w:rPr>
        <w:t>Upéicha umi siete trueno ohechauka mba’éichapa ojoja pe historia pe movimiento umi ángel peteĩha ha mbohapyha rehegua, upéicha avei pe parábola umi diez virgen rehegua ohechauka mokõi historia ojoja hag̃uáicha.</w:t>
      </w:r>
    </w:p>
    <w:p>
      <w:pPr>
        <w:pStyle w:val="ArticleScripture"/>
        <w:jc w:val="left"/>
      </w:pPr>
      <w:r>
        <w:rPr>
          <w:rFonts w:ascii="Times New Roman" w:hAnsi="Times New Roman" w:eastAsia="Times New Roman" w:cs="Times New Roman"/>
        </w:rPr>
        <w:t>“Py’ỹi oñemombe’u chéve pa umi diez vírgenes rehegua parábola, po umi apytégui iñarandu ha po ambue itavyva. Ko parábola oñekumpli kuri ha oñekumplíta pe letraitépe, pórke oguereko peteĩ aplicación especial ko árape guarã, ha, mbohapyha ánhel maranduicha, oñekumpli kuri ha osegíta oikóvo añetegua ko’ág̃aguaicha pe ára paha peve.” Review and Herald, August 19, 1890.</w:t>
      </w:r>
    </w:p>
    <w:p>
      <w:pPr>
        <w:pStyle w:val="ArticleBody"/>
        <w:jc w:val="left"/>
      </w:pPr>
      <w:r>
        <w:rPr>
          <w:rFonts w:ascii="Times New Roman" w:hAnsi="Times New Roman" w:eastAsia="Times New Roman" w:cs="Times New Roman"/>
        </w:rPr>
        <w:t>Pe techaukaha umi siete trueno rehegua orrepresenta umi “mba’e oikóva” umi tembiasakue joja rehegua, ha umi diez vírgenes orrepresenta pe “jehasa” umi vírgenes iñarandu ha itavýva rehegua umi mokõi tembiasakue joja-pe. Pe jehasa Millerita rehegua, peve 1856, ha’e va’ekue pe jehasa Filadelfia rehegua; ha pe jehasa pe movimiento de los ciento cuarenta y cuatro mil rehegua ha’e va’ekue pe jehasa Laodicea rehegua, peve michĩmi rire julio, 2023. Mokõivéva tembiasakue-pe umi vírgenes iñarandu ha itavýva ojehechaukáta pe marandu Clamor de Medianoche og̃uahẽvo, pórke upérõ ae ojehecháta máva piko orekóva pe aceite preparasión rehegua.</w:t>
      </w:r>
    </w:p>
    <w:p>
      <w:pPr>
        <w:pStyle w:val="ArticleScripture"/>
        <w:jc w:val="left"/>
      </w:pPr>
      <w:r>
        <w:rPr>
          <w:rFonts w:ascii="Times New Roman" w:hAnsi="Times New Roman" w:eastAsia="Times New Roman" w:cs="Times New Roman"/>
        </w:rPr>
        <w:t>“Pe estado tupaopegua rehegua, ojehechaukáva umi virhen iñakãguapýva’ỹ rupive, avei oñeñe’ẽ hese estado Laodiceagua ramo.” Review and Herald, 19 jasypoapy 1890-pe.</w:t>
      </w:r>
    </w:p>
    <w:p>
      <w:pPr>
        <w:pStyle w:val="ArticleBody"/>
        <w:jc w:val="left"/>
      </w:pPr>
      <w:r>
        <w:rPr>
          <w:rFonts w:ascii="Times New Roman" w:hAnsi="Times New Roman" w:eastAsia="Times New Roman" w:cs="Times New Roman"/>
        </w:rPr>
        <w:t>Umi ombotovéva okaru hag̃ua pe marandu oĩva Miguel arcángel pope, upe oguejýva julio paha, 2023-pe, opytáta Laodicea condiciónpe; ha umi ojagarráva pe lívro michĩ ha ho’úva upéva, ohasáta Philadelphia condiciónpe. Laodicea condición orrepresenta peteĩ tavayguakuéra, térã peteĩ tapicha, Cristo oĩ hag̃ua okápe chugui, jepe oheka oike; ha Philadelphia condición ojerrepresenta pe Divinidad joaju hag̃ua humanidad ndive ramo. Umi siete trueno ohechauka umi “acontecimientos” línea del verdadero cuerno protestante rehegua, oñemoĩva versículo cuarenta rembiasakue kañymbýpe, oñepyrũva 18 de julio de 2020-pe ha opa pe léi dominicalpe.</w:t>
      </w:r>
    </w:p>
    <w:p>
      <w:pPr>
        <w:pStyle w:val="ArticleBody"/>
        <w:jc w:val="left"/>
      </w:pPr>
      <w:r>
        <w:rPr>
          <w:rFonts w:ascii="Times New Roman" w:hAnsi="Times New Roman" w:eastAsia="Times New Roman" w:cs="Times New Roman"/>
        </w:rPr>
        <w:t>Pe parábola diez vírgenuéra rehegua omyesakã pe “jehasa” umi oñehenóiva oĩ hag̃ua umi cien cuarenta y cuatro mil apytépe upe mismo período-pe. Umi “mba’e oikóva” omopeteĩva historia umi cien cuarenta y cuatro mil rehegua 18 de julio de 2020 guive pe léi domingo peve, ha pe “jehasa” mokõi aty rehegua upe historia ryepýpe, oúma oñondive pe tembiapo ojehechaukáva, oĩva ha oĩva gueteri oñeme’ẽva’ekue umi mokõi historia paralela-pe. Pe tembiapo ojehechauka Apocalipsis catorce-pegua anhelkuéra rupive; umi Millerita-kuéra rembiapo katu ojehechauka pe anhel peteĩha ha mokõiha rupive, ha umi cien cuarenta y cuatro mil rembiapo ojehechauka pe anhel mbohapyha rupive.</w:t>
      </w:r>
    </w:p>
    <w:p>
      <w:pPr>
        <w:pStyle w:val="ArticleScripture"/>
        <w:jc w:val="left"/>
      </w:pPr>
      <w:r>
        <w:rPr>
          <w:rFonts w:ascii="Times New Roman" w:hAnsi="Times New Roman" w:eastAsia="Times New Roman" w:cs="Times New Roman"/>
        </w:rPr>
        <w:t>“Che areko umi oportunidad iporãitereíva ahupyty hag̃ua peteĩ jeikove añeteguáva. Che areko kuri jeikove añeteguáva pe marandu peteĩha, mokõiha ha mbohapyha ánhel rehegua ryepýpe. Umi ánhel ojehechauka ovevéva yvága mbyte rupi, omoherakuãvo ko yvy tuichakue jave peteĩ marandu ñe’ẽmondýi rehegua, ha oguerekóva peteĩ relación directa umi tapicha oikovéva ko yvy rembiasakue ára pahápe rehe. Avave ndohendúi koʼã ánhel ñeʼẽ, pórke haʼekuéra peteĩ símbolo ohechaukáva Tupã tavayguakuérape ombaʼapóva joajúpe yvága arapy tuichakue ndive. Kuimbaʼe ha kuña, Tupã Espíritu omoarandúva ha oñembosantifikáva añeteguáre rupive, omoherakuã umi mbohapy marandu iordenpe.” Life Sketches, 429.</w:t>
      </w:r>
    </w:p>
    <w:p>
      <w:pPr>
        <w:pStyle w:val="ArticleBody"/>
        <w:jc w:val="left"/>
      </w:pPr>
      <w:r>
        <w:rPr>
          <w:rFonts w:ascii="Times New Roman" w:hAnsi="Times New Roman" w:eastAsia="Times New Roman" w:cs="Times New Roman"/>
        </w:rPr>
        <w:t>Tembiapo Tupã rembyrépe ára pahápe g̃uarãme oñeme’ẽva’ekue 11 jasyporundy 2001-pe, ñepyrũrãme pe tiempo de sellamiento, oñeme’ẽ jey Tupã rembyrépe ára pahápe g̃uarãme pe tiempo de sellamiento paha gotyo, Miguel oguejy ramo guare julio 2023-pe.</w:t>
      </w:r>
    </w:p>
    <w:p>
      <w:pPr>
        <w:pStyle w:val="ArticleScripture"/>
        <w:jc w:val="left"/>
      </w:pPr>
      <w:r>
        <w:rPr>
          <w:rFonts w:ascii="Times New Roman" w:hAnsi="Times New Roman" w:eastAsia="Times New Roman" w:cs="Times New Roman"/>
        </w:rPr>
        <w:t>“Juan ohecha ‘Ambue ánhel oguejy yvágagui, oguerekóva tuicha pokatu; ha ko yvy tuichakue henyhẽ tesapépe iglóriagui.’ Apocalipsis 18:1. Pe tembiapo ha’e Ñandejára tavayguakuéra ñe’ẽ omyasãiva peteĩ marandu ñe’ẽmondýi rehegua ko yvy arapýpe.” The 1888 Materials, 926.</w:t>
      </w:r>
    </w:p>
    <w:p>
      <w:pPr>
        <w:pStyle w:val="ArticleBody"/>
        <w:jc w:val="left"/>
      </w:pPr>
      <w:r>
        <w:rPr>
          <w:rFonts w:ascii="Times New Roman" w:hAnsi="Times New Roman" w:eastAsia="Times New Roman" w:cs="Times New Roman"/>
        </w:rPr>
        <w:t>Oikóicha umi “mba’e oikóva” ojehechaukáva umi siete aratiri rupive, ha pe “jehasa” ojehechaukáva umi diez virgen rupive, upéicha avei pe tembiapo umi mbohapy ánhel rehegua ohechauka mokõi tembiasakue oñondive oguatáva.</w:t>
      </w:r>
    </w:p>
    <w:p>
      <w:pPr>
        <w:pStyle w:val="ArticleScripture"/>
        <w:jc w:val="left"/>
      </w:pPr>
      <w:r>
        <w:rPr>
          <w:rFonts w:ascii="Times New Roman" w:hAnsi="Times New Roman" w:eastAsia="Times New Roman" w:cs="Times New Roman"/>
        </w:rPr>
        <w:t>“Tupã ome'ẽ Apocalipsis 14 marandu kuérape iñemoĩha profecía rysýipe, ha hembiapo ndopáiva'erã ko yvy rembiasakue ñemohu'ã peve. Peteĩha ha mokõiha ánhel marandu gueteri hína añetegua ko ára peguarã, ha ohova'erã oñondive ko oúva hapykuéri reheve. Mbohapyha ánhel omoherakuã iñeñangarekóva peteĩ ñe'ẽ hatãme. ‘Upe rire,’ he'i Juan, ‘ahecha ambue ánhel oguejyha yvágagui, oguerekóva pokatu tuicha, ha yvy henyhẽ tesape hag̃uáicha iglóriagui.’ Ko tesapeape, mbohapyve marandu resape oñembojoaju.” The 1888 Materials, 804.</w:t>
      </w:r>
    </w:p>
    <w:p>
      <w:pPr>
        <w:pStyle w:val="ArticleBody"/>
        <w:jc w:val="left"/>
      </w:pPr>
      <w:r>
        <w:rPr>
          <w:rFonts w:ascii="Times New Roman" w:hAnsi="Times New Roman" w:eastAsia="Times New Roman" w:cs="Times New Roman"/>
        </w:rPr>
        <w:t>Daniel 11-pe trese versíkulo 13 guive 15 peve ojehechauka pe tembiapo profético pe línea protestantísmo apóstata rehegua (los Macabeos), republicanísmo apóstata rehegua (Antíoco III) ha pe kuña rekovai Tiro pegua rehegua (nde retãyguakuéra mondaha kuéra). Upe historiaitepe, pe línea profética pe asta protestante añetegua rehegua, umi ciento cuarenta y cuatro mil rehegua, omombe’u hesakãhápe hembiapo, “experiencia”, ha umi “eventos” oikóva Tupã tavayguakuéra ára paha peguakuéra apytépe. Pe línea pe asta protestante añeteguágui ojehechauka umi siete truenos ramo, ha kóva hína pe profecía añoite Apocalipsis kuatiápe ojehechaukáva oñembotýva. Oñemboty mboyve pe tiempo de gracia, ou pe mandamiento León de la tribu de Judá-gui, pe Oñembotýva’ekue pe profecía umi siete truenos rehegua, ojepe’a hag̃ua umi profecía ko kuatia rehegua.</w:t>
      </w:r>
    </w:p>
    <w:p>
      <w:pPr>
        <w:pStyle w:val="ArticleBody"/>
        <w:jc w:val="left"/>
      </w:pPr>
      <w:r>
        <w:rPr>
          <w:rFonts w:ascii="Times New Roman" w:hAnsi="Times New Roman" w:eastAsia="Times New Roman" w:cs="Times New Roman"/>
        </w:rPr>
        <w:t>Peñembojurã umi siete trueno-kuéra, umi cien cuarenta y cuatro mil ñembosellaha ára pahápe, oñemombe’úma va’ekue techaukarãramo peñembojurã umi siete trueno-kuéra umi ñembosellaha ára ñepyrũme, oñemoĩva’erã (línea ári línea) pe kuatia Daniel pegua pehẽngue rehe oguerekóva relación umi ára paháre, ha upe pehẽngue hína pe tembiasakue kañymby versículo cuarenta-pe. Upe peñembojurã oñembotývoite, ojehechaukaháicha pe sello séptimo jepe’ápe, Tupã oñohẽta Itata I Espíritu Santo rehegua umi cien cuarenta y cuatro mil ári, ojapo haguéicha umi temimbo’e ndive Pentecostés-pe. Pentecostés ojoaju pe ley dominical oguahẽmbotávaramo ndive.</w:t>
      </w:r>
    </w:p>
    <w:p>
      <w:pPr>
        <w:pStyle w:val="ArticleScripture"/>
        <w:jc w:val="left"/>
      </w:pPr>
      <w:r>
        <w:rPr>
          <w:rFonts w:ascii="Times New Roman" w:hAnsi="Times New Roman" w:eastAsia="Times New Roman" w:cs="Times New Roman"/>
        </w:rPr>
        <w:t>“Py'a ha'ãmbaitépe aha'arõ upe ára ou hag̃ua, Pentecostés ára rembiasakue ojerejey hag̃ua tuichavéva pokatu reheve umi mba'e oikova'ekue upérõgui. Juan he'i: ‘Ahecha ambue ánhel oguejy yvágagui, oguerekóva tuicha pokatu; ha yvy henyhẽ tesape hag̃ua heko mimbipágui.’ Upéi, Pentecostés arýicha, tavayguakuéra ohendúta pe añetegua oñe'ẽmbáva chupekuéra, káda peteĩ iñe'ẽteépe.”</w:t>
      </w:r>
    </w:p>
    <w:p>
      <w:pPr>
        <w:pStyle w:val="ArticleScripture"/>
        <w:jc w:val="left"/>
      </w:pPr>
      <w:r>
        <w:rPr>
          <w:rFonts w:ascii="Times New Roman" w:hAnsi="Times New Roman" w:eastAsia="Times New Roman" w:cs="Times New Roman"/>
        </w:rPr>
        <w:t>“Tupã ikatu omoingove pyahu opaite ánga oipotáva añetehápe oservi Chupe, ha ikatu opoko tembe rehe tatapỹi hendyvéva pe altar-gui, ha ojapo hag̃ua chuguikuéra iñe’ẽ porãva Iñemomba’eguasúpe. Hetaiterei ñe’ẽngue oñembyasýta pokatu reheve oñemoherakuã hag̃ua umi añetegua hechapyrãva Tupã Ñe’ẽme. Pe kũ oñepyrũ’ỹva oñembojoajúta, ha umi kyhyjéva oñembaretéta hag̃ua ogueraha py’aguasúpe testimónio añeteguáre. Toipytyvõ Ñandejára Ipuévlope omopotĩ hag̃ua pe ánga róga marangatu opaite ky’a-gui, ha omantene hag̃ua peteĩ joaju hi’aguĩitereíva Hendive, ikatu hag̃uáicha ha’ekuéra oike umi ohupytývape pe ama paha, oñehẽ jave.” Review and Herald, July 20, 1886.</w:t>
      </w:r>
    </w:p>
    <w:p>
      <w:pPr>
        <w:pStyle w:val="ArticleBody"/>
        <w:jc w:val="left"/>
      </w:pPr>
      <w:r>
        <w:rPr>
          <w:rFonts w:ascii="Times New Roman" w:hAnsi="Times New Roman" w:eastAsia="Times New Roman" w:cs="Times New Roman"/>
        </w:rPr>
        <w:t>Pe tiempo oñembotyha ñepyrũ ohechauka pe tiempo oñembotyha paha. Ñepyrũrãme pe ama pyharevegua oñeñohẽ medida rupive, ha ipahápe oñeñohẽ medida’ỹre. Pe ánhel oguejýva 11 jasyporundy 2001-pe ha’e upe ánhel oguejýva jasypokõi paha gotyo, 2023-pe. Pentecostés rembiasakue oñepyrũ Cristo jeikove jevy reheve, ha pe cumplimiento perfecto Pentecostés rehegua pahaitépe oĩ pe cien cuarenta y cuatro mil jeikove jevýpe.</w:t>
      </w:r>
    </w:p>
    <w:p>
      <w:pPr>
        <w:pStyle w:val="ArticleScripture"/>
        <w:jc w:val="left"/>
      </w:pPr>
      <w:r>
        <w:rPr>
          <w:rFonts w:ascii="Times New Roman" w:hAnsi="Times New Roman" w:eastAsia="Times New Roman" w:cs="Times New Roman"/>
        </w:rPr>
        <w:t>“Cristo ojapo vaʼekue opytuʼu hag̃ua hemimboʼekuéra ári Espíritu Santo reheve, ha omeʼẽ hag̃ua chupekuéra ipyʼaguapy, haʼe vaʼekue peteĩ mbovymi ydropaicha pe ama hetaitéva oñemeʼẽ hag̃uáicha ára Pentekostéspe.” Spirit of Prophecy, volume 3, 243.</w:t>
      </w:r>
    </w:p>
    <w:p>
      <w:pPr>
        <w:pStyle w:val="ArticleBody"/>
        <w:jc w:val="left"/>
      </w:pPr>
      <w:r>
        <w:rPr>
          <w:rFonts w:ascii="Times New Roman" w:hAnsi="Times New Roman" w:eastAsia="Times New Roman" w:cs="Times New Roman"/>
        </w:rPr>
        <w:t>Cristo opytuʼu Hemimboʼekuéra ári oñemopuʼã rire omanóva apytégui, ojeupi riremi Itúvape rendápe. Oguejy rire oho haguégui oñembyaty Itúvandi, ojechauka hemimboʼekuérape ha opytuʼu hesekuéra “mbovymi yky”, umi ohenondéva “Pentecostés ama heta” guasúpe. Umi mbovymi yky ohechauka ñepyrũrã ára sellado rehegua, ha umi ama heta katu ohechauka ipaha. Pe ñepyrũrã ára sellado rehegua oñembopyahu jeýta ipahápe, ha Cristo opytuʼu haguéicha Hemimboʼekuéra ári pe ñepyrũme upe período pentecostalpe, upéicha avei opytuʼu Hae ára pahapegua tavayguakuéra ári upe período paha jave.</w:t>
      </w:r>
    </w:p>
    <w:p>
      <w:pPr>
        <w:pStyle w:val="ArticleScripture"/>
        <w:jc w:val="left"/>
      </w:pPr>
      <w:r>
        <w:rPr>
          <w:rFonts w:ascii="Times New Roman" w:hAnsi="Times New Roman" w:eastAsia="Times New Roman" w:cs="Times New Roman"/>
        </w:rPr>
        <w:t>“Pe Espíritu Santo Tupã rehegua toipeju umi kangue pirúre, ikatu hag̃uáicha oñemoingove jey ha oike tembiapópe, peteĩ jeikove jevy guáicha umi omano vaʼekue apytégui.” Bible Training School, 1 de diciembre de 1903.</w:t>
      </w:r>
    </w:p>
    <w:p>
      <w:pPr>
        <w:pStyle w:val="ArticleBody"/>
        <w:jc w:val="left"/>
      </w:pPr>
      <w:r>
        <w:rPr>
          <w:rFonts w:ascii="Times New Roman" w:hAnsi="Times New Roman" w:eastAsia="Times New Roman" w:cs="Times New Roman"/>
        </w:rPr>
        <w:t>Mokõi testígo ñemano oike avei ko añeteguápe: umi omoherakuã vaekue pe marandu japu Nashville rehegua ha 18 jasypokõi ary 2020-pe, ojapo upéva Laodiceaguaicha. Umi kangue piru omanóva jeikove jey ohechauka peteĩ hasaha Laodicea rekohágui, ha’éva peteĩ tekotevẽ ñemano rehegua, peve Filadelfia rekohápe, ha’éva tekove. Pe pytu omoheñóiva pe jeikove jey ha pe hasaha ha’e peteĩ marandu profético.</w:t>
      </w:r>
    </w:p>
    <w:p>
      <w:pPr>
        <w:pStyle w:val="ArticleScripture"/>
        <w:jc w:val="left"/>
      </w:pPr>
      <w:r>
        <w:rPr>
          <w:rFonts w:ascii="Times New Roman" w:hAnsi="Times New Roman" w:eastAsia="Times New Roman" w:cs="Times New Roman"/>
        </w:rPr>
        <w:t>«¡Mba’e pokatuete ñaikotevẽva Tupãgui, ikatu hag̃uáicha korasõ ro’ysã, oguerekóva añoite peteĩ religión léiguigua, ohecha umi mba’e iporãvéva oñeme’ẽva ichupekuéra—Cristo ha Ijopói rekojoja! Oñeikotevẽkuri peteĩ marandu ome’ẽva tekove, ome’ẽ hag̃ua tekove umi kangue pirúpe». Manuscript Releases, volumen 12, 205.</w:t>
      </w:r>
    </w:p>
    <w:p>
      <w:pPr>
        <w:pStyle w:val="ArticleBody"/>
        <w:jc w:val="left"/>
      </w:pPr>
      <w:r>
        <w:rPr>
          <w:rFonts w:ascii="Times New Roman" w:hAnsi="Times New Roman" w:eastAsia="Times New Roman" w:cs="Times New Roman"/>
        </w:rPr>
        <w:t>Pe período oĩva Cristo jeikove jey ha’e rire oñemboja’o mokõi períodope, peteĩha ha’éva irundypa ára, upérõ ha’e ojupi yvágape, ha upéi oúvo pa ára Pentecostés mboyve. Irundypa niko peteĩ símbolo desiérto rehegua, ojoguaháicha mbohapy ára ha mbyte térã mil mokõi saĩ poapy ary térã ára.</w:t>
      </w:r>
    </w:p>
    <w:p>
      <w:pPr>
        <w:pStyle w:val="ArticleBody"/>
        <w:jc w:val="left"/>
      </w:pPr>
      <w:r>
        <w:rPr>
          <w:rFonts w:ascii="Times New Roman" w:hAnsi="Times New Roman" w:eastAsia="Times New Roman" w:cs="Times New Roman"/>
        </w:rPr>
        <w:t>Miguel oguejy jave julio ary 2023-pe, opa umi mbohapy ára ha mbyte omanóva tape rupi, Cristo oñepyrũvo tembiapo ombojoaju hag̃ua Idivindad yvyporakuéra reheve umi cien cuarenta y cuatro mil apytépe. Upe tembiapo ojehechauka vaʼekue umi diez ára Pentecostés mboyve rupive, upépe angaipa oñemombyripa ha oñemopyenda joaju umi joykeʼykuéra apytépe. Diez orrepresenta peteĩ proceso de prueba, ha upe proceso de prueba opa Pentecostés-pe, upéva orrepresentáva pe ley dominical.</w:t>
      </w:r>
    </w:p>
    <w:p>
      <w:pPr>
        <w:pStyle w:val="ArticleBody"/>
        <w:jc w:val="left"/>
      </w:pPr>
      <w:r>
        <w:rPr>
          <w:rFonts w:ascii="Times New Roman" w:hAnsi="Times New Roman" w:eastAsia="Times New Roman" w:cs="Times New Roman"/>
        </w:rPr>
        <w:t>Pe tetã rembiasakueete voi, irundy pa versíkulope, moõ persa ruvicha guasu poapy ha pe joaju rembiasakue judío kuéra ha Roma apytépe ohechauka umi mymba ra’anga jehecha’ã rape, upéicha avei umi pa ára oguahẽ mboyve Pentecostés-pe ohechauka umi kuña marã’ỹkuéra jehecha’ã rape. Umi hatĩ kuéra apostata protestantísmo ha republicanísmo rehegua oñondivepa upe rembiasápe omoheñói hag̃ua mymba ra’anga, ha pe hatĩ añeteguáva protestante ombojoaju heko yvypóra Cristo Divinidad ndive, upéicha omoheñóivo Cristo ra’anga peteĩ tembiapo rupive omboja’óva mokõi aty oporomomba’éva.</w:t>
      </w:r>
    </w:p>
    <w:p>
      <w:pPr>
        <w:pStyle w:val="ArticleBody"/>
        <w:jc w:val="left"/>
      </w:pPr>
      <w:r>
        <w:rPr>
          <w:rFonts w:ascii="Times New Roman" w:hAnsi="Times New Roman" w:eastAsia="Times New Roman" w:cs="Times New Roman"/>
        </w:rPr>
        <w:t>Umi tembiasakue rembiasakue ojehechaukáva pokõi arapunuicha oñemboty’ỹva pe tembiasakue ojehechaukávape Daniel 11:13–15-pe, ha oñondivepa ojoaju pe tembiasakue ñemiguándi oĩva versíkulo 40-pe, opáva pe pya’e ou hag̃uáicha arateĩgua léipe, upépe oñemboty pe ára py’aguapy umi sábado ñangarekohárape g̃uarã.</w:t>
      </w:r>
    </w:p>
    <w:p>
      <w:pPr>
        <w:pStyle w:val="ArticleScripture"/>
        <w:jc w:val="left"/>
      </w:pPr>
      <w:r>
        <w:rPr>
          <w:rFonts w:ascii="Times New Roman" w:hAnsi="Times New Roman" w:eastAsia="Times New Roman" w:cs="Times New Roman"/>
        </w:rPr>
        <w:t>“Jey, koʼã parábola omboʼe ndaipóriha tiempo de gracia juicio rire. Pe tembiapo evangelio rehegua oñemohuʼã vove, upéi pyaʼe oiko pe ñembojaʼo umi iporãva ha umi ivaívape apytépe, ha peteĩteĩ aty rekove rapykuere oñemoĩ hag̃ua opa ára g̃uarã.” Christ’s Object Lessons, 123.</w:t>
      </w:r>
    </w:p>
    <w:p>
      <w:pPr>
        <w:pStyle w:val="ArticleBody"/>
        <w:jc w:val="left"/>
      </w:pPr>
      <w:r>
        <w:rPr>
          <w:rFonts w:ascii="Times New Roman" w:hAnsi="Times New Roman" w:eastAsia="Times New Roman" w:cs="Times New Roman"/>
        </w:rPr>
        <w:t>Umi ángelkuéra ojapo pe ñemboyke umi arandukatúva ha umi ndovaleivéva, umi Laodiceaygua ha Filadelfiaygua térã pe trígo ha umi ñana vai apytégui.</w:t>
      </w:r>
    </w:p>
    <w:p>
      <w:pPr>
        <w:pStyle w:val="ArticleScripture"/>
        <w:jc w:val="left"/>
      </w:pPr>
      <w:r>
        <w:rPr>
          <w:rFonts w:ascii="Times New Roman" w:hAnsi="Times New Roman" w:eastAsia="Times New Roman" w:cs="Times New Roman"/>
        </w:rPr>
        <w:t>“Tauke ha trigokue toñemboty mokõivéva oñondive pe mbyaty peve. Upéi umi ánhel kuéra hína umi ojapóva pe ñemboja’o rembiapo.” Mensajes Selectos, libro 2, 69.</w:t>
      </w:r>
    </w:p>
    <w:p>
      <w:pPr>
        <w:pStyle w:val="ArticleBody"/>
        <w:jc w:val="left"/>
      </w:pPr>
      <w:r>
        <w:rPr>
          <w:rFonts w:ascii="Times New Roman" w:hAnsi="Times New Roman" w:eastAsia="Times New Roman" w:cs="Times New Roman"/>
        </w:rPr>
        <w:t>Pe marandu ojeipe’áva michĩmi mboyve oñemboty hag̃ua pe tiempo de gracia ohechauka tembiapo tavayguakuéra Tupã rehegua, ojehechaukaháicha umi ánhel rupi. Pe marandu oĩva ko’ã artíkulope ko’ág̃a oñemoherakuã hína ko yvy ape ári hetave sesenta ñe’ẽme (lenguas). Kóva ko’ág̃a ojejapo hína michĩmi mboyve oñemboty hag̃ua pe tiempo de gracia, ha ha’e hína tembiapo tavayguakuéra ára pahápeguáva Tupã rehegua ogueraha hag̃ua ko marandu. Pe marandu ohechauka umi mba’e ojehechaukáva siete truénoramo, ha pe tembiapo oikuaávo ha oguerahávo pe marandu omoheñói pe experiencia umi vírgen arandu rehegua.</w:t>
      </w:r>
    </w:p>
    <w:p>
      <w:pPr>
        <w:pStyle w:val="ArticleBody"/>
        <w:jc w:val="left"/>
      </w:pPr>
      <w:r>
        <w:rPr>
          <w:rFonts w:ascii="Times New Roman" w:hAnsi="Times New Roman" w:eastAsia="Times New Roman" w:cs="Times New Roman"/>
        </w:rPr>
        <w:t>Rojapóta ñamotenonde ko ñehesa’ỹijo pe artículo oúvape.</w:t>
      </w:r>
    </w:p>
    <w:p>
      <w:pPr>
        <w:pStyle w:val="ArticleScripture"/>
        <w:jc w:val="left"/>
      </w:pPr>
      <w:r>
        <w:rPr>
          <w:rFonts w:ascii="Times New Roman" w:hAnsi="Times New Roman" w:eastAsia="Times New Roman" w:cs="Times New Roman"/>
        </w:rPr>
        <w:t>“Pyhare pegua visión-kuérape peteĩ escena tuichaite mba’eve hag̃ua ohasa che renondépe. Ahecha peteĩ tata renda tuichaitereíva ho’a hag̃ua umi óga porãitereíva apytépe, ha upéva ogueru pya’eite ijukapy. Ahendu peteĩ tapicha he’iha: ‘Roikuaa vaʼekue Tupã rembiapoukapy oúta hague ko yvy ári, péro ndoroikuaái kuri outaha pya’eiterei.’ Ambuekuéra, ñe’ẽ hasýpe, heʼi: ‘Nde reikuaa kuri! Mbaʼére piko upéicharamo ndere’íri oréve? Ore ndoroikuaái kuri.’ Opa hendáicha ahendu umi ñe’ẽ jogueraha rehegua ojeporúha.”</w:t>
      </w:r>
    </w:p>
    <w:p>
      <w:pPr>
        <w:pStyle w:val="ArticleScripture"/>
        <w:jc w:val="left"/>
      </w:pPr>
      <w:r>
        <w:rPr>
          <w:rFonts w:ascii="Times New Roman" w:hAnsi="Times New Roman" w:eastAsia="Times New Roman" w:cs="Times New Roman"/>
        </w:rPr>
        <w:t>“Che py’ahatã guasúpe apáy. Ake jey, ha chéve ojekuaa aĩha peteĩ aty guasúpe. Peteĩ mburuvicha oñe’ẽhína pe aty rehe, henondépe ojeipyso peteĩ yvyra’anga ohechaukáva ko yvy tuichakue. He’i pe yvyra’anga ohechaukaha Ñandejára ñemitỹty, ha upéva oñemitỹkuaa ha oñangarekova’erã. Araka’eve yvága guive tesape ohesape avavépe, upéva tohechauka jey pe tesape ambuépe. Oñemyendava’erã tesape heta hendápe, ha ko’ã tesape guive oñemyendava’erã ambue tesape’ẽ.”</w:t>
      </w:r>
    </w:p>
    <w:p>
      <w:pPr>
        <w:pStyle w:val="ArticleScripture"/>
        <w:jc w:val="left"/>
      </w:pPr>
      <w:r>
        <w:rPr>
          <w:rFonts w:ascii="Times New Roman" w:hAnsi="Times New Roman" w:eastAsia="Times New Roman" w:cs="Times New Roman"/>
        </w:rPr>
        <w:t>“Umi ñeʼẽ ojere jevy: ‘Peẽ hína yvy juky; ha pe juky oheja ramo isaporã, mbaʼépe piko oñembojey jukýta? upéicha guive ndaiporivéima mbaʼeverã, síno oñemombo hag̃ua okápe ha yvypóra pýpe oñembohasávo hag̃ua. Peẽ hína ko yvy arapy resape. Peteĩ táva oĩva yvyty ári ndaikatúi okañy. Avave ndohapýi peteĩ aranduka ha omoĩ hag̃ua peteĩ mbaʼyru guýpe, síno peteĩ tata rendaguápe; ha omeʼẽ tesape opavavépe pe ógape oĩvape. Péicha tohesape pende resa yvypóra renondépe, ikatu hag̃uáicha haʼekuéra ohecha pende rembiapo porã ha omombaʼeguasu pende Ru oĩva yvágape.’ Mateo 5:13–16."</w:t>
      </w:r>
    </w:p>
    <w:p>
      <w:pPr>
        <w:pStyle w:val="ArticleScripture"/>
        <w:jc w:val="left"/>
      </w:pPr>
      <w:r>
        <w:rPr>
          <w:rFonts w:ascii="Times New Roman" w:hAnsi="Times New Roman" w:eastAsia="Times New Roman" w:cs="Times New Roman"/>
        </w:rPr>
        <w:t>“Ahecha umi ysypo tesapé omimbiáva tavaguasu ha táva’i kuéragui, ha umi tenda yvategua ha umi tenda yvýpe guáguio ko yvy ape ári. Ñandejára ñe’ẽ oñeñandukuaa ha oñeñeñandu hag̃ua, ha upévare oĩ mandu’arã chupe guarã opa táva guasúpe ha opa táva’ípe. Iñembo’e añetegua oñemomarandu opaite yvy ape ári.”</w:t>
      </w:r>
    </w:p>
    <w:p>
      <w:pPr>
        <w:pStyle w:val="ArticleScripture"/>
        <w:jc w:val="left"/>
      </w:pPr>
      <w:r>
        <w:rPr>
          <w:rFonts w:ascii="Times New Roman" w:hAnsi="Times New Roman" w:eastAsia="Times New Roman" w:cs="Times New Roman"/>
        </w:rPr>
        <w:t>“Upéi oñemboguepa ko ta’anga yvýgui, ha ambue oñemoĩ hendaguépe. Hi’ári ohesape umi sa’i lugár guive añoite. Pe ambue yvy tuichakue oĩ pytũmbýpe, peteĩ michĩmi tesape reheve ko’ápe ha amo. Ore Mbo’ehára he’i: ‘Ko pytũmby ha’e kuimba’ekuéra oho haguére ijeheguiete tape rupi. Oñongatu hikuái umi jehupytyrã vai oúva ñemoñare rupive ha umi ojeporavo ha oñemombarete va’ekue. Ojapo hikuái porandu vai, jejavykue rekávo, ha ñemoĩ jehe rehegua, hekove rembiapo tenondegua ramo. Ipy’akuéra ndoikói porã Tupã ndive. Oñomi hikuái itesape peteĩ arrovéguýpe.’”</w:t>
      </w:r>
    </w:p>
    <w:p>
      <w:pPr>
        <w:pStyle w:val="ArticleScripture"/>
        <w:jc w:val="left"/>
      </w:pPr>
      <w:r>
        <w:rPr>
          <w:rFonts w:ascii="Times New Roman" w:hAnsi="Times New Roman" w:eastAsia="Times New Roman" w:cs="Times New Roman"/>
        </w:rPr>
        <w:t>“Opaite soldádo Cristopegua ojapórire hembiapo, opaite ñangarekoha Sión murálla ári ombopu porãite rire trompéta ñe'ẽ, ko yvy arigua ikatúma va'ekue ko'ág̃arupi ohendu pe marandu ñeñangarekorã. Péro tembiapo opyta heta ary tapykuépe. Kuimba'ekuéra oke aja, Satanás ohasa ñanderehe ñembotavyhápe.”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Mokõi Pa Po irundy Pa Poteĩ￼</dc:title>
  <dc:subject>Tape peve pe Léi Domingo rehegua gotyo: Trump rembiapo ha pe marandu ñemboguata profético Daniel 11-pe</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