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kuatiañe'ẽngue - Papapy Mokõipa Mbohapy hag̃ua</w:t>
      </w:r>
    </w:p>
    <w:p>
      <w:pPr>
        <w:pStyle w:val="ArticleSubtitle"/>
        <w:jc w:val="left"/>
      </w:pPr>
      <w:r>
        <w:rPr>
          <w:rFonts w:ascii="Arial" w:hAnsi="Arial" w:eastAsia="Arial" w:cs="Arial"/>
        </w:rPr>
        <w:t>Kuimba’e Ñembohoryha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Hermana White ohechakuaa vaʼekue, táva guasu Nueva York pegua óga kakuaa oñemboguejýramo, oñekumplitaha Apocalipsis kapítulo dieciocho, versíkulo peteĩ guive mbohapy peve.</w:t>
      </w:r>
    </w:p>
    <w:p>
      <w:pPr>
        <w:pStyle w:val="ArticleScripture"/>
        <w:jc w:val="left"/>
      </w:pPr>
      <w:r>
        <w:rPr>
          <w:rFonts w:ascii="Times New Roman" w:hAnsi="Times New Roman" w:eastAsia="Times New Roman" w:cs="Times New Roman"/>
        </w:rPr>
        <w:t>Ha upe rire ahecha ambue ánhel oguejyha yvágagui, oguerekóva tuicha pokatu; ha yvy oñemyesakã imimbipa reheve. Ha osapukái mbarete reheve peteĩ ñe’ẽ hatãme, he’ívo: Ho’a, ho’a Babilonia guasu, ha oiko hag̃ua aña kuéra renda, ha opa espíritu ky’a ryrúi, ha opa guyra ky’a ha jeguarúva ñembotyha. Opa tetãnguéra niko ho’úma heko vai pochy ryrúigui, ha yvy ruvicha kuéra oporomongakuaa hendive, ha yvy pegua ñemuhára kuéra ipirapire heta hag̃ua oguahẽ umi heko porãguasúgui. Apocalipsis 18:1–3.</w:t>
      </w:r>
    </w:p>
    <w:p>
      <w:pPr>
        <w:pStyle w:val="ArticleBody"/>
        <w:jc w:val="left"/>
      </w:pPr>
      <w:r>
        <w:rPr>
          <w:rFonts w:ascii="Times New Roman" w:hAnsi="Times New Roman" w:eastAsia="Times New Roman" w:cs="Times New Roman"/>
        </w:rPr>
        <w:t>11 jasypakõime 2001-pe, yvy arigua “mburuvichakuéra” oikóma vaʼekue porneia-pe tupao romano ndive. Mokõiha Ñorairõ Guasu rire, mburuvicha Harry S. Truman, peteĩha jey, ary 1951-pe, omoĩ peteĩ embahadór Vaticano-pe. Iñehaʼã omoheñói hag̃ua peteĩ joaju polítiko papado ndive oñemboyke hag̃uaite Congreso Tetã peteĩ reko Amérika-pegua rupi; hákatu upéicha ndahaʼéi vaʼekue, heta ary rire, mburuvicha Ronald Reagan, ary 1984-pe, omoĩrõ guare peteĩ embahadór Vaticano-pe. Ary 2001-pe, opa tetãnguéra oikóma vaʼekue porneia-pe Vaticano ndive, omopyendávo peteĩ joaju diplomátiko Tiro kuña reko vai ndive.</w:t>
      </w:r>
    </w:p>
    <w:p>
      <w:pPr>
        <w:pStyle w:val="ArticleBody"/>
        <w:jc w:val="left"/>
      </w:pPr>
      <w:r>
        <w:rPr>
          <w:rFonts w:ascii="Times New Roman" w:hAnsi="Times New Roman" w:eastAsia="Times New Roman" w:cs="Times New Roman"/>
        </w:rPr>
        <w:t>11 jasypakõi ary 2001 peve, opaite “tetã nguéra” ho’u va’ekue iña angaipa tie’ỹ pochy víno. Babilonia víno orrepresenta opaichagua japu papado oikuave’ẽva, ha umi versíkulope ojehechauka porãva peteĩichagua víno iñambueháicha ha’e iña angaipa tie’ỹ pochy víno. Papado pochy ha’e ipersekusión umi ndive ndojoavýivare hendive. Upéva ojapo oipurúvo Estado pokatu ojapo hag̃ua hembiapo ky’a. Ipochy víno ha’e iñembotella hag̃uaicha jejavy ohechaukáva pe tembiapo oiporúvo Estado umi ha’e ohecháva hereje hag̃uaicha.</w:t>
      </w:r>
    </w:p>
    <w:p>
      <w:pPr>
        <w:pStyle w:val="ArticleBody"/>
        <w:jc w:val="left"/>
      </w:pPr>
      <w:r>
        <w:rPr>
          <w:rFonts w:ascii="Times New Roman" w:hAnsi="Times New Roman" w:eastAsia="Times New Roman" w:cs="Times New Roman"/>
        </w:rPr>
        <w:t>Pe ára ára ohasáva 11 jasypoapy 1840 guive 22 jasypa 1844 peve, pe Adventísmo Millerita, oñehenóiva osẽ hag̃ua pe Arapytũ Yma guive, ha oñembojaʼóva umi tupão Protestántegui upérõ oikóva Róma rajykuéra ramo, upéi oiko pe káchi Protestánte añetegua pe mymba yvy arigua pyahu oñepyrũ vaʼekuépe. Pedro omombeʼu umi mbaʼe rechaukaha umi tavaygua pyahu Tupã oiporavo vaʼekue rehe peteĩ tetã ramo.</w:t>
      </w:r>
    </w:p>
    <w:p>
      <w:pPr>
        <w:pStyle w:val="ArticleScripture"/>
        <w:jc w:val="left"/>
      </w:pPr>
      <w:r>
        <w:rPr>
          <w:rFonts w:ascii="Times New Roman" w:hAnsi="Times New Roman" w:eastAsia="Times New Roman" w:cs="Times New Roman"/>
        </w:rPr>
        <w:t>Ha peẽ katu peteĩ ñemoñare ojeporavopyre, peteĩ saserdóte ruvicha guasu rehegua, peteĩ tetã marangatu, peteĩ tavaygua Tupã mba'éva tee; peikuaaukávo hechapyrã hag̃ua peẽme pehenói vaekue pytũmbýgui hembiporãiteva tesape porãme: yma guare ndaha'éi vaekue peteĩ tavaygua, ha ko'ágã katu peẽ hína Tupã tavaygua; ndapehupytýi vaekue poriahuvereko, ha ko'ágã katu pehupytyma poriahuvereko. 1 Pedro 2:9, 10.</w:t>
      </w:r>
    </w:p>
    <w:p>
      <w:pPr>
        <w:pStyle w:val="ArticleBody"/>
        <w:jc w:val="left"/>
      </w:pPr>
      <w:r>
        <w:rPr>
          <w:rFonts w:ascii="Times New Roman" w:hAnsi="Times New Roman" w:eastAsia="Times New Roman" w:cs="Times New Roman"/>
        </w:rPr>
        <w:t>11 jasypakõi 2001 peve, pe Iglesia Adventista del Séptimo Día oipurúma vaʼekue, ha heta jey ojeporu vaʼekue avei, Tetã peteĩ reko Estados Unidos gobierno reko político ombohovái hag̃ua umi haʼe ohechakuaáva herético ramo. Heta mboyve 2001-gui, umi adventista oʼu yma vaʼekuéma Babilonia rykuereʼỹ especial rehegua, upéva heʼiséva ojepuruha Estado pokatu ombohovái hag̃ua umi haʼe ohechakuaáva herético ramo.</w:t>
      </w:r>
    </w:p>
    <w:p>
      <w:pPr>
        <w:pStyle w:val="ArticleBody"/>
        <w:jc w:val="left"/>
      </w:pPr>
      <w:r>
        <w:rPr>
          <w:rFonts w:ascii="Times New Roman" w:hAnsi="Times New Roman" w:eastAsia="Times New Roman" w:cs="Times New Roman"/>
        </w:rPr>
        <w:t>Efraín ha’e peteĩ símbolo Jeroboam ñemboyke rehegua ha Israel yvyakã gotyo pegua rréino rehegua, ha Isaías oñepyrũ capítulo mokõipa poapyha, oñe’ẽvo pe iglesia Adventista del Séptimo Día rehe, ohenóivo chupekuéra Efraín ka’úvare.</w:t>
      </w:r>
    </w:p>
    <w:p>
      <w:pPr>
        <w:pStyle w:val="ArticleScripture"/>
        <w:jc w:val="left"/>
      </w:pPr>
      <w:r>
        <w:rPr>
          <w:rFonts w:ascii="Times New Roman" w:hAnsi="Times New Roman" w:eastAsia="Times New Roman" w:cs="Times New Roman"/>
        </w:rPr>
        <w:t>¡Ay umi ñembotavy akãjegua rehe, Efraín ka’u reíguáre, iporãite reko jeguaka ipoty ipirútamavaicha, oĩva umi ñu ikyra ha iporãvape iñakã ári, umi víno omoakãratĩ vaekue rehe! Péina, Ñandejára oreko peteĩ ipu’aka ha mbaretevéva, amandáu ra’ỹi remimbyaipa ha yvytu vai ohundívaicha, ysyry guasu y hatã osyry tuichávaicha, omombo vaerã yvýpe ipo rupive. Umi ñembotavy akãjegua, Efraín ka’u reígua, oñepyrũmbáta pypekuéra py guýpe; ha pe jeguaka mimbipa, oĩva pe ñu ikyra iñakã ári, oikóta peteĩ yvoty ipirútamavaicha, ha peteĩ yva tenondegua ára hakuvy mboyveguáicha; upe rehe oma’ẽva, ohechávo gueteri ipópe, ho’upa voi. Upe árape Ñandejára Ipytuhẽngue Ruvicha oikóta peteĩ akãjegua mimbipa ha peteĩ jeguaka porãite ramo hemby pytãva ipuévlope guarã, ha peteĩ espíritu tekojoja rehegua ramo pe oguapývape ohusga hag̃ua, ha mbarete ramo umi ombojevyva ñorairõ okẽ meve guarã. Ha ko’ãva avei ojavy víno rupi, ha kaguy hatã rupi ojeivýma tape porãgui; pa’i ha maranduhára ojavy kaguy hatã rupi, víno omokõmbipa chupekuéra, ojeivy tape porãgui kaguy hatã rupi; ojavy visión-pe, ha oñepysanga tekojoja rehe. Opavave mesa henyhẽ ñemity’ẽ ha ky’águi, ndaipóri hag̃uáicha peteĩ hendáicha ipotĩva. Isaías 28:1–8.</w:t>
      </w:r>
    </w:p>
    <w:p>
      <w:pPr>
        <w:pStyle w:val="ArticleBody"/>
        <w:jc w:val="left"/>
      </w:pPr>
      <w:r>
        <w:rPr>
          <w:rFonts w:ascii="Times New Roman" w:hAnsi="Times New Roman" w:eastAsia="Times New Roman" w:cs="Times New Roman"/>
        </w:rPr>
        <w:t>Pe mbohapyha ñembyasy guasu oguahẽkuri 11 jasyporundy 2001-pe, ha oguahẽ pe “akã rehegua” ári, ohechaukáva pe “Efraín ka’ũva kuéra” ruvichakuérape. Ndaha’éi ojapo vaʼekue peteĩ ñorairõ tupao rógape Maryland-pe peteĩ avión henyhẽva tataindy reheve, ha katu ohechauka ikatu’ỹha hikuái oikuaa hag̃ua Islam oguahẽva pe mbohapyha ñembyasy guasu rehegua ha’eha pe oñepyrũva pe ama paha marandu, pe mbohapyha ánhel marandu. Pe marandu tee ha tembiapo tee voi, ha’éva upe mba’e ha’ekuéra he’íva ojehupyty hague hag̃ua omyasãi. Ojehechauka chupekuéra ndaha’éi añoite pe akã rehegua, upéva ohechaukáva mburuvicharã, síno avei pe “ñemomba’eguasu akã rehegua”, upéicha ojekuaaukávo peteĩva umi mokõi aty omomba’éva oñemoheñóiva Habacuc mokõiha kapítulo ñe’ẽme’ẽme. 11 jasyporundy 2001-pe, Habacuc ñangarekohára kuéra oñemoĩkuri hendaguépe ñorairõme okẽme.</w:t>
      </w:r>
    </w:p>
    <w:p>
      <w:pPr>
        <w:pStyle w:val="ArticleBody"/>
        <w:jc w:val="left"/>
      </w:pPr>
      <w:r>
        <w:rPr>
          <w:rFonts w:ascii="Times New Roman" w:hAnsi="Times New Roman" w:eastAsia="Times New Roman" w:cs="Times New Roman"/>
        </w:rPr>
        <w:t>Jerusalén rokẽ ha’e pe tenda ojejapo haguépe umi tetãyguakuéra Jerusalén-gua juaju. Pe ñorairõ okẽme ohechauka pe “ñe’ẽrã” Isaías kapítulo mboyveguápe oñepyrũ va’ekue yvytu kuarahyresẽ gotyogua árape (Islam árape). Mokõi aty Habacuc rembiadorakuéra pe jehasapyrepe ojehechauka mokõi akãngao rupive. Umi Efraín ka’úre opytáva, upe jave peve oipurúma va’ekue Estado pokatu omoakã hag̃ua iñe’ẽrã umi ha’ekuéra ohechakuaáva hereje ramo, oñembojoavy Jehová de los ejércitos akãngaóndi. Cristo ojehechaukáramo Jehová de los ejércitos ramo, upéva peteĩ símbolo hembiapóre guare ijehérsito ruvicha ramo. Pe ñorairõ okẽme ha’e pe ñorairõ ojehechaukáva pe ñe’ẽrã rupi teología añetegua ha japu rehegua.</w:t>
      </w:r>
    </w:p>
    <w:p>
      <w:pPr>
        <w:pStyle w:val="ArticleBody"/>
        <w:jc w:val="left"/>
      </w:pPr>
      <w:r>
        <w:rPr>
          <w:rFonts w:ascii="Times New Roman" w:hAnsi="Times New Roman" w:eastAsia="Times New Roman" w:cs="Times New Roman"/>
        </w:rPr>
        <w:t>Ndaha’éi añónte Conferencia General ruvichakuéra añoite oñembohechauka hag̃ua Efraín ka’ũháraicha, síno avei pa’i kuéra (ministerio pastoral), ha profeta kuéra (teólogo ha mbo’ehára kuéra) ojei tape porãgui, kaguy mbarete rupi. Isaías he’iháicha iprofecía ñepyrũrã versículope, pe iglesia tuichakue ha’e upéva.</w:t>
      </w:r>
    </w:p>
    <w:p>
      <w:pPr>
        <w:pStyle w:val="ArticleScripture"/>
        <w:jc w:val="left"/>
      </w:pPr>
      <w:r>
        <w:rPr>
          <w:rFonts w:ascii="Times New Roman" w:hAnsi="Times New Roman" w:eastAsia="Times New Roman" w:cs="Times New Roman"/>
        </w:rPr>
        <w:t>Pe marandu Isaías, Amoz ra’y, ohecha va’ekue Judá ha Jerusalén rehegua, Uzías, Jotam, Acaz ha Ezequías, mburuvichakuéra Judá guigua, ára kuérape. Pendu, yvága; ehendu porã, yvy; Ñandejára niko oñe’ẽma: “Che amongakuaa ha amongaru ta’ýrape, ha’ekuéra katu opu’ã che rehe. Tóro oikuaa ijára, ha vúrro oikuaa ijára rymba’u renda; Israel katu ndoikuaái, che retãgua noñamindu’úi.” ¡Aĩva anga tetã angaipáva, tavayguakuéra tekoñaña pohýigui henyhẽva, ñemoñaréva mba’evai apohára, ta’ýra ombyaiháicha! Ha’ekuéra oheja Ñandejárape, ombopochy Israel Santope, ha ojere tapykue gotyo. Mba’ére piko peñenupãvéta? Peẽ niko peñembotavyvéta meme; akã tuichakue hasy, ha py’a tuichakue ikangy. Isaías 1:1–5.</w:t>
      </w:r>
    </w:p>
    <w:p>
      <w:pPr>
        <w:pStyle w:val="ArticleBody"/>
        <w:jc w:val="left"/>
      </w:pPr>
      <w:r>
        <w:rPr>
          <w:rFonts w:ascii="Times New Roman" w:hAnsi="Times New Roman" w:eastAsia="Times New Roman" w:cs="Times New Roman"/>
        </w:rPr>
        <w:t>Tetã angaipáva hasy, ha ohasa ma pe ára ndaiporivéi hag̃ua mba’eveichagua pohã ikatúva oñemoĩ omoambue hag̃ua iñakã ha ipy’a. Isaías ohechauka umi ka’u ha’eha okañýva tapegui, ha Jeremías omombe’u upe tapeha hína “umi tape yma guare”. Árape 11 jasyporundy 2001-pe, pe ama pyhareve paha oñepyrũ oguejy; ha Jeremías ohechauka ñande jaguata jave umi tape yma guare rupi, upéva hína pe “tape” umi ka’u oĩhágui okañy hag̃uáicha, upérõ jahupyty pe pytu’u ha pe hemby ama pyhareve paha rehegua.</w:t>
      </w:r>
    </w:p>
    <w:p>
      <w:pPr>
        <w:pStyle w:val="ArticleScripture"/>
        <w:jc w:val="left"/>
      </w:pPr>
      <w:r>
        <w:rPr>
          <w:rFonts w:ascii="Times New Roman" w:hAnsi="Times New Roman" w:eastAsia="Times New Roman" w:cs="Times New Roman"/>
        </w:rPr>
        <w:t>Péicha he'i Ñandejára: Peñembo'y tape kuérape, ha pehecha, ha peporandu umi tape yma guarévare, moõpa oĩ pe tape porã, ha peguata ipype, ha pejuhúta pytu'u pende ánga kuérape g̃uarã. Ha ha'ekuéra he'i: Ndoroguatamo'ãi upérupi. Avei amoĩ pene ári ñangarekoha, he'ívo: Pehendu turu pu. Ha ha'ekuéra he'i: Ndorohendumo'ãi. Upévare pehendu, peẽ tetãnguéra, ha peikuaa, peẽ aty, mba'épa oĩ hesekuéra. Ehendu, yvy: péina áma, aguerúta ivaíva ko tetã rehe, hína iñemo'ã kuéra yva, ndohendúi rupi che ñe'ẽnguéra, ni che léi, síno omboykére chupe. Jeremías 6:16–19.</w:t>
      </w:r>
    </w:p>
    <w:p>
      <w:pPr>
        <w:pStyle w:val="ArticleBody"/>
        <w:jc w:val="left"/>
      </w:pPr>
      <w:r>
        <w:rPr>
          <w:rFonts w:ascii="Times New Roman" w:hAnsi="Times New Roman" w:eastAsia="Times New Roman" w:cs="Times New Roman"/>
        </w:rPr>
        <w:t>Efraín okaʼúva ojepeʼa tape porãgui 11 jasyporundy 2001-pe, ha oñembojerovia “tapykue gotyo”, ary 1863-pe, omboguatávo pe tembiapo oheja hag̃uáicha “umi tape yma guare”. Umi “tape yma guarépe” ojejuhu pe pytuʼu ha ñembopyahu ama pytã pahápe guare rehegua, ha upe ama oñepyrũ upe javeite oñemoĩrõ guare hiʼarikuéra pe “Ay”. Islam mbohapyha “Ay” ndaikatúi ojehechakuaa Efraín ñemombaʼeguasu akã rehegua rupi, pórke hikuái mbeguekatúpe omboykéma umi añetegua ypykue ohechaukáva Islam rembiapo profecíape. Jeremías ohechauka upe tiémpope Ñandejára omopuʼã hague ñangarekoha kuérape, haʼéva Habacuc ñangarekohakuéra, ha haʼekuéra oikuaaukámi Efraín okaʼúvape, okẽme ñorairõ aja, tekotevẽha ohendúvo turu pu. Upe mbohapyha “Ay” oguahẽva 11 jasyporundy 2001-pe, haʼevaʼekue pe Trompéta poapyha.</w:t>
      </w:r>
    </w:p>
    <w:p>
      <w:pPr>
        <w:pStyle w:val="ArticleBody"/>
        <w:jc w:val="left"/>
      </w:pPr>
      <w:r>
        <w:rPr>
          <w:rFonts w:ascii="Times New Roman" w:hAnsi="Times New Roman" w:eastAsia="Times New Roman" w:cs="Times New Roman"/>
        </w:rPr>
        <w:t>Isaías ohechauka: “oka’u hikuái kaguy mbarete rupi; ojavy hikuái pe visión-pe, hepyta’ẽ hikuái pe juicio-pe. Opa mesa henyhẽ vómito ha ky’a reheve, ndaipóri hag̃ua peteĩ hendápe jepe ipotĩva.” Pe mesa japu, oñemoingéva’ekue ary 1863-pe, omboykéva’ekue pe “siete veces”, ha oikotevẽva’ekue peteĩ kuatia myesakãrã omoirũ hag̃ua, ohechauka pe mokõi mesa marangatu Habacuc mba’éva japu ramo; ha umi “mesa” japu umi oka’úva oipurúva henyhẽ vómito rehe, ha ojavy hikuái pe visión-pe. Umi ñangarekohára Habacuc ha Jeremías mba’éva oñemomarandu va’ekue, pe ñomongeta metodologíare, ohai hag̃ua pe “visión”, umi “mesa” ári; katu pe oka’úva kuéra mesa japu ogueru peteĩ visión jejavy.</w:t>
      </w:r>
    </w:p>
    <w:p>
      <w:pPr>
        <w:pStyle w:val="ArticleScripture"/>
        <w:jc w:val="left"/>
      </w:pPr>
      <w:r>
        <w:rPr>
          <w:rFonts w:ascii="Times New Roman" w:hAnsi="Times New Roman" w:eastAsia="Times New Roman" w:cs="Times New Roman"/>
        </w:rPr>
        <w:t>Ndipóri ndaipóri visión, tavayguakuéra oñehundi; ha pe oñangarekóva pe léire, ovy’a ha’e. Proverbios 29:18.</w:t>
      </w:r>
    </w:p>
    <w:p>
      <w:pPr>
        <w:pStyle w:val="ArticleBody"/>
        <w:jc w:val="left"/>
      </w:pPr>
      <w:r>
        <w:rPr>
          <w:rFonts w:ascii="Times New Roman" w:hAnsi="Times New Roman" w:eastAsia="Times New Roman" w:cs="Times New Roman"/>
        </w:rPr>
        <w:t>Umi ka’u o Efraín ojerovia’ỹ Tupã léire, ha katu pe “ñomongeta guasu” rehegua mba’ére, pe ñorairõ okẽmegua rehegua mba’ére, ha’e Tupã léi profética, ojehechaukaramóva pe metodología oñemopyendáva pe movimiento pe ánhel peteĩha ha mbohapyha ryepýpe. Isaías omoĩmbávo pe marco pe ñepyrũrã umi poapy versíkulope capítulo mokõipaapyha-pe, upéi ha’e ombojekuaa pe metodología ha’éva pe ama pyharevegua pahaitépegua, ha peteĩchaite ombojekuaa umi ka’úpe umi “kuimba’e ñembohoryháva, oisãmbyhýva” “Jerusalén”-pe.</w:t>
      </w:r>
    </w:p>
    <w:p>
      <w:pPr>
        <w:pStyle w:val="ArticleScripture"/>
        <w:jc w:val="left"/>
      </w:pPr>
      <w:r>
        <w:rPr>
          <w:rFonts w:ascii="Times New Roman" w:hAnsi="Times New Roman" w:eastAsia="Times New Roman" w:cs="Times New Roman"/>
        </w:rPr>
        <w:t>Mávape piko ombo’éta arandu? ha mávape piko omboikuaáta mbo’epy? Umi kambygui ojepe’áva ha pyti’águi ojei’ova’ekuépe. Mbo’epyrã niko va’erã mbo’epyrã ári, mbo’epyrã ári mbo’epyrã; línea ári línea, línea ári línea; ko’ápe michĩmi, ha amo michĩmi: pende jurúpe ñe’ẽ osyryry’ỹ ha ambue ñe’ẽme oñe’ẽta ko tetãme. Ha chupekuéra he’i va’ekue: Kóva hína pe pytu’u ikatuhápe pembopytu’u pe kane’õvape; ha kóva hína pe pytu’u pyahu me’ẽva: upéicharõ jepe, ndojapysakáseiva’ekue hikuái. Ha Tupã Ñandejára ñe’ẽ oikóne chupekuéra g̃uarã mbo’epyrã ári mbo’epyrã, mbo’epyrã ári mbo’epyrã; línea ári línea, línea ári línea; ko’ápe michĩmi, ha amo michĩmi; ikatu hag̃uáicha oho ha ho’a hapykuéri, oñembyai, oñemoñuhã ha ojepokuaa hag̃ua hesekuéra. Upévare pehendu Tupã Ñandejára ñe’ẽ, peẽ kuimba’e ñembohoryhára, pemotenondéva ko tetã Jerusalénpe oĩvape. Pendeje’i hag̃uére: Ore rojapo peteĩ ñe’ẽme’ẽ mano ndive, ha añaretã ndive roñemoĩ peteĩ ñe’ẽme; pe ñembyai guasu osyrývo ohasáta jave, ndohupytymo’ãi oréve: japoguareko hag̃ua japu ore ñemo’ãrã, ha japu guýpe roñemokañy. Upévare péicha he’i Tupã Ñandejára: Péina ápe, Che amoĩ Siónpe peteĩ ita pyenda ramo, peteĩ ita ojehechapyre, peteĩ ita akã ykéregua iporãiterei ha pyenda hatãva: pe ogueroviáva ndopyta mo’ãi ojepy’apy pya’e hag̃uáicha. Tekojoja avei amoĩta línea ramo, ha hekojojáva plomada ramo: amandáu oitypaíta pe japu ñemo’ãrã, ha y osyrymbáta pe ñemokañy renda ári. Ha pende ñe’ẽme’ẽ mano ndive ojeipe’áta, ha pene ñe’ẽme añaretã ndive ndopytamo’ãi; pe ñembyai guasu osyrývo ohasáta jave, upévo penepyrũta pende ári. Isaías 28:9–18.</w:t>
      </w:r>
    </w:p>
    <w:p>
      <w:pPr>
        <w:pStyle w:val="ArticleBody"/>
        <w:jc w:val="left"/>
      </w:pPr>
      <w:r>
        <w:rPr>
          <w:rFonts w:ascii="Times New Roman" w:hAnsi="Times New Roman" w:eastAsia="Times New Roman" w:cs="Times New Roman"/>
        </w:rPr>
        <w:t>Pe “debate” ko’ápe oñemyesakã ko’ã ñe’ẽme: “mávapepa ombo’éta arandu? ha mávape ombikuaaukáta doctrina?” Pe “mávape” oñe’ẽ umi temimbo’e ikatúvare rehe, ha pe mba’e oñeñe’ẽva hína ha’e pe doctrina ñentendekuaa, ha’éva arandu. Daniel kuatiañe’ẽ ojepe’áramo, oĩ peteĩ arandu jehetave, upéva ohechauka oñentendeveha Tupã Ñe’ẽ añetegua-kuéra. Pe ñe’ẽ “doctrina” he’ise peteĩ aty jerovia, principio, ñembo’e, térã tembiapoukapy omoheñóiva peteĩ sistema particular de pensamiento térã peteĩ aty arandu. Oñentende hag̃ua umi “doctrina” bíblica, tekotevẽ peteĩ metodología bíblica omoheñói hag̃ua pe aty arandu.</w:t>
      </w:r>
    </w:p>
    <w:p>
      <w:pPr>
        <w:pStyle w:val="ArticleBody"/>
        <w:jc w:val="left"/>
      </w:pPr>
      <w:r>
        <w:rPr>
          <w:rFonts w:ascii="Times New Roman" w:hAnsi="Times New Roman" w:eastAsia="Times New Roman" w:cs="Times New Roman"/>
        </w:rPr>
        <w:t>Pe tembiaporã ojehechauka ko’ã ñe’ẽme: “mandamiénto ári mandamiénto, mandamiénto ári mandamiénto; línea ári línea, línea ári línea; ko’ápe michĩmi ha upépe michĩmi.” Pe tembiaporã omomba’éva 11 jasyporundy 2001-pegua mbohapyha “Ai” oguahẽha, oñemopyenda rupi oñembyaty hag̃ua peteĩcha pe línea profética peteĩha “Ai”-gua ndive pe línea profética mokõiha “Ai”-gua, ha upéicha ome’ẽ mokõi testígo mbohapyha “Ai” líneagui. Upéva hína pe tembiaporã ojehechaukaha pe “ñe’ẽjoja” mba’éichapa omoheñói mokõi aty omomba’éva, “Ñandejára ñe’ẽ niko ou va’ekue chupekuéra mandamiénto ári mandamiénto, mandamiénto ári mandamiénto; línea ári línea, línea ári línea; ko’ápe michĩmi ha upépe michĩmi; oho hag̃ua, ho’a hag̃ua hapykuévo, oñembyai hag̃ua, oñeñuhã hag̃ua ha ojepokuaa hag̃ua.”</w:t>
      </w:r>
    </w:p>
    <w:p>
      <w:pPr>
        <w:pStyle w:val="ArticleBody"/>
        <w:jc w:val="left"/>
      </w:pPr>
      <w:r>
        <w:rPr>
          <w:rFonts w:ascii="Times New Roman" w:hAnsi="Times New Roman" w:eastAsia="Times New Roman" w:cs="Times New Roman"/>
        </w:rPr>
        <w:t>Umi cinco jehepyme’ẽ umi kuimbaʼe oñembohoryva oñangarekóva Jerusalén rehe, ohechauka umi cinco kuñataĩ tarovape. Pe método hesakã porãva ha’eha peteĩ prueba, pórke umi ka’ẽva Efraín pegua omboyke Jeremías rapekue yma guaréva, ndojapysakái umi ñangarekohára trompéta ñeʼẽñehenduka rehe, ojapo mesa japu rehegua, ha ojapo peteĩ ñeʼẽme’ẽ ñemano ndive; upe jave peteĩchaite umi ogueraháva Ñandejára de los ejércitos koróna okẽ ñorairõme ojapóva hikuái peteĩ ñeʼẽme’ẽ tekove rehegua.</w:t>
      </w:r>
    </w:p>
    <w:p>
      <w:pPr>
        <w:pStyle w:val="ArticleBody"/>
        <w:jc w:val="left"/>
      </w:pPr>
      <w:r>
        <w:rPr>
          <w:rFonts w:ascii="Times New Roman" w:hAnsi="Times New Roman" w:eastAsia="Times New Roman" w:cs="Times New Roman"/>
        </w:rPr>
        <w:t>11 jasypakõi 2001-pe, oky pahague, ha’éva pe pytu’u ha pe piro’y, oñepyrũ oguejy, ha pe selle oñemoĩha peteĩsiento irundypa irundy mil rehe oñepyrũ. Upéva omoñepyrũ peteĩ ñomongeta joavy Efraín ka’úre oĩva rembiapokue rape rehe, ha pe tape rehe ohechaukáva Elías mensahéro. “Heta” ho’áta umi ka’úndi; ha umi mbovymínte ojeiporavótava hína umi oha’arõva Ñandejárare.</w:t>
      </w:r>
    </w:p>
    <w:p>
      <w:pPr>
        <w:pStyle w:val="ArticleScripture"/>
        <w:jc w:val="left"/>
      </w:pPr>
      <w:r>
        <w:rPr>
          <w:rFonts w:ascii="Times New Roman" w:hAnsi="Times New Roman" w:eastAsia="Times New Roman" w:cs="Times New Roman"/>
        </w:rPr>
        <w:t>Pe Ñandejára oñeʼẽ chéve péicha ipópe mbaretépe, ha chemboʼe ani hag̃ua aguata ko tetãygua rape rupi, heʼívo: Pejeʼỹ hag̃ua: “Joaju”, opavavépe ko tetãygua heʼíva: “Joaju”; ani peñemongyhyje haʼekuéra okyhyjévare, ni peñemondýi. Pembotuicha hag̃ua Ñandejára ipuʼakapavẽva haʼe ae; ha toiko haʼe pene kyhyje, ha toiko haʼe pene ñemondýi. Ha haʼe oikóta peteĩ tupaóramo; ha katu mokõivéva Israél róga hag̃ua ita ñepysãngarã, ha ita guasu hag̃ua jehepymeʼẽrã, peteĩ ñuhã ha peteĩ ñuhã hag̃ua Jerusalén pegua kuérape. Ha heta ijapytepekuéra opysangáta, hoʼáta, oñembyaíta, oñeñuhãta ha ojepokóta hesekuéra. Eñapytĩ pe testimónio, emboty hag̃ua pe léi che remimboʼekuéra apytépe. Ha che ahaʼarõta Ñandejárape, omokañýva hova Jacob róga-gui, ha amaʼẽta hese. Isaías 8:8–17.</w:t>
      </w:r>
    </w:p>
    <w:p>
      <w:pPr>
        <w:pStyle w:val="ArticleBody"/>
        <w:jc w:val="left"/>
      </w:pPr>
      <w:r>
        <w:rPr>
          <w:rFonts w:ascii="Times New Roman" w:hAnsi="Times New Roman" w:eastAsia="Times New Roman" w:cs="Times New Roman"/>
        </w:rPr>
        <w:t>Añetéhápe Isaías ombojoaju iñe’ẽ tee reheve, upévare heta hoʼáva capítulo mokõipa poapy-pe, haʼe umi mismo hoʼáva capítulo poapy-pe. Capítulo poapy-pe jajuhu iñehundikua oikoha pe sellado ára jave, oñepyrũva’ekue 11 jasyporundy 2001-pe. Pe ñe’ẽmondo capítulo poapy-gua ha’e ani hag̃ua ojeguata ko tetãygua “rape” rupi, pórke haʼekuéra hína umi omboykéva oguata hag̃ua Jeremías rape yma guaréva rupi, upe tápere yma guaréva oĩháme pe ama pahápegua marandu. Umi hoʼáva capítulo poapy-pe haʼe umi ojeroviáva pe joaju rehe, ohechaukáva Babilonia vino especial, ohechaukáva peteĩ joaju iglesia ha estado apytépe umi hérético ramo ojehecháva rehe oñemoĩ hag̃ua. Pe mbaʼe omoñepysanga chupekuéra capítulo poapy-pe ha’e pe ita ñepysãnga rehegua, ohechaukáva pe peteĩhaite jejapoʼỹ añetegua pyenda rehegua ary 1863-pe, Levítico mokõipa poteĩ-megua “siete tiempos”, umi “omoheñóiva” omboykéva’ekue 1863-pe. Upe ñemboyke rupive haʼekuéra ojevyvaʼekue protestante apostata metodología-pe omboyke hag̃ua pe marandu umi ánhel kuéra omeʼẽvaʼekue William Miller-pe.</w:t>
      </w:r>
    </w:p>
    <w:p>
      <w:pPr>
        <w:pStyle w:val="ArticleBody"/>
        <w:jc w:val="left"/>
      </w:pPr>
      <w:r>
        <w:rPr>
          <w:rFonts w:ascii="Times New Roman" w:hAnsi="Times New Roman" w:eastAsia="Times New Roman" w:cs="Times New Roman"/>
        </w:rPr>
        <w:t>Mokõiha pukukuépe, pe ita ñemboykégui osẽ pe juicio pe mba’asy osyryryvéva rehegua, ha’éva símbolo bíblico pe mymba rechaukaha rehegua oñepyrũva arapokõindy léi guive Estados Unidos-pe, ha upéi ojaho’i opaite yvy ape ári. Pe arapokõindy léipe pe ñe’ẽme’ẽ tupao Adventista ojapova’ekue “mano” ha “añaretã” ndive oñehundíta. Oñehundívo umi ka’úva Efraín gua umi ñe’ẽme’ẽ mano ndive rehegua, ojeipe’áta chuguikuéra iñemokañy “japu” rehegua. Pe “ñemokañy japu rehegua” ohechauka apóstol Pablo pe japu ramo oguerúva mbotavy mbarete, ha pe mbotavy mbarete oñeñohẽva umi kuimba’e ñembohoryha oguerekóva Jerusalén sãmbyhy ári, ou iñe’ẽrendu’ỹgui añetegua rehe.</w:t>
      </w:r>
    </w:p>
    <w:p>
      <w:pPr>
        <w:pStyle w:val="ArticleScripture"/>
        <w:jc w:val="left"/>
      </w:pPr>
      <w:r>
        <w:rPr>
          <w:rFonts w:ascii="Times New Roman" w:hAnsi="Times New Roman" w:eastAsia="Times New Roman" w:cs="Times New Roman"/>
        </w:rPr>
        <w:t>Pe ñemoĩha, Satanás rembiapo rupive ouva, opaichagua pokatu reheve, ha techaukaha ha mba'eporã japúva reheve, ha opaichagua tekojoja'ỹ mbotavy reheve umi okañyvape ĝuarã; ndojapyhýigui hikuái añetegua mborayhu ikatu hag̃uáicha ojesalva. Upévare Tupã omondóta chupekuéra mbotavy mbarete, oguerovia hag̃ua peteĩ japu; oñehundi hag̃ua opa umi ndogueroviáiva añetegua, ha ovy'áva tekojoja'ỹme. Ore katu roime tekotevẽme rome'ẽ hag̃ua aguyje tapiaite Tupãme pende rehehápe, peẽ joyke'ykuéra Ñandejára ohayhúva, Tupã ypy guive pende poravógui peẽme pe salvación-rã, Espíritu ñemomarangatu rupive ha añetegua jerovia rupive. Upévarã pene renói ore evanhélio rupive, pehupyty hag̃ua Ñandejára Jesucristo gloria. Upévare, joyke'ykuéra, peñembo'y mbarete, ha pejoko umi temimbo'e rehe peñembo'éva'ekue, taha'e ñe'ẽ rupive térã ore kuatiañe'ẽ rupive. 2 Tesalonicenses 2:9–15.</w:t>
      </w:r>
    </w:p>
    <w:p>
      <w:pPr>
        <w:pStyle w:val="ArticleBody"/>
        <w:jc w:val="left"/>
      </w:pPr>
      <w:r>
        <w:rPr>
          <w:rFonts w:ascii="Times New Roman" w:hAnsi="Times New Roman" w:eastAsia="Times New Roman" w:cs="Times New Roman"/>
        </w:rPr>
        <w:t>Pe “refugio japu rehegua”, omoheñóiva pe “mbotavy mbarete”, ipahápe ogueru pe castígo pe léi domingo og̃uahẽmbaitévape. Apóstol Pablo omombe’u pe aty ndohayhúiva pe añetegua, ha peteĩ aty ojesantifikáva pe añeteguáre, upéicha oñe’ẽ mokõi aty rehe ojehecháva Habacuc kapítulo mokõihápe. Kapítulo veintinueve-pe, Isaías oñepyrũ omoĩjevy mokõive jey pe ñe’ẽ Ariel, ha upéva hína ambue téra Jerusalén-pe g̃uarã.</w:t>
      </w:r>
    </w:p>
    <w:p>
      <w:pPr>
        <w:pStyle w:val="ArticleScripture"/>
        <w:jc w:val="left"/>
      </w:pPr>
      <w:r>
        <w:rPr>
          <w:rFonts w:ascii="Times New Roman" w:hAnsi="Times New Roman" w:eastAsia="Times New Roman" w:cs="Times New Roman"/>
        </w:rPr>
        <w:t>¡Ay de Ariel, de Ariel, pe táva oiko haguépe David! Toñembojoapy áño ári áño; tojejuka mymbajuka hag̃ua. Isaías 29:1.</w:t>
      </w:r>
    </w:p>
    <w:p>
      <w:pPr>
        <w:pStyle w:val="ArticleBody"/>
        <w:jc w:val="left"/>
      </w:pPr>
      <w:r>
        <w:rPr>
          <w:rFonts w:ascii="Times New Roman" w:hAnsi="Times New Roman" w:eastAsia="Times New Roman" w:cs="Times New Roman"/>
        </w:rPr>
        <w:t>Pe ñembojuehe jehechaukaha “Ariel” rehegua (táva Jerusalén), oñembojovake jey peteĩ “aichejáranga” rupive. Tupãme oñekuave’ẽva jejuka “ary guive ary peve” ohechauka pe pu’aka hag̃ua oho hag̃ua tenonde gotyo pe ñemopu’ã vai oñepyrũva’ekue ary 1863-pe. Umi versíkulo oúva upe rire omombe’u pe jehusga oikótava pe iglesia Adventista del Séptimo Día ári, pe aravo pe léi dominical apañuãi aja. Versíkulo porundyha gotyo peteĩ “mba’e hechapyrã” oñemombe’u, omomba’eguasúva pe ñe’ẽjoja tapicha omba’apoháicha rehegua, ha avei ohechauka Adventísmo rembiapo vai ñemopu’ãme oĩha peteĩ elemento ramo pe marandu Pyhare Pytegua Sapy’ánte Hatãva rehegua, ha upéva avei ojoaju pe mokõiha ánhel rehe, ojehechaukaháicha pe ñe’ẽ “Ariel” ñembojuehe rupive pe versíkulo peteĩhame.</w:t>
      </w:r>
    </w:p>
    <w:p>
      <w:pPr>
        <w:pStyle w:val="ArticleScripture"/>
        <w:jc w:val="left"/>
      </w:pPr>
      <w:r>
        <w:rPr>
          <w:rFonts w:ascii="Times New Roman" w:hAnsi="Times New Roman" w:eastAsia="Times New Roman" w:cs="Times New Roman"/>
        </w:rPr>
        <w:t>Pejepyʼỹ ha peñemondýi; pesapukái ha pesapukái: okaʼu hikuái, ha ndahaʼéi víno reheve; opytaʼỹ hikuái, ha ndahaʼéi kaguy mbarete reheve. Ñandejára niko oñohẽ pende ári peke pypuku espíritu, ha omboty pende resa: umi maranduhára ha pende ruvichakuéra, umi techahára, haʼe ojahoʼi. Ha opa pe visión oiko peẽme guarã kuatiañeʼẽ oñemboty hag̃uaicha, ombohasáva peteĩ iñarandúvape heʼívo: Emoñeʼẽmi ko mbaʼe, ajerure ndéve; ha haʼe heʼi: Ndaikatúi; oñembotýgui. Ha pe kuatiañeʼẽ oñemeʼẽ pe ndoikuaáivape omoñeʼẽ hag̃ua, heʼívo: Emoñeʼẽmi ko mbaʼe, ajerure ndéve; ha haʼe heʼi: Che ndakuaái amoñeʼẽ. Upévare Ñandejára heʼi: Ko tetã ag̃uarã oñemboja che rehe ijuru hag̃uáinte, ha hembembykuéra rupive chemombaʼe, péro omomombyry ikorasõ chehegui, ha ikyhyje che renondépe haʼe yvypóra rembiapoukapy oñemboʼéva mante; upévare, péina ápe, ajapóta ko tetã apytépe tembiapo hechapyrãitereíva, tembiapo hechapyrã ha ñemondýi; umi iñarandúva arandu okañýta, ha umi iñakãguapýva ñemyesakã oñemokañýta. Isaías 29:9–14.</w:t>
      </w:r>
    </w:p>
    <w:p>
      <w:pPr>
        <w:pStyle w:val="ArticleBody"/>
        <w:jc w:val="left"/>
      </w:pPr>
      <w:r>
        <w:rPr>
          <w:rFonts w:ascii="Times New Roman" w:hAnsi="Times New Roman" w:eastAsia="Times New Roman" w:cs="Times New Roman"/>
        </w:rPr>
        <w:t>Pe “ñe’ẽjoavy” oñehaíva’ekue capítulo mokõipa siete-pe, ha ohechaukáva pe ñe’ẽjovake tembiaporã rape añetegua ha rape japu apytépe, umi kuimba’e ñembohoryha omoakãva Jerusalén-ka ka’u rehegua ojehechauka peteĩ pytũmby ramo ojokóva Adventismo ruvichakuérape ani hag̃ua ontende pe kuatiañe’ẽ oñeselláva. Daniel ha Apocalipsis kuatiakuéra hína pe peteĩnte kuatiañe’ẽ, ha pe kuatiañe’ẽ pehẽ ojepe’áva michĩmi mboyve tembiapo ñemohu’ãgui ha’e Jesucristo Ñemombe’u. Upéva oike ipype pe mba’e ñemimby “poapýha, umi siete apytégui”. Ojehechauka pe “ñemi” ramo oñeme’ẽva’ekue Daniel-pe ontende hag̃ua capítulo mokõi-pe. Ha’e pe “tembiasakue ñemiguáva” umi Siete Tunuha rehegua. Ha’e Islam marandu pe mbohapyha “Ai” rehegua, ha pe “Pyhare Mbyte Sapukái” marandu.</w:t>
      </w:r>
    </w:p>
    <w:p>
      <w:pPr>
        <w:pStyle w:val="ArticleBody"/>
        <w:jc w:val="left"/>
      </w:pPr>
      <w:r>
        <w:rPr>
          <w:rFonts w:ascii="Times New Roman" w:hAnsi="Times New Roman" w:eastAsia="Times New Roman" w:cs="Times New Roman"/>
        </w:rPr>
        <w:t>Pe Daniel ha Apocalipsis peteĩnte kuatiañe’ẽ oñeme’ẽ umi ojehechaukávape pe Sanedrín rupive Cristo tiémpope, ha’ekuéra ombojoja peteĩ sistema de liderásgo he’íva oipytyvõha ha omo’ãha Ñandejára añetegua, ha ipahápe oike añeteguáva kurusúre jejuka rehe. Pe sistema ojechauka hag̃uáicha pe Sanedrín rupive, ha’e umi kuimba’e ñembohoryha ogoverna Jerusalén-pe. Ichupekuéra oñeme’ẽ pe kuatiañe’ẽ oñembotýva, ha iñe’ẽmbohovái mombyrygua, arandupy ha mbo’esyry rehegua pe mba’épa he’ise pe kuatiañe’ẽ, ha’e ndoikuaaiha omoñe’ẽ, oñembotýgui. Upéi pe aty oñembokatupyrýva omoirũ hag̃uánte umi oñemboja’óva mburuvicha ramo, oñeme’ẽ avei chupekuéra pe kuatiañe’ẽ peteĩchaite, ha iñe’ẽmbohovái ha’e oikuaataha añoite hesegua, umi kuimba’e ñembohoryha ogoverna Jerusalén-pe, pe Sanedrín ára pahapegua, he’íramo chupekuéra mba’épa he’ise.</w:t>
      </w:r>
    </w:p>
    <w:p>
      <w:pPr>
        <w:pStyle w:val="ArticleBody"/>
        <w:jc w:val="left"/>
      </w:pPr>
      <w:r>
        <w:rPr>
          <w:rFonts w:ascii="Times New Roman" w:hAnsi="Times New Roman" w:eastAsia="Times New Roman" w:cs="Times New Roman"/>
        </w:rPr>
        <w:t>Pe tembipuru oje'e va'ekue William Miller-pe, ha upéi Future for America-pe, ha'e peteĩ techaukaha tembiasakue maranduhára rehegua. Ha'e peteĩ techaukaha omombe'úva peteĩ porandu jehechapyre tekove ha mano rehegua. Ndorekóiramo pe tembipuru hekopete, pe marandu ama paha rehegua oiko “kuatiañe'ẽ oñembotyva'ekue ñe'ẽnguéraicha.” Ndorekóiramo pe marandu ama paha rehegua, pe jehasa ojejapóva pe marandu rupive ndaikatúi oñehupyty. Upe tembipuru ha'e pe proceso oguerúva línea maranduhára rehegua ári línea maranduhára rehegua, ko'águi Biblia-pe, ha amo Biblia-pe. Pe ñe'ẽjoavy tembipuru rehegua oñepyrũ kuri pe marandu peteĩha oñemombarete jave, mokõivéva ára pahakuéra rembiasakue ñepyrũha ha paha-pe.</w:t>
      </w:r>
    </w:p>
    <w:p>
      <w:pPr>
        <w:pStyle w:val="ArticleBody"/>
        <w:jc w:val="left"/>
      </w:pPr>
      <w:r>
        <w:rPr>
          <w:rFonts w:ascii="Times New Roman" w:hAnsi="Times New Roman" w:eastAsia="Times New Roman" w:cs="Times New Roman"/>
        </w:rPr>
        <w:t>Millerita ñemongu’e rembiasakue ñepyrũme pe ñomongeta oñepyrũkuri agosto 11, 1840-pe, ha oñembopyahu jey upe rembiasakue pahaitepe, pe aravope pe Millerita ñemongu’e Filadelfiagua ojere ha oike pe Millerita ñemongu’e Laodiceaguápe. Pe ñomongeta oñepyrũ jeykuri pe ñemongu’e Laodiceagua rembiasakuepe, pe mbohapyha ánhel rehegua, septiembre 11, 2001-pe, ha oñembopyahu jey upe ñemongu’e pahaitepe, pe aravope pe mbohapyha ánhel rehegua ñemongu’e Laodiceagua ojere ha oike pe ñemongu’e Filadelfiaguápe, umi cien cuarenta y cuatro mil reheguápe. Pe prueba ñepyrũrãme umi Millerita-kuérape g̃uarã, ha pe prueba pahaitepe avei umi Millerita-kuérape g̃uarã, upe prueba ojehechauka Elías maranduero rembiapokue rape rupive. Jesús, Alpha ha Omega ramo, tapiaite ohechauka pe paha pe ñepyrũ rupive.</w:t>
      </w:r>
    </w:p>
    <w:p>
      <w:pPr>
        <w:pStyle w:val="ArticleBody"/>
        <w:jc w:val="left"/>
      </w:pPr>
      <w:r>
        <w:rPr>
          <w:rFonts w:ascii="Times New Roman" w:hAnsi="Times New Roman" w:eastAsia="Times New Roman" w:cs="Times New Roman"/>
        </w:rPr>
        <w:t>Pe “método” omoĩvo línea ári línea ha’e upe jajapótava ko’ág̃a, ñañepyrũvo ñahesa’ỹijo hag̃ua Daniel aranduka capítulo irundy ha po, pe artículo oúvape.</w:t>
      </w:r>
    </w:p>
    <w:p>
      <w:pPr>
        <w:pStyle w:val="ArticleScripture"/>
        <w:jc w:val="left"/>
      </w:pPr>
      <w:r>
        <w:rPr>
          <w:rFonts w:ascii="Times New Roman" w:hAnsi="Times New Roman" w:eastAsia="Times New Roman" w:cs="Times New Roman"/>
        </w:rPr>
        <w:t>“Avave ndorekói peteĩ marandu añetegua omoĩva ára Cristo ou hag̃ua térã ndoúi hag̃ua. Peikuaa porãke Tupã nome’ẽi avavépe pokatu hag̃ua he’i Cristo ombotavytaha iju hag̃ua cinco áño, diez áño térã veinte áño. ‘Peĩke peẽ avei peime hag̃uáicha, pórke peimo’ã’ỹ hag̃uáicha ára-pe oúta Yvypóra Ra’y’ (Mateo 24:44). Kóva hína ñane marandu, upe maranduete umi mbohapy ánhel oovevéva yvága mbyte rupi omomarandúva. Tembiapo ojapova’erã ko’ág̃a hína pe oikuaaukáva ko pahápegua marandu poriahuvereko rehegua peteĩ arapýpe ho’ava’ekuépe guarã. Oguahẽ hína peteĩ tekove pyahu yvágagui ha ojagarrapa opa Tupã tavayguakuérape. Péro oúta ñemboja’o iglesia-pe. Mokõi aty oñemoheñóita. Trígo ha ñana vai okakuaáta oñondive pe cosecha peve.</w:t>
      </w:r>
    </w:p>
    <w:p>
      <w:pPr>
        <w:pStyle w:val="ArticleScripture"/>
        <w:jc w:val="left"/>
      </w:pPr>
      <w:r>
        <w:rPr>
          <w:rFonts w:ascii="Times New Roman" w:hAnsi="Times New Roman" w:eastAsia="Times New Roman" w:cs="Times New Roman"/>
        </w:rPr>
        <w:t>“Tembiapo ipypukuvéta ha oñemomba’evéta iñakãrapu’ãme pe ára pahaite peve. Ha opa umi omba’apóva Ñandejára ndive oñorairõta kyre’ỹ eterei pe jerovia rehe, peteĩ jevérõme oñeme’ẽ va’ekue umi marangatupe. Noñemboguejemo’ãi hikuái ko marandu ko’ág̃agua-gui, ko’ýte omyesakãmava yvy tuichakue heko mimbipápe. Mba’eve ndovaléi ñañorairõ hag̃ua hese, ndaha’éiramo Ñandejára mimbipa. Pe ita guasu añoite opytátava hatã ha’e pe Yma Guaréva Ita Guasu. Pe añetegua, oĩháicha Jesúspe, ha’e pe tenda ñañemo’ã hag̃ua ko’ã ára jejavy rehegua jave….”</w:t>
      </w:r>
    </w:p>
    <w:p>
      <w:pPr>
        <w:pStyle w:val="ArticleScripture"/>
        <w:jc w:val="left"/>
      </w:pPr>
      <w:r>
        <w:rPr>
          <w:rFonts w:ascii="Times New Roman" w:hAnsi="Times New Roman" w:eastAsia="Times New Roman" w:cs="Times New Roman"/>
        </w:rPr>
        <w:t>“Oñehẽngue ojehupyty hína, línea ári línea. Imbaretevévo ñañembo’y mbohapyha ánhel marandu poyvi guýpe, hesakãvéta ñandéve Daniel oprofetisa vaekue; pe Revelación niko Daniel rembiapokue ñemyesakãrã. Hetaiteve jahupytyramo pe tesape oñeme’ẽva Espíritu Santo rupive Tupã rembiguái oñembosako’i porã vaekue rupi, pypukuvéta ha añetehápe ojekuaáta, pe tróno opa’ỹvaicha hatã, umi añetegua oĩva profecía yma guarépe; ha jajerovia porãta Tupã kuimba’e kuéra oñe’ẽ hague oñemongu’évo chupekuéra Espíritu Santo. Umi kuimba’e voi oĩva’erã Espíritu Santo poguýpe ikatu hag̃uáicha ontende pe Espíritu ñe’ẽnguéra ome’ẽ vaekue profeta kuéra rupive. Ko’ã marandu nome’ẽi hag̃ua umi he’i vaekuépe umi profesía, síno ñandéve g̃uarã, jaikovévape umi mba’e ojehupytýva mbytépe.”</w:t>
      </w:r>
    </w:p>
    <w:p>
      <w:pPr>
        <w:pStyle w:val="ArticleScripture"/>
        <w:jc w:val="left"/>
      </w:pPr>
      <w:r>
        <w:rPr>
          <w:rFonts w:ascii="Times New Roman" w:hAnsi="Times New Roman" w:eastAsia="Times New Roman" w:cs="Times New Roman"/>
        </w:rPr>
        <w:t>“Ndaikuaasei araka’e aimeha hag̃ua che py’a guýpe ikatu hag̃uáicha amombe’u ko’ã mba’e, ndaha’éirire Ñandejára ome’ẽ hague chéve ko tembiapo ajapo hag̃ua. Oĩ ambue nde rehegua añoite ndaha’éiva, ha ndaha’éi peteĩ térã mokõi añointe, ndeicha oguerekóva tesape pyahu oimo’ãva, ha oĩmbáva voi opresenta hag̃uáicha upéva tavayguakuérape. Hákatu Tupãpe oguerohoryvéta hag̃ua chupekuéra oguerovia ramo tesape oñeme’ẽmava’ekue ha oguata hese, ha omopyenda hag̃ua ijerovia Ñandejára Ñe’ẽre, omombaretéva umi posición ojekuaáva Tupã rembigua kuéra apytépe heta ary pukukue. Pe marandu porã opa’ỹva va’erã oñemombe’u yvypóra rembijeroviapy rupive. Ñande jaropurahéi va’erã umi ánhel marandu, ojehechaukáva ovevéva yvága mbyte rupi, oguerúva pe marandu paha peteĩ yvy oñehundímava’ekuépe g̃uarã. Ndañañehenóiramói hag̃ua ñaporofetisa, ñañehenói hag̃ua roguerovia umi profesía, ha ñamba’apo oñondive Tupã ndive ñame’ẽ hag̃ua tesape ambue akãnguérape. Kóva hína roñeha’ã rojapo hag̃ua.” Selected Messages, libro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kuatiañe'ẽngue - Papapy Mokõipa Mbohapy hag̃ua</dc:title>
  <dc:subject>Kuimba’e Ñembohoryha hag̃ua hag̃uáicha</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