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Mbohapypa Mokõipa hag̃ua’ẽ</w:t>
      </w:r>
    </w:p>
    <w:p>
      <w:pPr>
        <w:pStyle w:val="ArticleSubtitle"/>
        <w:jc w:val="left"/>
      </w:pPr>
      <w:r>
        <w:rPr>
          <w:rFonts w:ascii="Arial" w:hAnsi="Arial" w:eastAsia="Arial" w:cs="Arial"/>
        </w:rPr>
        <w:t>Leónguéragui ñembotavy peve: peteĩ jehechakuaa pypuku Daniel 6 ha ára paha profecíare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Daniel kapítulo seis ha’e pe mbohapyha línea umi peteĩha seis kapítulo Daniélpe, oñepresenta hag̃ua directamente peteĩ techaukarã pe kyhyje guasu léi domingo rehegua. Pe kapítulo mbohapyhápe Nabucodonosor ta’anga óro guigua, ha umi mbohapy kuimba’e marangatu, ohechauka pe poyvi oñemopu’ãva yvate, ha opaite yvy arigua ohecha.</w:t>
      </w:r>
    </w:p>
    <w:p>
      <w:pPr>
        <w:pStyle w:val="ArticleScripture"/>
        <w:jc w:val="left"/>
      </w:pPr>
      <w:r>
        <w:rPr>
          <w:rFonts w:ascii="Times New Roman" w:hAnsi="Times New Roman" w:eastAsia="Times New Roman" w:cs="Times New Roman"/>
        </w:rPr>
        <w:t>Upémarõ mburuvicha guasu Nabucodonosor omondo oñembyaty hag̃ua mburuvichakuéra, sãmbyhyhára kuéra, kapitán kuéra, hués kuéra, viru rerekuára kuéra, consejo me’ẽhára kuéra, justísiape omba’apóva kuéra ha opaite tetãvore ruvichakuéra, ou hag̃ua ta’anga Nabucodonosor mburuvicha guasu omoñepyrũva jeroviaha dedikasiónpe. Daniel 3:2.</w:t>
      </w:r>
    </w:p>
    <w:p>
      <w:pPr>
        <w:pStyle w:val="ArticleBody"/>
        <w:jc w:val="left"/>
      </w:pPr>
      <w:r>
        <w:rPr>
          <w:rFonts w:ascii="Times New Roman" w:hAnsi="Times New Roman" w:eastAsia="Times New Roman" w:cs="Times New Roman"/>
        </w:rPr>
        <w:t>Pe capítulo mbohapýpe, umi mbohapy tekokatu ojekokatu omoakãityʼỹ hag̃ua, ha iñembiapo ogueru hiʼarikuéra pe jejopy vai tata ñembyasy rehegua; upe aja, Daniel katu pe capítulo seis-pe, oñesũ mbohapy jey ára pukukue, ha iñembiapo ogueru hiʼarikuéra pe jejopy vai león kuára rehegua. Línea ári línea, haʼekuéra ohechauka pe domingo léi rehegua jejopy vai peteĩ ñemoneĩ jerovia rehegua ramo, ha mokõivéva kásope, upéva ojehechakuaáma voi umi jerovia hag̃ua rehegua rupive. Umi ojehechaukáva pe mbohapy ha peteĩ joaju rupive, ojeguerojeráva umi cien cuarenta y cuatro mil rehe, oñemopyenda porãma pe añeteguápe pe jejopy vai ñemyakãrã oguahẽ mboyve.</w:t>
      </w:r>
    </w:p>
    <w:p>
      <w:pPr>
        <w:pStyle w:val="ArticleScripture"/>
        <w:jc w:val="left"/>
      </w:pPr>
      <w:r>
        <w:rPr>
          <w:rFonts w:ascii="Times New Roman" w:hAnsi="Times New Roman" w:eastAsia="Times New Roman" w:cs="Times New Roman"/>
        </w:rPr>
        <w:t>“He'i pe ánhel: ‘Peñemboyke penejehegui; peguata va'erã pya'e.’ Oĩ ñande apytépe oguerekóva aréma ohupyty hag̃ua pe añetegua ha oho hag̃ua tenonde gotyo peteĩ paso rire ambue paso, ha káda paso jajapóva ome'ẽ ñandéve mbarete jajapo hag̃ua pe oúvape. Ha ko'ág̃a pe ára hi'aguĩma opa hag̃uáicha, ha pe jajapo hag̃ua roime hag̃ua arykuéra jave ñaaprende, ha'ekuéra oaprendéta va'erã mbovymi jasy ryepýpe. Ha'ekuéra avei oguerekóta heta mba'e oheja va'erã ikuaapygui ha heta mba'e oaprende jey va'erã. Umi ndojaposéiva pe mymba ñaña ha ta'ãngápe pe marca, pe tembiapoukapy osẽ vove, tekotevẽ oguereko ko'ág̃a voi peteĩ ñemomirĩ'ỹ ha py'a guasu he'i hag̃ua: Nahániri, ndorojapomo'ãi caso pe mymba ñaña remimoĩmby rehe.’ Primeros Escritos, 68.”</w:t>
      </w:r>
    </w:p>
    <w:p>
      <w:pPr>
        <w:pStyle w:val="ArticleBody"/>
        <w:jc w:val="left"/>
      </w:pPr>
      <w:r>
        <w:rPr>
          <w:rFonts w:ascii="Times New Roman" w:hAnsi="Times New Roman" w:eastAsia="Times New Roman" w:cs="Times New Roman"/>
        </w:rPr>
        <w:t>Ñembyaty mokõiha poteĩhápe, arapokõindy léi oñeñe’ẽ yvy mymba paha rehe, ha pe huísio oguerúva umi iñenemigokuéra oikéva pe murálla rupive.</w:t>
      </w:r>
    </w:p>
    <w:p>
      <w:pPr>
        <w:pStyle w:val="ArticleScripture"/>
        <w:jc w:val="left"/>
      </w:pPr>
      <w:r>
        <w:rPr>
          <w:rFonts w:ascii="Times New Roman" w:hAnsi="Times New Roman" w:eastAsia="Times New Roman" w:cs="Times New Roman"/>
        </w:rPr>
        <w:t>Upe pyharekue ojejuka Belshasar, caldeokuéra ruvicha guasu. Ha Darío medokuéra pegua ojapyhy pe mburuvicharenda, oguerekóvo mokõi ha saĩ ary rupi. Daniel 5:30, 31.</w:t>
      </w:r>
    </w:p>
    <w:p>
      <w:pPr>
        <w:pStyle w:val="ArticleBody"/>
        <w:jc w:val="left"/>
      </w:pPr>
      <w:r>
        <w:rPr>
          <w:rFonts w:ascii="Times New Roman" w:hAnsi="Times New Roman" w:eastAsia="Times New Roman" w:cs="Times New Roman"/>
        </w:rPr>
        <w:t>Pe kapítulo seis-pe, oñemyesakã Tupã retãyguakuéra ñembosella rehe, ojehechaukáva mburuvicha guasu sellor oñemoĩramo guare león kuára ári.</w:t>
      </w:r>
    </w:p>
    <w:p>
      <w:pPr>
        <w:pStyle w:val="ArticleScripture"/>
        <w:jc w:val="left"/>
      </w:pPr>
      <w:r>
        <w:rPr>
          <w:rFonts w:ascii="Times New Roman" w:hAnsi="Times New Roman" w:eastAsia="Times New Roman" w:cs="Times New Roman"/>
        </w:rPr>
        <w:t>Ha ojegueru peteĩ ita, ha oñemoĩ pe yvykua jurúre; ha mburuvicha guasu omboja hag̃ua hese iséllo tee, ha avei umi ijeroviapyhára ruvichakuéra séllo reheve; ani hag̃ua oñemoambue mba’eve pe oñemboheko vaekue Daniel rehe. Daniel 6:17.</w:t>
      </w:r>
    </w:p>
    <w:p>
      <w:pPr>
        <w:pStyle w:val="ArticleBody"/>
        <w:jc w:val="left"/>
      </w:pPr>
      <w:r>
        <w:rPr>
          <w:rFonts w:ascii="Times New Roman" w:hAnsi="Times New Roman" w:eastAsia="Times New Roman" w:cs="Times New Roman"/>
        </w:rPr>
        <w:t>Umi mbohapy línea opavave oipytyvõ pe estandarte yvate hag̃ua peteĩ arai ári, pe aravo pe yvyryrýi guasu oikohápe Apocalipsis kapítulo once-pe.</w:t>
      </w:r>
    </w:p>
    <w:p>
      <w:pPr>
        <w:pStyle w:val="ArticleScripture"/>
        <w:jc w:val="left"/>
      </w:pPr>
      <w:r>
        <w:rPr>
          <w:rFonts w:ascii="Times New Roman" w:hAnsi="Times New Roman" w:eastAsia="Times New Roman" w:cs="Times New Roman"/>
        </w:rPr>
        <w:t>Ha ohendu peteĩ ñe'ẽ tuicha yvágagui he'íva chupekuéra: Pejú ko'ápe. Ha ojupi hikuái yvágape peteĩ araípe; ha iñenemigokuéra ohecha chupekuéra. Ha upe aravórape voi oiko peteĩ yvyryrýi guasu, ha ho'a táva pehẽngue paháva, ha upe yvyryrýipe omanóma yvyporakuéra siete mil; ha umi hembýva okyhyjeterei, ha ome'ẽ mborayhu Tupã yvágapeguápe. Apocalipsis 11:12, 13.</w:t>
      </w:r>
    </w:p>
    <w:p>
      <w:pPr>
        <w:pStyle w:val="ArticleBody"/>
        <w:jc w:val="left"/>
      </w:pPr>
      <w:r>
        <w:rPr>
          <w:rFonts w:ascii="Times New Roman" w:hAnsi="Times New Roman" w:eastAsia="Times New Roman" w:cs="Times New Roman"/>
        </w:rPr>
        <w:t>Daniel capítulo seis-pe oñemombe’u Tupã tavayguakuéra ñemboty rehegua; ha katu hetave hag̃ua, oñe’ẽ hína pe castígo rehegua oñembosako’íva pe joaju “mburuvichakuéra, gobernadorkuéra ha príncipekuéra, consejerokuéra ha kapitánkuéra” rehe, ombotavýva pe mburuvichápe ojuka hag̃ua Daniel-pe. Pe mburuvicha ñembotavy (estado ra’ãnga), ha’e peteĩ tema profético iñimportantetereíva, oguerekóva heta testígo profético. Ndaha’éi Nabucodonosor-icha capítulo mbohapy-pe, ni Belsasar-icha capítulo po-pe, mokõivéva ndaikuaáiva Daniel rehe ni umi mbohapy testígo rehe pe krísis ou mboyve, Darío “oiporavovéva” Daniel-pe, pe krísis mboyve, ohechauka peteĩ marco iñambuéva pe krísis léi dominical rehegua.</w:t>
      </w:r>
    </w:p>
    <w:p>
      <w:pPr>
        <w:pStyle w:val="ArticleBody"/>
        <w:jc w:val="left"/>
      </w:pPr>
      <w:r>
        <w:rPr>
          <w:rFonts w:ascii="Times New Roman" w:hAnsi="Times New Roman" w:eastAsia="Times New Roman" w:cs="Times New Roman"/>
        </w:rPr>
        <w:t>Daniel oñemomba’e guasuve kuri umi mokõi mburuvicha guasu ambuégui, ha umi mbohapy mburuvicha guasu oĩ kuri umi cien veinte mburuvicha guasu ári. Daniel oñembojoavy principalmente umi mburuvicha guasu ha umi mburuvicha guasúgui, ha oñemomba’e porãve hese umi mokõi ojapo peteĩ joaju ñembotavyrã rehegua, ojehechauka hag̃ua po rupive (po kuñataĩ tavy).</w:t>
      </w:r>
    </w:p>
    <w:p>
      <w:pPr>
        <w:pStyle w:val="ArticleScripture"/>
        <w:jc w:val="left"/>
      </w:pPr>
      <w:r>
        <w:rPr>
          <w:rFonts w:ascii="Times New Roman" w:hAnsi="Times New Roman" w:eastAsia="Times New Roman" w:cs="Times New Roman"/>
        </w:rPr>
        <w:t>Darío oguerohory vaekue omoĩ hag̃ua mburuvichakuéra cien veinte pe rréino ári, oĩ hag̃uáicha hikuái pe rréino pukukue javeve; ha umívagui yvate hag̃ua mbohapy tendota; umíva apytépe Daniel ha’e vaekue tenondegua: ikatu hag̃uáicha umi mburuvichakuéra ome’ẽ chupekuéra marandu, ha pe mburuvicha guasu ani hag̃uáicha oguereko mba’eveichagua pérdida. Upéi ko Daniel oñemoĩ yvateve umi tendota ha umi mburuvichakuéra ári, pórke peteĩ espíritu porãiterei oĩ vaekue ipype; ha pe mburuvicha guasu ojepy’amongeta vaekue omoĩ hag̃ua chupe pe rréino tuichakue ári. Upérõ umi tendota ha umi mburuvichakuéra oheka hag̃ua mba’éichapa ojuhu peteĩ motivo Daniel rehe pe rréino rehegua; ha ndaikatúi ojuhu hikuái mba’eveichagua motivo térã jejavy; pórke ha’e ijerovia hag̃uáicha, ha ndajajuhúi ipype mba’eveichagua jejavy térã falta. Upérõ he’i umi kuimba’e: Ndajajuhumo’ãi mba’eveichagua motivo ko Daniel rehe, ndaha’éiramo jajuhu hese Tupã léi rehegua. Daniel 6:1–5.</w:t>
      </w:r>
    </w:p>
    <w:p>
      <w:pPr>
        <w:pStyle w:val="ArticleBody"/>
        <w:jc w:val="left"/>
      </w:pPr>
      <w:r>
        <w:rPr>
          <w:rFonts w:ascii="Times New Roman" w:hAnsi="Times New Roman" w:eastAsia="Times New Roman" w:cs="Times New Roman"/>
        </w:rPr>
        <w:t>Darío ojeipuru ojehechauka hag̃ua peteĩ ñembotavy ojejapóva mburuvicha guasu rovake, upéva orrepresentáva umi diez rréipe (Tetã Joaju), ko arapaha pahápe. Pe ñembotavy oipytyvõ pe ñemotĩpe umi diez rréi (Tetã Joaju) ohechaukáva pe kuña rekove vaípe (papado) rehe, ha upéva ojapo hag̃ua hese “ohejareko ha opi’ỹ hag̃ua chupe,” ha “ho’u hag̃ua hetekue, ha ohapy hag̃ua chupe tata rupive.”</w:t>
      </w:r>
    </w:p>
    <w:p>
      <w:pPr>
        <w:pStyle w:val="ArticleScripture"/>
        <w:jc w:val="left"/>
      </w:pPr>
      <w:r>
        <w:rPr>
          <w:rFonts w:ascii="Times New Roman" w:hAnsi="Times New Roman" w:eastAsia="Times New Roman" w:cs="Times New Roman"/>
        </w:rPr>
        <w:t>Ha umi akãratĩ rehecháva mymba vai ári, ko’ãva omboykéta pe kuña reko vaípe, ha ohejáta chupe ojeheja rei ha opívo, ho’úta he’óicha, ha ohapýta chupe tata rupive. Ñandejára niko omoĩ ikorasõme ojapo hag̃ua hembipota, ha oñemoĩ hag̃ua peteĩ ñe’ême, ha ome’ẽ hag̃ua irreino pe mymba vaípe, peve ojehu hag̃ua Ñandejára ñe’ẽnguéra. Ha pe kuña rehecháva hína hína pe táva guasu, oguerekóva mburuvicharã reko yvy ruvicha kuéra ári. Apocalipsis 17:16–18.</w:t>
      </w:r>
    </w:p>
    <w:p>
      <w:pPr>
        <w:pStyle w:val="ArticleBody"/>
        <w:jc w:val="left"/>
      </w:pPr>
      <w:r>
        <w:rPr>
          <w:rFonts w:ascii="Times New Roman" w:hAnsi="Times New Roman" w:eastAsia="Times New Roman" w:cs="Times New Roman"/>
        </w:rPr>
        <w:t>Tetã Joaju (pe séptimo reino), ombyaíta pe papado, jepe ramoite omeʼẽ vaʼekue chupekuéra hekovia guasu, pórke haʼekuéra oisãmbyhy “saʼi aravo” aja.</w:t>
      </w:r>
    </w:p>
    <w:p>
      <w:pPr>
        <w:pStyle w:val="ArticleScripture"/>
        <w:jc w:val="left"/>
      </w:pPr>
      <w:r>
        <w:rPr>
          <w:rFonts w:ascii="Times New Roman" w:hAnsi="Times New Roman" w:eastAsia="Times New Roman" w:cs="Times New Roman"/>
        </w:rPr>
        <w:t>Ha oĩ siete mburuvicha guasu: po hoʼáma, peteĩ oĩ koʼág̃a, ha ambue ndoguerekói gueteri iju; ha oguahẽ vove, tekotevẽ opyta sapyʼami. Apocalipsis 17:10.</w:t>
      </w:r>
    </w:p>
    <w:p>
      <w:pPr>
        <w:pStyle w:val="ArticleBody"/>
        <w:jc w:val="left"/>
      </w:pPr>
      <w:r>
        <w:rPr>
          <w:rFonts w:ascii="Times New Roman" w:hAnsi="Times New Roman" w:eastAsia="Times New Roman" w:cs="Times New Roman"/>
        </w:rPr>
        <w:t>Pe léi dominicalpe, pe sexto reino profesía bíblicagui, pe mymba yvy arigua Apocalipsis capítulo trece pegua (Estados Unidos), ramoite omohu’ã imburuvicharenda umi setenta ary simbólico rehe, ipype pe quinto reino profesía bíblicagui, pe mymba para guigua Apocalipsis capítulo trece pegua (papado), oñeñembyesarái haguére umi setenta ary simbólico Isaías capítulo veintitrés peguápe.</w:t>
      </w:r>
    </w:p>
    <w:p>
      <w:pPr>
        <w:pStyle w:val="ArticleScripture"/>
        <w:jc w:val="left"/>
      </w:pPr>
      <w:r>
        <w:rPr>
          <w:rFonts w:ascii="Times New Roman" w:hAnsi="Times New Roman" w:eastAsia="Times New Roman" w:cs="Times New Roman"/>
        </w:rPr>
        <w:t>Ha oikóta upe árape, Tiro oñembyesaráita setenta ary pukukue, peteĩ mburuvicha guasu ára-kuéraicha; ha setenta ary opa rire, Tiro opurahéita kuña rekove vaícha. Egueraha peteĩ mbaraka, ejere pe táva rupi, nde kuña rekove vai oñembyesaráiva; embopú porã, epurahéi heta purahéi, ne manduʼa hag̃ua hese kuéra. Ha oikóta setenta ary opa rire, Ñandejára ou jevyta Tiro rendápe, ha haʼe ojere jeýta hepykue gotyo, ha oporomongetáta rekove vaípe opa umi yvy arigua rréino ndive yvy ape ári. Isaías 23:15–17.</w:t>
      </w:r>
    </w:p>
    <w:p>
      <w:pPr>
        <w:pStyle w:val="ArticleBody"/>
        <w:jc w:val="left"/>
      </w:pPr>
      <w:r>
        <w:rPr>
          <w:rFonts w:ascii="Times New Roman" w:hAnsi="Times New Roman" w:eastAsia="Times New Roman" w:cs="Times New Roman"/>
        </w:rPr>
        <w:t>Pe léi dominikálpe oñepyrũ vove, pe séptimo rréino profético de la Biblia, umi diez mburuvicha guasu (Naciones Unidas), oñepyrũ ogoverna; ha katu sapy’aiténte, pórke upérõ pe mburuvicha tenondegua umi diez mburuvicha guasúgui oñepyrũ hembiapo ombojerovia hag̃ua opaite yvórape toñembojoaju pe mymba ñemohendápe, ha’éva tupão ha estado joaju, ha oñesimbolisáva pe mymba ra’anga ramo.</w:t>
      </w:r>
    </w:p>
    <w:p>
      <w:pPr>
        <w:pStyle w:val="ArticleScripture"/>
        <w:jc w:val="left"/>
      </w:pPr>
      <w:r>
        <w:rPr>
          <w:rFonts w:ascii="Times New Roman" w:hAnsi="Times New Roman" w:eastAsia="Times New Roman" w:cs="Times New Roman"/>
        </w:rPr>
        <w:t>Ha ahecha ambue mymba oẽva yvýgui; ha oguereko mokõi hatĩ ovecha ra’yicha, ha oñe’ẽ mbói guasúicha. Ha omba’apo opaite mbarete mymba peteĩha rehegua henondépe, ha ojapo hag̃ua yvy ha umi oikóva ipype toñemomba’e guasu mymba peteĩhápe, upe oñembyai hag̃uáicha va’ekue oikove jey va’ekuépe. Ha ojapo techaukarã guasu, peve omboguejy tata yvágagui yvy ári yvypóra renondépe, ha ombotavy umi oikóva yvy ári umi hechapyrã rupive oguerekóva pu’aka ojapo hag̃ua mymba renondépe; he’ívo umi oikóva yvy ári tojapo hag̃ua ta’anga mymbápe g̃uarã, upe oñekutu kyse puku reheve ha oikove va’ekuépe. Apocalipsis 13:11–14.</w:t>
      </w:r>
    </w:p>
    <w:p>
      <w:pPr>
        <w:pStyle w:val="ArticleBody"/>
        <w:jc w:val="left"/>
      </w:pPr>
      <w:r>
        <w:rPr>
          <w:rFonts w:ascii="Times New Roman" w:hAnsi="Times New Roman" w:eastAsia="Times New Roman" w:cs="Times New Roman"/>
        </w:rPr>
        <w:t>Peteĩ mba’e tenondegua pe yvy mymba ra’ãnga rehegua (Estados Unidos), oñepyrũva peteĩ ovecha ra’yicha ha opa hag̃ua oñe’ẽvo peteĩ dragónicha, ha’e iñe’ẽ. Marandu’ypy rupive, ñe’ẽ he’ise peteĩ tembiapo umi autorida legislativa ha judicial ojejapóva.</w:t>
      </w:r>
    </w:p>
    <w:p>
      <w:pPr>
        <w:pStyle w:val="ArticleScripture"/>
        <w:jc w:val="left"/>
      </w:pPr>
      <w:r>
        <w:rPr>
          <w:rFonts w:ascii="Times New Roman" w:hAnsi="Times New Roman" w:eastAsia="Times New Roman" w:cs="Times New Roman"/>
        </w:rPr>
        <w:t>“Pe tetã oñe’ẽha hína, ha’e iñautorida legislativa ha judicial rembiapo.” The Great Controversy, 443.</w:t>
      </w:r>
    </w:p>
    <w:p>
      <w:pPr>
        <w:pStyle w:val="ArticleBody"/>
        <w:jc w:val="left"/>
      </w:pPr>
      <w:r>
        <w:rPr>
          <w:rFonts w:ascii="Times New Roman" w:hAnsi="Times New Roman" w:eastAsia="Times New Roman" w:cs="Times New Roman"/>
        </w:rPr>
        <w:t>Umi Tetã peteĩ reko peteĩha oñeʼẽ vaʼekue ovecha raʼyicha, omosẽ Tetã peteĩ reko Léi Guasu, ha upéicha omoĩ vaʼekue peteĩ yvy ñemokañyrã umi okañývape guive papado ñemosẽ asýgui ha Europa ruvicha guasukuéra ñembyasýgui.</w:t>
      </w:r>
    </w:p>
    <w:p>
      <w:pPr>
        <w:pStyle w:val="ArticleScripture"/>
        <w:jc w:val="left"/>
      </w:pPr>
      <w:r>
        <w:rPr>
          <w:rFonts w:ascii="Times New Roman" w:hAnsi="Times New Roman" w:eastAsia="Times New Roman" w:cs="Times New Roman"/>
        </w:rPr>
        <w:t>Ha yvy oipytyvõ pe kuñáme, ha yvy oja’i, ha omokõmba pe ysyrýkue pe mbói guasu omosẽ vaekue ijurúgui. Apocalipsis 12:16.</w:t>
      </w:r>
    </w:p>
    <w:p>
      <w:pPr>
        <w:pStyle w:val="ArticleBody"/>
        <w:jc w:val="left"/>
      </w:pPr>
      <w:r>
        <w:rPr>
          <w:rFonts w:ascii="Times New Roman" w:hAnsi="Times New Roman" w:eastAsia="Times New Roman" w:cs="Times New Roman"/>
        </w:rPr>
        <w:t>Pa setenta áño simbóliko paha, pe mymba yvy arigua oñe’ẽ jey, ha upérõ katu peteĩ dragónicha, ombojerure hag̃ua pe ñemomba’e domingo ariguápe, ha’éva pe techaukaha autorida papal rehegua. Oñembojerure jave pe techaukaha autorida papal rehegua, pe papado oje’e jey hese, ha hese oje’e jey avei, pe Mandamiénto araka’eve ndova’erãmo’ãi ñembyesaráipe oñemboja’o hag̃ua ndive ramo ilegál hag̃ua iñangarekóvo hese.</w:t>
      </w:r>
    </w:p>
    <w:p>
      <w:pPr>
        <w:pStyle w:val="ArticleScripture"/>
        <w:jc w:val="left"/>
      </w:pPr>
      <w:r>
        <w:rPr>
          <w:rFonts w:ascii="Times New Roman" w:hAnsi="Times New Roman" w:eastAsia="Times New Roman" w:cs="Times New Roman"/>
        </w:rPr>
        <w:t>Eñemandu’a hag̃ua pytu’u marandu ára rehe, remomarangatu hag̃ua. Poteĩ ára reñemba’apóta, ha rejapopa hag̃ua opa ne rembiapo; ha pe ára pokõiha katu hína pytu’u marandu ára nde Jára nde Ruete pegua; ipype ani rejapo mba’eveichagua tembiapo, nde, ni nde ra’y, ni nde rajy, ne rembiguái kuimba’e, ni ne rembiguái kuña, ni nde mymba, ni pende ypykue apytépe oikóva nde rokẽme: pórke poteĩ ára ryepýpe Ñandejára ojapo va’ekue yvága ha yvy, para ha opa mba’e ipype oĩva, ha opytu’u ára pokõiha; upévare Ñandejára ohovasa pytu’u marandu ára, ha omomarangatu chupe. Éxodo 20:8–11.</w:t>
      </w:r>
    </w:p>
    <w:p>
      <w:pPr>
        <w:pStyle w:val="ArticleBody"/>
        <w:jc w:val="left"/>
      </w:pPr>
      <w:r>
        <w:rPr>
          <w:rFonts w:ascii="Times New Roman" w:hAnsi="Times New Roman" w:eastAsia="Times New Roman" w:cs="Times New Roman"/>
        </w:rPr>
        <w:t>Upéi pe apostasía tetãgua oúvo, ou aveí tetãgua ñehundipa, ha umi mbohapy pokatu ogueraháva ko yvy ape ári Armagedón-pe ojuaju.</w:t>
      </w:r>
    </w:p>
    <w:p>
      <w:pPr>
        <w:pStyle w:val="ArticleScripture"/>
        <w:jc w:val="left"/>
      </w:pPr>
      <w:r>
        <w:rPr>
          <w:rFonts w:ascii="Times New Roman" w:hAnsi="Times New Roman" w:eastAsia="Times New Roman" w:cs="Times New Roman"/>
        </w:rPr>
        <w:t>“Umi mandamientópe omoĩ hag̃ua mbarete hag̃ua Papado institución, Ñandejára léi rehe oñembohovái hag̃uáicha, ñane retã oñembojaʼóta porãite tekojoja-gui. Protestantismo omyasãi vove ipo yvyku’i oĩva mbytépe hag̃ua ojapyhy hag̃ua Roma pokatu po, ohasa vove pe yvykua pypuku ári hag̃uáicha ojopói hag̃ua Espiritismo ndive, ha, ko mbohapy joaju rehegua mbarete guýpe, ñane retã omboyke vove opaite iñepyrũrã ypykue Constitución rehegua, peteĩ gobierno protestante ha republicano ramo, ha ojapo vove mba’e hag̃uáicha oñemyasãi umi japu papal ha umi tavyrai, upéicharõ ikatu jaikuaa og̃uahẽma hague pe ára Satanás rembiapo hechapyrãva hag̃ua, ha pe paha hi’aguĩma.” Testimonies, volúmen 5, 451.</w:t>
      </w:r>
    </w:p>
    <w:p>
      <w:pPr>
        <w:pStyle w:val="ArticleBody"/>
        <w:jc w:val="left"/>
      </w:pPr>
      <w:r>
        <w:rPr>
          <w:rFonts w:ascii="Times New Roman" w:hAnsi="Times New Roman" w:eastAsia="Times New Roman" w:cs="Times New Roman"/>
        </w:rPr>
        <w:t>“Protestantismo” (Tetã peteĩ rekojoja), “poder romano” (Vaticano) ha “Espiritualismo” (Tetãnguéra Joaju), ojuajúvo po rehe ára domingo léipe, oñepyrũ ogueraha ko yvy tuichakue Armagedón-pe, upéva ojehechauka peteĩha ramo ombojere hag̃ua yvyporakuérape omoneĩ hag̃ua peteĩ gobiernorã peteĩ-mundoguápe, oĩháme iglesia ha estado, ha iglesia oisãmbyhyva’ekue upe joaju rehe. Umi milagro pu’aka ojeporúva mbói yvýgui osẽva rupive ndaha’éi añónte oguerúva Tiro kuña rekovai rekoñembyai hag̃ua yvy ruvichakuéra ndive, ha katu ombohovái avei “ñe’ẽ” mymba ra’anga opa ko yvy ape ári oĩvape. Maranduhai profético he’iháicha, kóva he’ise upe gobierno peteĩ-mundoguáva oguerekova’erã peteĩ aty legislativo (oĩva Nueva York-pe), ha peteĩ aty judicial (oĩva La Haya-pe).</w:t>
      </w:r>
    </w:p>
    <w:p>
      <w:pPr>
        <w:pStyle w:val="ArticleScripture"/>
        <w:jc w:val="left"/>
      </w:pPr>
      <w:r>
        <w:rPr>
          <w:rFonts w:ascii="Times New Roman" w:hAnsi="Times New Roman" w:eastAsia="Times New Roman" w:cs="Times New Roman"/>
        </w:rPr>
        <w:t>Ha ombotavy umi oikóva yvy ári umi mba’e hechapyrã rupive, umi ojapo hag̃ua oguerekóva pokatu mymbaguasu renondépe; he’ívo umi oikóva yvy ári tojejapo hag̃ua peteĩ ta’anga mymbaguasúpe g̃uarã, pe oñekutu vaekue kyse puku reheve, ha upéicharõ jepe oikove jey vaekue. Ha oguereko pokatu ome’ẽ hag̃ua tekove mymbaguasu ra’angápe, ikatu hag̃uáicha mymbaguasu ra’anga ñe’ẽ, ha tojejuka opa umi ndohayhúi ha ndojeroviái mymbaguasu ra’angáre. Ha ojapo opavavépe, michĩvape ha tuichávape, iplátavape ha mboriahúpe, isãsóvape ha tembiguáipe, oñemoĩ hag̃ua peteĩ marca ipo akatúape térã isyváre; ha ani hag̃ua avave ikatu ojogua térã ovende, ndaha’éiramo pe oguerekóva pe marca, térã mymbaguasu réra, térã héra papapy. Ko’ápe oĩ arandu. Pe oguerekóva kuaapy toipapa mymbaguasu papapy; mba’érepa ha’e kuimba’e papapy; ha ipapapy ha’e seiscientos sesenta y seis. Apocalipsis 13:14–18.</w:t>
      </w:r>
    </w:p>
    <w:p>
      <w:pPr>
        <w:pStyle w:val="ArticleBody"/>
        <w:jc w:val="left"/>
      </w:pPr>
      <w:r>
        <w:rPr>
          <w:rFonts w:ascii="Times New Roman" w:hAnsi="Times New Roman" w:eastAsia="Times New Roman" w:cs="Times New Roman"/>
        </w:rPr>
        <w:t>Yvy ryguasupegua (Estados Unidos) ombotavýta opaite yvy ape arigua omoneĩ hag̃ua peteĩ ta’ãnga mburuvicha guasu pegua yvy tuichakue javeve, upe ta’ãnga peteĩchaite pe Estados Unidos ojapova’ekue ogueraháramo ha ipahápe omoañetévo pe léi arapokõindy rehegua. Upe rire ome’ẽta pokatu pe gobierno peteĩ yvy pukukue peguápe omoañete hag̃ua ileikuéra mano rykuepy, ha/térã castigo económico rupive. Ñembotavy mburuvicha guasu Darío rehegua ha’e peteĩ símbolo pe ñembotavy mburuvichakuéra rehegua oñemombe’u jey jeyva profecíape; ha pe mymba yvy pegua oñepyrũvo ombopy’aguasu ko yvy ariguápe omoneĩ hag̃ua pe gobierno peteĩ yvy pukukue pegua, pe argumento ojeporúva oñembopy’aguasu hag̃ua ko yvy ariguápe omoneĩ hag̃ua upe ñemohenda, ha’e pe pokatu ombopochýva tetãnguérape (Islam), tekotevẽha oñemoĩ hese peteĩ ñorairõ yvy pukukue javeve rupive.</w:t>
      </w:r>
    </w:p>
    <w:p>
      <w:pPr>
        <w:pStyle w:val="ArticleBody"/>
        <w:jc w:val="left"/>
      </w:pPr>
      <w:r>
        <w:rPr>
          <w:rFonts w:ascii="Times New Roman" w:hAnsi="Times New Roman" w:eastAsia="Times New Roman" w:cs="Times New Roman"/>
        </w:rPr>
        <w:t>Tetã peteĩ rekojoja’ỹme, Estados Unidos ombojepuru hag̃ua pe mba’e rechaukaha autoridad papal rehegua; Tupã juicio-kuéra niko ogueru va’ekue peteĩ tekohasa vaietéva Estados Unidos-pe, og̃uahẽmbotávo pe léi domingo peve, ha upérõ oñekuave’ẽ pe solución: ojevy jey hag̃ua catolicismo jára gotyo, ikatu hag̃uáicha opa umi apañuãi económico ohóvo ojupi va’ekue. Upéicharõ jepe, pe léi domingo-pe, pe enemigo oike ñemívo pe muralla mbykyrýva guýpe, ha ogueru pe juicio tetã ñehundi rehegua.</w:t>
      </w:r>
    </w:p>
    <w:p>
      <w:pPr>
        <w:pStyle w:val="ArticleScripture"/>
        <w:jc w:val="left"/>
      </w:pPr>
      <w:r>
        <w:rPr>
          <w:rFonts w:ascii="Times New Roman" w:hAnsi="Times New Roman" w:eastAsia="Times New Roman" w:cs="Times New Roman"/>
        </w:rPr>
        <w:t>“Ha upéi pe engañahára guasu omokyre'ỹta tapichakuérape oguerovia hag̃ua umi oservíva Tupãme ha'eha omoñepyrũva ko'ã mba'evai. Pe aty ombopochýva yvágape oguerekóta opa ijejopy hag̃ua umi ári, pórke iñe'ẽrendúgui Tupã mandamientokuérape oiko meme peteĩ ñemoñe'ẽ vai hag̃ua umi transgresórpe. Oje'éta kuimba'e ha kuñanguéra ombojejavýha Tupãme opyrũvo domingo sábado rehe; ko angaipa ogueruha jejopyha ha ñehundi ndopamo'ãiva ndaha'éiramo ojejapo mbarete hag̃uáicha pe domingo ñemboarete; ha umi omyasãiva pe irundyha mandamiénto jerure, ha upéicha ombyai hag̃ua pe jerovia domingo rehe, ha'eha umi omoapañuãiva tavayguakuérape, ojokóva ijevy hag̃ua Tupã renda porãme ha teko porã yvy arigua rehe. Péicha, pe acusasión yma guaréva oñemoĩva Tupã rembiguái rehe oñeha'ã jevýta, ha umi mba'e reheve avei oñemopyenda porãháicha: ‘Ha oiko, Acab ohechávo Elíaspe, Acab he'i chupe: Nde piko pe remoapañuãiva Israelpe? Ha ha'e ombohovái: Che ndamoapañuãi Israélpe; síno nde ha nde ru róga, peheja haguére Ñandejára mandamientokuéra, ha reseguígui umi Baál-pe.’ 1 Reyes 18:17, 18. Pe tavayguakuéra pochy oñembopy'aro vove acusasión japu rupive, ha'ekuéra osegíta peteĩ tape Tupã rembijokuái kuéra gotyo, ojoguaitereíva pe apóstata Israel osegui va'ekuépe Elías rehe.” El Gran Conflicto, 590.</w:t>
      </w:r>
    </w:p>
    <w:p>
      <w:pPr>
        <w:pStyle w:val="ArticleBody"/>
        <w:jc w:val="left"/>
      </w:pPr>
      <w:r>
        <w:rPr>
          <w:rFonts w:ascii="Times New Roman" w:hAnsi="Times New Roman" w:eastAsia="Times New Roman" w:cs="Times New Roman"/>
        </w:rPr>
        <w:t>Pe “ára” pe “yvý guasu” Apocalipsis capítulo once-pe oje’évape, Islam rehegua “mba’e vai” mbohapyha, ha’éva avei Trompéta Pokatuha, upérõ osẽta, ha omoñemo rage tetãnguérape. Umi tetãnguéra pochy Islam rehegua ojeporúta oñembotavy hag̃ua ko yvy ape ári oikóva kuérape omoneĩ hag̃ua upe ñe’ẽme’ẽ nandi peteĩchagua, ramoite oheja vai va’ekue mymba yvy peguápe. Upe ñe’ẽme’ẽ nandi ha’e; oñemoĩramo catolicismo poguýpe, ojehechaukaháicha marca autoridad papal reheve, upéicharõ Tupã rembiapo ñehundi okakuaáva opa va’erãha. Upe ñe’ẽme’ẽ, ojehechauka hag̃uama ndovaléiha Estados Unidos-pe g̃uarã, upérõ ojeporúta peteĩ ñe’ẽme’ẽramo ko yvy ape ári oikóva kyhyjepágui osapukáiva ndive.</w:t>
      </w:r>
    </w:p>
    <w:p>
      <w:pPr>
        <w:pStyle w:val="ArticleBody"/>
        <w:jc w:val="left"/>
      </w:pPr>
      <w:r>
        <w:rPr>
          <w:rFonts w:ascii="Times New Roman" w:hAnsi="Times New Roman" w:eastAsia="Times New Roman" w:cs="Times New Roman"/>
        </w:rPr>
        <w:t>Oje’e va’erã, ko yvy arigua tetãnguéra oñemoĩ peteĩ ñe’ẽme ha oheja ramo oñemopu’ã peteĩ gobiernorã peteĩ mundo pukukuegua, oñembohovái hag̃ua pe ñorairõ Islam oguerúva rehe, upéicharõ pe tekopyrã jevy hag̃ua. Islam ha’e pe mbarete ojehechakuaáva Ñandejára Ñe’ẽme, ombyatyva opa kuimba’épe Islam rehe; ha upe ñembyaty ha’e pe mburuvichakuéra ñembotavy pahaite.</w:t>
      </w:r>
    </w:p>
    <w:p>
      <w:pPr>
        <w:pStyle w:val="ArticleScripture"/>
        <w:jc w:val="left"/>
      </w:pPr>
      <w:r>
        <w:rPr>
          <w:rFonts w:ascii="Times New Roman" w:hAnsi="Times New Roman" w:eastAsia="Times New Roman" w:cs="Times New Roman"/>
        </w:rPr>
        <w:t>Ha Ñandejára ánhel he’i chupe: Péina, nde rye guasu, ha reikuáta peteĩ mitãkuimba’e, ha remoĩta héra Ismael; Ñandejára ohendúgui nde jehasa asy. Ha ha’e oikóta kuimba’e ñarõ; ipo opu’ãta opa kuimba’e rehe, ha opa kuimba’é ipo opu’ãta hese; ha ha’e oikóta opa ijoyke’y kuéra renondépe. Génesis 16:11, 12.</w:t>
      </w:r>
    </w:p>
    <w:p>
      <w:pPr>
        <w:pStyle w:val="ArticleBody"/>
        <w:jc w:val="left"/>
      </w:pPr>
      <w:r>
        <w:rPr>
          <w:rFonts w:ascii="Times New Roman" w:hAnsi="Times New Roman" w:eastAsia="Times New Roman" w:cs="Times New Roman"/>
        </w:rPr>
        <w:t>Ismael hína pe tekombo’e Islamgua ru ru’ãngáva yvypóra rekohápe. Añetehápe, Mahoma, Islam ru, ndojekuaái va’ekue tembiasakue ryepýpe pe siglo séptimo peve; hákatu umi tetãgua ymaguare hekoitépe oikóva hína umi Tupã oipurúva ohechauka hag̃ua umi tapicha ñanderekovepýva ára pahápe.</w:t>
      </w:r>
    </w:p>
    <w:p>
      <w:pPr>
        <w:pStyle w:val="ArticleScripture"/>
        <w:jc w:val="left"/>
      </w:pPr>
      <w:r>
        <w:rPr>
          <w:rFonts w:ascii="Times New Roman" w:hAnsi="Times New Roman" w:eastAsia="Times New Roman" w:cs="Times New Roman"/>
        </w:rPr>
        <w:t>Péicha he'i Ñandejára, Israel Ruvicha guasu, ha iÑepyrũrã, Ñandejára de los ejércitos; Che hína pe peteĩha, ha Che hína pe pahague; ha che ykére ndaipóri Tupã. Ha máva, cheicha, ohenóiva, ha omombe'úva upéva, ha omoĩva hekópe chéve g̃uarã, guive che amoĩ haguére pe tetã yma guaréva? Ha umi mba'e oútava, ha oikótava, tohechauka hikuái chupekuéra. Isaías 44:6, 7.</w:t>
      </w:r>
    </w:p>
    <w:p>
      <w:pPr>
        <w:pStyle w:val="ArticleBody"/>
        <w:jc w:val="left"/>
      </w:pPr>
      <w:r>
        <w:rPr>
          <w:rFonts w:ascii="Times New Roman" w:hAnsi="Times New Roman" w:eastAsia="Times New Roman" w:cs="Times New Roman"/>
        </w:rPr>
        <w:t>Mboyve Ismael oikove hag̃ua guive, oñembohéra chupe ha ojehechauka porã kuri hembiapo profétiko. Iñemoñarekuéra espiritual po “oĩta opavave kuimba’e rehe”, ha “opa kuimba’e po” oĩta “hese”. Ha, umi mbo’epy vyrorei liberalismo progresivo rehegua iñambueháicha, la Biblia ombo’e Ismael “oikotaha opa ijoyke’y kuéra renondépe”. Ha’ekuéra ndojehe’ái pe tekoha ojeréregua rekovépe; upéva rangue, heta oĩ omboykéva upéva, oñemoĩva hese ha oñorãirõva hese. Ismael espíritu ha’e “ha’e” “sáva ñarõ” oikotaha. Pe ñeimo’ã oĩha peteĩ aty py’aguapýva jerovia islámica ryepýpe ndoguerekói pytyvõ Ñandejára Ñe’ẽme, ni Koránpe.</w:t>
      </w:r>
    </w:p>
    <w:p>
      <w:pPr>
        <w:pStyle w:val="ArticleBody"/>
        <w:jc w:val="left"/>
      </w:pPr>
      <w:r>
        <w:rPr>
          <w:rFonts w:ascii="Times New Roman" w:hAnsi="Times New Roman" w:eastAsia="Times New Roman" w:cs="Times New Roman"/>
        </w:rPr>
        <w:t>Pe mokõi mburuvicha ha cien véinte mburuvicha guasu ñembotavy Daniel kapítulo seis-pe ohechauka pe ñembotavy oguahẽva umi diez mburuvicha ári oñemboguata javekuéra oguerovia hag̃uáicha pe propósito ha pe tekotevẽ pya’e hag̃ua oñemoĩ hag̃ua peteĩ gobierno mundial, Roma poguýpe, ha’eha oñembohovái hag̃ua pe apañuái okakuaáva ñorairõ islámico rehegua, ha’éva pe “tercer Ay”. Oñemopu’ã rire pe mymba ra’anga ha oñeme’ẽ rire chupe pokatu “oñe’ẽ” hag̃ua, ko yvy arigua oikuaáta, ipahápe eterei, pe papado rembiapokue ha’eha oñembohovái hag̃ua umi omomba’éva pe sábado ára sieteha (Daniel), ndaha’éi pe enemigo oike va’ekue ñemihápe pe muralla sur noñeñangarekóiva rupive.</w:t>
      </w:r>
    </w:p>
    <w:p>
      <w:pPr>
        <w:pStyle w:val="ArticleScripture"/>
        <w:jc w:val="left"/>
      </w:pPr>
      <w:r>
        <w:rPr>
          <w:rFonts w:ascii="Times New Roman" w:hAnsi="Times New Roman" w:eastAsia="Times New Roman" w:cs="Times New Roman"/>
        </w:rPr>
        <w:t>“Ñandejára ñe'ẽ ome'ẽma marandu ñemongyhyje pe peligro oúmava rehegua; ha ojeheja ramo ko mba'e oñehenduhéi hag̃uáicha, pe mundo protestánte oikuaáta mba'épa añetehápe Roma rembipota, ha upéva oikuaáta ohasa rire ára ndaikatúi hag̃uáicha okañy pe ñuhãgui. Ha'e okakuaa hína kirirĩháme pu'aka hag̃uáicha. Hembiapoukapykuéra omyasãi hína imbarete umi aty legislativope, umi tupãópe, ha yvypóra korasõme. Ha'e omopu'ã mbojo'a hína umi heko yvate ha tuicháva, umi kañymby pypukúpe ojejapojeytahápe umi ñemuhára yma guarã. Ñemiguápe ha avave ndohechakuaái hag̃uáicha, ha'e omombarete hína imbaretekuéra omotenonde hag̃ua hembipota tee, oguahẽ vove pe ára oporombohysýi hag̃uáicha. Opa mba'e ha'e oipotáva niko peteĩ yvy renda iporãva ijeheguére; ha ko'ãga voi oñeme'ẽma chupe upéva. Pya'etéma jahecháta ha ñañandúta mba'épa pe elemento romano rembipota. Oimeraẽva ogueroviáva ha ojapóva Ñandejára ñe'ẽ, upéicha rupi ohupytyta jeja'o ha ñem persegisión.” The Great Controversy, 581.</w:t>
      </w:r>
    </w:p>
    <w:p>
      <w:pPr>
        <w:pStyle w:val="ArticleBody"/>
        <w:jc w:val="left"/>
      </w:pPr>
      <w:r>
        <w:rPr>
          <w:rFonts w:ascii="Times New Roman" w:hAnsi="Times New Roman" w:eastAsia="Times New Roman" w:cs="Times New Roman"/>
        </w:rPr>
        <w:t>Tetã Joaju Ñemongu’e ojejapóva papado rupive, oguerúva ikorasõnguéra ñepyrũrã vai, ojehechauka jepi hag̃ua Ñandejára Ñe’ẽme, ha Darío rembiasa ha’e peteĩ techapyrã tenondegua ko añetegua rehegua. Kóva ha’e peteĩ ñembotavy ojejapóva raẽ Estados Unidos-pe ha upéi oñembohasa jevy opa yvy ape ári. Ko añetegua ojekuaa Elías ha Jezabel rembiasápe, upéi avei Juan el Bautista ha Herodías rembiasápe, ha péicha avei Cristo kurusúre jejuka rehe. Islam ombopochývo tetãnguéra, upéva hína pe tembiapo ñemigua oiporúva pokatu papal ome’ẽ hag̃ua chupe pe tenda porã ojeity hag̃ua sábado ñangarekohárape opaite yvy ape ári.</w:t>
      </w:r>
    </w:p>
    <w:p>
      <w:pPr>
        <w:pStyle w:val="ArticleBody"/>
        <w:jc w:val="left"/>
      </w:pPr>
      <w:r>
        <w:rPr>
          <w:rFonts w:ascii="Times New Roman" w:hAnsi="Times New Roman" w:eastAsia="Times New Roman" w:cs="Times New Roman"/>
        </w:rPr>
        <w:t>Pe ñe’ẽpy “Islam” rehegua ha’e Ismael jeike Ñandejára Ñe’ẽme, ha Islam rembiapo ojehechaukáva arapaha pahápe, ha’éva omoinge hag̃ua ko yvy tuichakue peteĩ py’atarova joaju hag̃uáicha ha upéicha hag̃ua omoneĩ oimeraẽ jeproposal peteĩ solución ramo, upéva hína pe ombohapéva pe ñembotavy oñemoañete hag̃ua. Pe ñembotavy hína pe omokyre’ỹva Naciones Unidas-pe (umi diez mburuvicha guasu), omoañete hag̃ua Ñandejára rembipota, ha oñemoĩ hag̃ua peteĩ ñe’ẽme ome’ẽ hag̃ua hoguãme pe reino (pe séptimo reino) papado-pe (pe mymba).</w:t>
      </w:r>
    </w:p>
    <w:p>
      <w:pPr>
        <w:pStyle w:val="ArticleBody"/>
        <w:jc w:val="left"/>
      </w:pPr>
      <w:r>
        <w:rPr>
          <w:rFonts w:ascii="Times New Roman" w:hAnsi="Times New Roman" w:eastAsia="Times New Roman" w:cs="Times New Roman"/>
        </w:rPr>
        <w:t>Pe ñembotavy ojehechauka vaʼekue Darío rupive, ha ambue línea profética rupive avei, oguereko ipype Islam rembiapo ombopochývo tetãnguéra, pe mbaʼére ipahápe papado oñehundi Tetã Joaju rupive, ha péicha avei, ndahaʼéi michĩ hag̃uáicha, ohechauka umi circunstancia ojere hag̃ua pe enigma rehegua pe poapyha reino rehe, haʼéva umi siete-gui peteĩ oñemoĩva Babilonia moderna akãramo.</w:t>
      </w:r>
    </w:p>
    <w:p>
      <w:pPr>
        <w:pStyle w:val="ArticleBody"/>
        <w:jc w:val="left"/>
      </w:pPr>
      <w:r>
        <w:rPr>
          <w:rFonts w:ascii="Times New Roman" w:hAnsi="Times New Roman" w:eastAsia="Times New Roman" w:cs="Times New Roman"/>
        </w:rPr>
        <w:t>Daniel pe león kuéra kotýpe ha’e peteĩ representación profética tuicha mba’éva ha ijetu’úva, ha katu iñentendimiento ikatu hag̃uáicha ojehupyty añónte oñemoĩramo hag̃ua en práctica pe metodología “línea sobre línea”.</w:t>
      </w:r>
    </w:p>
    <w:p>
      <w:pPr>
        <w:pStyle w:val="ArticleBody"/>
        <w:jc w:val="left"/>
      </w:pPr>
      <w:r>
        <w:rPr>
          <w:rFonts w:ascii="Times New Roman" w:hAnsi="Times New Roman" w:eastAsia="Times New Roman" w:cs="Times New Roman"/>
        </w:rPr>
        <w:t>Rojapóta jaikéta Daniel kapítulo seis rehegua pe artículo oúvape.</w:t>
      </w:r>
    </w:p>
    <w:p>
      <w:pPr>
        <w:pStyle w:val="ArticleScripture"/>
        <w:jc w:val="left"/>
      </w:pPr>
      <w:r>
        <w:rPr>
          <w:rFonts w:ascii="Times New Roman" w:hAnsi="Times New Roman" w:eastAsia="Times New Roman" w:cs="Times New Roman"/>
        </w:rPr>
        <w:t>“Ñande, peteĩ tetãicha, ñantendéramo mba’épa he’ise ko lívro ñandéve g̃uarã, ojehecháta ñande apytépe peteĩ tuicha avivamiento.”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Mbohapypa Mokõipa hag̃ua’ẽ</dc:title>
  <dc:subject>Leónguéragui ñembotavy peve: peteĩ jehechakuaa pypuku Daniel 6 ha ára paha profecíare hag̃ua</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