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Kuatiañe'ẽryru — Papapy Mokõipa Poteĩ hag̃ua Ocho</w:t>
      </w:r>
    </w:p>
    <w:p>
      <w:pPr>
        <w:pStyle w:val="ArticleSubtitle"/>
        <w:jc w:val="left"/>
      </w:pPr>
      <w:r>
        <w:rPr>
          <w:rFonts w:ascii="Arial" w:hAnsi="Arial" w:eastAsia="Arial" w:cs="Arial"/>
        </w:rPr>
        <w:t>Ojehecha hag̃ua umi Mbojegua: William Miller Kérape Profético ha añetegua ñembopyahu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Miller képepe ojehechauka chupe peteĩ ryru peteĩ po ndojehecháivagui. Ikuatia’ẽme oñemboguata chupe oikuaa hag̃ua pe ryru tuichakue “poteĩ joja” rehe “pa pulgáda” ramo. Pa oñembohetáva poteĩ joja rehe ogueru mbohapy sua saĩ, ha upéva ohechauka umi ára peteĩ áño proféticogua. Miller oñeme’ẽ va’ekue peteĩ ryru oguerekóva pe marandu ha’e ova’erãmo’ẽ hag̃ua, ha pe marandu ha’e ova’erãmo’ẽ hag̃ua oñemopyenda va’ekue pe principio rehe, peteĩ ára profecía bíblicape ohechaukaha peteĩ áño. Pe ryru va’ekue la Biblia, ha Miller-pe ĝuarã la Biblia ojehechava’erã kuri pe “ára peteĩ áñorã” principio de profecía bíblica dimensiónpe.</w:t>
      </w:r>
    </w:p>
    <w:p>
      <w:pPr>
        <w:pStyle w:val="ArticleScripture"/>
        <w:jc w:val="left"/>
      </w:pPr>
      <w:r>
        <w:rPr>
          <w:rFonts w:ascii="Times New Roman" w:hAnsi="Times New Roman" w:eastAsia="Times New Roman" w:cs="Times New Roman"/>
        </w:rPr>
        <w:t>“Ñembojoajúvo Ñandejára Ñeʼẽ rehe oĩ peteĩ mbaʼeñemigua ojokóva pe mbaʼeryru hepyetéva, ñande vyʼarã ha ñande pyʼaguapyrã. Añeñandu aguyjevete opaite tesape resape rehe. Upe rire, umi jehasa ñandéve koʼág̃a iñemimbyryetéva oñemyesakãta. Oĩ jehasa ikatúva arakaʼeve nañantendepáiri peve ko tekove omanóva oñemonde hag̃ua ñemanoʼỹre.” Manuscript Releases, volume 17, 261.</w:t>
      </w:r>
    </w:p>
    <w:p>
      <w:pPr>
        <w:pStyle w:val="ArticleBody"/>
        <w:jc w:val="left"/>
      </w:pPr>
      <w:r>
        <w:rPr>
          <w:rFonts w:ascii="Times New Roman" w:hAnsi="Times New Roman" w:eastAsia="Times New Roman" w:cs="Times New Roman"/>
        </w:rPr>
        <w:t>Oĩkuri peteĩ “lláve” pe káha rehe Miller kerayvotýpe, ha upéva orrepresenta pe metodología Miller oguerekóvape ojeporu hag̃ua.</w:t>
      </w:r>
    </w:p>
    <w:p>
      <w:pPr>
        <w:pStyle w:val="ArticleScripture"/>
        <w:jc w:val="left"/>
      </w:pPr>
      <w:r>
        <w:rPr>
          <w:rFonts w:ascii="Times New Roman" w:hAnsi="Times New Roman" w:eastAsia="Times New Roman" w:cs="Times New Roman"/>
        </w:rPr>
        <w:t>“Umi oñemoĩva hína omomarandúvo mbohapyha ánhel rembiapoukapy oikundaha hag̃ua, oheka hag̃ua hína Ñandejára Ñe’ẽmbyrykuéra peteĩchagua tape rupi Túva Miller ojapohaguéicha. Pe aranduka michĩ héravape Views of the Prophecies and Prophetic Chronology, Túva Miller ome’ẽ ko’ã tembiapoukapy isãsóva, iñarandúva ha iñimportantetéva Biblia ñehesa’ỹijo ha ñemyesakã hag̃ua:—</w:t>
      </w:r>
    </w:p>
    <w:p>
      <w:pPr>
        <w:pStyle w:val="ArticleScripture"/>
        <w:jc w:val="left"/>
      </w:pPr>
      <w:r>
        <w:rPr>
          <w:rFonts w:ascii="Times New Roman" w:hAnsi="Times New Roman" w:eastAsia="Times New Roman" w:cs="Times New Roman"/>
        </w:rPr>
        <w:t>“[Mbohape peteĩ guive pe po peve oñehenói.]”</w:t>
      </w:r>
    </w:p>
    <w:p>
      <w:pPr>
        <w:pStyle w:val="ArticleScripture"/>
        <w:jc w:val="left"/>
      </w:pPr>
      <w:r>
        <w:rPr>
          <w:rFonts w:ascii="Times New Roman" w:hAnsi="Times New Roman" w:eastAsia="Times New Roman" w:cs="Times New Roman"/>
        </w:rPr>
        <w:t>“Yvate oñemoĩva hína peteĩ parte koʼã regla-gui; ha ñande japytaséta porã ñande estudio Bíblico-pe ñahendúramo umi principio oñemoĩva’ekue.” Review and Herald, 25 de noviembre de 1884.</w:t>
      </w:r>
    </w:p>
    <w:p>
      <w:pPr>
        <w:pStyle w:val="ArticleBody"/>
        <w:jc w:val="left"/>
      </w:pPr>
      <w:r>
        <w:rPr>
          <w:rFonts w:ascii="Times New Roman" w:hAnsi="Times New Roman" w:eastAsia="Times New Roman" w:cs="Times New Roman"/>
        </w:rPr>
        <w:t>Miller oipe’ávo pe arca, ojuhu “opaichagua ha opa mba’eichagua tuicha mba’e jegua, diamánte, ita iporãetereíva, ha viru óro ha pláta opaichagua tuicha ha valor rehegua, iporãiterei oñemohenda hag̃ua peteĩteĩva hendápe pe arca ryepýpe; ha upéicha oñemohendávo, omimbipa hag̃ua peteĩ tesape ha mimbipa ndaipóriha ambue ojoguáva, kuarahy añónte ikatu hag̃uáicha ombojoja.” Miller ojuhu umi añetegua jegua omoheñóiva Adventismo añetegua pyendakue. Umi añetegua ojuhúva “oñemohenda” porãite peteĩ orden perfecto-pe ha omimbipa kuarahy resape reheve.</w:t>
      </w:r>
    </w:p>
    <w:p>
      <w:pPr>
        <w:pStyle w:val="ArticleBody"/>
        <w:jc w:val="left"/>
      </w:pPr>
      <w:r>
        <w:rPr>
          <w:rFonts w:ascii="Times New Roman" w:hAnsi="Times New Roman" w:eastAsia="Times New Roman" w:cs="Times New Roman"/>
        </w:rPr>
        <w:t>Upéi Miller omoĩ umi añetegua “peteĩ mesa mbytépe” ha ohenói opavavépe “pejúke ha pehecha”. “Pejúke ha pehecha” niko peteĩ símbolo oguenohẽva umi sello jepe’a-gui Apocalipsis arandukápe, ha Miller ohechauka umi arandúva oikũmbyva marandu Daniel-peguápe, pe oñembojaʼoʼỹ vaʼekue ary 1798-pe. Umi añetegua Miller omoĩ vaʼekue mesa ári, haʼe vaʼekue umi añetegua oñembojaʼoʼỹmava Daniel arandukágui, oñembojaʼoʼỹ vaʼekue León Judá ñemoñaregua rupive, ha ojehechaukavaʼerã oipytyvõ hag̃ua peteĩ prueba ramo pe generación oikovéva upe jave oñembojaʼoʼỹrõ guare. Upévare, umi irundy mymba Apocalipsis-peguáva oñembojoajúva umi irundy peteĩha sello ndive, ha Miller, osapukái upe generación-pe “pejúke ha pehecha”.</w:t>
      </w:r>
    </w:p>
    <w:p>
      <w:pPr>
        <w:pStyle w:val="ArticleScripture"/>
        <w:jc w:val="left"/>
      </w:pPr>
      <w:r>
        <w:rPr>
          <w:rFonts w:ascii="Times New Roman" w:hAnsi="Times New Roman" w:eastAsia="Times New Roman" w:cs="Times New Roman"/>
        </w:rPr>
        <w:t>Ha ahecha Umi oipe’árõ peteĩva umi kuatia ñembotýgui, ha ahendu, áraĩ guasúicha hyapu, peteĩva umi irundy mymba he’ívo: Eju ha ehecha. Ha ama’ẽ, ha péina peteĩ kavaju morotĩ; ha pe oguapýva hi’ári oguereko peteĩ hu’y; ha oñeme’ẽ chupe peteĩ akãrague; ha osẽ ipu’akávo, ha ipu’aka hag̃ua. Ha oipe’árõ mokõihápegua kuatia ñemboty, ahendu mokõihápegua mymba he’iha: Eju ha ehecha. Ha osẽ ambue kavaju pytã; ha pe oguapývape hi’ári oñeme’ẽ pu’aka ogueraha hag̃ua py’aguapy yvy ape ári, ha ikatu hag̃uáicha ojujuka hag̃ua hikuái; ha oñeme’ẽ chupe peteĩ kyse puku guasu. Ha oipe’árõ mbohapyhápegua kuatia ñemboty, ahendu mbohapyhápegua mymba he’iha: Eju ha ehecha. Ha ama’ẽ, ha péina peteĩ kavaju hũ; ha pe oguapýva hi’ári oguereko ipope peteĩ balánsa. Ha ahendu peteĩ ñe’ẽ umi irundy mymba apytépe he’íva: Peteĩ medida trígo peteĩ denário rehe, ha mbohapy medida seváda peteĩ denário rehe; ha ani rembyai pe aséite ha pe víno. Ha oipe’árõ irundyhápegua kuatia ñemboty, ahendu irundyhápegua mymba ñe’ẽ he’íva: Eju ha ehecha. Ha ama’ẽ, ha péina peteĩ kavaju hovy sa’y asy; ha pe oguapýva hi’ári héra va’ekue Mano, ha Añaretã oho hapykuéri hendive. Ha oñeme’ẽ chupekuéra pu’aka yvy ape ári irundyhápe peteĩva rehe, ojuka hag̃ua kyse puku rupive, ñembyahýi rupive, mano rupive, ha umi mymba yvypegua rupive. Apocalipsis 6:1–8.</w:t>
      </w:r>
    </w:p>
    <w:p>
      <w:pPr>
        <w:pStyle w:val="ArticleBody"/>
        <w:jc w:val="left"/>
      </w:pPr>
      <w:r>
        <w:rPr>
          <w:rFonts w:ascii="Times New Roman" w:hAnsi="Times New Roman" w:eastAsia="Times New Roman" w:cs="Times New Roman"/>
        </w:rPr>
        <w:t>Ha’eva Cristo, ojehechaukáva Judá ñemoñare León ramo, pe oipe’áva pe kuatiañe’ẽmboguejy oñembotýva siete sello reheve pe libro de Apocalipsis-pe, ha upéva voi pe Judá ñemoñare León oipe’a va’ekue umi joya Miller omoĩ va’ekue mesa ári, ha upéi ohenói opavavépe: “peju ha pehecha.”</w:t>
      </w:r>
    </w:p>
    <w:p>
      <w:pPr>
        <w:pStyle w:val="ArticleBody"/>
        <w:jc w:val="left"/>
      </w:pPr>
      <w:r>
        <w:rPr>
          <w:rFonts w:ascii="Times New Roman" w:hAnsi="Times New Roman" w:eastAsia="Times New Roman" w:cs="Times New Roman"/>
        </w:rPr>
        <w:t>Umi añetegua ha’e ojuhúva’ekue ojehechauka porãiterei rire pe kuatia’atã tenonderã gua 1843-pe, pe ermána White he’i haguéicha ojejapo hague Ñandejára po rupive; ha upe po ojehecha’ỹva ha’eva’ekue avei upe oguerúva’ekue Miller-pe pe mba’yrú guasu henyhẽva joya-kuéragui. Umi tresientos kuatia’atã ojejapóva’ekue ary 1842-pe, ha’e va’ekue Habacuc rembiapoukapy ñemyanyhẽ, tojehai hag̃ua pe visión ha toñemyesakã porã hag̃ua “tablas” ári. Pe mesa Miller mba’éva, opytáva’ekue hóga koty mbyte rupi, orrepresenta va’ekue umi tresientos kuatia’atã (tablas) umi mensahéro Millerita ogueraha va’ekue yvy tuichakue javeve ary 1842 ha 1843-pe. Upe kuatia’atã, oñondive pe kuatia’atã tenonderã gua 1850 reheve, ha’e va’ekue Habacuc kapítulo mokõi “tablas”.</w:t>
      </w:r>
    </w:p>
    <w:p>
      <w:pPr>
        <w:pStyle w:val="ArticleScripture"/>
        <w:jc w:val="left"/>
      </w:pPr>
      <w:r>
        <w:rPr>
          <w:rFonts w:ascii="Times New Roman" w:hAnsi="Times New Roman" w:eastAsia="Times New Roman" w:cs="Times New Roman"/>
        </w:rPr>
        <w:t>“Pe testimónio peteĩme guáicha umi mbo’ehára ha umi kuatiañe’ẽ Segunda Venida rehegua ome’ẽva, oĩ jave hikuái ‘pe jerovia ypykue’ ári, pe cuadro ñemoherakuã ha’eva’ekue peteĩ ñemboguata Habacuc 2:2, 3-pe guáicha. Pe cuadro ha’éramo profecía rehegua peteĩ mba’e (ha umi upéva oñembotovéva oheja pe jerovia ypykue), upéicharõ ne’ẽme’ẽrã BC 457 ha’e hague pe ary oñepyrũ hag̃ua oñecalcula umi 2300 ára. Tekotevẽkuri 1843 toiko pe arýnte oñemoherakuã raẽva pe ára ramo ikatu hag̃uáicha ‘pe visión’ ‘oñembotapykuemi,’ térã toĩ peteĩ aravo ñembotapykuemi, upépe pe aty kuñataĩnguéra oñemoĩ hag̃uáicha oke ha topytu’u pe tuicha mba’e aravo rehegua ári, michĩmi mboyve oñemombáy hag̃ua hikuái pe Sapukái Pyharepytépe rupi.” James White, Second Advent Review and Sabbath Herald, Volume 1, Number 2.</w:t>
      </w:r>
    </w:p>
    <w:p>
      <w:pPr>
        <w:pStyle w:val="ArticleBody"/>
        <w:jc w:val="left"/>
      </w:pPr>
      <w:r>
        <w:rPr>
          <w:rFonts w:ascii="Times New Roman" w:hAnsi="Times New Roman" w:eastAsia="Times New Roman" w:cs="Times New Roman"/>
        </w:rPr>
        <w:t>Umi tapicha oñepyrũva ombohovái pe marandu (jeguaka jeguaka) upe rire oñerrepresentáva Habacuc rembipapápe, iñepyrũrãrupi mbovymi meme vaʼekue; ha katu ára peteĩ ojehechakuaa hag̃ua peteĩ arýicha pe principio oñemombarete rire 11 jasypoapy 1840-pe, umi tapicha “hetave peteĩ aty guasúpe”.</w:t>
      </w:r>
    </w:p>
    <w:p>
      <w:pPr>
        <w:pStyle w:val="ArticleScripture"/>
        <w:jc w:val="left"/>
      </w:pPr>
      <w:r>
        <w:rPr>
          <w:rFonts w:ascii="Times New Roman" w:hAnsi="Times New Roman" w:eastAsia="Times New Roman" w:cs="Times New Roman"/>
        </w:rPr>
        <w:t>«Pe áraite ojehechaukáva’ekuépe, Turkía, hemianduha rupi, omoneĩ umi tetãnguéra joajuha Europa-gua ñangareko, ha upéicha oñemoĩ umi tetã cristiano poguýpe. Upe mba’e oikóva omoañete porãite pe profesía. Ojekuaávo upéva, hetaite tapicha oguerovia Miller ha iñirũnguéra omoneĩva’ekue pe tape porãha oikũmby hag̃ua profesía-kuéra, ha peteĩ pytyvõ tuichaitéva oñeme’ẽ pe jeju hag̃uáicha ñemongu’épe. Kuimba’e arandu ha yvate tenda rehegua oñemoirũ Miller ndive, mokõivéva opredika ha omoherakuãvo hembiapo resa’ỹi, ha 1840 guive 1844 peve pe tembiapo pya’e oñemyasãi.» The Great Controversy, 334, 335.</w:t>
      </w:r>
    </w:p>
    <w:p>
      <w:pPr>
        <w:pStyle w:val="ArticleBody"/>
        <w:jc w:val="left"/>
      </w:pPr>
      <w:r>
        <w:rPr>
          <w:rFonts w:ascii="Times New Roman" w:hAnsi="Times New Roman" w:eastAsia="Times New Roman" w:cs="Times New Roman"/>
        </w:rPr>
        <w:t>Upéi umi aty oñepyrũ ombohasa asy umi júya. Upérõ Miller omombeʼúta umi júya isarambíva rehegua. Pe ñeʼẽ “isarambi” haʼe peteĩva umi símbolo tenondegua Levítico mokõipa poteĩmegua “siete véces” rehegua, ha Miller oipuru pe ñeʼẽ “isarambi” térã peteĩ iñambueʼimiva pa jey iñemboheko pe imongetápe hembiapo kerayvoty rehegua. “Pa” haʼe peteĩ techaukaha peteĩ prueba rehegua, ha ohechauka pe kuaa añete pe significado simbólico Miller rembiapo “júya isarambíva” rehegua peteĩ prueba profética ramo umi ári oguahẽva umi ára pahaitépe ko yvy arigua rehegua.</w:t>
      </w:r>
    </w:p>
    <w:p>
      <w:pPr>
        <w:pStyle w:val="ArticleBody"/>
        <w:jc w:val="left"/>
      </w:pPr>
      <w:r>
        <w:rPr>
          <w:rFonts w:ascii="Times New Roman" w:hAnsi="Times New Roman" w:eastAsia="Times New Roman" w:cs="Times New Roman"/>
        </w:rPr>
        <w:t>Pe “siete tiempos” jegua ñemboyke ha’e va’ekue pe primer jegua Laodicea Adventismo omboyke va’ekue, ndohasái rupi hikuái pe prueba Moisés “ñemyesakãrã” rehegua, Elías (Miller) ohechauka va’ekue 1863-pe. Upérõ guive umi jegua oñemyesakãve ha oñemombojo’a va’erã kuri mba’e japu ndive, ha ipahápe oñemo’ãmbaitéta. Pe umi jegua hepykueetéva ñemo’ãmbaitéva oguahẽta ipahápe peteĩ punto-pe pe casket (la Biblia) oñehundihápe.</w:t>
      </w:r>
    </w:p>
    <w:p>
      <w:pPr>
        <w:pStyle w:val="ArticleBody"/>
        <w:jc w:val="left"/>
      </w:pPr>
      <w:r>
        <w:rPr>
          <w:rFonts w:ascii="Times New Roman" w:hAnsi="Times New Roman" w:eastAsia="Times New Roman" w:cs="Times New Roman"/>
        </w:rPr>
        <w:t>Miller remimbýpe oĩ peteĩ jehechakuaa porãite iñambuéva umi peteĩha “siete veces” Miller oipuruhápe pe ñe'ẽ “mosarambi”, ha umi mbohapy pahápe oipuru jeyhápe upe ñe'ẽ. Oñemongeta rire “mosarambi” rehe “siete veces”, ha’e “oñembopy’ajuite ha ikangypaitéma, oguapy ha hasẽ.”</w:t>
      </w:r>
    </w:p>
    <w:p>
      <w:pPr>
        <w:pStyle w:val="ArticleBody"/>
        <w:jc w:val="left"/>
      </w:pPr>
      <w:r>
        <w:rPr>
          <w:rFonts w:ascii="Times New Roman" w:hAnsi="Times New Roman" w:eastAsia="Times New Roman" w:cs="Times New Roman"/>
        </w:rPr>
        <w:t>Cristo mboyve, oñerrepresentáva Judá ñemoñareguára León ramo, oñepyrũ mboyve hembiapo oipe’a hag̃ua pe kuatiañe’ẽ ojejokóva kuri siete sello reheve Apocalipsis arandukape, Juan hasẽkuri. Juan ha Miller mokõivéva hasẽkuri oikuaávo pe arca (Ñandejára Ñe’ẽ) oñeñotỹ hague umi ita jeguaka japu ruguápe.</w:t>
      </w:r>
    </w:p>
    <w:p>
      <w:pPr>
        <w:pStyle w:val="ArticleScripture"/>
        <w:jc w:val="left"/>
      </w:pPr>
      <w:r>
        <w:rPr>
          <w:rFonts w:ascii="Times New Roman" w:hAnsi="Times New Roman" w:eastAsia="Times New Roman" w:cs="Times New Roman"/>
        </w:rPr>
        <w:t>Ha ahecha peteĩ kuatia pe oguapýva guapyha ári akatúa pópe, ojehai hag̃ua hyepýpe ha hapykuépe, ha oñemboty hag̃ua siete sello reheve. Ha ahecha peteĩ ánhel mbarete osapukái hag̃ua ñeʼẽ hatãme heʼívo: Mávapa oĩ tekokatu hag̃uáicha oipeʼa hag̃ua pe kuatia ha ojora hag̃ua isellokuéra? Ha ndaipóri avave yvágape, térã yvy ári, térã yvy guýpe, ikatúva oipeʼa pe kuatia, ni omaña hag̃ua hese. Ha che rasẽiterei, ndajajuhúigui avavépe oĩva tekokatu hag̃uáicha oipeʼa ha omoñeʼẽ hag̃ua pe kuatia, ni omaña hag̃ua hese. Upémarõ peteĩ umi myakãhára apytégui heʼi chéve: Ani rejaheʼo; ehecha, pe León Judá ñemoñaregua, David Rapo, ipuʼaka hag̃ua oipeʼa pe kuatia ha ojora hag̃ua umi siete sello orekóva. Apocalipsis 5:1–5.</w:t>
      </w:r>
    </w:p>
    <w:p>
      <w:pPr>
        <w:pStyle w:val="ArticleBody"/>
        <w:jc w:val="left"/>
      </w:pPr>
      <w:r>
        <w:rPr>
          <w:rFonts w:ascii="Times New Roman" w:hAnsi="Times New Roman" w:eastAsia="Times New Roman" w:cs="Times New Roman"/>
        </w:rPr>
        <w:t>Peteĩ jey pe ñemboyke oñemombaretevéva umi joya Miller ojuhu ha ohechauka vaekue ko yvy ape ári og̃uahẽvo pe puntope oñehundi hague pe Biblia (pe árka), upémarõ Miller hasẽ.</w:t>
      </w:r>
    </w:p>
    <w:p>
      <w:pPr>
        <w:pStyle w:val="ArticleScripture"/>
        <w:jc w:val="left"/>
      </w:pPr>
      <w:r>
        <w:rPr>
          <w:rFonts w:ascii="Times New Roman" w:hAnsi="Times New Roman" w:eastAsia="Times New Roman" w:cs="Times New Roman"/>
        </w:rPr>
        <w:t>Upéi ahecha umi joya añetegua ha moneda tee apytépe hikuái omyasãi hague peteĩ cantidad innumerable joya japu ha moneda falsificada. Che pochy eterei ikuatia vai ha iñagradesida’ỹre, ha amboja’o ha amongyhyje chupekuéra upévare; péro che añemoñe’ẽ mbaretevévo chupekuéra, hetaveve hikuái omyasãi umi joya japu ha moneda japu umi joya añetegua apytépe.</w:t>
      </w:r>
    </w:p>
    <w:p>
      <w:pPr>
        <w:pStyle w:val="ArticleScripture"/>
        <w:jc w:val="left"/>
      </w:pPr>
      <w:r>
        <w:rPr>
          <w:rFonts w:ascii="Times New Roman" w:hAnsi="Times New Roman" w:eastAsia="Times New Roman" w:cs="Times New Roman"/>
        </w:rPr>
        <w:t>Upéi che py'a vaieterei che ánga yvyraguy rehe, ha añepyrũ aiporu mbarete yvyraguy hag̃ua amosẽ hag̃ua chupekuéra kotýgui; ha upe aja amosẽ aja peteĩme, mbohapy ambue oike ha ogueru ky'a ha yvyra ku'i ha yvyku'i ha opaichagua mba'e ky'a, peve omoakãpa hag̃ua opaite umi añetegua joya, diamánte ha viru'i, opavave ojehecha'ỹ hag̃uáicha. Avei omondoro che ryru'i joya renda ha omyasãi upéva umi mba'e ky'a apytépe. Aimo'ã avave ndojepy'apýiha che ñembyasy térã che pochy rehe. Añembopy'ajuetepaite ha ndaikatuvéi che py'a guive, ha aguapy ha cherasẽ.</w:t>
      </w:r>
    </w:p>
    <w:p>
      <w:pPr>
        <w:pStyle w:val="ArticleBody"/>
        <w:jc w:val="left"/>
      </w:pPr>
      <w:r>
        <w:rPr>
          <w:rFonts w:ascii="Times New Roman" w:hAnsi="Times New Roman" w:eastAsia="Times New Roman" w:cs="Times New Roman"/>
        </w:rPr>
        <w:t>Ko’ág̃a peve heképe, iñe’ẽme “mosarambi” ojeporu “siete jey”. Mbohapy paha jejuhu ojoavy umi siete peteĩha-gui, upéicha rupi omoĩ peteĩ firma profética umi siete ñemosarambíre símbolo ramo umi “siete tiempo” Leviticus mokõi pa’ẽ seis-peguáicha. Miller sueño mokõiha, Nebucodonosor sueño mokõiha ndive avei, simbólicamente ohechauka umi “siete tiempo”.</w:t>
      </w:r>
    </w:p>
    <w:p>
      <w:pPr>
        <w:pStyle w:val="ArticleBody"/>
        <w:jc w:val="left"/>
      </w:pPr>
      <w:r>
        <w:rPr>
          <w:rFonts w:ascii="Times New Roman" w:hAnsi="Times New Roman" w:eastAsia="Times New Roman" w:cs="Times New Roman"/>
        </w:rPr>
        <w:t>Ojehúva Juan rehe Apocalipsis capítulo cinco-pe, Miller hasẽ jave, kuimba’e yvykyha rehegua (León Judá ñemoñaregua) upéi “oavri peteĩ okẽ” ha oike kotýpe. Ta’ãnga ohechaukáva Túva oguerekóha pe kuatiañe’ẽ oñembotýva’ekue siete sello reheve, avave ndaikatúiva oavri, ha upéva ojapo va’ekue Juan hasẽ hag̃ua, oñepyrũ versículo peteĩpe capítulo cuatro-pe.</w:t>
      </w:r>
    </w:p>
    <w:p>
      <w:pPr>
        <w:pStyle w:val="ArticleScripture"/>
        <w:jc w:val="left"/>
      </w:pPr>
      <w:r>
        <w:rPr>
          <w:rFonts w:ascii="Times New Roman" w:hAnsi="Times New Roman" w:eastAsia="Times New Roman" w:cs="Times New Roman"/>
        </w:rPr>
        <w:t>Upéi rire ama’ẽ, ha péina ápe, peteĩ okẽ ojepe’a yvágape; ha pe ñe’ẽ peteĩha ahenduva’ekue, trompétaicha oñe’ẽva che ndive, he’i chéve: Ejupi ko’ápe, ha ahechaukáta ndéve umi mba’e oikótava ko rire. Apocalipsis 4:1.</w:t>
      </w:r>
    </w:p>
    <w:p>
      <w:pPr>
        <w:pStyle w:val="ArticleBody"/>
        <w:jc w:val="left"/>
      </w:pPr>
      <w:r>
        <w:rPr>
          <w:rFonts w:ascii="Times New Roman" w:hAnsi="Times New Roman" w:eastAsia="Times New Roman" w:cs="Times New Roman"/>
        </w:rPr>
        <w:t>Miller hasẽ ha ohecha peteĩ okẽjepe’a. “Aime aja upéicha hasẽ ha añembyasy che pérdida tuichaitére ha che responsabilidad-re, ahechakuaa Tupãme, ha añembo’e mbarete hag̃uáicha Ha’e chemondo pytyvõ. Upepete pe okẽ ojepe’a, ha peteĩ kuimba’e oike pe kotýpe, ha upérõ opa umi tapicha osẽ chugui; ha ha’e, orekóva ipope peteĩ yvykyha, oipe’a umi ovetã ha oñepyrũ oiky’a’o pe kotýgui yvy ha mba’e vai.” Pe León Judá ñemoñaregua ha pe kuimba’e yvykyha reheve oguahẽ peteĩ okẽjepe’a jave, upe jave Juan ha Miller hasẽ. Pe okẽjepe’a ha’e peteĩ símbolo peteĩ cambio dispensacional rehegua.</w:t>
      </w:r>
    </w:p>
    <w:p>
      <w:pPr>
        <w:pStyle w:val="ArticleBody"/>
        <w:jc w:val="left"/>
      </w:pPr>
      <w:r>
        <w:rPr>
          <w:rFonts w:ascii="Times New Roman" w:hAnsi="Times New Roman" w:eastAsia="Times New Roman" w:cs="Times New Roman"/>
        </w:rPr>
        <w:t>Miller ndive, ha’e hasẽ ha peteĩ okẽ ojeavri, ha katu avei oñembo’e. “Añandu chepy’aite kangy ha chekangypa, ha aguapy ha cherasẽ. Aime aja upéicha arasẽ ha añembyasy che pérdida tuichaitére ha che responsabilidad rehe, che mandu’a Tupãre, ha añembo’e kyre’ỹme chupe toñemondo chéve pytyvõ. Pya’evoi pe okẽ ojeavri, ha peteĩ kuimba’e oike pe kotýpe, ha upérõ opa umi tapicha osẽ chugui; ha ha’e, oguerekóvo ipope peteĩ cepíllo yvy rehegua, oipe’a umi ovetã, ha oñepyrũ omopotĩ pe kotýgui yvyku’i ha ky’a.”</w:t>
      </w:r>
    </w:p>
    <w:p>
      <w:pPr>
        <w:pStyle w:val="ArticleBody"/>
        <w:jc w:val="left"/>
      </w:pPr>
      <w:r>
        <w:rPr>
          <w:rFonts w:ascii="Times New Roman" w:hAnsi="Times New Roman" w:eastAsia="Times New Roman" w:cs="Times New Roman"/>
        </w:rPr>
        <w:t>Pe ñembo’e oĩva techaukaháramo ára pahápegua rembiasakuepe, ha’e pe ñembo’e ojehechaukáva Daniel rupive ha umi mbohapy kuimba’e hekopotĩva reheve capítulo mokõihápe, ha avei Daniel rupive capítulo porãhápe. Ha’e Levítico 26 ñembo’e “siete veces” rehegua, upe oñembo’éva’erã Apocalipsis 11 mokõi testígo oikuaávo oñemosarambi hague. Umi mokõi testígo ojapova’erã jey upe Daniel ojapo va’ekue capítulo porãhápe, oikuaárõ guare oñemosarambi hague “Moisés ñe’ẽ vai” ñemyanyhẽrãme. Umi mokõi testígo ojapova’erã jey avei upe Miller omyesakã va’ekue ikérape, og̃uahẽvo pe punto umi ita jeguaka oñemosarambi hague “siete veces.”</w:t>
      </w:r>
    </w:p>
    <w:p>
      <w:pPr>
        <w:pStyle w:val="ArticleBody"/>
        <w:jc w:val="left"/>
      </w:pPr>
      <w:r>
        <w:rPr>
          <w:rFonts w:ascii="Times New Roman" w:hAnsi="Times New Roman" w:eastAsia="Times New Roman" w:cs="Times New Roman"/>
        </w:rPr>
        <w:t>Upe ñembo’e ojehechaukávo, peteĩ okẽ ojepe’a, og̃uahẽ pe kuimba’e oguerekóva peteĩ typycha yvyky’a pegua, ha pe koty opyta nandi. Pe aty hekoañáva oho vaʼekue, ha peteĩ dispensación pyahu og̃uahẽ vaʼekue. Upéi pe León Judá ñemoñaregua, ipope oguerekóva ifán, “oipeʼa umi ovetã, ha oñepyrũ omopotĩ pe kotýgui yvykyʼa ha mbaʼe vai aty”; ha “omopotĩ aja yvykyʼa ha mbaʼe vai aty, umi ita jeguaka japu ha pirapire guaʼu, maymáva opuʼã ha osẽ ovetã rupi araiicha, ha pe yvytu ogueraha chupekuéra mombyry.”</w:t>
      </w:r>
    </w:p>
    <w:p>
      <w:pPr>
        <w:pStyle w:val="ArticleBody"/>
        <w:jc w:val="left"/>
      </w:pPr>
      <w:r>
        <w:rPr>
          <w:rFonts w:ascii="Times New Roman" w:hAnsi="Times New Roman" w:eastAsia="Times New Roman" w:cs="Times New Roman"/>
        </w:rPr>
        <w:t>Umi ventána ojepe’áva avei ohechauka peteĩ ñemboja’o, ha umi yty ojehupi ha oñemosẽvo ventána rupive, umi omohu’ãva pe tembiapoukapy oĩva Malaquías-pe, ombo’ehápe umi “pa’i” ára pahápeguápe: “Pemegueru pe diezmokue maymáva pe ñembyatyhára róga-pe, oĩ hag̃uáicha tembi’u che rógape, ha peha’ã che rehe ko’ápe, he’i Jehová de los ejércitos, ndaipe’amo’ãi hag̃ua peẽme yvágagui umi ventána, ha ahykýi hag̃ua pende ári peteĩ jehovasa ndahasýiva hag̃ua pende rupive”, umi ventána ojepe’áva ha pe okẽ ojepe’áva ohechauka peteĩ cambio de dispensación, oñemohu’ãva upe ára umi pa’i hembiapo vaíva oñenohẽ jave, ha umi pa’i hekojojáva ojehovasa jave.</w:t>
      </w:r>
    </w:p>
    <w:p>
      <w:pPr>
        <w:pStyle w:val="ArticleBody"/>
        <w:jc w:val="left"/>
      </w:pPr>
      <w:r>
        <w:rPr>
          <w:rFonts w:ascii="Times New Roman" w:hAnsi="Times New Roman" w:eastAsia="Times New Roman" w:cs="Times New Roman"/>
        </w:rPr>
        <w:t>Kuimba’e oityvykua vaicha oñepyrũvo omopotĩ hóga yvýgui, Miller omboty hesa sapy’ami. “Pe jepy’apy ha ñembyaty ryepýpe amboty che resa sapy’ami; ha ajuruvo, opaite yty ojeipe’a va’ekue. Umi ita jeguaka hepyetereíva, umi diamánte, oro ha pláta viru, opyta isarambipa hetaiterei pe kotýre.” Upérõ pe iporãva ha pe ivaíva oñemboja’o porãite hag̃ua peteĩchágui ambuépe.</w:t>
      </w:r>
    </w:p>
    <w:p>
      <w:pPr>
        <w:pStyle w:val="ArticleBody"/>
        <w:jc w:val="left"/>
      </w:pPr>
      <w:r>
        <w:rPr>
          <w:rFonts w:ascii="Times New Roman" w:hAnsi="Times New Roman" w:eastAsia="Times New Roman" w:cs="Times New Roman"/>
        </w:rPr>
        <w:t>Upéi pe ryru guasuve oñemoĩ mesa ári, ha umi joya isarambíva oñemombo ipype. “Upéi omoĩ mesa ári peteĩ ryru, tuichavéva ha iporãvéva pe yma guarégui, ha ombyaty umi joya, umi diamánte, umi moneda, ipo renyhẽme, ha omombo pe ryrupe, peve ndaipóri hag̃ua ni peteĩva oñeheja hag̃uáicha, jepe umi diamánte apytépe oĩ vaʼekue oĩva ndotuichavéiva peteĩ akũ apýragui.” Upérõ, umi añetegua omoñepyrũ vaʼekue Miller oñembyaty jey, ndahaʼéi añónte Biblia ndive, ha katu avei Espíritu de Profecía ndive, ha umi añetegua iporãve ha hesakãmbaitéve yma guaréicha hag̃uágui.</w:t>
      </w:r>
    </w:p>
    <w:p>
      <w:pPr>
        <w:pStyle w:val="ArticleBody"/>
        <w:jc w:val="left"/>
      </w:pPr>
      <w:r>
        <w:rPr>
          <w:rFonts w:ascii="Times New Roman" w:hAnsi="Times New Roman" w:eastAsia="Times New Roman" w:cs="Times New Roman"/>
        </w:rPr>
        <w:t>Jahesa’ỹijóramo pe visión Ysyry Ulai rehegua pe marandu oñemboty’ỹva’ekue 1798-pe ome’ẽva marco ryepýpe, tekotevẽ jaikuaa oĩ hague umi añetegua ojejokóva pe estructura oñeme’ẽva’ekue Miller-pe rupive. Upéicha avei, tekotevẽ jaha’arõ umi añetegua apytégui oĩtaha ipukuvéva ha iporãvéva, jepe peteĩteĩva ikatu hag̃uáicha ojehecha michĩ térã michĩmi hag̃uáicha.</w:t>
      </w:r>
    </w:p>
    <w:p>
      <w:pPr>
        <w:pStyle w:val="ArticleBody"/>
        <w:jc w:val="left"/>
      </w:pPr>
      <w:r>
        <w:rPr>
          <w:rFonts w:ascii="Times New Roman" w:hAnsi="Times New Roman" w:eastAsia="Times New Roman" w:cs="Times New Roman"/>
        </w:rPr>
        <w:t>Umi añetegua oñemyatyrõ jevy vove, oñemoĩ peteĩ ryru tuichavévape; upéi jevy oñehendu pe ñehenói, ndaha’éi Miller rupive, síno Cristo rupive, (ha’éva pe kuimba’e yvytyvõhára, ha ha’éva Judá ñemoñarégui León), he’íva: “eju ha ehecha”. Kóva ohechauka peteĩ jeipe’a hag̃ua oñembotýva oiko ramoite hague, ha pe jeipe’a pahaite ha’e Jesucristo Revelación, oikóva mboyveite oñemboty hag̃ua pe tiempo de prueba, térã, Sister White he’iháicha, pe kuimba’e yvytyvõhára oike vove.</w:t>
      </w:r>
    </w:p>
    <w:p>
      <w:pPr>
        <w:pStyle w:val="ArticleScripture"/>
        <w:jc w:val="left"/>
      </w:pPr>
      <w:r>
        <w:rPr>
          <w:rFonts w:ascii="Times New Roman" w:hAnsi="Times New Roman" w:eastAsia="Times New Roman" w:cs="Times New Roman"/>
        </w:rPr>
        <w:t>“Ama’ẽ pe káha ryepýpe, ha che resa omimbipaite upe ahechávare. Hikuái omimbi vaʼekue pa jevyve iñmimbikue yma guarégui. Aimoʼã kuri oñemopotĩ hague yvykuʼípe umi tapicha iñañáva py rupive, umi omyasãivaʼekue ha opyrũvaʼekue hesekuéra yvytimbo ári. Oñemohenda porãiterei vaʼekue pe káha ryepýpe, peteĩteĩ ijhendápe, ndaipóri hag̃uáicha mbaʼeveichagua techaukaha pe kuimbaʼe oñehaʼã asýgui omombo vaʼekue chupekuéra ipype. Ahatã sapukái vyʼágui, ha upe sapukái chembopáy.” Early Writings, 83.</w:t>
      </w:r>
    </w:p>
    <w:p>
      <w:pPr>
        <w:pStyle w:val="ArticleBody"/>
        <w:jc w:val="left"/>
      </w:pPr>
      <w:r>
        <w:rPr>
          <w:rFonts w:ascii="Times New Roman" w:hAnsi="Times New Roman" w:eastAsia="Times New Roman" w:cs="Times New Roman"/>
        </w:rPr>
        <w:t>Pe ára de demora ha pe tenondete ñembotavy og̃uahẽ kuri 18 jasypokõi 2020-pe, ha guive jasypokõi 2023, León Judá ñemoñaregua oipe’a hína pe marandu pe Revelación Jesucristo rehegua. Upe jeipe’a oguereko avei Daniel kuatiañe’ẽ, ha ñamohu’ãta ñane ñeconsidera hag̃ua Miller kerayvoty pe artíkulo oúvape.</w:t>
      </w:r>
    </w:p>
    <w:p>
      <w:pPr>
        <w:pStyle w:val="ArticleBody"/>
        <w:jc w:val="left"/>
      </w:pPr>
      <w:r>
        <w:rPr>
          <w:rFonts w:ascii="Times New Roman" w:hAnsi="Times New Roman" w:eastAsia="Times New Roman" w:cs="Times New Roman"/>
        </w:rPr>
        <w:t>Pe kuimba’e yvyky’a rembiapo ojejapo ñomoirũhápe umi “pa’i arandu” ndive, ha umi “pa’i” rembiapo, ha’éva mokõi testígo Apocalipsis capítulo once-pe, ha ha’éva avei umi kangue omano va’ekue oñemoingovejeyva Ezequiel capítulo treinta y siete-pe, ojehechauka avei ambue línea Tupã Ñe’ẽme. Roipurúta mbovymi umi línea testígo mokõiháicha umi mba’e rojekuaaukáva William Miller sueño mokõiháre.</w:t>
      </w:r>
    </w:p>
    <w:p>
      <w:pPr>
        <w:pStyle w:val="ArticleScripture"/>
        <w:jc w:val="left"/>
      </w:pPr>
      <w:r>
        <w:rPr>
          <w:rFonts w:ascii="Times New Roman" w:hAnsi="Times New Roman" w:eastAsia="Times New Roman" w:cs="Times New Roman"/>
        </w:rPr>
        <w:t>“Pe Escritura oñeme’ẽ ñanepytyvõ hag̃ua, jaikuaa hag̃ua mbo’e porã tekojojápe. Tesape hepyetéva rendy kuéra oñemokañy vaʼekue jejavy arai rupive, ha Cristo oĩma oipeʼa hag̃uáicha jejavy ha superstición pytũmby, ha ohechauka hag̃ua ñandéve Túva mimbipa hesakãva, ikatu hag̃uáicha jaʼe umi temimboʼekuéra heʼi haguéicha: ‘¿Ndopáy piko ñande korasõ ñande pype, haʼe oñeʼẽ aja ñandéve tape reheve?’”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Kuatiañe'ẽryru — Papapy Mokõipa Poteĩ hag̃ua Ocho</dc:title>
  <dc:subject>Ojehecha hag̃ua umi Mbojegua: William Miller Kérape Profético ha añetegua ñembopyahu hag̃uáicha</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