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Papaha irundy ha irundykõi hag̃ua</w:t>
      </w:r>
    </w:p>
    <w:p>
      <w:pPr>
        <w:pStyle w:val="ArticleSubtitle"/>
        <w:jc w:val="left"/>
      </w:pPr>
      <w:r>
        <w:rPr>
          <w:rFonts w:ascii="Arial" w:hAnsi="Arial" w:eastAsia="Arial" w:cs="Arial"/>
        </w:rPr>
        <w:t>Ojepe’a umi Pyenda Okañýva: Umi Añetegua Maranduhára William Miller rehegua ha umi ára pahápe Adventismo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William Miller añetegua iñepyrũmby rehegua oñeñotỹ kuri pe irundy ñemoñare Adventismo ryepýpe. Umi añetegua iñepyrũmby rehegua ñemyatyrõ oñemoĩ porã hína pe mokõiha iképe, ha ojehechauka jey jey hag̃ua Biblia ha Espíritu de Profecía-pe mba'éicha Tupã ára pahápegua tavayguakuéra rembiaporãrã. Miller képe ojehechauka mba'éicha pe kuimba'e cepíllo yvy rehegua omyatyrõ jey ramo umi joya, umíva overáta kuarahygui pa’ẽvéva diez jey.</w:t>
      </w:r>
    </w:p>
    <w:p>
      <w:pPr>
        <w:pStyle w:val="ArticleBody"/>
        <w:jc w:val="left"/>
      </w:pPr>
      <w:r>
        <w:rPr>
          <w:rFonts w:ascii="Times New Roman" w:hAnsi="Times New Roman" w:eastAsia="Times New Roman" w:cs="Times New Roman"/>
        </w:rPr>
        <w:t>Pe marco oiporavóva Miller ojejapo oñemyesakãvo mokõi pokatu ohundiha rehe: paganismo ha upéi papalismo; ha apóstol Pablo rembikuaauka Tesalonicenses mokõiha kapítulope ome’ẽ Miller-pe pe pytuha omoñepyrũ hag̃ua hembiapo renda. Upépe Pablo ohechauka Roma pagana ojoko hague papadope anítei hag̃ua opu’ã pokatúpe, peve Roma pagana oñemboguejy térã oñemboyke. 2 Tesalonicenses-pe avei, Pablo ome’ẽ pe pytuha Future for America marco-pe g̃uarã, omoĩrõ guare “kuimba’e angaipa rehegua” pe kapítulope ojehechaukaha avei mburuvicha guasu ramo omomba’eguasúva ijehe, Daniel kapítulo once-pe, ha versíkulo treinta y seis-pe.</w:t>
      </w:r>
    </w:p>
    <w:p>
      <w:pPr>
        <w:pStyle w:val="ArticleBody"/>
        <w:jc w:val="left"/>
      </w:pPr>
      <w:r>
        <w:rPr>
          <w:rFonts w:ascii="Times New Roman" w:hAnsi="Times New Roman" w:eastAsia="Times New Roman" w:cs="Times New Roman"/>
        </w:rPr>
        <w:t>Tekotevẽiterei jahechakuaa hag̃ua mba’éichapa pe arandu jehepyme’ẽ ojoajúkuri hag̃ua peteĩchaite Pablo testimónio ndive Tesalonicenses mokõiha kapítulope, mokõivéva pe ángel peteĩha ha pe mbohapyha ñemongu’épe. Araka’e ipaha ára-pe, ary 1798-pe, ha avei ary 1989-pe, Daniel kuatiañe’ẽ ojeipe’ákuri, ha upéicha oñepyrũ peteĩ tembipuru mbohapy jeku’e rehegua. Pe jeporavo térã prueba rape akóinte ogueru mokõi atýpe umi omomba’éva Tupãme umi tembiasakuepe ojeipe’ahápe Daniel kuatiañe’ẽ. Tekotevẽiterei jahecha Pablo jehaipyre pe arandu jehepyme’ẽ reheve ipaha ára-pe, pórke upe kapítulope voi Pablo oñe’ẽ ñemomarandúvo umi ndojapóivape pe “añetegua mborayhu” ñemoneĩ, ohupytytaha Tupãgui mbotavy guasu. Pe mbotavy guasu ha’e upe oguahẽva umi hekoañávape Daniel kapítulo doce-pe, umi omboykévape pe arandu jehepyme’ẽ. Mokõive tembiasakuépe pe mbotavy guasu ohechauka porãvéva, tekovépe, Adventísmo rehe.</w:t>
      </w:r>
    </w:p>
    <w:p>
      <w:pPr>
        <w:pStyle w:val="ArticleScripture"/>
        <w:jc w:val="left"/>
      </w:pPr>
      <w:r>
        <w:rPr>
          <w:rFonts w:ascii="Times New Roman" w:hAnsi="Times New Roman" w:eastAsia="Times New Roman" w:cs="Times New Roman"/>
        </w:rPr>
        <w:t>“Pe ohecháva mba’e ojekuaáva guýpe, omoñe’ẽva opa tapicha korasõ, he’i umi oguerekóvagui tuicha tesape: ‘Ndohasái jehasa asy ni opyta ñemondýipe hikuái iñemarangatu’ỹ ha ijespiritu rembiasakue vai rehe.’ Añetehápe, ha’ekuéra oiporavo hikuái tape kuéra tee, ha iñángakuéra ovy’a umi mba’e jeguaruete ojejapóvape. Ha che avei aiporavóta iñembotavýva kuéra, ha amoĩta hi’ári umi mba’e okyhyjéva hikuái; pórke aha’óramo, avave nombohováiri; añe’ẽramo, nohendúi; ha ojapo ivaíva che resa renondépe, ha oiporavo upe che ndavy’ái hague hese.’ ‘Tupã omondóta hi’ári kuéra mbotavy guasu, ogueroviá hag̃ua peteĩ japu,’ pórke ‘ndoipotáigui añetegua mborayhu, ikatu hag̃uáicha ojesalva,’ ‘ha ovy’a vaekue tekojoja’ỹme.’ Isaías 66:3, 4; 2 Tesalonicenses 2:11, 10, 12.</w:t>
      </w:r>
    </w:p>
    <w:p>
      <w:pPr>
        <w:pStyle w:val="ArticleScripture"/>
        <w:jc w:val="left"/>
      </w:pPr>
      <w:r>
        <w:rPr>
          <w:rFonts w:ascii="Times New Roman" w:hAnsi="Times New Roman" w:eastAsia="Times New Roman" w:cs="Times New Roman"/>
        </w:rPr>
        <w:t>“Mbo'ehára yvagapegua oporandu: ‘Mba'e ñembotavy ipu'akavéva ikatu ombotavy pe akãgui ko’ãicha hag̃ua: reimo'ã reguapyha pe fundamento añeteguápe ha Tupã omoneĩha ne rembiapo, ha añetehápe katu rejapo heta mba'e ko yvy arapokõindy rembipota rupive ha repeka Jehová rovake? ¡Aníkena, peteĩ tuicha ñembotavy ningo upéva, peteĩ ñembotavy porãite omohendáva akãnguéra, umi kuimba'e peteĩ jey oikuaa va'ekuépe pe añetegua, ombyavy vove Tupãrayhu rehegua jehechauka pe espíritu ha ipokatu rendaguépe; ha oñemoĩ ramo hikuái iplátava ha hetave mba'e oguerekóva ha ndoikotevẽiha mba'eve rehe, ha añetehápe katu oikotevẽmbaite opa mba'ére.’”</w:t>
      </w:r>
    </w:p>
    <w:p>
      <w:pPr>
        <w:pStyle w:val="ArticleScripture"/>
        <w:jc w:val="left"/>
      </w:pPr>
      <w:r>
        <w:rPr>
          <w:rFonts w:ascii="Times New Roman" w:hAnsi="Times New Roman" w:eastAsia="Times New Roman" w:cs="Times New Roman"/>
        </w:rPr>
        <w:t>“Tupã ndopytuvéi iñeñandu hag̃ua umi hembiguái jeroviapýva rehe, umi oñangarekóva ijao hag̃ua ky’a’ỹre. Ha heta oĩ osapukáiva: ‘Py’aguapy ha tekorosã,’ ha ñehundi pya’e oguahẽma hese kuéra. Ndahupytyriramo ñembyasy añetetéva, ndahumíldaramo kuimba’ekuéra ikorasõ kuéra peteĩ confesión rupive ha nohendáiramo pe añetegua oĩháicha Jesúspe, araka’eve ndoikemo’ãi yvágape. Oiko vove ñemopotĩ ñande apytépe, ndaiporimo’ãvéima ñañeno hag̃uáicha py’a guapýpe, ñañemomba’eguasu ja’évo ñande ricoha ha heta mba’e jarekóva, ha mba’eve ndofaltaiha ñandéve.”</w:t>
      </w:r>
    </w:p>
    <w:p>
      <w:pPr>
        <w:pStyle w:val="ArticleScripture"/>
        <w:jc w:val="left"/>
      </w:pPr>
      <w:r>
        <w:rPr>
          <w:rFonts w:ascii="Times New Roman" w:hAnsi="Times New Roman" w:eastAsia="Times New Roman" w:cs="Times New Roman"/>
        </w:rPr>
        <w:t>“Máva ikatu hekoitépe he’i: ‘Ore óro ojeha’ã tata rupi; ore ao katu ndopytai ko yvy arigua ky’águi’?” Ahecha ore Mbo’ehára ohechaukaha umi ao hérava tekojoja rehegua. Oipe’ávo umíva, ohechauka hesakã hag̃uáicha pe ky’a oĩva guýpe. Upéi he’i chéve: ‘Nderehechái piko mba’éichapa oñemomba’eguasúpe omo’ã hikuái iñaky’a ha ikangy ipypegua heko? “Mba’éicha piko pe táva jeroviaha ojepoi peteĩ kuña reko vaívape!” Che Ru róga ojapo peteĩ ñemuha róga, peteĩ tenda upégui osẽva’ekue pe Tupãgua presencia ha gloria! Ko mba’ére oĩ kangy, ha ndojejuhúi mbarete.’” Testimonios, volumen 8, 249, 250.</w:t>
      </w:r>
    </w:p>
    <w:p>
      <w:pPr>
        <w:pStyle w:val="ArticleBody"/>
        <w:jc w:val="left"/>
      </w:pPr>
      <w:r>
        <w:rPr>
          <w:rFonts w:ascii="Times New Roman" w:hAnsi="Times New Roman" w:eastAsia="Times New Roman" w:cs="Times New Roman"/>
        </w:rPr>
        <w:t>Adventismo ha’e va’ekue “táva jerovia hag̃ua” omombe’úrõ guare pe Sapukái Pyharepytegua 1844-pe. 1863 peve, oñepyrũ pe tembiapo omboykévo umi “pyenda” oñemopyenda va’ekue William Miller ministerio rupive. Oñepyrũ rire omboyke umi añetegua pyendapyrã, upéicha rupi oñomo’ãvo umívape ita jeguaka gua’u ha viru gua’u reheve, ha’ekuéra omopu’ã hína kuri peteĩ pyenda pyahu. Umi oñepyrũ va’ekue, omotenonde va’ekue ha ko’ág̃a peve omonguatáva upe tembiapo, ojehechauka Espíritu de Profecía jehaípe “umi oguerekóva’ekue tesape guasu” ramo.</w:t>
      </w:r>
    </w:p>
    <w:p>
      <w:pPr>
        <w:pStyle w:val="ArticleBody"/>
        <w:jc w:val="left"/>
      </w:pPr>
      <w:r>
        <w:rPr>
          <w:rFonts w:ascii="Times New Roman" w:hAnsi="Times New Roman" w:eastAsia="Times New Roman" w:cs="Times New Roman"/>
        </w:rPr>
        <w:t>Pe “mba’e resakã tuicha” peteĩ jey oguerekova’ekue, ojehechauka Miller-pe oñemongéra va’ekuépe umi ita jeguaka ryru’ípe, Miller omoĩva’ekue peteĩ mesa ári, iñkoty mbytépe, ha omimbi hag̃ua “kuarahýgui” jepe hesakãvéva. Pe pasáhe oñeñe’ẽ ramóva Sister White ombojoaju hag̃ua, “umi oguerekova’ekue mba’e resakã tuicha”, ha katu “oiporavo hikuái tape oipotáva.”</w:t>
      </w:r>
    </w:p>
    <w:p>
      <w:pPr>
        <w:pStyle w:val="ArticleBody"/>
        <w:jc w:val="left"/>
      </w:pPr>
      <w:r>
        <w:rPr>
          <w:rFonts w:ascii="Times New Roman" w:hAnsi="Times New Roman" w:eastAsia="Times New Roman" w:cs="Times New Roman"/>
        </w:rPr>
        <w:t>Haʼekuéra oiporavo peteĩ tape pyahu ary 1863-pe. Haʼe heʼi heseha “peteĩ ñembotavy oguerohorýva, ojagarráva apytépe umi akãgui kuimbaʼekuéra peteĩ jey oikuaa vaʼekue pe añetegua, ojavy jave hikuái pe tekoporã marangatu raʼãnga rehe, omoĩ hag̃ua pe espíritu ha ipokatu rendaguépe; ha oimoʼã jave hikuái hikuáiha ipirapire hetáva ha mbaʼe porãme oñembotuicháva ha ndotekotevẽiha mbaʼeve, ha añetehápe katu oikotevẽ opa mbaʼe rehe.”</w:t>
      </w:r>
    </w:p>
    <w:p>
      <w:pPr>
        <w:pStyle w:val="ArticleBody"/>
        <w:jc w:val="left"/>
      </w:pPr>
      <w:r>
        <w:rPr>
          <w:rFonts w:ascii="Times New Roman" w:hAnsi="Times New Roman" w:eastAsia="Times New Roman" w:cs="Times New Roman"/>
        </w:rPr>
        <w:t>Ha’e kuña ohechauka hína pe estado laodicéape oĩva, pe ha’e ha iména ohechakuaava’ekue oiko hague ary 1856-pe. Upéi ojeprova chupekuéra siete ary pukukue, ha katu ndohasái pe prueba ary 1863-pe, ha oñepyrũ omopu’ã pe fundamento japu oguerúva pe ñembotavy mbarete ojejuhúva Pablo ñe’ẽ marandu ñe’ẽmondópe Tesalonicenses-pe. Pablo ñe’ẽ ñemomarandu Tesalonicenses-pe ha’e peteĩ ancla pe movimiento-pe g̃uarã iñepyrũrã ha ipahápe Adventismo-pe, ha ojuehe peteĩchaite Miller kérape, ombohováiva mokõivéva Adventismo ñepyrũ ha ipaha. Ikéra ohechauka pe tembiapo ojeguerujey hag̃ua umi joya ypykue añeteguáva oñemohu’ã vove, umi añetegua osẽ porãta pa aryve hesakãveha ypy guive osẽ ramo guare Midnight Cry-pe Adventismo ñepyrũme. Mba’éicha piko ikatu oñentende Miller remimo’ã ko’ág̃a hesakãveha, umi ára ha’e raẽ ohechakuaa haguéicha pe añetegua?</w:t>
      </w:r>
    </w:p>
    <w:p>
      <w:pPr>
        <w:pStyle w:val="ArticleBody"/>
        <w:jc w:val="left"/>
      </w:pPr>
      <w:r>
        <w:rPr>
          <w:rFonts w:ascii="Times New Roman" w:hAnsi="Times New Roman" w:eastAsia="Times New Roman" w:cs="Times New Roman"/>
        </w:rPr>
        <w:t>Oĩ heta añetegua ojehechauka hag̃ua mokõi kuatia marangatu Habacuc capítulo mokõihápe. Umi añetegua ojehechauka vaʼekue Miller képe ita jeguakarãicha, ipahápe oñemyatyrõ jeýta hag̃ua ára pahápe, sapyʼami Pe Sapukái Pyhare Mbytegua mboyve. Umi ita jeguakarã guaʼu oguerasáva okẽ ovetã rupi Miller képe, ohechauka mokõivéva umi mboʼepy japu oñemoinge vaʼekue Adventismo-pe oñemopuʼã hag̃ua peteĩ pyenda japu, ha avei oñemokañy hag̃ua pe pyenda añetegua; ha upéicha avei ohechauka umi ndohejáiséivape umi mboʼepy japu omoheñóiva pe pyenda japu. “Pe ára ha ára” haʼe vaʼekue pe ancla oguerekóva William Miller rembiasakue añetegua omoĩva pe pyenda ypykue, ha ára pahápe “pe ára ha ára” ohechauka ndahaʼéi paganismpente, Miller oikuaa porã haguéicha, síno haʼe pe símbolo pe rebellión omoheñóiva pe pyenda japu.</w:t>
      </w:r>
    </w:p>
    <w:p>
      <w:pPr>
        <w:pStyle w:val="ArticleBody"/>
        <w:jc w:val="left"/>
      </w:pPr>
      <w:r>
        <w:rPr>
          <w:rFonts w:ascii="Times New Roman" w:hAnsi="Times New Roman" w:eastAsia="Times New Roman" w:cs="Times New Roman"/>
        </w:rPr>
        <w:t>La Biblia, pe Espíritu de Profecía ha pe historia opaite otestifika porã pe aravo juicio rehegua sapukái 1798 guive 1844 peve, hague pe marandu ojejuhu ha oñemombe’u va’ekue William Miller rupive. Upévare pe ku’e ohenói Millerita movimiento. Lógicamente, oñemboyke hag̃ua upéva movimiento ha’e oñemboyke hag̃ua pe tesape ojeheñóiva’ekue 1798-pe, Daniel ohechakuaa va’ekue peteĩ jeikuaa ñemomba’eve ramo.</w:t>
      </w:r>
    </w:p>
    <w:p>
      <w:pPr>
        <w:pStyle w:val="ArticleBody"/>
        <w:jc w:val="left"/>
      </w:pPr>
      <w:r>
        <w:rPr>
          <w:rFonts w:ascii="Times New Roman" w:hAnsi="Times New Roman" w:eastAsia="Times New Roman" w:cs="Times New Roman"/>
        </w:rPr>
        <w:t>Isaías oñeʼẽ Efraín kaʼu rekovekuéra rehe, ha omombeʼu umi kaʼu haʼeha umi kuimbaʼe ñembohoryhára oguerekóva poguýpe Jerusalén retãygua. Isaías heʼi porã ndahaʼeiha oñembokaʼúva vino añeteguáre, síno vino espiritual rehe. Vino espiritual Biblia-pe haʼe doctrina añetegua térã japu, pe contexto rehehápe. Umi kaʼu Efraín pegua okaʼu doctrina japu rehe, ha upéva hína Babilonia vino, ojehechaukaháicha Tiro kuña rekovéva rupive capítulo diecisiete-pe, Apocalipsis-pe, ha Belsasar rupive ipahápe pyharegua vyʼarãme.</w:t>
      </w:r>
    </w:p>
    <w:p>
      <w:pPr>
        <w:pStyle w:val="ArticleBody"/>
        <w:jc w:val="left"/>
      </w:pPr>
      <w:r>
        <w:rPr>
          <w:rFonts w:ascii="Times New Roman" w:hAnsi="Times New Roman" w:eastAsia="Times New Roman" w:cs="Times New Roman"/>
        </w:rPr>
        <w:t>Isaías ohechauka umi mba’e vai oúva ka’u reko espiritual-gui, oguahẽva umi kuimba’e ñembohoryhára oisãmbyhývape Jerusalén retãygua.</w:t>
      </w:r>
    </w:p>
    <w:p>
      <w:pPr>
        <w:pStyle w:val="ArticleScripture"/>
        <w:jc w:val="left"/>
      </w:pPr>
      <w:r>
        <w:rPr>
          <w:rFonts w:ascii="Times New Roman" w:hAnsi="Times New Roman" w:eastAsia="Times New Roman" w:cs="Times New Roman"/>
        </w:rPr>
        <w:t>Pejejoko pene retãme ha peñemondýi; pesapukái ha pesapukái: oka’u hikuái, ha ndaha’éi víno reheve; oñesỹi hikuái, ha ndaha’éi kaguy mbarete reheve. Ñandejára niko omboguejy pende ári peteĩ oke pypuku espíritu, ha omboty pende resa: umi maranduhára ha pende ruvicha kuéra, umi techahára, chupekuéra ojaho’i. Ha opa visión oiko peẽme guarã peteĩ kuatiañe’ẽ oñembotýva ñe’ẽicha, ome’ẽva hikuái peteĩ iñarandúvape, he’ívo: Emoñe’ẽna kóva, ajerure ndéve; ha ha’e he’i: ndaikatúi, oñemboty rupi. Ha upe kuatiañe’ẽ ome’ẽ hikuái pe ndoikuaáivape omoñe’ẽ hag̃ua, he’ívo: Emoñe’ẽna kóva, ajerure ndéve; ha ha’e he’i: che ndaikuaái amoñe’ẽ. Upévare Ñandejára he’i: Ko tetã oñemboja cherehe ijuru reheve, ha iñembyte reheve chemomba’e guasu, ha katu omomombyry ikorasõ chugui chehegui, ha chekyhyje hese kuéra oñembo’e umi kuimba’e rembiapoukapy rupive: upévare, péina ápe, ajapóta ko tetã apytépe peteĩ tembiapo hechapyrãva, peteĩ tembiapo hechapyrã ha peteĩ mba’e oñemondýiva hag̃ua: umi iñarandu arandu kuéra arandu okañýta, ha umi iñakãguapyva kuaapy oñemo’ãta. Toikove asy umi oñeha’ãva omokañy hag̃ua ipypuku hag̃uáicha iñe’ẽ ñemigua Ñandejáragui, ha hembiapo oĩ pytũmbýpe, ha he’i: Máva piko ñande recháta? ha máva piko ñande kuaáta? Añetehápe, pende rembiapo pembojere vaipa hag̃uáicha oñeñandu va’erã ñai’ũ ñembyapoha pópeguáicha: piko pe tembiapo he’íta pe ojapóvape: Ha’e ndojapói cherehe? térã pe mba’e oñemoheko pyre he’íta pe omoheko va’ekuépe: Ha’e ndorekói arandu? Isaías 29:9–16.</w:t>
      </w:r>
    </w:p>
    <w:p>
      <w:pPr>
        <w:pStyle w:val="ArticleBody"/>
        <w:jc w:val="left"/>
      </w:pPr>
      <w:r>
        <w:rPr>
          <w:rFonts w:ascii="Times New Roman" w:hAnsi="Times New Roman" w:eastAsia="Times New Roman" w:cs="Times New Roman"/>
        </w:rPr>
        <w:t>Hermana White ohechauka koʼã versíkulo ha upéi omoĩve:</w:t>
      </w:r>
    </w:p>
    <w:p>
      <w:pPr>
        <w:pStyle w:val="ArticleScripture"/>
        <w:jc w:val="left"/>
      </w:pPr>
      <w:r>
        <w:rPr>
          <w:rFonts w:ascii="Times New Roman" w:hAnsi="Times New Roman" w:eastAsia="Times New Roman" w:cs="Times New Roman"/>
        </w:rPr>
        <w:t>“Ko mba’e oĩva ko’ápe oñembotýta. Oĩ umi ndoñemomichĩiva ikorasõ Tupã renondépe, ha ndoikoseiva hekojoja hag̃uáicha. Oñomi hikuái umi hembipota añeteguáva, ha opyta joajúpe ángel ho’áva ndive, pe ohayhúva ha ojapóva japu. Pe enemigo omoĩ ijespíritu umi kuimba’ére ikatúva oiporu ombotavy hag̃ua umi oĩva peteĩhendápe pytũmbýpe. Oĩ va’ekue ohupyty hag̃uáicha pe pytũmby oguerekóva pu’aka, ha omboyke hína pe añetegua hag̃ua jejavy. Pe ára profecía ohechaukáva oguahẽma. Jesucristo ndojekuaái. Jesucristo ha’e chupekuéra peteĩ mombe’ugua’u. Ko yvy rembiasakue ko etapa-pe, heta ojapo kuimba’e ka’úvaicha. ‘Pebyta pendejehe, ha peñemondýi; pesapukái, ha pesapukái; oka’u, ha katu ndaha’éi víno rehe; oguĩñy, ha katu ndaha’éi kaguy mbarete rehe. Ñandejára niko ohẽma pende ári pe kesu pypuku espíritu, ha omboty pende resa. Umi proféta ha pende ruvicha kuéra, umi ohecháva, chupekuéra ojaho’i.’ Peteĩ ka’u espiritual oĩ heta ári, umi oimo’ãva ha’eha hikuái pe tavayguakuéra oñemopu’ãtava yvate. Ijerovia religioso ha’e peteĩchaite pe ojehechaukáva ko Escritura-pe. Ipu’aka guýpe, ndaikatúi oguata porã. Ojapo tape karẽ hekoapykuépe. Peteĩ ha upéi ambue, oguĩñy oho ha ou. Ñandejára oma’ẽ hesekuéra tuicha poriahuverekópe. Pe tape añeteguáva ndoikuaái kuri. Ha’ekuéra hína arandupy rehegua ñemohendaha, ha umi ikatúva ha iva’erã kuri oipytyvõ, peteĩ tesay espiritual hesakã rupi, ha’ekuéra voi oñembotavy, ha omombarete peteĩ tembiapo vai.”</w:t>
      </w:r>
    </w:p>
    <w:p>
      <w:pPr>
        <w:pStyle w:val="ArticleScripture"/>
        <w:jc w:val="left"/>
      </w:pPr>
      <w:r>
        <w:rPr>
          <w:rFonts w:ascii="Times New Roman" w:hAnsi="Times New Roman" w:eastAsia="Times New Roman" w:cs="Times New Roman"/>
        </w:rPr>
        <w:t>“Ko'ã ára paha paha pahápe oikóva ojekuaaukátava pya'eite. Ko'ã añetegua'ỹ espiritualista ñembotavy ojehechakuaávo mba'épa añetépe hikuái, —aña espíritukuéra rembiapo kañymby—, umi oikeva'ekue ipypekuéra ojoguáta kuimba'épekuéra iñakãngue okañývaicha.”</w:t>
      </w:r>
    </w:p>
    <w:p>
      <w:pPr>
        <w:pStyle w:val="ArticleScripture"/>
        <w:jc w:val="left"/>
      </w:pPr>
      <w:r>
        <w:rPr>
          <w:rFonts w:ascii="Times New Roman" w:hAnsi="Times New Roman" w:eastAsia="Times New Roman" w:cs="Times New Roman"/>
        </w:rPr>
        <w:t>Upévare Ñandejára he’i: “Ko tetãgua oñemboja che rehe ijuru hag̃uáicha ha hẽmbegue rupive che momba’e guasu, ha katu omomombyryiterei ikorasõ chehegui; ha cherehe kyhyje orekóva niko yvypóra rembiapoukapy oñembo’éva añoite. Upévare, péina ápe, ajapóta ko tetã apytépe peteĩ tembiapo hechapyrãva, peteĩ tembiapo hechapyrã ha peteĩ mba’e omondýiva; pórke iñarandúva kuéra arandu oñehundíta, ha iñakãguapýva kuéra entendimiento oñemokañýta. Ái umi oñeha’ãvape omokañy pypuku hag̃ua Ñandejáragui iñe’ẽme’ẽ, ha hembiapokuéra oĩ pytũmbýpe, ha he’i: Máva piko ñande recháta, ha máva piko ñande kuaáta? Añetehápe, pene rembojere hag̃ua opa mba’e oñemoĩta ñai’ũ ñapohare popegua ramo; pórke pe tembiapo piko he’íta upe ojapóvape: Nde ndajapói chéve? térã pe mba’e oñemoheñóiva piko he’íta upe omoheñóivape: Ndaikatúi arandu hag̃ua?”</w:t>
      </w:r>
    </w:p>
    <w:p>
      <w:pPr>
        <w:pStyle w:val="ArticleScripture"/>
        <w:jc w:val="left"/>
      </w:pPr>
      <w:r>
        <w:rPr>
          <w:rFonts w:ascii="Times New Roman" w:hAnsi="Times New Roman" w:eastAsia="Times New Roman" w:cs="Times New Roman"/>
        </w:rPr>
        <w:t>“Ojechauka chéve ñande jehasakuépe rohasa hague ha jahasaha ko mba’e rekoite. Kuimba’ekuéra oguerekóva’ekue tesakã guasu ha privilehio hechapyrãva ojapyhy umi tendota ñe’ẽ, umi oimo’ãva ijehe aranduha, umi Ñandejára tuicha ojerovia hag̃ua ha ohovasava’ekue, ha katu ha’ekuéra ojeipe’a Tupã po guive ha omoĩ ijehekuéra enemigo aty apytépe. Yvy tuichakue oñemyenyhẽta japu porãramoguáicha ojoguáva rehe. Peteĩ yvypóra akã, ogueroviáva ko’ã japu, omba’apóta ambue yvypóra akã rehe, umi omoambuéva’ekue Tupã añetegua rehegua testimónio hepyetéva peteĩ japu-rõ. Ko’ã kuimba’e oñembotavýta ánhel ho’ava’ekue rupive, ha tekotevẽramo jepe opyta haguã ñangarekoha jeroviaha ramo, oma’ẽ porãvo ánga rehe, umi omombe’u hag̃uáicha iporã hag̃uáicha iñangareko rehe. Ha’ekuéra oityma iñorairõ rembiporu, ha ohendu espíritu ombotavýva ñe’ẽ. Omboguepa Tupã consejo mbarete, ha omboyke Iñe’ẽmondo ha Iñembo’e ha’e hag̃uáicha, ha añetehápe oĩ Satanás ykére, ohendúvo espíritu ombotavýva ha añáretã mbo’epy.”</w:t>
      </w:r>
    </w:p>
    <w:p>
      <w:pPr>
        <w:pStyle w:val="ArticleScripture"/>
        <w:jc w:val="left"/>
      </w:pPr>
      <w:r>
        <w:rPr>
          <w:rFonts w:ascii="Times New Roman" w:hAnsi="Times New Roman" w:eastAsia="Times New Roman" w:cs="Times New Roman"/>
        </w:rPr>
        <w:t>“Ka’u vevúi espiritual oĩ ko’ág̃a yvypóra ári, umi ndoikuaáiva’erãicha ijerére oiko hag̃ua umi kuimba’e mbarete ñemboy’u poguýpe guáicha. Tembiapo vai ha tekojoja’ỹ, ñembotavy, japu ha ñemboguata tekojoja’ỹ rehegua omyenyhẽ ko yvy, pe mburuvicha opu’ã vaekue yvágape oĩva’ekue mbo’epy he’iháicha.”</w:t>
      </w:r>
    </w:p>
    <w:p>
      <w:pPr>
        <w:pStyle w:val="ArticleScripture"/>
        <w:jc w:val="left"/>
      </w:pPr>
      <w:r>
        <w:rPr>
          <w:rFonts w:ascii="Times New Roman" w:hAnsi="Times New Roman" w:eastAsia="Times New Roman" w:cs="Times New Roman"/>
        </w:rPr>
        <w:t>“Ojehuvopyrã oñemboyke jeýta. Ikatúta amombeʼu mbaʼépa oikóta pyaʼe hag̃uápe, ha katu gueteri ndahaʼéi ára. Omanómava raʼangakuéra ojehechaukáta, Satanás rembiapo ñembotavypópe; ha heta oñembojoajúta pe ohayhúva ha ojapóva japu ndive. Añeʼẽ ñande puévlope ñemomarandu hag̃uáicha, ñande apytépe voi oĩta oĩva ojei vaʼerã jeroviágui, ha ohenduta espíritu ombotavývape ha añárete remimboʼérape, ha hesekuéra rupi añetegua oñeñeʼẽvaíta vai hag̃uáicha.” Battle Creek Letters, 123–125.</w:t>
      </w:r>
    </w:p>
    <w:p>
      <w:pPr>
        <w:pStyle w:val="ArticleBody"/>
        <w:jc w:val="left"/>
      </w:pPr>
      <w:r>
        <w:rPr>
          <w:rFonts w:ascii="Times New Roman" w:hAnsi="Times New Roman" w:eastAsia="Times New Roman" w:cs="Times New Roman"/>
        </w:rPr>
        <w:t>Opaite maranduhára kuéra, Isaías ha Hermana White jepe, ohechauka hína ára pahápe. Ko'ã árape Adventismo ruvichakuéra “oĩ porãite Satanás ykére, ohendúvo ánga ombotavýva ha añá rembiekuaa.” Hermana White omoĩ peteĩ marandu ára oútava rehegua he'ívo: “Ko'ã ñembotavy espiritista ojehechakuaávo mba'éichapa añetehápe hikuái,—aña angakuéra rembiapo kañymby,—umi oike va'ekue ipypekuéra ojoguáta kuimba'épe operde va'ekuépe iñakã.” Adventismo ruvichakuéra ojoguáta kuimba'épe operde va'ekuépe iñakã, umi ára pahápe rembiasápe, ijaka'upy ojehechaukávo ha'eha “aña angakuéra rembiapo kañymby.”</w:t>
      </w:r>
    </w:p>
    <w:p>
      <w:pPr>
        <w:pStyle w:val="ArticleBody"/>
        <w:jc w:val="left"/>
      </w:pPr>
      <w:r>
        <w:rPr>
          <w:rFonts w:ascii="Times New Roman" w:hAnsi="Times New Roman" w:eastAsia="Times New Roman" w:cs="Times New Roman"/>
        </w:rPr>
        <w:t>Oĩ ojeipe’áva umi kuimba’e ñembohoryhára rembiapo, umi oisãmbyhýva tavayguakuérape Jerusalénpe ára pahápe. Upéva ojehechauka Miller kerayvotýpe, Miller oñembo’e rire ha upéi peteĩ okẽ ojepe’a ramo. Upéva oiko mboyve’imi ha’e omboty hag̃ua hesa sapy’ami, ohechauka hag̃ua pe ipahaite pe proceso ñemboguata rehegua umi cien cuarenta y cuatro mil rehe. Pe ojepe’a peteĩ okẽ ohechauka peteĩ dispénsasion ñemoambue, ha upe jave pe movimiento Laodicea pe ángel mbohapyha rehegua ojere pe movimiento Filadelfia pe ángel mbohapyha reheguápe.</w:t>
      </w:r>
    </w:p>
    <w:p>
      <w:pPr>
        <w:pStyle w:val="ArticleBody"/>
        <w:jc w:val="left"/>
      </w:pPr>
      <w:r>
        <w:rPr>
          <w:rFonts w:ascii="Times New Roman" w:hAnsi="Times New Roman" w:eastAsia="Times New Roman" w:cs="Times New Roman"/>
        </w:rPr>
        <w:t>Pe pasáhe Isaíaspe oĩ peteĩ mbykymi resumen tembiapo vai rehegua umi ka’u oĩva Efraínpe, ha’éva umi kuimba’e “oñembo’y va’erãmo’ãva ñangarekoha jeroviaha ramo.” Pe resumen oñemombe’u kóicha: “‘Añetehápe penejere hag̃ua opa mba’e iñakãva’erãicha ojehecháta ñai’ũ ñembiapohárape guáicha; mba’éicha piko pe tembiapo he’íta upe ojapóvape: Nde nerejapói chéve? térã pe mba’e oñembohekopyréva he’íta upe omoheko hag̃ua: Ndoikuaái mba’eve?’”</w:t>
      </w:r>
    </w:p>
    <w:p>
      <w:pPr>
        <w:pStyle w:val="ArticleBody"/>
        <w:jc w:val="left"/>
      </w:pPr>
      <w:r>
        <w:rPr>
          <w:rFonts w:ascii="Times New Roman" w:hAnsi="Times New Roman" w:eastAsia="Times New Roman" w:cs="Times New Roman"/>
        </w:rPr>
        <w:t>Míller remombe’u hag̃ua “pe ára ha ára” rehe, taha’e pe tupã’ỹ rehegua religión térã Roma pagána, ipahápe ha’e peteĩ techaukaha Satanás rehegua; Satanás ha Roma pagána mokõivéva ningo ojehechauka pe dragón ramo.</w:t>
      </w:r>
    </w:p>
    <w:p>
      <w:pPr>
        <w:pStyle w:val="ArticleScripture"/>
        <w:jc w:val="left"/>
      </w:pPr>
      <w:r>
        <w:rPr>
          <w:rFonts w:ascii="Times New Roman" w:hAnsi="Times New Roman" w:eastAsia="Times New Roman" w:cs="Times New Roman"/>
        </w:rPr>
        <w:t>“Upéicha, pe mbói guasu, tenonderãite, ohechauka hag̃ua Satanáspe, ha mokõihápe, ha’e peteĩ símbolo Roma pagánagui.” The Great Controversy, 439.</w:t>
      </w:r>
    </w:p>
    <w:p>
      <w:pPr>
        <w:pStyle w:val="ArticleBody"/>
        <w:jc w:val="left"/>
      </w:pPr>
      <w:r>
        <w:rPr>
          <w:rFonts w:ascii="Times New Roman" w:hAnsi="Times New Roman" w:eastAsia="Times New Roman" w:cs="Times New Roman"/>
        </w:rPr>
        <w:t>Oñe’ẽvo umi kuimbaʼe oguerekóva mburuvicha guasu Jerusalénpe ára pahápe rehe, Hermana White he’i: “Oĩ oĩva ohupytýva pytũnguýpe oisãmbyhýva opa rupi, ha omoĩva pe añetegua ykére jejavy rehehápe. Pe ára marandu hag̃uã ymaite guive profecía rupive ohechaukáva og̃uahẽma. Jesucristo noñentendéi. Jesucristo ha’e chupekuéra peteĩ mombe’ugua’u.” Ary 1901-pe, peteĩ mburuvicha Adventismopegua Alemániagui oñepyrũ omoinge Protestantismo apóstata remiandu japu “pe ára ha ára pegua” rehegua kuatia Daniel-pe. Upéva he’ise “pe ára ha ára pegua” ohechauka Cristo rembiapo tupaópe, térã ambue mba’e upéicha joguáva. Ha’e “ambue mba’e upéicha joguáva” oĩ haguére heta énfasis iñambuéva oñemoĩva upe japu ári pe tembiasakue ouva’ekue 1901 rire pukukue, ha umi jehecha japu akóinte ogueru peteĩ ñemohu’ã: “pe ára ha ára pegua” ohechauka algún tipo Cristo rembiapo rehegua.</w:t>
      </w:r>
    </w:p>
    <w:p>
      <w:pPr>
        <w:pStyle w:val="ArticleBody"/>
        <w:jc w:val="left"/>
      </w:pPr>
      <w:r>
        <w:rPr>
          <w:rFonts w:ascii="Times New Roman" w:hAnsi="Times New Roman" w:eastAsia="Times New Roman" w:cs="Times New Roman"/>
        </w:rPr>
        <w:t>Pe “continuo” rehegua mbo’epy, Miller ohechakuaa vaʼekue peteĩ taʼãnga satánica ramo, ára paha Adventismo-pe, haʼe peteĩ símbolo Cristo rehegua. Oñemoingérõ guare ary 1901-pe, saʼieterei omoneĩ vaʼekue pe jehecha “continuo” haʼeha peteĩ símbolo Cristo rehegua, ha ndahaʼeiha peteĩ símbolo Satanás rehegua; péro ary 1930-kuéra peve, pe “continuo” rehegua mbo’epy ryruete, Miller oguenohẽ vaʼekue añetegua ykua guive ojejuhúva 2 Tesalonicenses, capítulo mokõi-pe, oñemboyke, ojejapo haguéicha “siete tiempos” Levítico 26-pe guare oñemboyke haguéicha ary 1863-pe. Oimehápe pe tembiasakue ryepýpe, ary 1863 guive ary 1930-kuéra peve, Adventismo omoambue mburuvichakuérape, ndoikuaái hag̃uáicha upéva.</w:t>
      </w:r>
    </w:p>
    <w:p>
      <w:pPr>
        <w:pStyle w:val="ArticleScripture"/>
        <w:jc w:val="left"/>
      </w:pPr>
      <w:r>
        <w:rPr>
          <w:rFonts w:ascii="Times New Roman" w:hAnsi="Times New Roman" w:eastAsia="Times New Roman" w:cs="Times New Roman"/>
        </w:rPr>
        <w:t>“Hermanokuéra, ahecha pene mba’e vaiete, ha jey avei aporandu: peẽ pejejavyva piko pejapo mba’eve peheko hag̃ua pe ivaíva? Ánga oĩ ikatúva oñepysanga hikuái tape rehe, oguatávo pytũmbýpe, peẽ ndapejapói rupi tape porã pene pykuérape g̃uarã. Peẽ peĩramo jerovia oñemoĩva pende pópe rupi, añembo’e peẽme kyre’ỹve hag̃ua, pende ánga tee rehehápe ha umi oma’ẽva pende rehe mboguatarãicha rehehápe, peñembyasy Tupã renondépe opa jejavy pejapova’ekue rehe, ha pe’ẽ hag̃ua pene rembiavy.”</w:t>
      </w:r>
    </w:p>
    <w:p>
      <w:pPr>
        <w:pStyle w:val="ArticleScripture"/>
        <w:jc w:val="left"/>
      </w:pPr>
      <w:r>
        <w:rPr>
          <w:rFonts w:ascii="Times New Roman" w:hAnsi="Times New Roman" w:eastAsia="Times New Roman" w:cs="Times New Roman"/>
        </w:rPr>
        <w:t>“Reime’ẽramo nde py’a hatãha, ha py’aguasúpe ha ndejehegui porãramo nderehechaukái nde faltakuéra, rehejáta hag̃ua reĩ hag̃ua Satanás tentasión guýpe. Ñandejára ohechauka jave ndéve nde jejavykuéra ha nde ndereñemoambuéi térã ndereconfesái, iprovidénsia nderegueraháta upe yvy ári jey ha jey. Rehejátata rejapo hag̃ua jejavy peteĩchagua, reseguíta nderekoi hag̃ua arandu, ha rehenóita angaipa hekojojaha, ha tekojoja angaipaha. Heta ñembotavy ko’ã ára pahápe oñemomba’evétava nderojeréta, ha remoambuéta nde ruvicha, ha ndereikuaamo’ãi rejapohague upéicha.” Review and Herald, 16 de diciembre de 1890.</w:t>
      </w:r>
    </w:p>
    <w:p>
      <w:pPr>
        <w:pStyle w:val="ArticleBody"/>
        <w:jc w:val="left"/>
      </w:pPr>
      <w:r>
        <w:rPr>
          <w:rFonts w:ascii="Times New Roman" w:hAnsi="Times New Roman" w:eastAsia="Times New Roman" w:cs="Times New Roman"/>
        </w:rPr>
        <w:t>Umi kuimbaʼeva oguerekóva pokarẽ Jerusalén retãyguáre, haʼéva kuimbaʼe “jeroviapy renda peguápe”, “henóita angaipa tekojoja ha tekojoja angaipa”, ha “Añetehápe pene mbaʼe mbojere pype ojehecháta ñaiʼũ ñapohára mbaʼerãguáicha; piko tembiapo heʼíta upe ojapóvape: Nde nderejapói che? térã pe mbaʼe oñemoheñóiva heʼíta upe omoheñóivape: Ndoikuaái mbaʼeve?” Pe puʼakáva ñemoĩmeʼẽ jevýpe, Adventismo rembiasakue irundy ñemoñare pukukue javeve, umi oĩva jeroviapy renda peguápe omoambue mburuvichakuérape, ha ndoikuaái upéva. Ndoikuaái, pórke iñakãhatãhápe ha tapiaite omboyke kuri hikuái umi mbaʼe ohechaukáva ijejavykue. Upe ñemoĩmeʼẽ jevýpe “opaíta iñarandu umi iñarandúva remikuaa, ha oñemokañýta umi iñentendídova kuaapy.”</w:t>
      </w:r>
    </w:p>
    <w:p>
      <w:pPr>
        <w:pStyle w:val="ArticleBody"/>
        <w:jc w:val="left"/>
      </w:pPr>
      <w:r>
        <w:rPr>
          <w:rFonts w:ascii="Times New Roman" w:hAnsi="Times New Roman" w:eastAsia="Times New Roman" w:cs="Times New Roman"/>
        </w:rPr>
        <w:t>Ombojerevéta mba’e opa mba’e, ha ohenóita pe angaipa tekoporã, ha pe tekoporã angaipa. Pe símbolo ko ñemopu’ã rekovai rehegua ha’e pe doctrina “pe ára ha ára rehegua”, upéva Miller-pe guarã ha’e va’ekue peteĩ símbolo satánico, ha ko árape Adventismo ohechakuaa upéva Cristo símbolo ramo. Pe mba’e yma guare ha’ékuri pe ancla omopyendáva William Miller rembiaporã profético ryepýpe pe marco, ko’ág̃a oiko peteĩ símbolo umi kuimba’e oñembohoryva’ekue ka’u rehegua oisãmbyhýva Jerusalén tavayguakuérape. Pe simbolismo ojoajúva “pe ára ha ára rehegua” ndive, Daniel kuatiañe’ẽme, omimbi va’ekue kuarahyicha hesakã porãvo Miller ryru guýpe Adventismo ñepyrũme; ha ipahaitépe, umi ára pahápe, upe añetegua omimbi pa jey hag̃ua, pórke papapy pa ha’e peteĩ símbolo peteĩ prueba rehegua, ha Israel yma guarépe pe décima prueba ha’ékuri pe prueba paha.</w:t>
      </w:r>
    </w:p>
    <w:p>
      <w:pPr>
        <w:pStyle w:val="ArticleBody"/>
        <w:jc w:val="left"/>
      </w:pPr>
      <w:r>
        <w:rPr>
          <w:rFonts w:ascii="Times New Roman" w:hAnsi="Times New Roman" w:eastAsia="Times New Roman" w:cs="Times New Roman"/>
        </w:rPr>
        <w:t>Fariséo moderno-kuéra “omoirũ” “Cristo rembiapokue” “agénsia satánika-kuérape”, ohechakuaa hag̃ua paganísmo ha’eha “Tupã pokatu marangatu.”</w:t>
      </w:r>
    </w:p>
    <w:p>
      <w:pPr>
        <w:pStyle w:val="ArticleScripture"/>
        <w:jc w:val="left"/>
      </w:pPr>
      <w:r>
        <w:rPr>
          <w:rFonts w:ascii="Times New Roman" w:hAnsi="Times New Roman" w:eastAsia="Times New Roman" w:cs="Times New Roman"/>
        </w:rPr>
        <w:t>“Fariseokuéra opeka vaʼekue Espíritu Santo rehe. Iñeʼẽkuaa oipuru hag̃ua ombyai hag̃ua Yvy arigua Redentórpe, ha pe ánhel ohaiha omoĩ iñeʼẽngue kuatiakuéra yvagapeguápe. Haʼekuéra ombojaʼo hag̃ua tembiapo satanikokuérape pe poder marangatu Tupã mbaʼe, ojehechaukáva Cristo rembiapokuérape. Ndikatúi omboyke Hembiapo hechapyrãva, térã omoĩ umi mbaʼe káusare tekove arigua rupive, upévare heʼi hikuái: ‘Koʼãva ningo Aña rembiapokue.’ Jeroviapyʼỹme oñeʼẽkuri Tupã Raʼýre peteĩ yvypóraicha. Umi tembiapo pohãnohára ojapóva henondépe, tembiapo avave yvypóra ndojapóiva ni ndaikatúiva ojapo, ohechauka vaʼekue Tupã pokatu; ha katu haʼekuéra omoĩ Cristo-pe oñemoirũ hag̃uáicha añaretã ndive. Akãhatã, pyʼaro, ha pyʼahatã, odesidi vaʼekue omboty hag̃ua hesa opaite prueba renondépe, ha péicha ojapo hikuái pe angaipa ndojehejaivaʼekue.” Manuscript Releases, volúmen 4, 360.</w:t>
      </w:r>
    </w:p>
    <w:p>
      <w:pPr>
        <w:pStyle w:val="ArticleBody"/>
        <w:jc w:val="left"/>
      </w:pPr>
      <w:r>
        <w:rPr>
          <w:rFonts w:ascii="Times New Roman" w:hAnsi="Times New Roman" w:eastAsia="Times New Roman" w:cs="Times New Roman"/>
        </w:rPr>
        <w:t>Ñambosigue hag̃ua ñaneñemoĩporãme pe kuaapy okakuaáva rehe, ojeipe’ava’ekue ñembotyha pe ánhel peteĩha rembiapópe,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Papaha irundy ha irundykõi hag̃ua</dc:title>
  <dc:subject>Ojepe’a umi Pyenda Okañýva: Umi Añetegua Maranduhára William Miller rehegua ha umi ára pahápe Adventismo rehegua</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