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Kuatiañe'ẽngue - Papapy Irundy Pa Po’ẽha</w:t>
      </w:r>
    </w:p>
    <w:p>
      <w:pPr>
        <w:pStyle w:val="ArticleSubtitle"/>
        <w:jc w:val="left"/>
      </w:pPr>
      <w:r>
        <w:rPr>
          <w:rFonts w:ascii="Arial" w:hAnsi="Arial" w:eastAsia="Arial" w:cs="Arial"/>
        </w:rPr>
        <w:t>Ñemoambue Techaukaha: Ojehechakuaa hag̃ua pe Mba’e Mysterioso “Tapiaitegua” rehegua Daniel aranduka-pe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Pe “sáko ára” lívro Daniel-pe ojekuaa vaʼekue William Miller rupive peteĩ símbolo ramo Roma pagána térã paganísmo rehegua, ha katu ipahápe árakuérape haʼe hína peteĩ símbolo William Miller añetegua ypykue rehegua oñemboyke hag̃ua. Upéva ohechauka peteĩ puʼaka opávo, oñepyrũ vaʼekue ary 1863-pe, oñemboykévo Miller entendimiento Moisés “siete tiempos” rehegua Levítico veintiséis-pe. Adventísmo omboykérõ guare pe identificación añetéva “pe sáko ára” rehegua paganísmo ramo, ombohasa hikuái Satanás símbolo Cristo símbolo ramo. Isaías ohechauka ko tembiapo haʼeha opa mbaʼe oñemoakãpytĩ jere hag̃uáicha. Pe ñemboyke “pe sáko ára” rehegua oñemopyenda ary 1930-kuérape (Adventísmo rembiasakue mbohapyha generación-pe), ha katu oiko vaʼekue peteĩ controversia ramo ary 1901 guive (Adventísmo rembiasakue mokõiha generación-pe). Yma Israel reheguáicha, peteĩ añetegua mboyke mbeguekatúva ogueru peteĩ jejavy ojeguerovia hag̃uápe, oguerekóva pe angaipa ndojehejakuaáiva umi mbaʼe oĩva pype.</w:t>
      </w:r>
    </w:p>
    <w:p>
      <w:pPr>
        <w:pStyle w:val="ArticleBody"/>
        <w:jc w:val="left"/>
      </w:pPr>
      <w:r>
        <w:rPr>
          <w:rFonts w:ascii="Times New Roman" w:hAnsi="Times New Roman" w:eastAsia="Times New Roman" w:cs="Times New Roman"/>
        </w:rPr>
        <w:t>Pe anga angaʼỹva umi hudío ñeʼẽjoavyhápe g̃uarã ojehechauka kuri haʼekuéra omboherárõ guare umi tembiapo Cristo ojapovaʼekueha Satanás rembiapo. Israel yma guare haʼe hína pe taʼanga tenondegua Israel koʼág̃agua rehegua, ha Israel koʼág̃agua ojapo upe mbaʼe voi, añetehápe katu iñambuévaicha. Oguereko hikuái Satanás rembiapo (paganismo), ha omoĩ umi tembiapo Cristo rehe. Israel yma guare ñemoĩme oike avei hikuái poravóvo Satanás-pe mburuvicha guasu ramo.</w:t>
      </w:r>
    </w:p>
    <w:p>
      <w:pPr>
        <w:pStyle w:val="ArticleScripture"/>
        <w:jc w:val="left"/>
      </w:pPr>
      <w:r>
        <w:rPr>
          <w:rFonts w:ascii="Times New Roman" w:hAnsi="Times New Roman" w:eastAsia="Times New Roman" w:cs="Times New Roman"/>
        </w:rPr>
        <w:t>Upémarõ Pilato ohendúvo upe ñe’ẽ, oguenohẽ Jesúspe, ha oguapy huísio renda ári peteĩ tenda héravape Enladrillado, ha hebreo-pe, Gábata. Ha upéva vaʼekue pe preparación ára páskua rehegua, ha amo sexta hora rupi; ha heʼi umi judíope: Péina pende Rréi. Ha haʼekuéra osapukái: Eipeʼa chupe, eipeʼa chupe, peikurusifika chupe. Pilato heʼi chupekuéra: ¿Pemoĩtapa kurusu ári pende Rréipe? Umi paʼi ruvicha ombohovái: Ndorekói ore rréi César año hag̃uáicha. Upémarõ, omeʼẽ chupe ijupekuéra toikurusifika hag̃ua. Ha haʼekuéra ogueraha Jesúspe, ha oisãmbyhy chupe. Juan 19:13–16.</w:t>
      </w:r>
    </w:p>
    <w:p>
      <w:pPr>
        <w:pStyle w:val="ArticleBody"/>
        <w:jc w:val="left"/>
      </w:pPr>
      <w:r>
        <w:rPr>
          <w:rFonts w:ascii="Times New Roman" w:hAnsi="Times New Roman" w:eastAsia="Times New Roman" w:cs="Times New Roman"/>
        </w:rPr>
        <w:t>Pilato ha’e va’ekue Roma pagã rembijokuái, ha Hermana White ohechauka pe mbói guasu oñemosẽva’ekue yvágagui Apocalipsis capítulo doce-pe ha’eha Satanás; ha katu, peteĩ sentido mokõihápe, pe mbói guasu ha’e avei Roma pagã. Upévare pe mbói guasu oñesimbolisa “pe ára ha ára” reheve. Israel yma guaréva pu’aka vai paha, ha’ekuéra oporomoherakuãrõ guare tetãygua renondépe: “Ndorekói mburuvicha guasu ambue César añoite,” ohechauka porãkuri iñe’ẽme’ẽ tetãygua renondépe ha’ekuéraha ipoguýpe oĩva imburuvicha guasu rehe, ha imburuvicha guasu ha’eha Satanás. Upe pu’aka vai Ñandejára rehe Mburuvicha Guasu ramo, oñepyrũ va’ekue profeta Samuel ára-pe, ha’ekuéra ombotovérõ guare Ñandejárape imburuvicha guasu ramo ha ojerurérõ oñeme’ẽ hag̃ua chupekuéra peteĩ mburuvicha guasu yvypóra, ikatu hag̃uáicha oiko ambue tetãnguéraicha.</w:t>
      </w:r>
    </w:p>
    <w:p>
      <w:pPr>
        <w:pStyle w:val="ArticleScripture"/>
        <w:jc w:val="left"/>
      </w:pPr>
      <w:r>
        <w:rPr>
          <w:rFonts w:ascii="Times New Roman" w:hAnsi="Times New Roman" w:eastAsia="Times New Roman" w:cs="Times New Roman"/>
        </w:rPr>
        <w:t>Upérõ opa Israel kuimba’e guasu oñembyaty, ha ou Samuel rendápe Ramápe, ha he’i ichupe: “Ehecha, nde reñemoĩma tuja, ha ne ra’ykuéra ndoikói nde rape rupi; ko’ág̃a emoĩ oréve peteĩ mburuvicha guasu oĩ hag̃ua ore apoháre tekojoja opa tetã ambuéicha.” Samuel katu ndovy’ái upe mba’ére, he’írõ guare hikuái: “Eme’ẽ oréve peteĩ mburuvicha guasu oĩ hag̃ua ore apoháre tekojoja.” Upéi Samuel oñembo’e Ñandejárape. Ha Ñandejára he’i Samuel-pe: “Ehendu tavayguakuéra ñe’ẽ opa mba’épe he’íva ndéve; ndaha’éi niko ndéve pe ombotovéva hikuái, chéve ae pe ombotovéva hikuái, ani hag̃ua che areko mburuvicharãramo hesekuéra. Opa umi tembiapo ojapóva hikuái guive upe ára che aguenohẽ hague chupekuéra Egipto-gui ko ára peve, che reja rupi ha ambue tupãnguéra rehe oñemoĩvo omomba’e hag̃ua chupekuéra, upéicha avei ojapo nderehe.” 1 Samuel 8:4–8.</w:t>
      </w:r>
    </w:p>
    <w:p>
      <w:pPr>
        <w:pStyle w:val="ArticleBody"/>
        <w:jc w:val="left"/>
      </w:pPr>
      <w:r>
        <w:rPr>
          <w:rFonts w:ascii="Times New Roman" w:hAnsi="Times New Roman" w:eastAsia="Times New Roman" w:cs="Times New Roman"/>
        </w:rPr>
        <w:t>Israel yma guare araka’eve ndoikuaái hague ombotove hague Tupãme, térã pe ha’ekuéra rembipota peteĩ mburuvicha guasu yvy ariguáre oñemotenonde va’erãha peve omosãingo haguépe pe Mesíaspe kurusúre, ha oiporavo hag̃ua Satanáspe imburuvichaguasúrõ. Ipu’aka hag̃ua Tupãre okañy va’ekue hesakuéra renondépe umi ha’ekuéra voi marangatúramo ojehecha hag̃uáicha, ikatu hag̃uáicha, jepe ombotovéramo Tupãme, ha’ekuéra gueteriha pe tavaygua ojeporavo va’ekue; mba’érepa, he’i haguéicha hikuái, Tupã gueteri omantene peteĩ marangatu ministerio profético, Samuel rire jepe.</w:t>
      </w:r>
    </w:p>
    <w:p>
      <w:pPr>
        <w:pStyle w:val="ArticleBody"/>
        <w:jc w:val="left"/>
      </w:pPr>
      <w:r>
        <w:rPr>
          <w:rFonts w:ascii="Times New Roman" w:hAnsi="Times New Roman" w:eastAsia="Times New Roman" w:cs="Times New Roman"/>
        </w:rPr>
        <w:t>Haʼekuéra omoĩ vai profétikamente maranduhára kuéra rembiapo, ogueroviávo Tupã maranduhára kuéra oĩha heʼiseha haʼekuéra hague Tupã retã ojeporavopyre. Ndohechakuaái hikuái mombyryha oĩ Tupãgui ha maranduhára kuéra ohekaha ogueraha jey hag̃ua chupekuéra Tupã rendápe, pórke omyesakã hikuái maranduhára kuéra rembiapo ramoicha peteĩ techaukaha Tupã oguerahaha chupekuéra. Péva oiko jepe ramo jepe haʼekuéra osegígui omboyke opaite marandu maranduhára kuéra omondovaʼekue chupekuéra. Pe ñembotavy peteĩcha oguahẽ Adventísmore ary 1863-pe.</w:t>
      </w:r>
    </w:p>
    <w:p>
      <w:pPr>
        <w:pStyle w:val="ArticleBody"/>
        <w:jc w:val="left"/>
      </w:pPr>
      <w:r>
        <w:rPr>
          <w:rFonts w:ascii="Times New Roman" w:hAnsi="Times New Roman" w:eastAsia="Times New Roman" w:cs="Times New Roman"/>
        </w:rPr>
        <w:t>Adventismo omboyke pe movimiento oñembyatýva’ekue William Miller rembiapo rupive, ha oiporavo oiko hag̃ua peteĩ iglesia oñeregistráva legalmente pe mismo áñope omboykévo Moisés marandu rehegua “siete tiempos”, ome’ẽ haguéicha Elías (William Miller). Pe mismo áñope ojapo hikuái peteĩ tabla profética japu, ndaikatúimava oñeñe’ẽ hag̃ua hese, ha ndaikatúimava “oñe’ẽ” Habacuc 2:3 he’iháicha, oikotevẽgui peteĩ kuatia pytyvõ hag̃ua omyesakãvo chupe. Habacuc tablakuéra ikatuva’ekue oñemoñe’ẽ oĩháichaite, ha upévare ikatuva’ekue “oñe’ẽ”.</w:t>
      </w:r>
    </w:p>
    <w:p>
      <w:pPr>
        <w:pStyle w:val="ArticleBody"/>
        <w:jc w:val="left"/>
      </w:pPr>
      <w:r>
        <w:rPr>
          <w:rFonts w:ascii="Times New Roman" w:hAnsi="Times New Roman" w:eastAsia="Times New Roman" w:cs="Times New Roman"/>
        </w:rPr>
        <w:t>Pe Adventismo ombotove ni mba’éichapa ojapóta peteĩ jehechakuaa pypuku ijehegui pe jeporavo ojapova’ekue 1863-pe; opáichavo, oreko haguére ijapytépe pe kuña maranduhára, ohechaukáva ha’ekuéraha pe tavayguakuéra hembýva ojehechakuaáva Apocalipsis kuatiápe, oguerekóva pe Espíritu de Profecía. Ha’ekuéra ohechauka va’ekue upe espíritu ha teko yma guare Israel rehegua, ha pe pu’aka’ỹ oñepyrũva’ekue pe yvyra jeguaka peteĩha ojejuhuva’ekue Miller rupive ñemboykére, ipahápe ogueru Miller ohechakuaávo pe yvyra jeguaka “pe ára ha ára guare” rehegua ñemboyke avei.</w:t>
      </w:r>
    </w:p>
    <w:p>
      <w:pPr>
        <w:pStyle w:val="ArticleBody"/>
        <w:jc w:val="left"/>
      </w:pPr>
      <w:r>
        <w:rPr>
          <w:rFonts w:ascii="Times New Roman" w:hAnsi="Times New Roman" w:eastAsia="Times New Roman" w:cs="Times New Roman"/>
        </w:rPr>
        <w:t>Israel ko’ãgagua omboyke Miller oikũmby hague “pe ára ha ára”, peteĩ ta’ãnga Romagua pagánogua rehegua, ha upéva katu avei ha’e peteĩ ta’ãnga Satanás rehegua, ha he’i “pe ára ha ára” ha’eha peteĩ ta’ãnga Cristo rehegua. Ambue ñe’ẽme’ẽme, Israel ko’ãgagua oiporavo omoneĩ hag̃ua peteĩ ta’ãnga satánikogua peteĩ ta’ãnga Cristo reheguáramo. Oiko haguéicha Israel yma guare he’i hague ndoguerekoiha ambue mburuvicha guasu César año, peteĩ representante Romagua pagánogua, ha’éva peteĩ ta’ãnga Satanás rehegua.</w:t>
      </w:r>
    </w:p>
    <w:p>
      <w:pPr>
        <w:pStyle w:val="ArticleBody"/>
        <w:jc w:val="left"/>
      </w:pPr>
      <w:r>
        <w:rPr>
          <w:rFonts w:ascii="Times New Roman" w:hAnsi="Times New Roman" w:eastAsia="Times New Roman" w:cs="Times New Roman"/>
        </w:rPr>
        <w:t>Pe aplikasión profétika rehegua, upe poravo ojerure vaʼekue Israel moderno tekotevẽha ombohekopyahu Daniel aranduka kapítulo siete, ocho ha nueve, umi kapítuloite ojehechaukáva ysyry Ulai rupive, ha haʼéva pe jeikuaa oñembohetavéva tembiasakue Millerita-pe. Ojejopýta vaʼerã kuri omoambue hag̃ua umi kapítulo, pórke kapítulo ocho omombeʼu hag̃ua “pe ára ha ára pegua” mbohapy jey hag̃ua.</w:t>
      </w:r>
    </w:p>
    <w:p>
      <w:pPr>
        <w:pStyle w:val="ArticleBody"/>
        <w:jc w:val="left"/>
      </w:pPr>
      <w:r>
        <w:rPr>
          <w:rFonts w:ascii="Times New Roman" w:hAnsi="Times New Roman" w:eastAsia="Times New Roman" w:cs="Times New Roman"/>
        </w:rPr>
        <w:t>Oñemomýiva pe tembiasakue rupi, upe visión ysyry Ulai rehegua ojeipe’a haguépe, umi Millerigua ndaikatúi ohecha ambue reino yvypóra arigua Cristo ou jey mboyve ha omopu’ã hag̃ua Itetã opa’ỹva, oñerrepresentaháicha Daniel aranduka mokõiha kapítulópe. Upévare, ha’ekuéra ohechakuaa pe irundyha reino, Roma rehegua, peteĩ reino ramo mokõi aspecto reheve. Umi mokõi aspecto oñerrepresenta hag̃uaite Daniel 7 ha 8-pe. Daniel he’i pe visión oguerekóva 8-pe ojeikuaa va’erãha oñembojoajúvo pe visión 7-pe guáre.</w:t>
      </w:r>
    </w:p>
    <w:p>
      <w:pPr>
        <w:pStyle w:val="ArticleScripture"/>
        <w:jc w:val="left"/>
      </w:pPr>
      <w:r>
        <w:rPr>
          <w:rFonts w:ascii="Times New Roman" w:hAnsi="Times New Roman" w:eastAsia="Times New Roman" w:cs="Times New Roman"/>
        </w:rPr>
        <w:t>Mburuvicha guasu Belsasar oguapyhápe áño mbohapýpe, ojechauka chéve peteĩ visión, chéve Danielpe, upe ojechauka vaʼekue chéve tenondete rire. Daniel 8:1.</w:t>
      </w:r>
    </w:p>
    <w:p>
      <w:pPr>
        <w:pStyle w:val="ArticleBody"/>
        <w:jc w:val="left"/>
      </w:pPr>
      <w:r>
        <w:rPr>
          <w:rFonts w:ascii="Times New Roman" w:hAnsi="Times New Roman" w:eastAsia="Times New Roman" w:cs="Times New Roman"/>
        </w:rPr>
        <w:t>Pe visión “ojehechauka vaʼekue” Daniel-pe “ñepyrũrãme”, haʼe vaʼekue pe visión oĩva capítulo siete-pe.</w:t>
      </w:r>
    </w:p>
    <w:p>
      <w:pPr>
        <w:pStyle w:val="ArticleScripture"/>
        <w:jc w:val="left"/>
      </w:pPr>
      <w:r>
        <w:rPr>
          <w:rFonts w:ascii="Times New Roman" w:hAnsi="Times New Roman" w:eastAsia="Times New Roman" w:cs="Times New Roman"/>
        </w:rPr>
        <w:t>Belsasar, Babilóniape mburuvicha guasu peteĩha áñope, Daniel ohecha peteĩ kéra ha iñakãme jehechapyre ikatupýpe oĩ jave hupa ári; upéi ohai upe kéra, ha omombe'u umi mba'e guasu rapykuere. Daniel 7:1.</w:t>
      </w:r>
    </w:p>
    <w:p>
      <w:pPr>
        <w:pStyle w:val="ArticleBody"/>
        <w:jc w:val="left"/>
      </w:pPr>
      <w:r>
        <w:rPr>
          <w:rFonts w:ascii="Times New Roman" w:hAnsi="Times New Roman" w:eastAsia="Times New Roman" w:cs="Times New Roman"/>
        </w:rPr>
        <w:t>Mokõi visión oreko mokõi aspecto umi rréino kuéra rehegua profesía bíblica-pe, umi oñerrepresenta vaʼekue raẽ Daniel kapítulo mokõihápe. Umi irundy rréino Babilonia, Medo-Persia, Grecia ha Roma rehegua oñemombeʼujey kapítulo sietépe, ha upéi jey kapítulo ochópe, péro oĩ peteĩ distinción umi elemento político umi irundy rréino rehegua ha umi elemento religioso umi irundy rréino rehegua apytépe. Daniel siete-pe, umi rréino kuéra oñerrepresenta mymba ñarõ ramo; ha kapítulo ocho-pe katu, umi rréino peteĩchagua ojehechauka mymba santuario rehegua rupive. Daniel oipotákuri ontende pe visión kapítulo siete rehegua, ha Gabriel ou hendápe omyesakã hag̃ua chupe.</w:t>
      </w:r>
    </w:p>
    <w:p>
      <w:pPr>
        <w:pStyle w:val="ArticleScripture"/>
        <w:jc w:val="left"/>
      </w:pPr>
      <w:r>
        <w:rPr>
          <w:rFonts w:ascii="Times New Roman" w:hAnsi="Times New Roman" w:eastAsia="Times New Roman" w:cs="Times New Roman"/>
        </w:rPr>
        <w:t>Che, Daniel, chepy’ápe ahasýkuri che espíritu rehe, che retépe; ha umi visión che akãme oĩva chemondýikuri. Añe’ẽrendu hag̃ua, añemboja peteĩva umi upépe oĩvape, ha aporandu chupe añeteguáva ko’ã mba’e rehegua. Upérõ ha’e he’i chéve, ha oikuaauka chéve ko’ã mba’e he’iséva. Ko’ã mymba guasu, irundýva, ha’e irundy mburuvicha guasu, osẽtava yvygui. Ha pe Yvatevéva imarangatuetéva kuéra ohupytýta pe mborayhu renda, ha oguerekóta pe mborayhu renda opa ára g̃uarã, opa árare, ha opa árare. Daniel 7:15–18.</w:t>
      </w:r>
    </w:p>
    <w:p>
      <w:pPr>
        <w:pStyle w:val="ArticleBody"/>
        <w:jc w:val="left"/>
      </w:pPr>
      <w:r>
        <w:rPr>
          <w:rFonts w:ascii="Times New Roman" w:hAnsi="Times New Roman" w:eastAsia="Times New Roman" w:cs="Times New Roman"/>
        </w:rPr>
        <w:t>Daniélpe ojeikuaauka umi irundy mymba guasuha hague irundy rréino yvy arigua oĩtava Tupã rréino opa’ỹva oñemopyendáta peve, oñemohendávo peteĩcha Daniel kapítulo mokõi rehe. Oĩva’erãkuri irundy rréino yvy arigua ohenondetava’ekue Tupã rréino opa’ỹva ñeguahẽ, ojehechaukaháicha ita oikytĩmbyre yvytygui ha omyenyhẽva’ekue ko yvy tuichakue kapítulo mokõihápe.</w:t>
      </w:r>
    </w:p>
    <w:p>
      <w:pPr>
        <w:pStyle w:val="ArticleBody"/>
        <w:jc w:val="left"/>
      </w:pPr>
      <w:r>
        <w:rPr>
          <w:rFonts w:ascii="Times New Roman" w:hAnsi="Times New Roman" w:eastAsia="Times New Roman" w:cs="Times New Roman"/>
        </w:rPr>
        <w:t>Karai White ogueraha pe entendimiento Millerita umi irundy reino rehegua mombyryve pe entendimiento Millerita-gui, oñe'ẽrõ guare yvy mymba rehe Apocalipsis capítulo trece-pe.</w:t>
      </w:r>
    </w:p>
    <w:p>
      <w:pPr>
        <w:pStyle w:val="ArticleScripture"/>
        <w:jc w:val="left"/>
      </w:pPr>
      <w:r>
        <w:rPr>
          <w:rFonts w:ascii="Times New Roman" w:hAnsi="Times New Roman" w:eastAsia="Times New Roman" w:cs="Times New Roman"/>
        </w:rPr>
        <w:t>“Ko’ág̃a oñemoingove ambue ta’ãngamýi. He’i proféta: ‘Ahecha ambue mymba oĩva osẽ yvýgui; ha oguereko mokõi hatĩ ovecha ra’yicha.’ Versíkulo 11. Mokõivéva, ko mymba rechauka ha mba’éichapa opu’ã, ohechauka tetã ha’e ohechaukáva iñambueha umi ojehechaukávagui umi ta’ãngamýi mboyveguápe. Umi mburuvicha guasu omburúva’ekue ko yvy tuichakue rehe ojehechauka va’ekue proféta Daniel-pe mymba ñarõ ramo, opu’ãvo ‘umi irundy yvágagui yvytu oñorairõ guasu yguasúpe ári.’ Daniel 7:2. Apocalipsis diecisiete-pe peteĩ ánhel omyesakã ykuéra ohechaukaha ‘tetãnguéra, aty guasu, tetã ha ñe’ẽnguéra.’ Apocalipsis 17:15. Yvytu kuéra ha’e ñorairõ ra’ãnga. Umi irundy yvytu yvágagui oñorairõva guasu yguasúpe ári ohechauka umi mba’e vaiete jejopy ha revolución rehegua, umíva rupive umi mburuvichakuaa ohupyty hague ipu’aka.” The Great Controversy, 439.</w:t>
      </w:r>
    </w:p>
    <w:p>
      <w:pPr>
        <w:pStyle w:val="ArticleBody"/>
        <w:jc w:val="left"/>
      </w:pPr>
      <w:r>
        <w:rPr>
          <w:rFonts w:ascii="Times New Roman" w:hAnsi="Times New Roman" w:eastAsia="Times New Roman" w:cs="Times New Roman"/>
        </w:rPr>
        <w:t>Umi mymba ñarõ ha’e símbolo umi ñorairõ jejapo vaʼekue umi mburuvichakuéra og̃uahẽvo pokatupe. Peteĩ mymba ñarõ ohechauka hag̃ua profétikamente peteĩ reino pokatu polítiko, ekonómiko ha militar. Umi mismo reino ojehechaukáva Daniel kapítulo mokõiha ha poapyha-pe, ojehechauka avei kapítulo poapyha-pe, ha upépe opavave ojoaju umi elemento osẽva Tupã Róga Marangatu-gui; ha upéicha rupi ohechauka hikuái umi reino elemento religioso, opavave niko peteĩ joaju Iglesia ha Estado rehegua.</w:t>
      </w:r>
    </w:p>
    <w:p>
      <w:pPr>
        <w:pStyle w:val="ArticleScripture"/>
        <w:jc w:val="left"/>
      </w:pPr>
      <w:r>
        <w:rPr>
          <w:rFonts w:ascii="Times New Roman" w:hAnsi="Times New Roman" w:eastAsia="Times New Roman" w:cs="Times New Roman"/>
        </w:rPr>
        <w:t>Mburuvicha guasu Belsasar oisãmbyhy mboyve arýpe mbohapyhápe, peteĩ visión ojechauka chéve, chéve Daniel-pe, upe ojehechauka vaʼekue chéve tenonderã rire. Ha ahecha peteĩ visiónpe; ha ojehu, ahechárõ guare, aime hague Susánpe, mburuvicha róga guasúpe, oĩva Elam tetãme; ha ahecha peteĩ visiónpe, ha aime ysyry Ulai ykére. Upérõ ahupi che resa, ha ahecha; ha péina ápe, peteĩ ovecha mácho oĩva ysyry renondépe, mokõi hatĩ reheve; ha umi mokõi hatĩ yvate, peteĩ katu ijyvateve ambuégui, ha upe ijyvatevéva osẽ ipahápe. Ahecha upe ovecha mácho ombotyrysýi kuarahyreike gotyo, yvate gotyo ha ñemby gotyo; upéicha rupi ndaipóri mymba ikatúva opyta henondépe, ha ndaipóri avave ikatúva oipeʼa iPógui; haʼe ojapo opa mbaʼe oipotaháicha, ha tuicha okakuaa. Ha che aikuaa hag̃ua mbaʼépa heʼise, péina ápe, peteĩ kavara mácho ou kuarahyreike gotyo opa yvy ape ári, ha ndojepokói yvýre; ha upe kavara mácho oguereko peteĩ hatĩ tuicha ojehechakuaáva hesa mbytépe. Ha ou upe ovecha mácho orekóva mokõi hatĩ rendápe, upe ahecha vaʼekue oĩva ysyry renondépe, ha oñani hese ipuʼaka pochýpe. Ha ahecha oñembojaiteha upe ovecha mácho rehe, ha ipochy hese; ha oinupã upe ovecha máchope, ha omopẽ imokõi hatĩ; ha ndaipóri puʼaka upe ovecha máchope opyta hag̃ua henondépe, upévare omombo chupe yvýre ha opyrũ hese; ha ndaipóri avave ikatúva oipeʼa upe ovecha máchope ipógui. Upévare upe kavara mácho tuicha eterei okakuaa; ha imbarete jave, upe hatĩ guasu opẽ; ha hendaguépe opuʼã irundy hatĩ guasu ojehechakuaáva, umi irundy yvytu yvagaguápe gotyo. Daniel 8:1–8.</w:t>
      </w:r>
    </w:p>
    <w:p>
      <w:pPr>
        <w:pStyle w:val="ArticleBody"/>
        <w:jc w:val="left"/>
      </w:pPr>
      <w:r>
        <w:rPr>
          <w:rFonts w:ascii="Times New Roman" w:hAnsi="Times New Roman" w:eastAsia="Times New Roman" w:cs="Times New Roman"/>
        </w:rPr>
        <w:t>Pe kapítulo ocho oñepyrũ Daniel omoneĩvo ha’e oikoveha upe jave pe tembiasakuepe pe peteĩha rréino profecía bíblica rehegua (Babilonia), ha katu hechapyrã ndoikuaaukái mba’eveichagua símbolo orekova’erã va’ekue ombohechauka hag̃ua Babilóniape, pórke oñepyrũ pe ovecha mácho reheve ombohechaukáva pe mokõiha rréino yvy arigua Medo-Persia. Babilonia rehegua símbolo ndojehecháiha ojeguerohory porã hag̃uáicha ojejapo hag̃uáicha, pórke peteĩ mba’e tuichavéva ojehechakuaáva Babilóniape ha’e hína ombohechaukaha peteĩ rréino ojeipe’áva, ha upéi oñembopyahujeýva, ojehechaukaháicha Nabucodonosor “siete tiempo” oikóramo guare peteĩ mymbaicha. Umi “siete tiempo” aja peteĩ elemento Babilonia espiritual rehegua (papado), oñembohechauka, pórke papado ha’e pe rréino oñeñuhãva setenta áño simbólico pukukue, umíva aja oguereko va’ekue peteĩ herida omano hag̃uáicha. Pe mba’e Daniel ohechauka hag̃ua orresiviha pe visión “pe mbohapyha áño mburuvicha guasu Belsasar rréino aja”, ohechauka Babiloniaha pe rréino oúva mboyve pe mokõiha rréino Medo-Persia, ha katu omomba’eguasu Babilóniape pe rréino kañy térã ñemokañy hag̃uáicha, oñeñuhãva peteĩ mburuvicha guasu ára kuéra aja.</w:t>
      </w:r>
    </w:p>
    <w:p>
      <w:pPr>
        <w:pStyle w:val="ArticleBody"/>
        <w:jc w:val="left"/>
      </w:pPr>
      <w:r>
        <w:rPr>
          <w:rFonts w:ascii="Times New Roman" w:hAnsi="Times New Roman" w:eastAsia="Times New Roman" w:cs="Times New Roman"/>
        </w:rPr>
        <w:t>Pe capítulo ochopegua mymba ndaha’éi mymba ñarõgua; ha’e hikuái mymba ojepurúva’ekue mymbajuka sacrificial ramo pe servicio pe santuariope. Pe irundyha reino oñerrepresenta “peteĩ hatĩ michĩva” ramo, ndaha’éi peteĩ mymba ramo; ha katu umi hatĩkue ha’eva’ekue peteĩ parte Tupã santuáriogua, pórke umi altar Tupã santuáriopeguáva oguereko va’ekue hatĩ iapytépe, upéicha voi oñemoheñói haguére.</w:t>
      </w:r>
    </w:p>
    <w:p>
      <w:pPr>
        <w:pStyle w:val="ArticleBody"/>
        <w:jc w:val="left"/>
      </w:pPr>
      <w:r>
        <w:rPr>
          <w:rFonts w:ascii="Times New Roman" w:hAnsi="Times New Roman" w:eastAsia="Times New Roman" w:cs="Times New Roman"/>
        </w:rPr>
        <w:t>Ndaha’éi umi irundy mburuvicharenda profesía rehegua ojehechauka vaekue Daniel rupive tenda marangatu rehegua ñe’ẽme añónte, síno pe tembiasakue oĩva pe kapítulope oguereko heta ñe’ẽ osẽva hag̃uaite Tupã rembiapo tenda marangatupegua-gui. Pe tembiasakue oĩva pe kapítulope oñepresenta ñe’ẽ hebreo rupive ojejapyhýva tenda marangatu rembiapógui, ha avei pe tembiapo oñekuave’ẽ hag̃ua peteĩ ofrénda tenda marangatu rembiapópe ojejapo pe kapítulo estructura ryepýpe. Pe añetegua Daniel oipyhýgui porã ha ombojoaju hag̃uáicha capítulo siete ha ocho oñondive, ome’ẽ permiso umi oipotávape ohecha hag̃ua capítulo siete ohechauka hag̃ua umi mburuvicharenda Biblia profesía rehegua reko política, ha capítulo ocho ohechauka hag̃ua umi mburuvicharenda Biblia profesía rehegua reko eclesiástica.</w:t>
      </w:r>
    </w:p>
    <w:p>
      <w:pPr>
        <w:pStyle w:val="ArticleBody"/>
        <w:jc w:val="left"/>
      </w:pPr>
      <w:r>
        <w:rPr>
          <w:rFonts w:ascii="Times New Roman" w:hAnsi="Times New Roman" w:eastAsia="Times New Roman" w:cs="Times New Roman"/>
        </w:rPr>
        <w:t>Adventismo ojejopy vaʼekue omoñuã hag̃ua ko mbaʼe añetegua ñemombeʼu Satanás guigua reheve; ko jehechakuaa niko ohechauka porã Miller rembiporavo iporãva haʼe hague peteĩchaite Ñandejára oipota haguéicha. Ijapu hag̃ua Miller oikuaa haguéicha “pe ára ha ára” rehe, ojehechauka peteĩ ñeʼẽ heʼíva “Ñandejára ndorekói hague entendimiento”; péicha haʼekuéra heʼi rupi, Ñandejára omeʼẽrõ guare pe estructura Miller-pe (ángelkuéra marangatu ministerio rupive), ndahaʼei hague hendaitépe.</w:t>
      </w:r>
    </w:p>
    <w:p>
      <w:pPr>
        <w:pStyle w:val="ArticleScripture"/>
        <w:jc w:val="left"/>
      </w:pPr>
      <w:r>
        <w:rPr>
          <w:rFonts w:ascii="Times New Roman" w:hAnsi="Times New Roman" w:eastAsia="Times New Roman" w:cs="Times New Roman"/>
        </w:rPr>
        <w:t>Añetehápe pene rembojere opa mba’e oñemoĩta ñai’ũ ñembyapohára mba’éicha: piko pe tembiapo he’íta upe ojapóvare, “Ha’e ndojapói chéve”? térã pe mba’e oñemoheñóiva he’íta upe omoheñóivare, “Ha’e ndorekói arandu”? Isaías 29:16.</w:t>
      </w:r>
    </w:p>
    <w:p>
      <w:pPr>
        <w:pStyle w:val="ArticleBody"/>
        <w:jc w:val="left"/>
      </w:pPr>
      <w:r>
        <w:rPr>
          <w:rFonts w:ascii="Times New Roman" w:hAnsi="Times New Roman" w:eastAsia="Times New Roman" w:cs="Times New Roman"/>
        </w:rPr>
        <w:t>Pe kytĩ oguerekóva Miller ha’eva’ekue pe estructura profética ha’e ohechakuaa ha ojeporuva’ekue, ha katu ary 1863 guive tenonderãme, pe Adventismo ojevy jeýkuri umi aplicación teológica protestantismo apóstata ha catolicismo-pe, ikatu hag̃uáicha oñemo’ã umi joya oĩva Miller képe. Pe Adventismo omoneĩ peteĩ kytĩ japu (upe mba’e oñekytĩva), ikatu hag̃uáicha omboyke pe tembiapo, ha avei pe Apohare pe tembiapógui. Péicha ojapóramo, he’i hikuái pe Apohare pe tembiapógui ndaipóriha iñarandupy. Pe omboykévo upe kytĩ, ha’e va’ekue ha ko’ág̃a peve ave, peteĩ ñemboyke pe tuichakue arandupy rehegua ojeipe’áva’ekue sello guýgui ary 1798-pe. Umi omboykéva pe tuichakue arandupy omboyke pe tembiapo ha pe Apohare pe tembiapógui, ha Daniel ñe’ẽme ha’ekuéra va’ekue “umi añáva”.</w:t>
      </w:r>
    </w:p>
    <w:p>
      <w:pPr>
        <w:pStyle w:val="ArticleScripture"/>
        <w:jc w:val="left"/>
      </w:pPr>
      <w:r>
        <w:rPr>
          <w:rFonts w:ascii="Times New Roman" w:hAnsi="Times New Roman" w:eastAsia="Times New Roman" w:cs="Times New Roman"/>
        </w:rPr>
        <w:t>Heta oĩta oñemopotĩta, oñemomorotĩta ha oñeha’ãta; ha umi ñaña katu ojapóta ivaíva; ha avave umi ñaña apytégui noikumbymo’ãi; umi arandu katu oikumbýta. Daniel 12:10.</w:t>
      </w:r>
    </w:p>
    <w:p>
      <w:pPr>
        <w:pStyle w:val="ArticleBody"/>
        <w:jc w:val="left"/>
      </w:pPr>
      <w:r>
        <w:rPr>
          <w:rFonts w:ascii="Times New Roman" w:hAnsi="Times New Roman" w:eastAsia="Times New Roman" w:cs="Times New Roman"/>
        </w:rPr>
        <w:t>“Ñaña kuéra ojapóta ñañakuéra rembiapo”, upéicha ojehechauka peteĩ mboyve guive oñembohetavéva ha oñemombaretevéva pe añetegua ñemboyke. Ñaña kuéra omboykéramo pe marco, upéva hína Tupã ñemboyke; ha upéicha rupi Tupã omboyke umi ñaña kuérape pe ñemboyke rehe, ha’ekuéra oha’ãva omboaje peteĩ marco japu rupive.</w:t>
      </w:r>
    </w:p>
    <w:p>
      <w:pPr>
        <w:pStyle w:val="ArticleScripture"/>
        <w:jc w:val="left"/>
      </w:pPr>
      <w:r>
        <w:rPr>
          <w:rFonts w:ascii="Times New Roman" w:hAnsi="Times New Roman" w:eastAsia="Times New Roman" w:cs="Times New Roman"/>
        </w:rPr>
        <w:t>Che retakuéra oñehundi arandu’ỹre: rehayhu’ỹgui pe arandu, che avei rohayhu’ỹta, ani hag̃uáicha nde pa’i chéve g̃uarã: nde nderesaráigui nde Jára léigui, che avei hesaráita ne membykuéra rehe. Oseas 4:6.</w:t>
      </w:r>
    </w:p>
    <w:p>
      <w:pPr>
        <w:pStyle w:val="ArticleBody"/>
        <w:jc w:val="left"/>
      </w:pPr>
      <w:r>
        <w:rPr>
          <w:rFonts w:ascii="Times New Roman" w:hAnsi="Times New Roman" w:eastAsia="Times New Roman" w:cs="Times New Roman"/>
        </w:rPr>
        <w:t>Tupã tavayguakuéra, ha’éva Tupã “pa’ikuéra” ary 1844 guive 1863 peve, oñemboyke iñakãrangue’ỹre pe “kuaa” rehe, upe ojehetave va’ekue William Miller rembiapo rupive. Tuicha mba’e jahecha hag̃ua Oseas-pe pe versíkulo 6 jerére oĩva, pe contexto ohechaukágui peteĩ pu’aka ohóvo hína pe añeteguáre ñemopu’ã, ojehechaukáva pe “kuaa” ramo.</w:t>
      </w:r>
    </w:p>
    <w:p>
      <w:pPr>
        <w:pStyle w:val="ArticleScripture"/>
        <w:jc w:val="left"/>
      </w:pPr>
      <w:r>
        <w:rPr>
          <w:rFonts w:ascii="Times New Roman" w:hAnsi="Times New Roman" w:eastAsia="Times New Roman" w:cs="Times New Roman"/>
        </w:rPr>
        <w:t>Pehendu pehẽ Ñandejára ñe'ẽ, peẽ Israel ra'ykuéra; Ñandejára oguereko peteĩ ñembojovake ko yvy oikoháre ndive, ndaipórigui añetegua, poriahuvereko, ni Tupã kuaa ko yvýpe. Oñeñe'ẽ rei hag̃ua, ijapu hag̃uére, ojuka hag̃uére, omonda hag̃uére ha oporomoakãratĩ hag̃uére, oitypa opa tembiapo vai, ha tuguy ojuhu tuguy. Upévare ko yvy oñembyasyta, ha opa oikóva pype ikangýta, ñu mymbakuéra ndive, yvágaguy guyra ndive; ha pira yguapegua jepe ojeipe'áta. Péro avave ani oñorairõ, ni avave ani ombojevy ambuépe; nde retãygua niko ojogua umi oñorairõvape pa'i ndive. Upévare re'a hag̃ua ára pukukue, ha maranduhára jepe ho'áta ne ndive pyhare; ha ahundíta nde sy. Che retãygua oñehundi arandu'ỹre; reikuaase'ỹgui arandu, che avei romboykéta, ani hag̃ua reiko chéve guarã pa'i ramo; nde resaráigui nde Jára léigui, che avei che resaráita nde ra'ykuéragui. Ha hetavérõ guare hikuái, upéicha avei che rehe opeka hikuái; upévare amoambuéta iñemomba'eguasu hag̃ua ñemotĩ. Ha'ekuéra ho'u che retãyguakuéra angaipa, ha ipy'a omoĩ hikuái heko vaíre. Ha oikóta, tavayguáicha, upéicha avei pa'i; ha ambohováita chupekuéra hekokuéra rehehápe, ha ame'ẽta chupekuéra hembiapokue repy. Péicha ho'úta hikuái, ha ndohupytýi hag̃ua; oporomoakãratĩta, ha noñembohetavemo'ãi hag̃ua; oheja haguére oñatende Ñandejára rehe.</w:t>
      </w:r>
    </w:p>
    <w:p>
      <w:pPr>
        <w:pStyle w:val="ArticleScripture"/>
        <w:jc w:val="left"/>
      </w:pPr>
      <w:r>
        <w:rPr>
          <w:rFonts w:ascii="Times New Roman" w:hAnsi="Times New Roman" w:eastAsia="Times New Roman" w:cs="Times New Roman"/>
        </w:rPr>
        <w:t>Tekovekue ha vino ha vino pyahu omboyke pe py’águi. Che retãygua ojerure consejo yvyramáta ra’angakuérape, ha iyká oñe’ẽ chupekuéra; tekovekue espíritu niko ombotaavy chupekuéra, ha oho hikuái oikuave’ẽvo ijehe peteĩ ambuepe, ojeipe’ávo Ijárape. Oikuave’ẽ sacrificio yvyty ru’ãnguéra ári, ha ohapy inciénso cerrokuéra ári, roble, álamo ha olmo guýpe, pórke ipyrũ porã; upévare pende rajykuéra oikóta tekovaipe, ha pene rembirekokuéra oporomoakãratĩta. Ndaikastigamo’ãi pende rajykuérape oikóramo tekovaipe, ni pene rembirekokuérape oporomoakãratĩramo; pórke ha’ekuéra voi ojehe’a kuña rekovai reheve, ha oikuave’ẽ sacrificio kuña hekovai reheve; upévare pe tetã noikũmbýiva ho’áta. Nde, Israel, reñeme’ẽramo jepe tekovaipe, ani Judá opeka; ha ani peho peẽ Gilgal-pe, ni tapeho Bet-avénpe, ni peñe’ẽme’ẽ: “Oikove Ñandejára”. Israel niko osyryry tapykue gotyo vaka kuñataĩ oñepyrũvaicha okañy hag̃uáicha; ko’ág̃a Ñandejára omongarúta chupekuéra ovecha ra’yicha peteĩ tenda tuichávape. Efraín oñembojoaju ta’angakuéra rehe; peheja chupe. Ika’u pyharegua he’ẽ’ỹma; tapia oiko tekovaipe; iporokuaiharakuéra tĩndy reheve ohayhu he’i hag̃ua: “Peme’ẽ”. Yvytu omboapytĩ chupe ipepope, ha oñemotĩta hikuái isacrificiokuéra rehe. Oseas 4:1–19.</w:t>
      </w:r>
    </w:p>
    <w:p>
      <w:pPr>
        <w:pStyle w:val="ArticleBody"/>
        <w:jc w:val="left"/>
      </w:pPr>
      <w:r>
        <w:rPr>
          <w:rFonts w:ascii="Times New Roman" w:hAnsi="Times New Roman" w:eastAsia="Times New Roman" w:cs="Times New Roman"/>
        </w:rPr>
        <w:t>Oseas ñe’ẽmondo ha’e kóva: “Ñandejára oguereko peteĩ joavy yvy rupi oikóva ndive, ndaipórigui añetegua, poriahuvereko, ni Tupã kuaa pe yvýpe.” Adventismo ha’e Tupã tavayguakuéra ára pahápe guare. Pe árape pe kuimba’e yvytymbaha rehegua oike vove Miller kotýpe, Adventismo, oikehápe tavayguakuéra, pa’ikuéra ha profetakuéra, “ndoikuaáiva ho’áta,” oĩtagui hikuái “ta’angakuéra ndive ojoajúva.” Ijapopyrãnguéra ha’e idoktrína japu, ojepovyvýva peteĩ ñemopyenda japúpe.</w:t>
      </w:r>
    </w:p>
    <w:p>
      <w:pPr>
        <w:pStyle w:val="ArticleBody"/>
        <w:jc w:val="left"/>
      </w:pPr>
      <w:r>
        <w:rPr>
          <w:rFonts w:ascii="Times New Roman" w:hAnsi="Times New Roman" w:eastAsia="Times New Roman" w:cs="Times New Roman"/>
        </w:rPr>
        <w:t>Pe ñemopuʼã ojehechaukáva pe arandu okakuaáva ñemboyképe haʼe peteĩ ñemopuʼã oñembotuicháva mbeguekatúpe, oguahẽ hag̃uáicha pe punto oikohápe ipahápe iprovasión, oñeʼẽvo hese kuéra oñembojoajuha umi doctrina japu rehe, umi ojepeʼapáva Miller kotykuéragui. Iñemopuʼã ojehechauka opa ára oñemotenondeha kuña reko vai apo. Ary 1863 guive pe provarsión ñembotýpe peve, akóinte opuʼã hikuái, oñemosẽ meve Ñandejára jurúgui.</w:t>
      </w:r>
    </w:p>
    <w:p>
      <w:pPr>
        <w:pStyle w:val="ArticleBody"/>
        <w:jc w:val="left"/>
      </w:pPr>
      <w:r>
        <w:rPr>
          <w:rFonts w:ascii="Times New Roman" w:hAnsi="Times New Roman" w:eastAsia="Times New Roman" w:cs="Times New Roman"/>
        </w:rPr>
        <w:t>Pe mbaʼe vai oñemoheñóiva oñemboykévo pe conocimiento ojehechauka kuri ijehegui “opa ára” ojapóvo tekovai menda rehegua, ha ndaha’éiramo jepe upeve pe ñe’ẽ hebreo peteĩchagua, he’iséva katu peteĩchante pe ñe’ẽ hebreo “tamid” reheve, he’iséva “opa ára”, ha upéva oñembohasa “pe ára ha ára gua” ramo Daniel kuatiápe.</w:t>
      </w:r>
    </w:p>
    <w:p>
      <w:pPr>
        <w:pStyle w:val="ArticleBody"/>
        <w:jc w:val="left"/>
      </w:pPr>
      <w:r>
        <w:rPr>
          <w:rFonts w:ascii="Times New Roman" w:hAnsi="Times New Roman" w:eastAsia="Times New Roman" w:cs="Times New Roman"/>
        </w:rPr>
        <w:t>Romoñe’ẽta ñande estudio umi irundy rréino rehegua Biblia marandu hag̃ua guive pe artíkulo oúvape.</w:t>
      </w:r>
    </w:p>
    <w:p>
      <w:pPr>
        <w:pStyle w:val="ArticleScripture"/>
        <w:jc w:val="left"/>
      </w:pPr>
      <w:r>
        <w:rPr>
          <w:rFonts w:ascii="Times New Roman" w:hAnsi="Times New Roman" w:eastAsia="Times New Roman" w:cs="Times New Roman"/>
        </w:rPr>
        <w:t>“Upéi ahecha, pe ‘Tapiaitegua’ rehegua, pe ñe’ẽ ‘sacrificio’ yvypóra arandu rupive oñemoĩ hague, ha noĩriha pe textope; ha Ñandejára ome’ẽ hague hese pe jehechakuaa hekopeteva’ekue umi ome’ẽva’ekuépe pe huicio aravo sapukái. Oĩ jave peteĩ joaju, 1844 mboyve, haimete opavave oĩva’ekue peteĩ ñe’ême pe jehechakuaa hekopeteva’épe pe ‘Tapiaitegua’ rehe; ha 1844 guive, pe sarambi apytépe, ambue jehecha oñemoneĩ, ha pytũ ha sarambi ou hapykuéri.” Review and Herald, 1 de noviembre de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Kuatiañe'ẽngue - Papapy Irundy Pa Po’ẽha</dc:title>
  <dc:subject>Ñemoambue Techaukaha: Ojehechakuaa hag̃ua pe Mba’e Mysterioso “Tapiaitegua” rehegua Daniel aranduka-pe</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