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poapyha irundy porundyve hag̃ua hag̃ua hag̃ua hag̃ua hag̃u##</w:t>
      </w:r>
    </w:p>
    <w:p>
      <w:pPr>
        <w:pStyle w:val="ArticleSubtitle"/>
        <w:jc w:val="left"/>
      </w:pPr>
      <w:r>
        <w:rPr>
          <w:rFonts w:ascii="Arial" w:hAnsi="Arial" w:eastAsia="Arial" w:cs="Arial"/>
        </w:rPr>
        <w:t>Ojehechauka Añeteguáva: Pyhare Mbyte Sapy’a, Islam rembiapo, ha pe proceso paha ojeproba hag̃ua umi ára pahápe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Pe peikuaa jehepyme’ẽ ojejapóva’ekue oñemboty’ỹ jave visión Ysyry Ulai rehegua ary 1798-pe, omoheñói peteĩ proceso jehechapy rehegua oguahẽva’ekue ijapytépe pe movimiento de pe Sapukái Pyhare Mbytepegua ary 1844-pe. Pe Sapukái Pyhare Mbytepegua ára pahápegua, ko’ág̃a oñemboty’ỹva, ojehechauka va’ekue upe tembiasakue rupive, ha oguereko umi añetegua jehechapy rehegua peteĩchaitéva upe tembiasakue pegua, pe marandu Sapukái Pyhare Mbytepegua ko’ág̃a oñemboty’ỹva niko peteĩ ñemyatyrõ jey Miller ita’ẽnguéra rehegua.</w:t>
      </w:r>
    </w:p>
    <w:p>
      <w:pPr>
        <w:pStyle w:val="ArticleScripture"/>
        <w:jc w:val="left"/>
      </w:pPr>
      <w:r>
        <w:rPr>
          <w:rFonts w:ascii="Times New Roman" w:hAnsi="Times New Roman" w:eastAsia="Times New Roman" w:cs="Times New Roman"/>
        </w:rPr>
        <w:t>“Umi añetegua ñande jajapóiva’ekue 1841, ‘42, ‘43 ha ‘44-pe ko’ág̃a oñehesa’ỹijo ha oñemoherakuãva’erã. Umi marandu ángel peteĩha, mokõiha ha mbohapyha rehegua tenonderãme oñemoherakuãta ñe’ẽ hatãme. Ome’ẽta hikuái py’aite guive ñeha’ã mbarete reheve ha Espíritu pokatupe.” Manuscript Releases, volumen 15, 371.</w:t>
      </w:r>
    </w:p>
    <w:p>
      <w:pPr>
        <w:pStyle w:val="ArticleBody"/>
        <w:jc w:val="left"/>
      </w:pPr>
      <w:r>
        <w:rPr>
          <w:rFonts w:ascii="Times New Roman" w:hAnsi="Times New Roman" w:eastAsia="Times New Roman" w:cs="Times New Roman"/>
        </w:rPr>
        <w:t>Pe tema principal pe marandu profético Pyhare Mbyte Sapy’a ñane tiempopegua hína Islam rembiapo pe mbohapyha aysýpe. Umi mbohapy aysy Islam rehegua ojehechauka hag̃ua hikuái mokõive Habacuc táva ári. Pe marandu Pyhare Mbyte Sapy’a ára pahapeguápe oñepyrũ oñemboja’o hag̃ua 18 jasypokõi 2020-pe ojehu vaʼekue ñembotavy guasúpe, upérõ og̃uahẽ rupi pe aravo oñehaʼãrõva ára pahapeguápe. Oĩ hag̃uáicha pe marandu Pyhare Mbyte Sapy’a historia Millerita-pe, péicha avei pe marandu ára pahapeguáva oñemongakuaa mbeguekatúpe og̃uahẽ pe punto ojehechaukáva Exeter atýpe. Upépe umi kuñataĩkuéra térã oguereko pe aséite, térã ndoguerekói.</w:t>
      </w:r>
    </w:p>
    <w:p>
      <w:pPr>
        <w:pStyle w:val="ArticleBody"/>
        <w:jc w:val="left"/>
      </w:pPr>
      <w:r>
        <w:rPr>
          <w:rFonts w:ascii="Times New Roman" w:hAnsi="Times New Roman" w:eastAsia="Times New Roman" w:cs="Times New Roman"/>
        </w:rPr>
        <w:t>Isaías pronunciamiento de ay sobre umi kuimba’e ñembohoryhára omboguapýva Jerusalén retãgua rehe, ohechauka pe visión oiko hague Efraín oka’úva-kuérape peteĩ kuatiañe’ẽ oñemboty hag̃uaicha. Pe pasáhe Isaíaspe, pe tembiapo omoambuéva peteĩ símbolo satánico peteĩ símbolo Tupãmegua ramo, ojejapoháicha Adventismo rembiasakuepe, oñeñemomba’e va’erã ñai’ũ apohára ñai’ũicha. Upe tembiapo ha’e va’ekue omopyenda hag̃ua pe definición “pe ára ha ára guáva”, Cristo símbolo ramo, peteĩ símbolo Satanás rehegua ramo jepe. Daniel oipurúramo pe ñe’ẽ “tamid” peteĩ paganismo símbolo ramo, ha’e oiporavo upe ñe’ẽ peteĩ propósito simbólico rehehápe, pe ñe’ẽ he’isére “mante” térã “opa ára”.</w:t>
      </w:r>
    </w:p>
    <w:p>
      <w:pPr>
        <w:pStyle w:val="ArticleBody"/>
        <w:jc w:val="left"/>
      </w:pPr>
      <w:r>
        <w:rPr>
          <w:rFonts w:ascii="Times New Roman" w:hAnsi="Times New Roman" w:eastAsia="Times New Roman" w:cs="Times New Roman"/>
        </w:rPr>
        <w:t>Oĩ mbohapy pokatu ogueraháva ko yvy Armagedón-pe, ha pe peteĩha umi mbohapy pokatu apytégui hína pe teju jagua (paganísmo). Pe teju jagua omoñepyrũkuri iñorairõ Tupã rehe yvágape. Pe teju jagua omotenonde upe ñorairõ pe mil áño paha peve, upépe ipahápe oñehundi hag̃ua chupe.</w:t>
      </w:r>
    </w:p>
    <w:p>
      <w:pPr>
        <w:pStyle w:val="ArticleScripture"/>
        <w:jc w:val="left"/>
      </w:pPr>
      <w:r>
        <w:rPr>
          <w:rFonts w:ascii="Times New Roman" w:hAnsi="Times New Roman" w:eastAsia="Times New Roman" w:cs="Times New Roman"/>
        </w:rPr>
        <w:t>Ha oñemohu'ã vove umi mil ary, Satanás ojehejáta isãsóvo iprisiongui, ha osẽta ombotavy hag̃ua umi tetãnguéra oĩva yvy irundy kóndape, Gog ha Magog, ombyaty hag̃ua chupekuéra ñorairõrã: ha hetakue ha'e yguasu y rembe'y peguareicha. Ha ojupi hikuái pe yvy pukukue ári, ha omongora pe campamento umi marangatupegua, ha pe táva ohayhuvéva; ha oguejy tata Yguáguagui Tupãgui yvágagui, ha ho'upa chupekuéra. Ha pe Aña ombotavy va'ekue chupekuéra oñemombo pe ypa tatáre ha asúfre reheve peguápe, moõ oĩ pe mymba ha pe maranduhára japu, ha oñembohasa asýta ára ha pyhare opa ára g̃uarã. Apocalipsis 20:7–10.</w:t>
      </w:r>
    </w:p>
    <w:p>
      <w:pPr>
        <w:pStyle w:val="ArticleBody"/>
        <w:jc w:val="left"/>
      </w:pPr>
      <w:r>
        <w:rPr>
          <w:rFonts w:ascii="Times New Roman" w:hAnsi="Times New Roman" w:eastAsia="Times New Roman" w:cs="Times New Roman"/>
        </w:rPr>
        <w:t>Pe mymba guasu (papado), ha’éva mokõiha umi mbohapy pokatu apytégui ogueraháva ko yvy Armagedónpe, ha proféta japu (Tetã peteĩ reko Amérikagua), mbohapyha umi mbohapy pokatu apytégui, mokõivéva og̃uahẽ tembiasápe kurusu rembiasakue rire, ha mokõivéva oñehundi Cristo Jeju Mokõihápe.</w:t>
      </w:r>
    </w:p>
    <w:p>
      <w:pPr>
        <w:pStyle w:val="ArticleScripture"/>
        <w:jc w:val="left"/>
      </w:pPr>
      <w:r>
        <w:rPr>
          <w:rFonts w:ascii="Times New Roman" w:hAnsi="Times New Roman" w:eastAsia="Times New Roman" w:cs="Times New Roman"/>
        </w:rPr>
        <w:t>Ha pe mymba vai ojapyhýkuri, ha hendive proféta japu ojapóva’ekue techaukaha hechapýpe, umívape ombotavy hag̃ua umi oguerohorýva mymba vai rechaukaha ha umi omomba’éva ta’angamýi. Ko’ã mokõivéva oñemombo oikove hag̃uáicha pe ysyry renda tatápe hendy hag̃uáicha ita asúfre reheve. Apocalipsis 19:20.</w:t>
      </w:r>
    </w:p>
    <w:p>
      <w:pPr>
        <w:pStyle w:val="ArticleBody"/>
        <w:jc w:val="left"/>
      </w:pPr>
      <w:r>
        <w:rPr>
          <w:rFonts w:ascii="Times New Roman" w:hAnsi="Times New Roman" w:eastAsia="Times New Roman" w:cs="Times New Roman"/>
        </w:rPr>
        <w:t>Daniel oiporavóramo pe ñe’ẽ hebreo “tapiaite” ta’ãramo paganisimo rehegua (Satanás), oiporavo peteĩ ñe’ẽ ohechaukáva Satanás ha’eha upe akóinte oñorairõva’ekue Tupã rehe. Umi mokõi mbarete ambue katu omba’apo año iñorairõme Tupã rehe ára mbytépe oñemombe’upyrévape guarãnte. Daniel oiporavokue pe ñe’ẽ “tamid” (tapiaite) ojejapo hag̃ua peteĩ mba’e reheve ojehechakuaaporãva, ha añetépe hekopete.</w:t>
      </w:r>
    </w:p>
    <w:p>
      <w:pPr>
        <w:pStyle w:val="ArticleBody"/>
        <w:jc w:val="left"/>
      </w:pPr>
      <w:r>
        <w:rPr>
          <w:rFonts w:ascii="Times New Roman" w:hAnsi="Times New Roman" w:eastAsia="Times New Roman" w:cs="Times New Roman"/>
        </w:rPr>
        <w:t>Isaías ñemombe’u mba’e vai oúva umi rehe Ñandejára oñohẽ va’ekue pypekuéra pe topehýi pypuku espíritu, ha omboty va’ekue hesa, osegi gueteri capítulo mokõipa poapy guive capítulo mbohapypa peve; upépe he’i:</w:t>
      </w:r>
    </w:p>
    <w:p>
      <w:pPr>
        <w:pStyle w:val="ArticleScripture"/>
        <w:jc w:val="left"/>
      </w:pPr>
      <w:r>
        <w:rPr>
          <w:rFonts w:ascii="Times New Roman" w:hAnsi="Times New Roman" w:eastAsia="Times New Roman" w:cs="Times New Roman"/>
        </w:rPr>
        <w:t>Ko'ág̃a eho, ehai umi hova renondépe peteĩ kuatiápe, ha embokuatia peteĩ arandúpe, hag̃ua hag̃ua ára oútavape guarã opa ára g̃uarã: kóva ha'eha peteĩ tetã pu'aka'ỹva, ta'ýra japuha, ta'ýra ndohenduséiva Ñandejára léi: he'íva umi ohecháva-pe, Ani pehecha; ha umi marangatuhárape, Ani peprofetisa oréve añetegua; peñe'ẽ oréve ñe'ẽ he'ẽva, peprofetisa ñembotavy: Pejei tapegui, pejei pe tape porãgui, peipe'a oréhegui Israel Santo. Upévare péicha he'i Israel Santo: peẽ pemboykére ko ñe'ẽ, ha pejeroviágui mbaretépe ha jereko vaípe, ha peñemoĩ hese: upévare ko mba'evai oikóta peẽme guarã peteĩ jeka hag̃uáicha oĩva ho'átama hag̃uáicha, oñembotuicháva peteĩ murálla yvatépe, ha iñembyai og̃uahẽta sapy'aitépe, peteĩ áraite'ỹme. Ha'e omboja'óta ñai'ũ apoha mba'yrúicha oñemboja'óva pehẽnguépe; ndoporiahuramo'ãi: ikutu hag̃uáicha ndaijuhumo'ãi peteĩ pehẽngue jepe hag̃ua ojepuru oguenohẽ hag̃ua tata tatakuágui, térã ojegueraha hag̃ua y yvykuágui. Péicha niko he'i Ñandejára Tupã, Israel Santo: Pejevy jey ha pepytu'úramo pejesalváta; py'aguapy ha jerovia hag̃uápe oĩta pende mbarete; ha peẽ ndapeipotái kuri. Isaías 30:8–15.</w:t>
      </w:r>
    </w:p>
    <w:p>
      <w:pPr>
        <w:pStyle w:val="ArticleBody"/>
        <w:jc w:val="left"/>
      </w:pPr>
      <w:r>
        <w:rPr>
          <w:rFonts w:ascii="Times New Roman" w:hAnsi="Times New Roman" w:eastAsia="Times New Roman" w:cs="Times New Roman"/>
        </w:rPr>
        <w:t>Pe “mesa” ojehaíva, ha’e umi tábla Habacuc kapítulo mokõihápe, ojejapova’ekue ikatu hag̃uáicha umi omoñe’ẽva chupekuéra “oñani” ha omyasãi pe marandu. Pe “kuatiañe’ẽ” ojapova’ekue “anotación” pe “mesa” rehegua ha’e Habacuc. Pe “mesa” oúva pe “kuatiañe’ẽ” Habacuc-gui, orrepresenta peteĩ proceso jehechapyrãmegua ohechaukáva “tetã pu’akáva, mitãnguéra japúva, mitãnguéra ndohendusevéiva Ñandejára léi.” Umi “tetã pu’akáva” omboykéva “ohendu” hag̃ua, ha’e umi Jeremías-pe oĩva ndojaposéiva ohendu pe ñangarekohára trompéta ryapu.</w:t>
      </w:r>
    </w:p>
    <w:p>
      <w:pPr>
        <w:pStyle w:val="ArticleScripture"/>
        <w:jc w:val="left"/>
      </w:pPr>
      <w:r>
        <w:rPr>
          <w:rFonts w:ascii="Times New Roman" w:hAnsi="Times New Roman" w:eastAsia="Times New Roman" w:cs="Times New Roman"/>
        </w:rPr>
        <w:t>Avei hag̃ua amoĩ pende ári ñangarekohára, heʼíva: Pehendu pe trompéta ryapu. Haʼekuéra katu heʼi: Ndorohendumoʼãi. Jeremías 6:17.</w:t>
      </w:r>
    </w:p>
    <w:p>
      <w:pPr>
        <w:pStyle w:val="ArticleBody"/>
        <w:jc w:val="left"/>
      </w:pPr>
      <w:r>
        <w:rPr>
          <w:rFonts w:ascii="Times New Roman" w:hAnsi="Times New Roman" w:eastAsia="Times New Roman" w:cs="Times New Roman"/>
        </w:rPr>
        <w:t>Umi opuʼãva haʼe umi oĩva Isaías rembiasakuepe ha avei Cristo rembiasakuepe, nohenduséiva’ekue.</w:t>
      </w:r>
    </w:p>
    <w:p>
      <w:pPr>
        <w:pStyle w:val="ArticleScripture"/>
        <w:jc w:val="left"/>
      </w:pPr>
      <w:r>
        <w:rPr>
          <w:rFonts w:ascii="Times New Roman" w:hAnsi="Times New Roman" w:eastAsia="Times New Roman" w:cs="Times New Roman"/>
        </w:rPr>
        <w:t>Ha he'i: Tereho ha ere ko tavayguakuérape: Pehendu katu, ha ani peikuaa hag̃ua; pehecha katu, ha ani peikuaa hag̃ua mba'épa pehecha. Embotavy ko tavayguakuéra korasõ, embopy’a pohýi ijapysakuéra, ha embotýta hesa; ani hag̃ua ohecha hesa rupive, ha ohendu ijapysa rupive, ha ontende ikorasõme, ha oñekonverti, ha oñemonguera. Isaías 6:9, 10.</w:t>
      </w:r>
    </w:p>
    <w:p>
      <w:pPr>
        <w:pStyle w:val="ArticleBody"/>
        <w:jc w:val="left"/>
      </w:pPr>
      <w:r>
        <w:rPr>
          <w:rFonts w:ascii="Times New Roman" w:hAnsi="Times New Roman" w:eastAsia="Times New Roman" w:cs="Times New Roman"/>
        </w:rPr>
        <w:t>Umi oñembotýva Isaíaspe ikatu “ohendu”, ha katu ndohendúi, ha iñembotovévo “ohendu” ohechauka hikuái “ndoikuaáiha”. Ha’e hína Daniel rembiapovai, ha avei Mateo “kuñataĩ arandu’ỹva”, umi ndoikuaáiva pe jeikuaapy hetave oñerrepresentáva pe “mesa” ári, oñemomarandúva pe “líbro” Habacuc peguape. Umi oñembotýva Isaíaspe ohendúrire, ikatúta oñekonverti ha oñemonguera, ha katu ikorasõ ikyráva, upévare ndaikatúi oikuaa pe marandu Pyhare Mbyte Sapy’a gua. Jesús ome’ẽ avei mokõiha testígo umi oñembotýva rehe.</w:t>
      </w:r>
    </w:p>
    <w:p>
      <w:pPr>
        <w:pStyle w:val="ArticleScripture"/>
        <w:jc w:val="left"/>
      </w:pPr>
      <w:r>
        <w:rPr>
          <w:rFonts w:ascii="Times New Roman" w:hAnsi="Times New Roman" w:eastAsia="Times New Roman" w:cs="Times New Roman"/>
        </w:rPr>
        <w:t>Upéi umi temimbo’e ou ha he’i chupe: Mba’érepa reñe’ẽ chupekuéra ñe’ẽngaʼúpe? Haʼe ombohovái ha he’i chupekuéra: Peẽme ningo oñeme’ẽ peikuaa hag̃ua yvágape guaréva rréino remimime, ha chupekuéra katu ndajaikuaaukái. Oimeraẽ oguerekóvape, oñeme’ẽvéta chupe, ha hetaetereíta oguerekóva; ha pe ndoguerekóivagui katu ojeipeʼáta jepe upe oguerekóva. Upévare añe’ẽ chupekuéra ñe’ẽngaʼúpe; ohecháramo jepe, ndohechái; ha ohendúramo jepe, nohendúi, ni noikũmbýi. Ha hesekuéra oñemoañete Isaías profesía heʼíva: Pehendúta ha ndapeikũmbymoʼãi; ha pehecháta ha ndapehechakuaamoʼãi: ko tetãygua pyʼa niko hatãmbaitéma, ha ijapysa ndoikuaaséi ohendu, ha ombotýma hikuái hesa; ani hag̃ua ohecha hesa rupive, ha ohendu ijapysa rupive, ha oikũmby ipyʼa rupive, ha ojevy, ha che amonguera chupekuéra. Peẽ katu, ovyʼa pene resa, ohecháre; ha pene apysa, ohendúre. Añetehápe haʼe peẽme, heta proféta ha kuimbaʼe hekojoja oipotaeterei vaʼekue ohecha umi mbaʼe peẽ pehecháva, ha ndohechái; ha ohendu umi mbaʼe peẽ pehendúva, ha nohendúi. Mateo 13:10–17.</w:t>
      </w:r>
    </w:p>
    <w:p>
      <w:pPr>
        <w:pStyle w:val="ArticleBody"/>
        <w:jc w:val="left"/>
      </w:pPr>
      <w:r>
        <w:rPr>
          <w:rFonts w:ascii="Times New Roman" w:hAnsi="Times New Roman" w:eastAsia="Times New Roman" w:cs="Times New Roman"/>
        </w:rPr>
        <w:t>Arandu kuéra oikũmby umi ñe’ẽnga guýpe oĩva pe mymbañemi, ha upéva hína pe añetegua ojehechaukáva línea ári línea. Arandu kuéra ojehovasa, ohecha ha ohendu haguére; ha umi arandu ha umi ojehovasáva mokõivéva oñemombe’u Daniel capítulo doce-pe. Umi “arandu” hína umi oikũmbyva (ikorasõme) pe arandu okakuaáva, ojehechaukáva pe “mesa” rupive, oñeñatõiháicha pe “kuatiañe’ẽ” Habacuc-pe; ha umi “ojehovasáva” hína umi oha’arõva.</w:t>
      </w:r>
    </w:p>
    <w:p>
      <w:pPr>
        <w:pStyle w:val="ArticleScripture"/>
        <w:jc w:val="left"/>
      </w:pPr>
      <w:r>
        <w:rPr>
          <w:rFonts w:ascii="Times New Roman" w:hAnsi="Times New Roman" w:eastAsia="Times New Roman" w:cs="Times New Roman"/>
        </w:rPr>
        <w:t>Ha he’i: Tereho nde rape, Daniel; umi ñe’ẽ oñemboty ha oñemboty hag̃ua mbegue pe ára paha peve. Heta oñemopotĩta, oñemomorotĩta ha oñeha’ãta; umi iñañáva katu ojapóta mba’e vai; ha avave umi iñañávagui ndoikuaamo’ãi; umi arandu katu oikuaáta. Ha ára oñemomombyryhágui pe sacrificio ára ha ára rehegua, ha oñemoĩhágui pe mba’e jeguaru omongu’eva ñehundi, ohasáta mil mokõi sa cien noventa ára. Ovy’aite pe oha’arõva ha oguahẽva mil mbohapy sa treinta y cinco ára peve. Daniel 12:9–13.</w:t>
      </w:r>
    </w:p>
    <w:p>
      <w:pPr>
        <w:pStyle w:val="ArticleBody"/>
        <w:jc w:val="left"/>
      </w:pPr>
      <w:r>
        <w:rPr>
          <w:rFonts w:ascii="Times New Roman" w:hAnsi="Times New Roman" w:eastAsia="Times New Roman" w:cs="Times New Roman"/>
        </w:rPr>
        <w:t>Umi Millerita okomprende porãkuri pe mil trescientos treinta y cinco ára oñepyrũ hague paganisimo (“pe ára ha ára pegua”), ojeipe’a rire, ary 508-pe. Pe jehovasa oñepromete umi oha’arõva’ekuépe ary 1843-pe. Pe ñe’ẽ “ou” pe jehaipyrepe he’ise “opoko” térã “oguahẽ”. Pe ary 1843 “opoko” pe ary 1844 rehe opa jave. Opa rire pe ary 1843, oguahẽ Habacuc “pe aravo de espera”, ha oñemoĩ peteĩ jehovasa umi oha’arõva’ekue ári, he’iháicha pe “kuatiañe’ẽ” omandu’áva umi “tabla” rehe. Habacuc “kuatiañe’ẽ” omanda umi tapicha oha’arõ hag̃ua pe visión.</w:t>
      </w:r>
    </w:p>
    <w:p>
      <w:pPr>
        <w:pStyle w:val="ArticleBody"/>
        <w:jc w:val="left"/>
      </w:pPr>
      <w:r>
        <w:rPr>
          <w:rFonts w:ascii="Times New Roman" w:hAnsi="Times New Roman" w:eastAsia="Times New Roman" w:cs="Times New Roman"/>
        </w:rPr>
        <w:t>Daniel ohechauka pe tembiasakue 1798-peguáva (paha ára), upe jave hembikuatia oñemboty’ỹva’ekue, ha upérõ oñemoheñói peteĩ proceso mbohapy etapa rehegua ojehechaukáva ñe’ẽnguéra rupi: oñemopotĩ, oñembo’yru morotĩ, ha oñeha’ã. Upe proceso og̃uahẽ ipahápe ojehechaukávo pe tembiasakue kañymby umi siete trueno rehegua. Upe tembiasakue kañymby ha’e umi mbohapy marca térã techaukaha añetegua rehegua, ojehechaukáva pe primer desengaño rupi, pe mensaje del Clamor de Medianoche ha pe gran desengaño rupi. Pe jehovasa og̃uahẽ hag̃ua pe primer desengaño-pe ohechauka peteĩ proceso de prueba mbohapy etapa rehegua pe tembiasakue 1798 guive 1844 peve pahaitepe.</w:t>
      </w:r>
    </w:p>
    <w:p>
      <w:pPr>
        <w:pStyle w:val="ArticleBody"/>
        <w:jc w:val="left"/>
      </w:pPr>
      <w:r>
        <w:rPr>
          <w:rFonts w:ascii="Times New Roman" w:hAnsi="Times New Roman" w:eastAsia="Times New Roman" w:cs="Times New Roman"/>
        </w:rPr>
        <w:t>1798 rembiasakue guive pe ñembyasy guasu 1844 peve ohechaukarã 1989 rembiasápe, ha pe Léi domingo og̃uahẽmbotávarã peve. Oĩ peteĩ jehovasa oñeprometéva umi oha’arõvape pe visión oñepyrũva’ekue ipuku pe ñembyasy peteĩha guive. “Arandu” kuéra Daniel doce-pe, ha’e umi “ojehovasáva”, ha umi “oha’arõva”. Umi iñañáva ha’e umi ndohendu’ỹiva “ipy’apy rupive”, ha ndohechái “ohecha hag̃ua”. Pe experiencia tuichakue pe movimiento Millerita rehegua oñemombyky Daniel irundy versículo-pe, ha umi versículo avei ohechauka pe tembiasakue ñesellado rehegua umi cien cuarenta y cuatro mil.</w:t>
      </w:r>
    </w:p>
    <w:p>
      <w:pPr>
        <w:pStyle w:val="ArticleBody"/>
        <w:jc w:val="left"/>
      </w:pPr>
      <w:r>
        <w:rPr>
          <w:rFonts w:ascii="Times New Roman" w:hAnsi="Times New Roman" w:eastAsia="Times New Roman" w:cs="Times New Roman"/>
        </w:rPr>
        <w:t>Pe tembiasakue marangatu ojehechaukáva umi irundy versíkulo-pe oñemopyenda ñantende hag̃ua pe arandu ojepysóva ojehechaukáva Habacuc tabla-kuérape, ha pe arandu ojepysóva Jesús ohechakuaáva ombo’évo pe metodología línea ári línea rupive. Ha’e opresenta parábola ári parábola, ikatu hag̃uáicha omyesakã pe profesía ñemimby “arandúvape” guarã. “Iñañáva” Daniel mokõiha capítulo doce-pe ndoikuaái, ha 2 Tesalonicenses, capítulo mokõi-pe, iñentendimiento’ỹ ojehechauka añetegua rehe ndaija’éiramo ramo, upéva oguerúva ñembotavy mbarete. Pe añetegua umi iñañáva ndaija’éiva Pablo kuatiañe’ẽme ha’eva’ekue “pe ára ha ára”, ha Daniel irundy versíkulo-pe, pe añetegua profética específicamente ojehechakuaáva ha’e “pe ára ha ára”.</w:t>
      </w:r>
    </w:p>
    <w:p>
      <w:pPr>
        <w:pStyle w:val="ArticleBody"/>
        <w:jc w:val="left"/>
      </w:pPr>
      <w:r>
        <w:rPr>
          <w:rFonts w:ascii="Times New Roman" w:hAnsi="Times New Roman" w:eastAsia="Times New Roman" w:cs="Times New Roman"/>
        </w:rPr>
        <w:t>Jesús he’i vaʼekuépe haʼekuéra ojehovasaha, ha ojapóvo upéicha omoĩvaʼekue chupekuéra joavy hag̃uáicha umi oĩva Isaíaspe, ndohechaséi ha nohenduseivaʼekue ikatu hag̃uáicha oñekonverti. Umi ojehovasáva Daniel 12-pe haʼe hína umi ohaʼarõva. Umi irundy versíkulo Daniel kapítulo 12-pe, ha avei umi versíkulo ñembopyahu umi Millerita rembiasápe, ha avei Isaías joavy peteĩ aty ndohendúiva ha ndohechaséiva ndive, ha avei pe joavyete umi mokõi aty apytépe Cristo rupive, opavave ohechauka tenondépe umi siete trueno rembiasakue kañymby og̃uahẽvaʼekue 18 jasypokõi 2020-pe. Pe pahaite jehaʼãrã rape Millerita rembiasápe oñepyrũvaʼekue pe peteĩha ñembotavyguasúpe, koʼág̃a oñembojoapyjey hína. Oĩta ohecháva, ha ambuekuéra katu ndohechasemoʼãi.</w:t>
      </w:r>
    </w:p>
    <w:p>
      <w:pPr>
        <w:pStyle w:val="ArticleScripture"/>
        <w:jc w:val="left"/>
      </w:pPr>
      <w:r>
        <w:rPr>
          <w:rFonts w:ascii="Times New Roman" w:hAnsi="Times New Roman" w:eastAsia="Times New Roman" w:cs="Times New Roman"/>
        </w:rPr>
        <w:t>“Opaite marandu oñeme'ẽva'ekue 1840–1844 guive ojejapo va'erã ko'ág̃a mbarete reheve, oĩgui heta tapicha okañýva hikuái iñesãmbyhyhárape. Umi marandu ohova'erã opaite tupãópe.”</w:t>
      </w:r>
    </w:p>
    <w:p>
      <w:pPr>
        <w:pStyle w:val="ArticleScripture"/>
        <w:jc w:val="left"/>
      </w:pPr>
      <w:r>
        <w:rPr>
          <w:rFonts w:ascii="Times New Roman" w:hAnsi="Times New Roman" w:eastAsia="Times New Roman" w:cs="Times New Roman"/>
        </w:rPr>
        <w:t>“Cristo he’i: ‘Ojehovasáva pene resa, ohechágui; ha pende apysa, ohendúgui. Añetehápe ha’e peẽme heta proféta ha kuimba’e hekojojáva ohechaseterei umi mba’e peẽ pehecháva, ha ndohechái; ha ohenduseterei umi mba’e peẽ pehendúva, ha nohendúi’ [Mateo 13:16, 17]. Ojehovasáva umi tesa ohecháva’ekue umi mba’e ojehechava’ekue 1843 ha 1844-pe.”</w:t>
      </w:r>
    </w:p>
    <w:p>
      <w:pPr>
        <w:pStyle w:val="ArticleScripture"/>
        <w:jc w:val="left"/>
      </w:pPr>
      <w:r>
        <w:rPr>
          <w:rFonts w:ascii="Times New Roman" w:hAnsi="Times New Roman" w:eastAsia="Times New Roman" w:cs="Times New Roman"/>
        </w:rPr>
        <w:t>“Pe marandu oñeme’ẽma. Ha ndaipóri vaʼerã are hag̃ua oñeñeʼẽjey hag̃ua upe marandu rehe, pórke umi ára pahápegua techaukaha ojehupytyhína; tembiapo paha ojejapo vaʼerã. Peteĩ tembiapo tuicha ojejapóta mbykymi tiémpope. Pyaʼe hag̃uáicha oñemeʼẽta peteĩ marandu Tupã omoĩ hag̃uáicha, ha upéva okakuaáta peteĩ sapukái hatãme. Upérõ Daniel opuʼãta ilótepe, omeʼẽ hag̃ua hekombeʼu.” Manuscript Releases, volumen 21, 437.</w:t>
      </w:r>
    </w:p>
    <w:p>
      <w:pPr>
        <w:pStyle w:val="ArticleBody"/>
        <w:jc w:val="left"/>
      </w:pPr>
      <w:r>
        <w:rPr>
          <w:rFonts w:ascii="Times New Roman" w:hAnsi="Times New Roman" w:eastAsia="Times New Roman" w:cs="Times New Roman"/>
        </w:rPr>
        <w:t>William Millerpe umi ánhelkuéra omoirũ hag̃ua oikuaa hag̃ua “pe ára ha ára”, ha’eha peteĩ símbolo Roma pagána rehegua. Hermána White omoneĩ porãite hag̃ua chupe hekoitépe upe entendimiéntope. Upe entendimiénto, ojehechaukáva umi “tabla” ári, oje’eha pe Habacuc “kuatiañe’ẽ”pe, ha’e “umi ára oútavape g̃uarã”. Pe ojeipe’a hag̃ua upe “kuatiañe’ẽ” ñembotyha ohechauka “ta’ýra kuéra opu’ãva, ijapu hag̃uáva”. “Ta’ýra kuéra” ha’e peteĩ símbolo pe generación paha rehegua, upévare “umi ára oútava”, Isaías pasáhepe, oñemombe’u porãiteha umi ára pahápe pe huísio investigativo rehegua.</w:t>
      </w:r>
    </w:p>
    <w:p>
      <w:pPr>
        <w:pStyle w:val="ArticleBody"/>
        <w:jc w:val="left"/>
      </w:pPr>
      <w:r>
        <w:rPr>
          <w:rFonts w:ascii="Times New Roman" w:hAnsi="Times New Roman" w:eastAsia="Times New Roman" w:cs="Times New Roman"/>
        </w:rPr>
        <w:t>Isaías he’i umi “mitã ijapuha” omboyketaha pe marandu profético ojehechaukáva pe “mesa” ári, ojehai hag̃uáicha pe “kuatiañe’ẽme”, ha’ekuéra he’i rupi “umi ohechávape, Pehecha’ỹ; ha umi profétape, Ani peprofetisa oréve mba’e hekopeteva, peñe’ẽ oréve mba’e iporã hag̃uáicha, peprofetisa ñembotavy.” Áño 1863-pe pe Adventismo Laodicense oñepyrũ peteĩ proceso ojupívo meme omoañete hag̃ua pe jerure umi mitã ijapuháva rehegua. Upéva Isaías ohechauka ramo guáicha pe tape ymaguare oñemboykeha, ha’éva umi pyenda Millerita rehegua, ha’ekuéra he’i rupi: “Pejei pe tapegui, pejevía pe tapegui, pejapo hag̃ua Israel Imarangatúva ojepe’a ore renondégui.” Pe tape, ha’éva upe tape tee, hína Jeremías rembiapokue rehegua tape ymaguare.</w:t>
      </w:r>
    </w:p>
    <w:p>
      <w:pPr>
        <w:pStyle w:val="ArticleScripture"/>
        <w:jc w:val="left"/>
      </w:pPr>
      <w:r>
        <w:rPr>
          <w:rFonts w:ascii="Times New Roman" w:hAnsi="Times New Roman" w:eastAsia="Times New Roman" w:cs="Times New Roman"/>
        </w:rPr>
        <w:t>Péicha he’i Ñandejára: Peñembo’y tape rupi, ha pehecha, ha peporandu umi tape yma guaréva rehe, moõpa oĩ pe tape porã, ha peguata ipype; ha pejuhúta pytu’u pene ángape g̃uarã. Ha ha’ekuéra he’i: Ndoroguatamo’ãi ipype. Jeremías 6:16.</w:t>
      </w:r>
    </w:p>
    <w:p>
      <w:pPr>
        <w:pStyle w:val="ArticleBody"/>
        <w:jc w:val="left"/>
      </w:pPr>
      <w:r>
        <w:rPr>
          <w:rFonts w:ascii="Times New Roman" w:hAnsi="Times New Roman" w:eastAsia="Times New Roman" w:cs="Times New Roman"/>
        </w:rPr>
        <w:t>“Ta’ýra japu” omboykévo Jeremías “tapekue yma guaréva” he’iséva omboykéha pe marandu Pukukue Pyhare Mbytegua, upépe ojejuhuhápe pe “pytu’u”, ha upéva avei ha’e pe “pytu’u ha pe piro’y” nohenduséiva’ekue hikuái Isaíaspe, ha upéva avei ha’e pe piro’y marandu ama paha guigua. Umi marandu ha’e pe marandu Pukukue Pyhare Mbytegua rehegua, ojehechaukáva umi Millerita rembiasápe ha ojehai hag̃ua “mesa” ári, ojehechakuaáva peteĩ “kuatiañe’ẽme”. Ta’ýra japu omboykévo pe marandu Pukukue Pyhare Mbytegua rehegua ojehechauka ijehupytyrã rupi “ombohasa hag̃ua Israel Imarangatúva oĩha henondépegui”. Ellen White jehecha peteĩha, Alpha ha Omega katuete oipurútava hag̃ua ohechauka pe paha, ohechauka umi hekojojáva rape, omarkávo pe tesape iñepyrũme ha mávapa omotenondéva “umi arandu” pe tape paha peve.</w:t>
      </w:r>
    </w:p>
    <w:p>
      <w:pPr>
        <w:pStyle w:val="ArticleScripture"/>
        <w:jc w:val="left"/>
      </w:pPr>
      <w:r>
        <w:rPr>
          <w:rFonts w:ascii="Times New Roman" w:hAnsi="Times New Roman" w:eastAsia="Times New Roman" w:cs="Times New Roman"/>
        </w:rPr>
        <w:t>“Peteĩ mba’e rendy hesakãva oñemohenda hague hapykuépe kuéra pe tape ñepyrũmbyme, ha peteĩ ánhel he’i chéve upéva hague pe ‘sapukái pyhare mbytegua.’ Ko mba’e rendy ohesape pe tape pukukue javeve, ha ome’ẽ tesape ipykuérape g̃uarã, ani hag̃ua oñepysanga.”</w:t>
      </w:r>
    </w:p>
    <w:p>
      <w:pPr>
        <w:pStyle w:val="ArticleScripture"/>
        <w:jc w:val="left"/>
      </w:pPr>
      <w:r>
        <w:rPr>
          <w:rFonts w:ascii="Times New Roman" w:hAnsi="Times New Roman" w:eastAsia="Times New Roman" w:cs="Times New Roman"/>
        </w:rPr>
        <w:t>“Oiméramo ramo Jesús rehe, ha’éva oĩva hendápekuéra renondete, ogueraháva chupekuéra távape, oĩkuri seguro. Péro sapy’ami rire oĩ vaekue ikane’õva, ha he’i pe táva mombyryetereiha, ha oha’arõ hikuái oike vaerãmo’ã hague ipype ymaite guive. Upérõ Jesús omokyre’ỹ vaekue chupekuéra omopu’ãvo Ijyva akatúa hechapyrãva; ha Ijyvágui osẽ peteĩ tesape ojeréva pe aty adventista ári, ha osapukái hikuái: ‘Aleluya!’ Ambuekuéra katu py’a guasúpe omoneĩ pe tesape oĩva hapykuéri, ha he’i ndaha’éiha Tupã pe oguenohẽ vaekue chupekuéra peveha. Pe tesape hapykuéri ojepe’a, ha opyta ipykuéra pytũmbýpe añetépe; ha opysyrõ hikuái, ha ndohechavéi pe mba’e rechaukaha ni Jesúspe, ha ho’a tape ári guive yvýpe, pe mundo iñypytũ ha aña oĩvape iguýpe.” Christian Experience and Teachings of Ellen G. White, 57.</w:t>
      </w:r>
    </w:p>
    <w:p>
      <w:pPr>
        <w:pStyle w:val="ArticleBody"/>
        <w:jc w:val="left"/>
      </w:pPr>
      <w:r>
        <w:rPr>
          <w:rFonts w:ascii="Times New Roman" w:hAnsi="Times New Roman" w:eastAsia="Times New Roman" w:cs="Times New Roman"/>
        </w:rPr>
        <w:t>Kóva vaekue Pe Sapukái Pyharepytépe gua resape iñepyrũme ha ipahápe avei. Ha’e vaekue Jesús (Israel Marangatu) upe ha’ekuéra oipotáva opyta hag̃ua ndaha’éi véima henondépekuéra. Jesús akatúa gloriosa guive osẽva’ekue pe resape ha’e vaekue Pe Sapukái Pyharepytépe gua resape, oñerrepresentáva umi “mesa” ári, umi oñemombe’úva pe “kuatiañe’ẽ”me. Umi “mitã ijapuha” omboykérõ guare Cristo Pe Sapukái Pyharepytépe gua marandu, ha tape ha’ekuéra oguata va’erã hague hi’ári, ogueru Tupã juicio hi’arikuéra, ho’águi hikuái pe tapegui. Pe “muro yvate” oñembyai hag̃uáva sapy’aitépe, ha’e pe “muro” omboja’óva tupao ha Estado, oñehundíva pe léi domingo hi’aguĩvape. Upe juicio ou “sapy’aitépe peteĩ instantepe”, ha “ha’éta ñai’ũ apohára mba’yru oñembyaíva’ekue oñemboja’o hag̃uáicha”. Ha’e upe juicio ojoajúva oñemoĩvo peteĩcha hag̃ua yvýre pe símbolo satanás rehegua “pe ára ha ára”, ha oñemoĩvo chupe Cristo símbolo ramo.</w:t>
      </w:r>
    </w:p>
    <w:p>
      <w:pPr>
        <w:pStyle w:val="ArticleScripture"/>
        <w:jc w:val="left"/>
      </w:pPr>
      <w:r>
        <w:rPr>
          <w:rFonts w:ascii="Times New Roman" w:hAnsi="Times New Roman" w:eastAsia="Times New Roman" w:cs="Times New Roman"/>
        </w:rPr>
        <w:t>Añetehápe pende rembojere mba’e kuéra oñemomba’éta ñai’ũ oĩva ñai’ũ apoha pópe ramo; mba’éicha piko pe tembiapo he’íta upe ojapóvape: “Ha’e na chejapói”? térã pe mba’e oñemoheñóiva he’íta upe omoheñóivape: “Ha’e ndorekói arandu”? Isaías 29:16.</w:t>
      </w:r>
    </w:p>
    <w:p>
      <w:pPr>
        <w:pStyle w:val="ArticleBody"/>
        <w:jc w:val="left"/>
      </w:pPr>
      <w:r>
        <w:rPr>
          <w:rFonts w:ascii="Times New Roman" w:hAnsi="Times New Roman" w:eastAsia="Times New Roman" w:cs="Times New Roman"/>
        </w:rPr>
        <w:t>“pe ára” ha’e pe añetegua profético ombojoajúva umi irundy versíkulo oĩva Daniel doce-pe, ohechaukáva mba’éichapa ojehechakuaa joavy umi iñañáva ha umi arandúva apytépe. “Pe ára” ha’e pe añetegua ojeguerovaíva ñemboyke rehe umi oguerohorýva pe jejavy mbarete oje’éva 2 Tesalonicenses-pe. “Pe ára” orrepresenta pe pota orekóva umi “ta’ýra japúva” ombohasa hag̃ua Israel Santo ojei hag̃ua tapegui chuguikuéra. Ha ipohýi hag̃ua chupekuéra ojehechauka peteĩ kambuchi apoha rembiporu oñembyaírõ guáicha; ha umi pedáso hembýva ohechauka pe okañy hag̃uáicha umi kuñataĩ tavy, pórke umi pedáso oñembyai ha hembýva pe kambuchi apoha rembiporúgui, upépe, “ndojuhumo’ãi” “peteĩ yvyra’anga jepe ojegueraha hag̃ua tata tataindy guégui, térã y ojeguenohẽ hag̃ua yvykua pypukúgui.”</w:t>
      </w:r>
    </w:p>
    <w:p>
      <w:pPr>
        <w:pStyle w:val="ArticleBody"/>
        <w:jc w:val="left"/>
      </w:pPr>
      <w:r>
        <w:rPr>
          <w:rFonts w:ascii="Times New Roman" w:hAnsi="Times New Roman" w:eastAsia="Times New Roman" w:cs="Times New Roman"/>
        </w:rPr>
        <w:t>Mokõivéva “tatá” ha “y” ha’e pe Espíritu Santo símbolo, upéicha avei pe aséite umi diez vírgenes remiandu hag̃uápe. Oguahẽ vove pe Clamor de Medianoche sapy’aitépe ha peteĩ instantepe, oiko haguéicha pe aty Exeter-pe agosto 1844-pe, ndaikatumo’ãi umi “mitã japuha” ojuhu mba’eveichagua aséite (y térã tatá). Oñehenói va’ekue chupekuéra “ojevy” haguã pe ñembyasy peteĩha rire, Jeremías-pe oikohaguéicha, ha’ekuéra katu ndoipotái va’ekue.</w:t>
      </w:r>
    </w:p>
    <w:p>
      <w:pPr>
        <w:pStyle w:val="ArticleScripture"/>
        <w:jc w:val="left"/>
      </w:pPr>
      <w:r>
        <w:rPr>
          <w:rFonts w:ascii="Times New Roman" w:hAnsi="Times New Roman" w:eastAsia="Times New Roman" w:cs="Times New Roman"/>
        </w:rPr>
        <w:t>Nde ñeʼẽ ojuhu hag̃ua, ha che haʼu umíva; ha nde ñeʼẽ oiko chéve che pyʼa vyʼa ha tory ramo; che niko añehenói nde rérape, Ñandejára Tupã de los ejércitos. Ndaikéi umi pukahára atyhápe, ha ndavyʼái hendivekuéra; aime che año nde po hag̃ua rupi; rehenói haguére che pyʼa pochy reheve. Mbaʼére piko che mbaʼasy opyta tapiaite, ha che ai ndaikatúi okuera, ndoipotái hag̃uáicha ojekuera? Nde piko reikóta chéve peteĩ ijapúva ramo, ha y ramo opa hag̃uávaicha? Upévare péicha heʼi Ñandejára: Nde rejevýramo, che rombojevýta jey, ha reñemboʼýta che renondépe; ha rerekóramo iporãva ivaívagui, nde reiko hag̃ua che juru ramo; tojevy hikuái nde rehe, ani katu nde rejevy hesekuéra. Ha che ajapóta ndehegui ko tetãygua renondépe peteĩ murálla de bronce imbareteva; ha oñorairõta nendive, péro ndaipuʼakamoʼãi nde rehe; che aime niko nendive rosalva ha roipeʼa hag̃ua, heʼi Ñandejára. Ha roipeʼáta umi iñañáva póguigui, ha roñepyrũta umi iñemondýivagui póguigui. Jeremías 15:16–21.</w:t>
      </w:r>
    </w:p>
    <w:p>
      <w:pPr>
        <w:pStyle w:val="ArticleBody"/>
        <w:jc w:val="left"/>
      </w:pPr>
      <w:r>
        <w:rPr>
          <w:rFonts w:ascii="Times New Roman" w:hAnsi="Times New Roman" w:eastAsia="Times New Roman" w:cs="Times New Roman"/>
        </w:rPr>
        <w:t>Jeremías ohechauka umi ojevýva pe ñembotavy peteĩha rire. Umi oike vaʼekue pe tembiapópe oñembojaʼo hag̃ua “hepyetévagui ivaívape”, ikatu hag̃uáicha “oñemboʼy” Ñandejára renondépe ha hag̃ua Ñandejára “juru” ramo. Haʼekuéra hína umi Daniel ohechaukáva kapítulo porundyveape, oikuaáva hikuái iñesarambipa rekove, ha upéi oñemboʼe hag̃ua pe ñemboʼe Levítico mokõipa poteĩpegua. Haʼekuéra hína umi Daniel, Jeremías ha Habacuc ñangarekohára ohechaukáva, oñembojojáva umi “taʼyra japúvare” ndive. Umi “taʼyra japúva” oñehenói avei “Israel Marangatu” rehe, haʼe heʼi ramo guare: “pejevy ha pytuʼúpe pejesalváta; pyʼaguapýpe ha jeroviápe oĩta pende mbarete: ha peẽ ndapeipotái kuri”.</w:t>
      </w:r>
    </w:p>
    <w:p>
      <w:pPr>
        <w:pStyle w:val="ArticleBody"/>
        <w:jc w:val="left"/>
      </w:pPr>
      <w:r>
        <w:rPr>
          <w:rFonts w:ascii="Times New Roman" w:hAnsi="Times New Roman" w:eastAsia="Times New Roman" w:cs="Times New Roman"/>
        </w:rPr>
        <w:t>Míller rembipururã ha’e umi añetegua ojehechaukáva Habacuc tabla-kuérape, ohechaukáva pyhare mbyte sapukái marandu prueba, ha upéva omoheñói mokõi aty oadora hag̃uápe. Pe símbolo pe ñemopu’ã rehegua ojehechaukáva umi rembipururã rehe ha’e “pe ára ha ára guive”. Míller hekoitépe ontende va’ekue “pe ára ha ára guive” rehe, ha katu iñentendimiento ojejokóva’ekue pe tembiasakue oikovévare rehe, ha umi rembipururã ha’e ojeporúva’ekue omoĩ hag̃ua pe mesa ári, ikoty mbytépe, ko’ág̃a omimbi hag̃ua pa ára-joapyve hendyvéva, Míller omoĩ raẽ haguére ijapoukapy ári. Ko’ág̃a oĩ peteĩ ryru ipyahuvéva guýpe, pe ryru ko’ág̃a ndaha’éi Biblia añoite ohechaukáva, Míller ára-peguáicha, síno ko’ág̃a ohechauka mokõivéva: Biblia ha Profecía Espíritu.</w:t>
      </w:r>
    </w:p>
    <w:p>
      <w:pPr>
        <w:pStyle w:val="ArticleBody"/>
        <w:jc w:val="left"/>
      </w:pPr>
      <w:r>
        <w:rPr>
          <w:rFonts w:ascii="Times New Roman" w:hAnsi="Times New Roman" w:eastAsia="Times New Roman" w:cs="Times New Roman"/>
        </w:rPr>
        <w:t>Ko'ã mokõi testígo hína umi oguenohẽva pe tesape jehechapyrã ára pahápe, ha ko'ã mokõi testígo hína avei umi oikóva peteĩ ñorairõ renda tenondegua ramo ára pahápe. Miller ohecha pe ñorairõ, pórke hembikepépe ojagarra hikuái ikajón (la Biblia), ha omondoro. Juan, orepresentáva “umi arandu” ára pahápe, “oĩ va'ekue pe ypa'ũ héravape Patmos, Ñandejára Ñe'ẽ rehe, ha Jesucristo testimonio rehe.” Juan ojejopy vai va'ekue oguerovia haguére pe marandu mokõive, la Biblia ha Ellen White jehaipyrekuéra.</w:t>
      </w:r>
    </w:p>
    <w:p>
      <w:pPr>
        <w:pStyle w:val="ArticleBody"/>
        <w:jc w:val="left"/>
      </w:pPr>
      <w:r>
        <w:rPr>
          <w:rFonts w:ascii="Times New Roman" w:hAnsi="Times New Roman" w:eastAsia="Times New Roman" w:cs="Times New Roman"/>
        </w:rPr>
        <w:t>Rombojapóta ñamotenondéta ñehesa’ỹijo umi añetegua ojehechaukáva pe visión Ysyry Ulai rehegua rupive, ojeipe’áva’ekue 1798-pe, pe artíkulo oúvape.</w:t>
      </w:r>
    </w:p>
    <w:p>
      <w:pPr>
        <w:pStyle w:val="ArticleScripture"/>
        <w:jc w:val="left"/>
      </w:pPr>
      <w:r>
        <w:rPr>
          <w:rFonts w:ascii="Times New Roman" w:hAnsi="Times New Roman" w:eastAsia="Times New Roman" w:cs="Times New Roman"/>
        </w:rPr>
        <w:t>“Ndajajepavẽ mba’eve jaikyhyjétava tenonderã rehe, ndaipóri ambuéva ñanderesaráiramante mba’éichapa Ñandejára ñanemotenonde vaekue, ha hembo’e ñande rembiasakue yma guarépe.”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poapyha irundy porundyve hag̃ua hag̃ua hag̃ua hag̃ua hag̃u##</dc:title>
  <dc:subject>Ojehechauka Añeteguáva: Pyhare Mbyte Sapy’a, Islam rembiapo, ha pe proceso paha ojeproba hag̃ua umi ára pahápe</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