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 — Papapy 50</w:t>
      </w:r>
    </w:p>
    <w:p>
      <w:pPr>
        <w:pStyle w:val="ArticleSubtitle"/>
        <w:jc w:val="left"/>
      </w:pPr>
      <w:r>
        <w:rPr>
          <w:rFonts w:ascii="Arial" w:hAnsi="Arial" w:eastAsia="Arial" w:cs="Arial"/>
        </w:rPr>
        <w:t>Ojepe’a hag̃ua umi Mba’e Kañymby Maranduhára rehegua Daniel 8-pe: Palmoni Revelación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Daniel kapítulo ochope, Danielpe oñeme’ẽ peteĩ visión umi reino kuéra rehegua profecía bíblicape, ha upéi ohendu peteĩ ñemongeta yvagapegua ojehechaukáva peteĩ porandu ha peteĩ mbohovái rupive.</w:t>
      </w:r>
    </w:p>
    <w:p>
      <w:pPr>
        <w:pStyle w:val="ArticleScripture"/>
        <w:jc w:val="left"/>
      </w:pPr>
      <w:r>
        <w:rPr>
          <w:rFonts w:ascii="Times New Roman" w:hAnsi="Times New Roman" w:eastAsia="Times New Roman" w:cs="Times New Roman"/>
        </w:rPr>
        <w:t>Upéi ahendu peteĩ santo oñeʼẽva, ha ambue santo heʼi pe santo oñeʼẽvape: Mbovy arakaʼe peve piko oikóta pe visión oñeʼẽva pe sacrificio ára ha ára rehe, ha pe tembiapo vai omoheñóiva ñembyai, ojeheja hag̃ua mokõivéva, pe santuario ha pe ehérsito, oñembotyryry hag̃ua ipy guýpe? Ha haʼe heʼi chéve: Mokõi mil trescientos ára peve; upéi pe santuario oñemopotĩta. Daniel 8:13, 14.</w:t>
      </w:r>
    </w:p>
    <w:p>
      <w:pPr>
        <w:pStyle w:val="ArticleBody"/>
        <w:jc w:val="left"/>
      </w:pPr>
      <w:r>
        <w:rPr>
          <w:rFonts w:ascii="Times New Roman" w:hAnsi="Times New Roman" w:eastAsia="Times New Roman" w:cs="Times New Roman"/>
        </w:rPr>
        <w:t>Umi doce versíkulo peteĩha ohechauka pe visión, ha umi versíkulo trece ha catorce omombeʼu ambue visión. Oĩháicha mokõi ñeʼẽ hebreo iñambuéva, mokõivéva oñembohasáva “ojeipeʼa” ramo, ha mokõi ñeʼẽ hebreo iñambuéva, mokõivéva oñembohasáva “santuario” ramo, upéicha avei Daniel capítulo ocho-pe oĩ mokõi ñeʼẽ hebreo iñambuéva, mokõivéva oñembohasáva “visión” ramo.</w:t>
      </w:r>
    </w:p>
    <w:p>
      <w:pPr>
        <w:pStyle w:val="ArticleBody"/>
        <w:jc w:val="left"/>
      </w:pPr>
      <w:r>
        <w:rPr>
          <w:rFonts w:ascii="Times New Roman" w:hAnsi="Times New Roman" w:eastAsia="Times New Roman" w:cs="Times New Roman"/>
        </w:rPr>
        <w:t>Mokõi ñe’ẽ oñembohasáva “jeipe’a hag̃ua” rehegua, Adventismo remimbo’ehára teología rehegua he’i mokõivéva oñentendeva’erãha he’iséva “ñembogue” térã “ñemboipe’a”. Mokõi ñe’ẽ oñembohasáva “santuario” rehegua, Adventismo remimbo’ehára teología rehegua he’i mokõivéva oñentendeva’erãha he’iséva “Tupã rógapegua santuario”; ha mokõi ñe’ẽ oñembohasáva “visión” rehegua, Adventismo remimbo’ehára teología rehegua, jey hag̃ua, omokañy umi joavy oĩva mokõivéva ñe’ẽ apytépe. Pe joavy tuicha mba’e va’ekue Daniel-pe ĝuarã, ha upévare ha’e ojeporu hag̃uáicha mokõi ñe’ẽ hebreo iñambue etéva; upévare ñande jahechakuaa ha jañongatuva’erã upe joavy. Pe ñe’ẽ “visión”, versíkulo 13-pe, ha’e pe ñe’ẽ hebreo “chazon”, ha he’ise peteĩ kéra, peteĩ jehechauka, térã peteĩ marandu profétiko—peteĩ visión.</w:t>
      </w:r>
    </w:p>
    <w:p>
      <w:pPr>
        <w:pStyle w:val="ArticleBody"/>
        <w:jc w:val="left"/>
      </w:pPr>
      <w:r>
        <w:rPr>
          <w:rFonts w:ascii="Times New Roman" w:hAnsi="Times New Roman" w:eastAsia="Times New Roman" w:cs="Times New Roman"/>
        </w:rPr>
        <w:t>Pe ñe’ẽ “visión” ojehecha diez jey Daniel capítulo ocho-pe, ha katu ohechauka mokõi ñe’ẽ hebreo iñambuéva. “Chazon”, oĩva versículo trece-pe, ojuhu avei versículo peteĩme, upéi mokõi jey versículo mokõime, añetehápe versículo trece-pe, ha peteĩ jey versículo quince, diecisiete ha veintiséis-pe. Siete umi diez jey pe ñe’ẽ “visión” ojehecha Daniel capítulo ocho-pe, ha’e pe ñe’ẽ “chazon”, he’iséva añoite “peteĩ visión”.</w:t>
      </w:r>
    </w:p>
    <w:p>
      <w:pPr>
        <w:pStyle w:val="ArticleBody"/>
        <w:jc w:val="left"/>
      </w:pPr>
      <w:r>
        <w:rPr>
          <w:rFonts w:ascii="Times New Roman" w:hAnsi="Times New Roman" w:eastAsia="Times New Roman" w:cs="Times New Roman"/>
        </w:rPr>
        <w:t>Ambue mbohapy jevy pe ñe’ẽ “vision” osẽha Daniel capítulo ocho-pe, ha’e pe ñe’ẽ hebreo “mareh”, he’iséva peteĩ jehecha; térã peteĩ jechauka. Capítulo ocho-pe, pe ñe’ẽ hebreo “mareh” avei oñembohasa peteĩ jevy ndaha’éi “vision” ramo, síno “appearance” ramo, upéicha rupi ojekuaa porãve pe ñe’ẽ he’iséva. Mba’ére piko Daniel oiporu mokõi ñe’ẽ hebreo iñaguĩitereíva he’isévape, ha umi traduktór kuéra ohechakuaáva kuéra peteĩchaite ñe’ẽramo? Oimportápa upéva?</w:t>
      </w:r>
    </w:p>
    <w:p>
      <w:pPr>
        <w:pStyle w:val="ArticleScripture"/>
        <w:jc w:val="left"/>
      </w:pPr>
      <w:r>
        <w:rPr>
          <w:rFonts w:ascii="Times New Roman" w:hAnsi="Times New Roman" w:eastAsia="Times New Roman" w:cs="Times New Roman"/>
        </w:rPr>
        <w:t>“Opaite principio Ñandejára ñe’ẽme oreko henda, opaite mba’e ojehúva katu oguereko he’iséva. Ha pe estructura kompleta, ijehechaukápe ha ijejapópe, ome’ẽ testimonio Ijapohárape. Péicha peteĩ estructura ndaipóri arandu ikatúva oñemo’ã térã ojapo hag̃ua, ndaha’éiramo pe Arandu Infinito rehegua.” Education, 123.</w:t>
      </w:r>
    </w:p>
    <w:p>
      <w:pPr>
        <w:pStyle w:val="ArticleBody"/>
        <w:jc w:val="left"/>
      </w:pPr>
      <w:r>
        <w:rPr>
          <w:rFonts w:ascii="Times New Roman" w:hAnsi="Times New Roman" w:eastAsia="Times New Roman" w:cs="Times New Roman"/>
        </w:rPr>
        <w:t>Mokõiha porandúpe ñembohovái ha’e: Héẽ, añetépe tuicha mba’e mba’érepa Daniel ojapo upe jehechauka poravopyre; upévare, marandu asyguigua temimbo’épe to’a tembiaporã ramo oñeha’ã hag̃uáicha ontende hag̃ua peteĩha porandu, oporandúva mba’érepa Daniel ojapo upe jehechauka poravopyre. Umi jehechauka poravopyre ha’e ojapova’ekue ñe’ẽ oñembohasáva “santuario” ramo rehe, ha ñe’ẽ oñembohasáva “oipe’a hag̃ua” ramo rehe, oguereko hag̃ua consecuencia eterna; upéicharõ, mba’ére piko avave oha’arõta michĩve iñimportancia pe ñe’ẽ oñembohasáva “visión” ramo rehe? “Mayma hecho” oguereko “imba’eporã” “Ñe’ẽme Ñandejára rehegua,” ha omboguata marandu asyguigua “estructura,” ha marandu asyguigua ñembotupã oñekumpli jave “ojejapo hag̃ua.”</w:t>
      </w:r>
    </w:p>
    <w:p>
      <w:pPr>
        <w:pStyle w:val="ArticleBody"/>
        <w:jc w:val="left"/>
      </w:pPr>
      <w:r>
        <w:rPr>
          <w:rFonts w:ascii="Times New Roman" w:hAnsi="Times New Roman" w:eastAsia="Times New Roman" w:cs="Times New Roman"/>
        </w:rPr>
        <w:t>Ñañepyrũvo ñahesa’ỹijo hag̃ua pe ñe’ẽ “visión” kapítulo ocho-pe, peteĩ “mba’e añetegua” oguerekóva “jepy’amongeta” Daniel rembiapokue rehe, ha’e máva piko pe ombohováiva pe porandu Daniel ocho, versículo trece-pe ko’ẽme: “Mokõi mil trescientos ára peve; upéi pe santuario oñemopotĩta.”</w:t>
      </w:r>
    </w:p>
    <w:p>
      <w:pPr>
        <w:pStyle w:val="ArticleBody"/>
        <w:jc w:val="left"/>
      </w:pPr>
      <w:r>
        <w:rPr>
          <w:rFonts w:ascii="Times New Roman" w:hAnsi="Times New Roman" w:eastAsia="Times New Roman" w:cs="Times New Roman"/>
        </w:rPr>
        <w:t>Oĩ irundy mba’e añetegua oguerekóva peteĩ “jehecha porã” directo Daniel kapítulo ocho rehe, ha che aime aporomombe’úvo hesekuéra. Peteĩva ha’e pe visión ysyry Ulai rehegua ojehechakuaa hague peteĩ profesía ramo umi ára pahápe guarã, ha avei ha’eha pe símbolo pe “arandu” libro de Daniel pegua, oñe’ẽva hague “ojeipe’a hague” pe “ára paha” jave ary 1798-pe.</w:t>
      </w:r>
    </w:p>
    <w:p>
      <w:pPr>
        <w:pStyle w:val="ArticleScripture"/>
        <w:jc w:val="left"/>
      </w:pPr>
      <w:r>
        <w:rPr>
          <w:rFonts w:ascii="Times New Roman" w:hAnsi="Times New Roman" w:eastAsia="Times New Roman" w:cs="Times New Roman"/>
        </w:rPr>
        <w:t>“Oikotevẽeterei Ñe’ẽ Ñandejára rehe ñañemoarandu hi’aguĩvéva. Ko’ýte Daniel ha Apocalipsis oñeñangareko va’erã hese ku araka’eve guaréicha ñane rembiapokue rembiasápe. Ikatu jahasa sa’ive ñañe’ẽvo peteĩháicha peteĩteĩva mba’ére, Roma pokatu ha papado rehe; ha katu tekotevẽ jahechauka mba’épa ohai profétakuéra ha apóstolkuéra Espíritu Ñandejára ñepyrũme. Espíritu Santo omoheñói ha omohenda upéicha ko’ã mba’e, mokõivéva profecía ñeme’ẽme ha umi mba’e ojehechaukávape, ombo’e hag̃ua pe tembiporu yvypóra opyta hag̃ua okañy tesa renondégui, oñemokañy Cristo-pe, ha Ñandejára yvagagua ha Iley toñembotuicha.”</w:t>
      </w:r>
    </w:p>
    <w:p>
      <w:pPr>
        <w:pStyle w:val="ArticleScripture"/>
        <w:jc w:val="left"/>
      </w:pPr>
      <w:r>
        <w:rPr>
          <w:rFonts w:ascii="Times New Roman" w:hAnsi="Times New Roman" w:eastAsia="Times New Roman" w:cs="Times New Roman"/>
        </w:rPr>
        <w:t>“Peemoñe’ẽ Daniel aranduka. Penemandu’a porã, peteĩteĩ punto rupive, umi mburuvicha guasu retãnguéra rembiasakue upepe ojehechaukáva rehe. Pehecha umi karai poguypegua, aty guasu ha ehérsito mbarete, ha pehechakuaa mba’éichapa Tupã omba’apo omomichĩ hag̃uáicha yvypóra ñemomba’eguasu, ha omoĩ hag̃ua yvypóra mimbipa yvyku’ípe. Tupã añoite ojehechauka tuicha hag̃uáicha. Maranduhára visión-pe ojehecha chupe omboguejyha peteĩ mburuvicha mbarete ha omoĩ jeyha ambuépe. Ojekuaauka chupe ára ha arapy sãmbyhyhára ramo, oĩ hag̃uáicha omopu’ãvo Hembiguái opa’ỹva—Pe Yma guare Árapegua, Tupã Oikovéva, opa arandu Ypykue, ko’ág̃agua Sãmbyhyhára, ha umi oútava Revelahára. Pelee ha peikũmby mba’eichaitépa imboriahu, ikangy, are’ỹva, jejavyhára ha hembiapo vaikue yvypóra, omopu’ãvo i’ánga mba’e rei gotyo.”</w:t>
      </w:r>
    </w:p>
    <w:p>
      <w:pPr>
        <w:pStyle w:val="ArticleScripture"/>
        <w:jc w:val="left"/>
      </w:pPr>
      <w:r>
        <w:rPr>
          <w:rFonts w:ascii="Times New Roman" w:hAnsi="Times New Roman" w:eastAsia="Times New Roman" w:cs="Times New Roman"/>
        </w:rPr>
        <w:t>“Espíritu Santo, Isaías rupive, ombojekuaa ñandéve Tupãme, Tupã oikovévape, ñama’ẽ hag̃uáicha hese tenonderãite hag̃ua—Tupã rehe, Cristope ojehechaukávaicha. ‘Ñandéve oñemoñare mitã, ñandéve oñeme’ẽ ta’ýra: ha mburuvicharã ipyti’a ári oĩta; ha héra oñembohérata Admirable, Consejero, Tupã Imbarete, Túva opa ára guarã, Py’aguapy Ruvicha’ [Isaías 9:6].”</w:t>
      </w:r>
    </w:p>
    <w:p>
      <w:pPr>
        <w:pStyle w:val="ArticleScripture"/>
        <w:jc w:val="left"/>
      </w:pPr>
      <w:r>
        <w:rPr>
          <w:rFonts w:ascii="Times New Roman" w:hAnsi="Times New Roman" w:eastAsia="Times New Roman" w:cs="Times New Roman"/>
        </w:rPr>
        <w:t>“Pe tesakã Daniel orresiviéva’ekue directamente Tupãgui oñeme’ẽkuri peteĩchaite ko’ã ára pahápe g̃uarã. Umi visión ha’e ohechava’ekue ysyry Ulai ha Hiddekel rembe’ýpe, umi ysyry guasu Sinar pegua, ko’ág̃a oĩ hína oñekumpli hag̃uáicha, ha opaite mba’e oje’e va’ekue voi pya’eite oikopátama.”</w:t>
      </w:r>
    </w:p>
    <w:p>
      <w:pPr>
        <w:pStyle w:val="ArticleScripture"/>
        <w:jc w:val="left"/>
      </w:pPr>
      <w:r>
        <w:rPr>
          <w:rFonts w:ascii="Times New Roman" w:hAnsi="Times New Roman" w:eastAsia="Times New Roman" w:cs="Times New Roman"/>
        </w:rPr>
        <w:t>“Pehecha umi mba’éichapa oĩkuri pe tetã judía Daniel marandu’ẽme’ẽngue oñeme’ẽrõ guare. Israelgua oĩkuri ñembyaty hag̃uápe, hóga marangatu oñehundíma vaʼekue, ha pe tembiapo oñeme’ẽva tupãópe oñembotove. Ijerovia oñemopyenda vaʼekue umi ñembohéra ha tembiapo rehe pe sistema sacrificialpe. Haʼekuéra ojapo kuri umi forma okáguigua taʼe opa mbaʼe hag̃ua, ha upéicha oheja hag̃ua pe añetegua ñemombaʼe espíritu. Iservísiokuéra oñembyaívaʼekue umi ñemoarandu ha jepokuaa pagánova reheve, ha umi rito sacrificial ojapóvo ndohechái vaʼekue kuarahyʼãgui pe añetegua mbaʼe peve. Ndaikuaái vaʼekue Cristo-pe, pe ofrenda añetéva yvypóra angaipa rehehápe. Ñandejára ombaʼapo ogueraha hag̃ua pe tavayguakuérape ñembyaty hag̃uápe, ha ombotove hag̃ua pe tembiapo tupãópe, ikatu hag̃uáicha umi ceremonia okáguigua ani hag̃ua oiko ijerovia kompletoite hag̃ua. Iprincipiokuéra ha ijepokuaakuéra tekotevẽ vaʼekue oñemopotĩ pagánismogui. Pe servicio ritual opyta hag̃ua, ikatu hag̃uáicha pe servicio pyʼaguapýpe oñemoingove jey. Pe mimbipa okáguigua oñemboi hag̃ua, ikatu hag̃uáicha pe espiritual ojekuaa.”</w:t>
      </w:r>
    </w:p>
    <w:p>
      <w:pPr>
        <w:pStyle w:val="ArticleScripture"/>
        <w:jc w:val="left"/>
      </w:pPr>
      <w:r>
        <w:rPr>
          <w:rFonts w:ascii="Times New Roman" w:hAnsi="Times New Roman" w:eastAsia="Times New Roman" w:cs="Times New Roman"/>
        </w:rPr>
        <w:t>“Pe yvy oñemoĩhaguépe tembiguáiramo, tavayguakuéra ojere jey ramo guare Ñandejárape ñembyasýpe ha ñembyasy añetépe, Ha’e ojehechauka chupekuéra. Ndorekói kuri hikuái pe techaukaha okáguigua He’ígui oĩha hendivekuéra; upéicharõ jepe, pe kuarahy resape porãite, Tekopotĩ Kuarahy rehegua, oike hesakã hag̃uáicha iñarandúpe ha ikorasõme. Ohenói ramo guare Tupãme iñemomirĩha ha ijejopy asýpe, visión oñeme’ẽ Itupã maranduharakuérape oikuaauka hag̃ua umi mba’e oikótava tenonderãme—umi ojopy va’ekue Tupã retãyguakuérape oñehunditaha, pe Pysyrõhára ouha, ha pe mborayhu’ỹre opa’ỹva Rréino oñemopyendataha.” Manuscript Releases, volúmen 16, 333–335.</w:t>
      </w:r>
    </w:p>
    <w:p>
      <w:pPr>
        <w:pStyle w:val="ArticleBody"/>
        <w:jc w:val="left"/>
      </w:pPr>
      <w:r>
        <w:rPr>
          <w:rFonts w:ascii="Times New Roman" w:hAnsi="Times New Roman" w:eastAsia="Times New Roman" w:cs="Times New Roman"/>
        </w:rPr>
        <w:t>Pe “mba’e añetegua” visión ysyry Ulái rehegua oñeme’ẽ hague ára pahápe guarã ojerure peteĩ oñemoarandu hag̃ua profesía rehe oñeha’ãmbaitévo oikũmby hag̃ua mba’épa ha’e he’i va’ekue umi mba’e oikótavagui oñerrepresentáva pe visiónpe. Umi “mba’e” profesiagua ojoajúva pe visión ysyry Ulái rehegua ndive oñemboheko kuri pe “Espíritu Santo” rupive, “mokõive profesía oñeme’ẽ jave, ha umi tembiapo oñemombe’úva” ryepýpe. Mba’épa oikóva peteĩ proféta ndive oñeme’ẽ jave chupe peteĩ visión, avei umi tembiapo profesiagua pe proféta ohechakuaáva, tekotevẽ oñehesa’ỹijo, pe jeikuaa reheve mokõivéva ha’eha peteĩ representación profesiagua oñemoañetétava ára pahápe. Pe jehaipyre mboyvegua omomba’e guasu ñande jahechakuaava’erãha Daniel oĩ hague pe “siete tiempos” ñembyatyrymbýpe.</w:t>
      </w:r>
    </w:p>
    <w:p>
      <w:pPr>
        <w:pStyle w:val="ArticleBody"/>
        <w:jc w:val="left"/>
      </w:pPr>
      <w:r>
        <w:rPr>
          <w:rFonts w:ascii="Times New Roman" w:hAnsi="Times New Roman" w:eastAsia="Times New Roman" w:cs="Times New Roman"/>
        </w:rPr>
        <w:t>Daniel ohechauka umi ohechakuaáva iñembiguáipe pe mbohapy ha mbyte ára paha-pe Apocalipsis 11-pe, upéi ojere vaʼekue Ñandejára gotyo ñembyasy reheve, omboaje pe Leviticus 26 ñemboʼe, omboyke pe hepyetévape pe ivaívagui, ha upémarõ Ñandejára omboaje iñeʼẽmeʼẽ ombyaty hag̃ua umi oñemosarambívaekue, ojehechaukávo chupekuéra. Upévare, i “mbaʼe tenondegua ojehecháva” haʼe “Tupã ojehechaukáva Cristo-pe.”</w:t>
      </w:r>
    </w:p>
    <w:p>
      <w:pPr>
        <w:pStyle w:val="ArticleBody"/>
        <w:jc w:val="left"/>
      </w:pPr>
      <w:r>
        <w:rPr>
          <w:rFonts w:ascii="Times New Roman" w:hAnsi="Times New Roman" w:eastAsia="Times New Roman" w:cs="Times New Roman"/>
        </w:rPr>
        <w:t>Pe visión ysyry Ulaí y rehegua, ha mba’éichapa oipytyvõ pe marandu profético “estructura”-pe, Cristo “ombosako’iva’ekue”, ha’e pe peteĩha “hecho” ñande roñepyrũva’ekue ñahesa’ỹijo mbykymi hag̃ua; ha pe pasáhe oñecitáva ohechauka ñande rembiapo tenondegua ha’eva’erãha Ñandejára jehechauka, “oñemoĩva’ekue Cristo-pe” ramo. Daniel kapítulo ocho-pe, Cristo ndojehechaukái Isaías ojapo haguéicha, upe jave Isaías he’írõ guare Cristo “héra oñembohérata Admirable, Consejero, Dios Fuerte, Padre Eterno, Príncipe de Paz.” Daniel kapítulo ocho-pe, Ñandejára oñemohechauka Cristo-pe Palmoni ramo, he’iséva pe Admirable Papahára, térã pe Mba’e Ñemiguáva Papahára.</w:t>
      </w:r>
    </w:p>
    <w:p>
      <w:pPr>
        <w:pStyle w:val="ArticleBody"/>
        <w:jc w:val="left"/>
      </w:pPr>
      <w:r>
        <w:rPr>
          <w:rFonts w:ascii="Times New Roman" w:hAnsi="Times New Roman" w:eastAsia="Times New Roman" w:cs="Times New Roman"/>
        </w:rPr>
        <w:t>Upéva “añetegua” ojerure toñeheka hag̃ua mba’éichapa ojehechauka pe téra “Palmoni”, ha avei mba’éichapa upe téra oipytyvõ pe profesía “ñemohenda” ha “apoha” rehe. Peteĩha “añetegua” mbohapyha, Daniel kapítulo poapýpe, tekotevẽ ojehechakuaa, ha’eha upe kapítulope oñemoĩha tenondetépe pe yvyra guasu doctrinal central omopyendáva pe movimiento Millerita. Miller rembiapo iporãvéva ojuhu kuri versíkulo catorcépe, ha ñañeha’ãva’erã ñantende pe “jeporu” orekóva upe “añetegua” pe visión ysyry Ulai rehe, ko’ág̃a oĩmava oñekumplívo.</w:t>
      </w:r>
    </w:p>
    <w:p>
      <w:pPr>
        <w:pStyle w:val="ArticleBody"/>
        <w:jc w:val="left"/>
      </w:pPr>
      <w:r>
        <w:rPr>
          <w:rFonts w:ascii="Times New Roman" w:hAnsi="Times New Roman" w:eastAsia="Times New Roman" w:cs="Times New Roman"/>
        </w:rPr>
        <w:t>Miller kérape, pe arkaha oñemoĩrõ guasu ári, iñakã rupi ipyahukue mbytépe, omimbi kuarahy rendyicha; ha umi ára pahápe pe arkaha tuichave ha omimbi pa jevy hetave pe omimbíva’ekue oñemoĩ ypy jave Miller mesa ári. Mba’épa pe Ysyry Ulai visión rehegua, oguerekóva pe yta mbytépegua movimiento Millerita-pe g̃uarã, ombohetáva pe doctrina resape pa jevy umi ára pahápe? Mba’épa ojehechauka umi ára pahápe ndojehechaukái va’ekue pe ára paha jave 1798-pe? Mba’épa umi “mba’e oikóva” pe Ysyry Ulai visión-pe, pe Hermana White he’íva “ko’ág̃a oĩha oñemoañetévo”?</w:t>
      </w:r>
    </w:p>
    <w:p>
      <w:pPr>
        <w:pStyle w:val="ArticleBody"/>
        <w:jc w:val="left"/>
      </w:pPr>
      <w:r>
        <w:rPr>
          <w:rFonts w:ascii="Times New Roman" w:hAnsi="Times New Roman" w:eastAsia="Times New Roman" w:cs="Times New Roman"/>
        </w:rPr>
        <w:t>Ñamoĩ porãite ha hekopete ko’ã mbohapy añetegua peteĩcha (pe visión Ulaí rehegua, Cristo ojehechaukáva Palmoni ramo, ha pe doctrina mbytete guasu ramo), tekotevẽ ñande jaipota ñamoneĩ peteĩ ñepyrũmby hasy’ỹva omboguatátava ñane estudio pe visión Ysyry Ulaí rehegua. Ko’ã añetegua oñembojoajúva omyesakã umi ohechaséva-pe pe marandu ojeipe’áva’ekue sello-gui ary 1798-pe hague peteĩ marandu “oñemoĩva aravo ári.” Pe elemento profético aravo rehegua’ỹre, pe marandu Miller rehegua ndaipóri va’erãmo’ã kuri.</w:t>
      </w:r>
    </w:p>
    <w:p>
      <w:pPr>
        <w:pStyle w:val="ArticleBody"/>
        <w:jc w:val="left"/>
      </w:pPr>
      <w:r>
        <w:rPr>
          <w:rFonts w:ascii="Times New Roman" w:hAnsi="Times New Roman" w:eastAsia="Times New Roman" w:cs="Times New Roman"/>
        </w:rPr>
        <w:t>Pe irundyha “mba’e añete” oguerekóva relación ko kapítulore ha’e umi Millerita okuave’ẽ hague peteĩ marandu oñemopyendáva ára proféticore. Oñemomba’eguasu hag̃ua ko mba’e añete, Tupã ojehechauka Cristope, versíkulo paapyha ha irundyhápeme, pe Papaha Mba’eporãitereíva ramo (Palmoni). Pe jerovia he’íva pe visión oikeha añoite ojeikuaaukávo 22 jasypa 1844 ha’eha pe paha umi mokõi sua poapyha árape g̃uarã, he’iháicha versíkulo irundyhápe, upéva niko oñemombo y ro’ysãva Tupã jehechauka ári, ojehechaukáva Cristo rupive Palmoni ramo.</w:t>
      </w:r>
    </w:p>
    <w:p>
      <w:pPr>
        <w:pStyle w:val="ArticleBody"/>
        <w:jc w:val="left"/>
      </w:pPr>
      <w:r>
        <w:rPr>
          <w:rFonts w:ascii="Times New Roman" w:hAnsi="Times New Roman" w:eastAsia="Times New Roman" w:cs="Times New Roman"/>
        </w:rPr>
        <w:t>Pe Adventísmo rehegua teólogo-kuéra omba’apo kyre’ỹme oñotỹ hag̃ua Daniel capítulo ocho, versículo trece pe porandu he’iséva, ikatu hag̃uáicha omoheñói umi fábula rembi’u ryakuã oĩva hembi’úpe, ha’ekuéra ojedetermináva ombojejoko hag̃ua umi arandu’ỹvape, apysa hasývape, ani hag̃ua ojepy’apy umi añeteguáre ojoajúva Adventísmo pilar mbytegua rehe.</w:t>
      </w:r>
    </w:p>
    <w:p>
      <w:pPr>
        <w:pStyle w:val="ArticleScripture"/>
        <w:jc w:val="left"/>
      </w:pPr>
      <w:r>
        <w:rPr>
          <w:rFonts w:ascii="Times New Roman" w:hAnsi="Times New Roman" w:eastAsia="Times New Roman" w:cs="Times New Roman"/>
        </w:rPr>
        <w:t>“Pe Escritúra, opaite ambuéva ári, oikova’ekue mokõivéicha pe pyenda ha pe yvyra guasu mbytéva pe jerovia Adventista-pe guarã, ha’eva’ekue ko ñe’ẽ: ‘Mokõi mil trescientos ára peve; upéi pe santuario oñemopotĩta.’ [Daniel 8:14.] Ko’ã ñe’ẽ ojekuaa porãva’ekue opaite umi ogueroviávape Ñandejára pya’e ou hag̃uã. Hetaiterei tapicha rembe’ýre ko profesía oñembojoapyjey va’ekue ijerovia ñe’ẽñemi ramo. Opavave ohechakuaa va’ekue umi mba’e upépe oñemomarandúva rehe ojekytaha hikuái iha’arõ porãvéva ha umi esperánsa ohayhuvéva. Ojehechauka va’ekue ko’ã ára profétikova opaha arapotykuépe ary 1844-pe. Oñondivepa resto mundo cristiano ndive, umi Adventista upérõ oguerovia va’ekue yvy, térã peteĩ hendáicha pe hesegua, ha’eha pe santuario. Oikuaa hikuái pe ñemopotĩ santuario rehegua ha’eha yvy ñemopotĩ ára pahápe tata guasúpe, ha upéva oikótaha pe mokõiha jeju aja. Upévare og̃uahẽ pe tembiapo’ỹme Cristo ojevýtaha yvy ári ary 1844-pe.”</w:t>
      </w:r>
    </w:p>
    <w:p>
      <w:pPr>
        <w:pStyle w:val="ArticleScripture"/>
        <w:jc w:val="left"/>
      </w:pPr>
      <w:r>
        <w:rPr>
          <w:rFonts w:ascii="Times New Roman" w:hAnsi="Times New Roman" w:eastAsia="Times New Roman" w:cs="Times New Roman"/>
        </w:rPr>
        <w:t>“Ha pe ára oñemohenda vaʼekue ohasáma kuri, ha Ñandejára ndojehechaukái kuri. Umi ojeroviáva oikuaa porãkuri Ñandejára Ñeʼẽ ndaikatuiha oñembotavy; upévare, iñinterpretasión profétika oĩvaʼerã kuri vai; péro moõpa oĩ pe jejavy? Heta tapicha pyaʼeterei osẽ omboja hag̃ua pe apañuãi, onegávo umi 2300 ára opa hague 1844-pe. Ndikatúikuri oñemeʼẽ mbaʼeveichagua razón ko mbaʼére, ndahaʼéiramo Cristo ndouihague pe ára haʼekuéra ohaʼarõ haguéicha chupe. Haʼekuéra heʼi vaʼekue: umi ára profétika opa rire 1844-pe, upérõ Cristo oujeyvaʼerãmoʼã kuri omopotĩ hag̃ua pe santuario, yvy oñemopotĩ rupi tata rupive; ha nónde piko oui, upévare umi ára ndaopái vaʼerã.”</w:t>
      </w:r>
    </w:p>
    <w:p>
      <w:pPr>
        <w:pStyle w:val="ArticleScripture"/>
        <w:jc w:val="left"/>
      </w:pPr>
      <w:r>
        <w:rPr>
          <w:rFonts w:ascii="Times New Roman" w:hAnsi="Times New Roman" w:eastAsia="Times New Roman" w:cs="Times New Roman"/>
        </w:rPr>
        <w:t>“Pe moneĩ hag̃ua ko ñemohu’ã hína kuri rejeheja hag̃ua pe jeipapapy yma guare umi ára profétikogua rehegua. Umi 2300 ára ojejuhu vaʼekue oñepyrũha jave Artajerjes heʼíva oñemyatyrõ ha oñemopuʼã hag̃ua Jerusalén oike vaʼekue tembiapópe, ára pahápe, 457 a. C. Ojejapyhýramo kóva peteĩ ñeñepyrũrãramo, oĩkuri peteĩ joaju porãite opa mbaʼe oikótava rehegua pe omyesakãvape upe período Daniel 9:25–27-pe. Sesenta y nueve semanas, umi peteĩha 483 umi 2300 áño apytégui, og̃uahẽ vaʼerã kuri pe Mesías pe Hemoĩporãmbyrévape; ha Cristo ñemongarai ha ñemoĩ porã Espíritu Santo rupive, 27 d. C.-pe, omohuʼã hekopete pe mbaʼe ojeʼevaʼekue. Pe semana setentaha mbytépe, pe Mesías oñekytĩ vaʼerã kuri. Mbohapy áño ha mbyte iñemongarai rire, Cristo oñemosãingo kurusúre, ára pyahúpe, 31 d. C.-pe. Umi setenta semanas, térã 490 áño, ojehecha vaʼerã kuri tenonderãite umi hudío rehe. Ko período opa rire, upe tetã omboty iñemboyke Cristo rehegua idisipulokuéra ñem perseguí rupive, ha umi apóstol oho umi gentíl-kuéra rendápe, 34 d. C.-pe. Upérõ opa rire umi peteĩha 490 áño umi 2300-gui, opyta vaʼerã kuri 1810 áño. 34 d. C.-gui, 1810 áño og̃uahẽ 1844-pe. ‘Upéi,’ heʼi pe ánhel, ‘pe santuario oñemopotĩta.’ Opa umi mbaʼe oñemombeʼu vaʼekue pe profesíape oñekumpli vaʼekue katuete pe ára oñemoĩmbyrévape. Ko jeipapapy reheve, opa mbaʼe hesakã ha ojoaju porã, ndahaʼéiramo añoite ndojehechái hague 1844-pe oiko hague mbaʼeve ombohováiva pe santuario ñemopotĩme. Ñanegáramo umi ára opa hague upe jave, upéva omoinge vaʼerãmoʼã kuri opa ko porandu ñembyaty javoráipe, ha oñejeheja hag̃ua umi ñemoĩmbyre oñemopyendáva profesía ñekumpli hesakã porãitereívare.”</w:t>
      </w:r>
    </w:p>
    <w:p>
      <w:pPr>
        <w:pStyle w:val="ArticleScripture"/>
        <w:jc w:val="left"/>
      </w:pPr>
      <w:r>
        <w:rPr>
          <w:rFonts w:ascii="Times New Roman" w:hAnsi="Times New Roman" w:eastAsia="Times New Roman" w:cs="Times New Roman"/>
        </w:rPr>
        <w:t>“Ha Tupã ogueraha vaʼekue ipuévlope pe tuicha Advento ñemonguʼérape; ipokatu ha heko mimbipa oime vaʼekue tembiapópe, ha ndohejamoʼãi vaʼekue opa pytũmbýpe ha ñembyasyme, oñemomarandu hag̃ua mbaʼeichaitépa haʼe peteĩ kyhyje japu ha itarováva. Ndohejamoʼãi vaʼekue iñeʼẽ oike hag̃ua pyʼatarovápe ha ndaiporivéimahápe jerovia hag̃ua. Jepémo heta oheja hekovekuéra yma guare ñembojepyso umi ára marandu hag̃uáme, ha ombotove pe ñemonguʼe añetegua ojejapóva upévare, ambue katu ndopytaromoʼãi vaʼekue omboyke hag̃ua umi mbaʼe ogueroviáva ha ohasa vaʼekue, oĩva Ñandejára Ñeʼẽme ha Tupã Espíritu testimónio rupive oñemombaretéva. Haʼekuéra oguerovia vaʼekue ojapyhy hague ñeʼẽryru porã profecía-kuéra ñehesaʼỹijópe, ha imbaʼerãha ojoko mbarete hag̃ua umi añetegua ojehupyty vaʼekue yma, ha omotenonde meme hag̃ua upe tape peteĩcha Biblia rehegua ñehesaʼỹijope. Ñemboʼe pyʼaguasúpe ohesaʼỹijo jey hikuái ipytyvõrã, ha ohesaʼỹijo Ñandejára Ñeʼẽ oikuaa hag̃ua moõpa ojavy. Ndahecháigui hikuái mbaʼeveichagua jejavy umi ára marandu hag̃uáre oñembojepysóvape, oguerahapyre hikuái ohesaʼỹijo hag̃uáicha iporãve ha hiʼag̃uive pe santuario rehegua.” The Great Controversy, 409, 410.</w:t>
      </w:r>
    </w:p>
    <w:p>
      <w:pPr>
        <w:pStyle w:val="ArticleBody"/>
        <w:jc w:val="left"/>
      </w:pPr>
      <w:r>
        <w:rPr>
          <w:rFonts w:ascii="Times New Roman" w:hAnsi="Times New Roman" w:eastAsia="Times New Roman" w:cs="Times New Roman"/>
        </w:rPr>
        <w:t>Ñandejára oikuaauka ñandéve Hermana White rupive, upe jehasahápe voi oñemombeʼuhápe mbaʼe visiónpa pe Ysyry Ulai rehegua, upépe oĩha “tekotevẽ peteĩ ñehesaʼỹijo hetaiteve hiʼaguĩva Ñandejára Ñeʼẽ rehe.” Umi teólogo opresentáta pe tema “ara proféticogua” rehegua pe jehasaha mboyveguápe The Great Controversy-gui, ku peichaite voi “ara proféticogua” rehe Hermana White ombotovéva heʼi hag̃ua iñeʼẽmondo, haʼehague umi cinco profesía ojejoguáva pe profesía dos mil trescientos ary reheguápe. Opa mbaʼe rire, heʼi hikuái, irundy umi profesía apytégui oñeñeʼẽ porãite hesekuéra pe jehasahápe. Péro peteĩ “ñehesaʼỹijo hetaiteve hiʼaguĩva” pe temáre ohechauka pe ñeʼẽjoaju “ara proféticogua”, hetãme, umi kuatiahai Hermana White rehegua ryepýpe, hekopeteve oñeʼẽha umi mokõi profesía rehe, ojehu vaʼerãvaʼekue 22 jasypa 1844-pe.</w:t>
      </w:r>
    </w:p>
    <w:p>
      <w:pPr>
        <w:pStyle w:val="ArticleBody"/>
        <w:jc w:val="left"/>
      </w:pPr>
      <w:r>
        <w:rPr>
          <w:rFonts w:ascii="Times New Roman" w:hAnsi="Times New Roman" w:eastAsia="Times New Roman" w:cs="Times New Roman"/>
        </w:rPr>
        <w:t>Oĩ porãite umi mokõi mil trescientos áñope oĩha po profecía aravo rehegua específico Gabriel ohechauka vaekue Daniel-pe. Pe peteĩha ohechauka cuarenta y nueve áño, araka’e “umi tape ha murálla oñemopuʼãta ára ijetuʼúva jave.” Pe mokõiha haʼe Cristo ñemongarai, cuatrocientos ochenta y tres áño rire pe ñepyrũmby guive, haʼéva 457 a.C. Pe mbohapyha haʼe Ikurusu hag̃uáicha omano hague, pe irundyha ohechauka arakaʼe pe evangelio og̃uahẽta umi gentil-kuérape, opa rire umi cuatrocientos noventa áño oñembojaʼo vaekue peteĩ hendáicha tetã judía-pe g̃uarã, ha pe poha, ha pe poha añoite, profecía aravo rehegua, opa vaekue 22 jasypa 1844-pe. Umi irundy profecía aravo rehegua mboyvegua opa kuri hetaite 1844 mboyve. Upéicharõ, mbaʼépa añetehápe heʼise Hermana White oipurúramo pe ñeʼẽjoaju “umi período profético” heta hag̃uáicha, haʼevaʼekue opa hag̃ua 1844-pe?</w:t>
      </w:r>
    </w:p>
    <w:p>
      <w:pPr>
        <w:pStyle w:val="ArticleBody"/>
        <w:jc w:val="left"/>
      </w:pPr>
      <w:r>
        <w:rPr>
          <w:rFonts w:ascii="Times New Roman" w:hAnsi="Times New Roman" w:eastAsia="Times New Roman" w:cs="Times New Roman"/>
        </w:rPr>
        <w:t>Oñe’ẽvo umi Millerita ñembyasy peteĩha rehe, ha’e ohechauka pe mbohovái upe porandúpe g̃uarã:</w:t>
      </w:r>
    </w:p>
    <w:p>
      <w:pPr>
        <w:pStyle w:val="ArticleScripture"/>
        <w:jc w:val="left"/>
      </w:pPr>
      <w:r>
        <w:rPr>
          <w:rFonts w:ascii="Times New Roman" w:hAnsi="Times New Roman" w:eastAsia="Times New Roman" w:cs="Times New Roman"/>
        </w:rPr>
        <w:t>“Ahecha Ñandejára retãyguakuéra ovy’aitereiha oha’arõvo, oma’ẽvo Ijárare. Ha Ñandejára omboykékuri ohechauka hag̃ua chupekuéra mba’éichapa oĩ hikuái. Ipo ojaho’i peteĩ jejavy pe ñeha’ã jepapa rehegua umi ára marandu hag̃uama guarépe. Umi oha’arõva’ekue Ijárape ndoikuaái upe jejavy, ha umi kuimba’e aranduetéva omokañýva pe ára avei ndohechakuaái upéva. Ñandejára omboykékuri Itavayguakuéra ohasa hag̃ua peteĩ ñembyasy guasu. Pe ára ohasa, ha umi oha’arõva’ekue vy’apópe Isalvadorpe opyta ñembyasýpe ha py’a kangýpe, ha umi ndohayhúiva’ekue Jesús jeju, síno oiporavóva’ekue pe marandu kyhyjégui, ovy’a ndouihaguére upe aravo oha’arõhaguépe. Iñe’ẽrã ndoguahẽi va’ekue py’ápe ni nomopotĩi tekove. Pe ára ohasáva oĩ porãiterei ohechauka hag̃ua umi py’a. Ha’ekuéra voi raẽvete ojere ha oñembohory umi oĩva ñembyasýpe ha oñembotavývape, umi añetehápe ohayhúva’ekue Isalvador jeju. Ahecha Ñandejára aranduha ohechaukávo Itavayguakuérape mba’éichapa oĩ hikuái ha ome’ẽvo chupekuéra peteĩ ñeha’ã ipypuku hag̃uáicha ojekuaa umi oñembotapykue ha ojere jeýva pe aravo jejopy hag̃uápe.”</w:t>
      </w:r>
    </w:p>
    <w:p>
      <w:pPr>
        <w:pStyle w:val="ArticleScripture"/>
        <w:jc w:val="left"/>
      </w:pPr>
      <w:r>
        <w:rPr>
          <w:rFonts w:ascii="Times New Roman" w:hAnsi="Times New Roman" w:eastAsia="Times New Roman" w:cs="Times New Roman"/>
        </w:rPr>
        <w:t>“Jesús ha opaite pe ehérsito yvagapegua oma’ẽ poriahuvereko ha mborayhúpe umi, he’ẽ asýpe oha’arõva’ekue ohecha hag̃ua chupe, upe iñangekuérape ohayhúva. Angelkuéra oveveva’ekue ijerérekuéra, omombarete hag̃ua chupekuéra iñehovasa’ỹ ára pe. Umi omboykérava’ekue ohupyty hag̃ua pe marandu yvagapegua opyta pytũmbýpe, ha Ñandejára pochy hendy heseekuéra, ndoguerohoryséi rupi pe tesape Ha’e omondova’ekue chupekuéra yvágagui. Umi jerovia hag̃ua ojeroviáva, oñembotavýramo jepe, ndaikatúiva ontende mba’érepa ndouporãi ijára, ndojejái pytũmbýpe. Jey ave oñegueraha chupekuéra iBiblia-kuérape oheka jey hag̃ua umi ára profétikova. Ñandejára po oñemboguejy umi ta’ãngakuéragui, ha pe jejavy oñemyesakã. Ohecha hikuái umi ára profétikova og̃uahẽha 1844 peve, ha pe peteĩcha prueba ha’ekuéra oikuave’ẽva’ekue ohechauka hag̃ua umi ára profétikova opa hague 1843-pe, upéva voi ohechauka opa hag̃ua 1844-pe.” Early Writings, 235–237.</w:t>
      </w:r>
    </w:p>
    <w:p>
      <w:pPr>
        <w:pStyle w:val="ArticleBody"/>
        <w:jc w:val="left"/>
      </w:pPr>
      <w:r>
        <w:rPr>
          <w:rFonts w:ascii="Times New Roman" w:hAnsi="Times New Roman" w:eastAsia="Times New Roman" w:cs="Times New Roman"/>
        </w:rPr>
        <w:t>Umi “ara profétika” haʼe umi “ara profétika” “og̃uahẽ vaʼekue 1844 peve”, umi Millerita iñepyrũrãme ogueroviávaʼekue og̃uahẽha 1843 peve. Umi “ara profétika” og̃uahẽvaʼekue 1844 peve, mbohapy ara profétika hína; ha opaite ojehechauka Habacuc táva ári. Peteĩ umi mbohapy aragui simply “opoko” 1844 rehe, ha mokõi ambue og̃uahẽ 22 de octubre de 1844 peve. Umi mil trescientos treinta y cinco ára og̃uahẽ 1844 ára peteĩhaite peve, upérõ og̃uahẽ ramo guare Milleritakuéra ñembotavy peteĩha, ha oñepyrũ tiempo de demora mokõivéva Habacuc capítulo dospe, ha parábola de las diez vírgenes Mateo veinticincope.</w:t>
      </w:r>
    </w:p>
    <w:p>
      <w:pPr>
        <w:pStyle w:val="ArticleBody"/>
        <w:jc w:val="left"/>
      </w:pPr>
      <w:r>
        <w:rPr>
          <w:rFonts w:ascii="Times New Roman" w:hAnsi="Times New Roman" w:eastAsia="Times New Roman" w:cs="Times New Roman"/>
        </w:rPr>
        <w:t>Daniel kapítulo ocho, versíkulo catorce-pe oñeñeʼẽva dos mil trescientos ára rehe, og̃uahẽ 22 de octubre de 1844-pe, ha upepe avei opa mokõi mil quinientos veinte ary, umi “siete tiempos” oñehenóivagui, ojeporavo vaʼekue Judá ñemoñare yvývo gotyo pegua rovái. Palmoni oñemombeʼu ijupe voi pe Maravilloso Papanohára ramo versíkulo trece-pe Daniel ocho-pe, ha pe “estructura” ha “diseño” maranduhára haʼe upérõ omoĩva’ekue oike ipype por lo menos paʼũme die tiempo profético ojoaju hag̃uáicha oñondive.</w:t>
      </w:r>
    </w:p>
    <w:p>
      <w:pPr>
        <w:pStyle w:val="ArticleBody"/>
        <w:jc w:val="left"/>
      </w:pPr>
      <w:r>
        <w:rPr>
          <w:rFonts w:ascii="Times New Roman" w:hAnsi="Times New Roman" w:eastAsia="Times New Roman" w:cs="Times New Roman"/>
        </w:rPr>
        <w:t>Ñañepyrũta ñamyesakãve hag̃ua koʼã añetegua pe artículo oúvape.</w:t>
      </w:r>
    </w:p>
    <w:p>
      <w:pPr>
        <w:pStyle w:val="ArticleScripture"/>
        <w:jc w:val="left"/>
      </w:pPr>
      <w:r>
        <w:rPr>
          <w:rFonts w:ascii="Times New Roman" w:hAnsi="Times New Roman" w:eastAsia="Times New Roman" w:cs="Times New Roman"/>
        </w:rPr>
        <w:t>“Cristo ome'ẽ vaekue ko yvy ariguápe peteĩ mbo’epy ojekuaa hag̃uáicha apytu’ũ ha ánga ryepýpe. ‘Kóva hína tekove opave’ỹva,’ he’i, ‘toikuaa hag̃ua nde, pe Tupã añeteguáva añoite, ha Jesucristo, pe rembou vaekue.’ Péro Satanás omba’apo yvypóra akãnguérape, he’ívo: Ejapo ko mba’e térã pe tembiapo, ha peẽ peikóta tupãicha. Oñembotavývo jepy’amongetápe, ogueraha Adán ha Eva-pe oikóvo hag̃ua ndogueroviái Tupã ñe’ẽ, ha omoĩ hag̃ua hendaguépe peteĩ teoría ogueraháva ivaípe ha naiñe’ẽrendúi hag̃ua. Ha iñemoarandu gua’u ojapo ko árape avei upe ojapo vaekue Edénpe. Cristo ou ramo guare ñande yvy ári, oiporavo umi pira ryguatáva imboriahúva ramo tupao pyenda. Ko’ã temimbo’épe oñeha’ã omyesakã hag̃ua chupekuéra mba’éichapa heko imburuvicha guasu ha hembipota. Péro iñentende michĩetéva omoĩva’ekue hese peteĩ joko. Ha’ekuéra oike hína kuri ohupytývo umi kuatiahai ha fariseokuéra ñe’ẽngue; upévare heta umi mba’e ogueroviáva ndaha’éi vaekue añete. Ha jepe Cristo oguereko heta mba’e he’i hag̃uáicha chupekuéra, ndaikatúi kuri ohendu hikuái heta umi mba’e ha’e oikuaaukasetereíva chupekuéra.”</w:t>
      </w:r>
    </w:p>
    <w:p>
      <w:pPr>
        <w:pStyle w:val="ArticleScripture"/>
        <w:jc w:val="left"/>
      </w:pPr>
      <w:r>
        <w:rPr>
          <w:rFonts w:ascii="Times New Roman" w:hAnsi="Times New Roman" w:eastAsia="Times New Roman" w:cs="Times New Roman"/>
        </w:rPr>
        <w:t>“Cristo ojuhu ko tiempo kopegua religión rehegua-kuérape ojepohýi eterei hag̃ua umi temimo’ã javykuére, ha ndaipóri hag̃ua tenda iñakãme pe añeteguápe g̃uarã. Upe tekombo’e oñeme’ẽva rupive, umi mbo’ehára ombojehe’a umi temimo’ã umi haihára jerovia’ỹva rehegua. Péicha ha’ekuéra oñotỹ ñana vai umi mitãrusu kuéra akãme. Ha’ekuéra omombe’u temimo’ã ndojehechaukái va’erã mitãrusúpe térã tuja ha mitãvape, araka’eve noñemoĩri hag̃ua ohecha mba’eichagua ñemitỹpa hikuái oñotỹ, térã pe ñemono’õ oguerava’erãtava’ekue ko resultado ramo.” Review and Herald, 3 de julio,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 — Papapy 50</dc:title>
  <dc:subject>Ojepe’a hag̃ua umi Mba’e Kañymby Maranduhára rehegua Daniel 8-pe: Palmoni Revelación</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