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Mokõipa peteĩ hag̃ua peteĩ</w:t>
      </w:r>
    </w:p>
    <w:p>
      <w:pPr>
        <w:pStyle w:val="ArticleSubtitle"/>
        <w:jc w:val="left"/>
      </w:pPr>
      <w:r>
        <w:rPr>
          <w:rFonts w:ascii="Arial" w:hAnsi="Arial" w:eastAsia="Arial" w:cs="Arial"/>
        </w:rPr>
        <w:t>Palmoni: Ojehechakuaa hag̃ua Araka’e ha Ñe’ẽ Rembiguai Guasu Daniel ha Apocalipsis-pe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Pe “marangatu peteĩ” oñeʼẽva Daniel capítulo ochope, umi versíkulo trece ha catorcepe, haʼe Cristo Palmoni ramo. Pe lívro Apocalípsispe, Cristo ojehechauka Alfa ha Omega ramo; ha upéva, ambue añetegua hechapyrã apytépe, ohechauka Cristo haʼeha pe Ñeʼẽnguéra Aranduete; ha oñondive umi lívro Daniel ha Apocalípsis orepresenta Cristo-pe Arakaʼe rehegua ha ñeʼẽ rehegua Jára ramo. Ohasa yvypóra katupyrykuéra ikatu hag̃uáicha oikũmby pe mbaʼérepa ha mboy pypukupe heʼise Cristo, Palmoni ramo (Ñemimby Papahára), omoñepyrũha upe heko tee reko peteĩva umi mokõi versíkulo omoĩva Adventismo pe ijyta guasu mbytépe; hákatu umi ñemimby pe Ñemimby Papahára oiporavóva oikuaauka hag̃ua haʼe ñande rembiapo jahechakuaa ha ñañangareko hesekuéra.</w:t>
      </w:r>
    </w:p>
    <w:p>
      <w:pPr>
        <w:pStyle w:val="ArticleScripture"/>
        <w:jc w:val="left"/>
      </w:pPr>
      <w:r>
        <w:rPr>
          <w:rFonts w:ascii="Times New Roman" w:hAnsi="Times New Roman" w:eastAsia="Times New Roman" w:cs="Times New Roman"/>
        </w:rPr>
        <w:t>Umi mba’e kañymby niko pe Ñandejára ñande Jára mba’e; ha umi mba’e ojehechaukáva katu ñande ha ñande ra’ykuérape guarã opa ára g̃uarã, jajapo hag̃ua ko léi ñe’ẽnguéra maymáva. Deuteronomio 29:29.</w:t>
      </w:r>
    </w:p>
    <w:p>
      <w:pPr>
        <w:pStyle w:val="ArticleBody"/>
        <w:jc w:val="left"/>
      </w:pPr>
      <w:r>
        <w:rPr>
          <w:rFonts w:ascii="Times New Roman" w:hAnsi="Times New Roman" w:eastAsia="Times New Roman" w:cs="Times New Roman"/>
        </w:rPr>
        <w:t>Peteĩ mba’e ñemimby ojehechauka va’ekue ha’eha Ñemboipapahára Ñemimbygua (Palmoni), ha’eha upe “santo oñe’ẽva’ekue”, ha mokõi versíkulo-pe Ha’e ojekuaaukahápe ijehe, ojehechauka Adventismo rembiapokue mbytépe oĩva. Umi mokõi versíkulo-pe pe Ñemboipapahára Porãite ohechauka pe “tuichave hag̃ua arandu” Ha’e, Judá ñemoñare León ramo, omboja’o’ỹva’ekue ary 1798-pe. Umi mokõi versíkulo-pe, umi ita jeguaka Miller kerayvotýgui, ohechaukáva pe “tuichave hag̃ua arandu”, Palmoni po jeguata rupive, oñemoherakuã Habacuc mokõi tabla ári.</w:t>
      </w:r>
    </w:p>
    <w:p>
      <w:pPr>
        <w:pStyle w:val="ArticleScripture"/>
        <w:jc w:val="left"/>
      </w:pPr>
      <w:r>
        <w:rPr>
          <w:rFonts w:ascii="Times New Roman" w:hAnsi="Times New Roman" w:eastAsia="Times New Roman" w:cs="Times New Roman"/>
        </w:rPr>
        <w:t>Upéi ahendu peteĩ marangatu oñe’ẽha, ha ambue marangatu he’i upe marangatu oñe’ẽvape: Mboy araka’e peve piko pe visión pe sacrificio ára ha ára rehegua, ha pe mba’e vai oporomombyrýva, ome’ẽ hag̃uáicha mokõivéva pe santuario ha pe ehérsito oñemboguata hag̃ua hi’ári? Ha ha’e he’i chéve: Mokõi mil trescientos ára peve; upéi pe santuario oñemopotĩta. Daniel 8:13, 14.</w:t>
      </w:r>
    </w:p>
    <w:p>
      <w:pPr>
        <w:pStyle w:val="ArticleBody"/>
        <w:jc w:val="left"/>
      </w:pPr>
      <w:r>
        <w:rPr>
          <w:rFonts w:ascii="Times New Roman" w:hAnsi="Times New Roman" w:eastAsia="Times New Roman" w:cs="Times New Roman"/>
        </w:rPr>
        <w:t>Daniel orresivi rire profetiséva umi rréino rehegua marandu Bíblianpegua, ha upéi ohendúvo pe ñomongeta yvágagui versíkulo trece ha catorce-pe, oheka ontende hag̃ua pe “visión”.</w:t>
      </w:r>
    </w:p>
    <w:p>
      <w:pPr>
        <w:pStyle w:val="ArticleScripture"/>
        <w:jc w:val="left"/>
      </w:pPr>
      <w:r>
        <w:rPr>
          <w:rFonts w:ascii="Times New Roman" w:hAnsi="Times New Roman" w:eastAsia="Times New Roman" w:cs="Times New Roman"/>
        </w:rPr>
        <w:t>Ha oikóvo peteĩ árape, che, che Daniel, ahechávo pe visión ha aheka hag̃ua he’iséva, upérõ, péina ápe, oñembo’y che renondépe peteĩ ojehecháva kuimba’éicha. Ha ahendu peteĩ kuimba’e ñe’ẽ Ulai rembe’ỹ mbytépe, osapukáiva ha he’íva: Gabriel, emboikuaa ko kuimba’épe pe visión. Daniel 8:15, 16.</w:t>
      </w:r>
    </w:p>
    <w:p>
      <w:pPr>
        <w:pStyle w:val="ArticleBody"/>
        <w:jc w:val="left"/>
      </w:pPr>
      <w:r>
        <w:rPr>
          <w:rFonts w:ascii="Times New Roman" w:hAnsi="Times New Roman" w:eastAsia="Times New Roman" w:cs="Times New Roman"/>
        </w:rPr>
        <w:t>Pe “visión” Daniel ohekase hag̃ua ha’e pe visión “chazon”, ha pe visión “mareh” katu, Gabriel oñemanda hag̃ua omboikuaa Daniel-pe. Opa mba’e oguereko iñimportánsia, ha ko mba’e ndojehechakuaáiramo, pe pasajehápe oñemopu’ãva ha pe iñapopyrã oñehundi hag̃uaetépe. Versíkulo quince-pe, Daniel ohekase jave ontende hag̃ua pe visión “chazon”, pe “mareh” oñemokañy, upéicharõ jepe ojehechauka gueteri; mba’ére piko “kuimba’e joguahaicha” (Gabriel) rehe, pe ñe’ẽ hebreo “mareh” oñembohasa “joguaha” ramo. Versíkulo quince-pe mokõi ñe’ẽ oñembohasava’ekue “visión” ramo ojehechauka mokõivéva. Daniel, versíkulo quince-pe, oheka ontende hag̃ua pe “chazon”, ha Palmoni omanda Gabriel-pe, versíkulo dieciséis-pe, omboikuaa hag̃ua Daniel-pe pe “mareh.” Ko’ã mokõi versíkulo apopyrã ojejapo hag̃uáicha voi, ha omomba’eguasu pe joaju ha pe joavy oĩva ko mokõi ñe’ẽ apytépe.</w:t>
      </w:r>
    </w:p>
    <w:p>
      <w:pPr>
        <w:pStyle w:val="ArticleBody"/>
        <w:jc w:val="left"/>
      </w:pPr>
      <w:r>
        <w:rPr>
          <w:rFonts w:ascii="Times New Roman" w:hAnsi="Times New Roman" w:eastAsia="Times New Roman" w:cs="Times New Roman"/>
        </w:rPr>
        <w:t>Ha’e Palmoni pe omanda Gabriel-pe ombojekuaa hag̃ua Daniel-pe pe “mareh”, mba’érepa pe omandáva Gabriel-pe ha’e pe oĩva y ári, ha Gabriel ohendu Iñe’ẽ, “kuimba’e ñe’ẽ Ulai rembe’ykuéra apytépe”. Ha’e pe ysyry Ulai pe osyrýva rembe’ykuéra apytépe, ha ha’e Cristo pe oĩva y ári Ñandejára Ñe’ẽme. Oñemoirũvo upe añetegua rehe, oĩ avei pe añetegua Cristo, arcángel ramo, ha’eha pe omandáva umi ánhelpe. Pe ñe’ẽ rembe’ykuéra apytépe, ha’e pe ñe’ẽ “upe marangatúpe” versíkulo trece-pe, ha ha’e Iñe’ẽ pe omandáva Gabriel-pe ombojekuaa hag̃ua Daniel-pe pe visión “mareh”. Daniel capítulo doce-pe, Cristo jey oĩ ysyry rembe’ykuéra apytépe. Capítulo doce-pe ha’e oñemonde línope, ha oñe’ẽ hag̃ua jurádo rupi pe oikovéva opa ára guarã rehe.</w:t>
      </w:r>
    </w:p>
    <w:p>
      <w:pPr>
        <w:pStyle w:val="ArticleScripture"/>
        <w:jc w:val="left"/>
      </w:pPr>
      <w:r>
        <w:rPr>
          <w:rFonts w:ascii="Times New Roman" w:hAnsi="Times New Roman" w:eastAsia="Times New Roman" w:cs="Times New Roman"/>
        </w:rPr>
        <w:t>Ha nde, Daniel, emboty ñe’ẽnguéra ha emosêllo pe kuatiañe’ẽ paha ára peve: heta oikéta ápe ha pépe, ha arandu okakuaavéta. Upéi che, Daniel, ama’ẽ, ha péina ápe, oĩ ambue mokõi, peteĩ ysyry rembe’y ko gotyo, ha ambue pe ysyry rembe’y amo gotyo. Ha peteĩ he’i pe kuimba’épe ao líno-gui omondevape, pe oĩvape ysyry y ári: Mboy araka’e peve piko oikóta ko’ã mba’e hechapyrãva paha? Ha ahendu pe kuimba’e ao líno-gui omondevape, pe oĩvape ysyry y ári, omopu’ãvo ipo akatúa ha ipo asu yvágape, ha oñe’ẽme’ẽ Aquel oikovéva opa ára g̃uarã rérape, he’ívo kóva oikótaha peteĩ ára, mokõi ára ha mbyte; ha ojapopa rire omosarambívo tavayguakuéra marangatu mbarete, opa ko’ã mba’e oñemohu’ãta. Daniel 12:4–7.</w:t>
      </w:r>
    </w:p>
    <w:p>
      <w:pPr>
        <w:pStyle w:val="ArticleBody"/>
        <w:jc w:val="left"/>
      </w:pPr>
      <w:r>
        <w:rPr>
          <w:rFonts w:ascii="Times New Roman" w:hAnsi="Times New Roman" w:eastAsia="Times New Roman" w:cs="Times New Roman"/>
        </w:rPr>
        <w:t>Pe Kuimba'e oñemonde va'ekue “ao líno-gui, ha oĩ va'ekue ysyrype y ári”, “omopu'ã Ipo akatúa ha Ipo asu yvágare, ha oura pe Oikovévare opa ára guarã rérape”; ha Ha'e hína upe Kuimba'e peteĩteĩva, pe capítulo ocho-pe omandáva Gabriélpe. Apocalipsis capítulo diez-pe, Cristo avei omopu'ã Ipo ha oura pe Oikovéva opa ára guarã rérape, péro upépe oĩ oñembo'y hag̃ua mokõivéva, y ári ha yvy ári.</w:t>
      </w:r>
    </w:p>
    <w:p>
      <w:pPr>
        <w:pStyle w:val="ArticleScripture"/>
        <w:jc w:val="left"/>
      </w:pPr>
      <w:r>
        <w:rPr>
          <w:rFonts w:ascii="Times New Roman" w:hAnsi="Times New Roman" w:eastAsia="Times New Roman" w:cs="Times New Roman"/>
        </w:rPr>
        <w:t>Ha pe ánhel ahecha vaekue oñembo'ýva yguasu ári ha yvy ári, omopu'ã ipo yvága gotyo, ha ojurahéi upe oikovéva opa ára g̃uarã, ojapóva yvága ha opa mba'e ipype oĩva, yvy ha opa mba'e ipype oĩva, ha yguasu ha opa mba'e ipype oĩva rehe, ndaiporimo'ãveiha ára. Apocalipsis 10:5, 6.</w:t>
      </w:r>
    </w:p>
    <w:p>
      <w:pPr>
        <w:pStyle w:val="ArticleBody"/>
        <w:jc w:val="left"/>
      </w:pPr>
      <w:r>
        <w:rPr>
          <w:rFonts w:ascii="Times New Roman" w:hAnsi="Times New Roman" w:eastAsia="Times New Roman" w:cs="Times New Roman"/>
        </w:rPr>
        <w:t>Pe ánhel mbarete oĩva Revelación kapítulo diez-pe ha’e Palmoni, pe oñe’ẽ vaʼekue Gabriel ndive ysyry rembe’y mbytépe kapítulo ocho-pe, ha omombeʼu vaʼekue arakaʼépa oikóta pe “opa” umi “mbaʼe hechapyrãva” kapítulo doce-pe. Revelación kapítulo diez-pe, Haʼe hína pe osapukái vaʼekue peteĩ “león”-icha; péicha rupi upépe ojehechauka chupe Judá ñemoñare León ramo.</w:t>
      </w:r>
    </w:p>
    <w:p>
      <w:pPr>
        <w:pStyle w:val="ArticleScripture"/>
        <w:jc w:val="left"/>
      </w:pPr>
      <w:r>
        <w:rPr>
          <w:rFonts w:ascii="Times New Roman" w:hAnsi="Times New Roman" w:eastAsia="Times New Roman" w:cs="Times New Roman"/>
        </w:rPr>
        <w:t>Ha peteĩva umi myakãhára he’i chéve: Ani rejahe’o; péina, pe León Judá ñemoñaregua, David Rapo, ipu’akáma hag̃ua oipe’a hag̃ua pe kuatiañe’ẽryru ha omboja hag̃ua umi siete sellokuéra orekóva. Ha ahecha, ha péina, pe tróno mbytépe ha umi irundy tekove mbytépe, ha umi myakãhára mbytépe, oĩ peteĩ Ovecha Ra’y ojejukávaicha, oguerekóva siete hatĩ ha siete tesa, umíva hína umi siete Tupã Espíritu oñemondóva opa yvy ape ári. Ha ha’e ou ha ojapyhy pe kuatiañe’ẽryru upe oguapýva pe tróno ári akatúa póguio. Apocalipsis 5:5–7.</w:t>
      </w:r>
    </w:p>
    <w:p>
      <w:pPr>
        <w:pStyle w:val="ArticleBody"/>
        <w:jc w:val="left"/>
      </w:pPr>
      <w:r>
        <w:rPr>
          <w:rFonts w:ascii="Times New Roman" w:hAnsi="Times New Roman" w:eastAsia="Times New Roman" w:cs="Times New Roman"/>
        </w:rPr>
        <w:t>Judá ñemoñareguasu León ramo, Cristo ha’e pe Ovecha Ra’y ipu’akapáva oipe’a hag̃ua pe kuatiañe’ẽ oñembotýva’ekue siete sello reheve. Taha’e oguata y ári libro de Daniel-pe, térã oguereko peteĩ ipy para ári ha ambue yvy ári Apocalipsis-pe, peteĩteĩ umi ta’ãnga profétikava oñembojoaju ára profético ndive. Ha Judá ñemoñareguasu León ramo, Cristo mokõivéva omboty ha oipe’a jey Iñe’ẽ. Oñemboty haguéicha libro de Daniel, upéicha avei omboty umi siete trueno Apocalipsis kapítulo diez-pe.</w:t>
      </w:r>
    </w:p>
    <w:p>
      <w:pPr>
        <w:pStyle w:val="ArticleScripture"/>
        <w:jc w:val="left"/>
      </w:pPr>
      <w:r>
        <w:rPr>
          <w:rFonts w:ascii="Times New Roman" w:hAnsi="Times New Roman" w:eastAsia="Times New Roman" w:cs="Times New Roman"/>
        </w:rPr>
        <w:t>“Pe ánhel mbarete ombo’éva’ekue Juápe ndaha’éi peteĩ tapicha ambuéva Jesucristo-gui. Omoĩvo Ipy akatúa y ári, ha Ipy asu yvy pirúre, ohechauka mba’e tembiapoha orekóva umi escena paha-pe pe ñorairõ guasu Satanás ndive rehegua. Ko tenda ohechauka Ipu’aka guasu ha Ijapoukapy yvate opa ko yvy ape ári. Pe ñorairõ oguerekove mbareteve ha ñemopyenda hatãve ára pukukue javeve, ha péicha osegíta umi escena pahakue peve, ñepyrũrã umi pytũmby pokatu rembiapo katupyry oguahẽta ihyvatevévape. Satanás, oñembojoajúvo kuimba’e hembiapo vaíndive, ombotavýta opa ko yvy ape ha umi tupao ndojapysakáiva añetegua mborayhúre. Péro pe ánhel mbarete ojerure oñeñatende hese. Osapukái ñe’ẽ hatãme. Ha’e ohechaukava’erã Iñe’ẽ pu’aka ha Ijapoukapy umi oñembojoajúva Satanás ndive oñemoĩ hag̃ua añeteguáre.”</w:t>
      </w:r>
    </w:p>
    <w:p>
      <w:pPr>
        <w:pStyle w:val="ArticleScripture"/>
        <w:jc w:val="left"/>
      </w:pPr>
      <w:r>
        <w:rPr>
          <w:rFonts w:ascii="Times New Roman" w:hAnsi="Times New Roman" w:eastAsia="Times New Roman" w:cs="Times New Roman"/>
        </w:rPr>
        <w:t>“Ko'ã siete araverá osẽ rire iñe'ẽnguéra, pe tembiapoukapy ou Juan-pe Daniel-pe guaréicha pe kuatia'i rehegua: ‘Emboty umi mba'e siete araverá he'íva.’ Ko'ãva oñe'ẽ umi mba'e oikótavare, ojekuaátava hi'árape. Daniel opytáta ilótepe ára paha peve. Juan ohecha pe kuatia'i ojepe'áva. Upérõ Daniel marandu porãitekuéra oguereko hendatee pe marandu peteĩha, mokõiha ha mbohapyha ángel reheguápe, oñeme'ẽva'erã yvy ape ári. Pe kuatia'i jepe'a ha'eva'ekue pe marandu ára rehegua.”</w:t>
      </w:r>
    </w:p>
    <w:p>
      <w:pPr>
        <w:pStyle w:val="ArticleScripture"/>
        <w:jc w:val="left"/>
      </w:pPr>
      <w:r>
        <w:rPr>
          <w:rFonts w:ascii="Times New Roman" w:hAnsi="Times New Roman" w:eastAsia="Times New Roman" w:cs="Times New Roman"/>
        </w:rPr>
        <w:t>“Daniel ha Apocalipsis kuatiakuéra peteĩnte hína. Peteĩva ha’e peteĩ profesía, ambue katu peteĩ revelación; peteĩva ha’e peteĩ kuatiañe’ẽ oñembotypyréva, ambue katu peteĩ kuatiañe’ẽ ojepe’áva. Juan ohendu umi misterio umi arapu’i he’íva, ha katu oñemanda chupe ani hag̃ua ohai umíva.”</w:t>
      </w:r>
    </w:p>
    <w:p>
      <w:pPr>
        <w:pStyle w:val="ArticleScripture"/>
        <w:jc w:val="left"/>
      </w:pPr>
      <w:r>
        <w:rPr>
          <w:rFonts w:ascii="Times New Roman" w:hAnsi="Times New Roman" w:eastAsia="Times New Roman" w:cs="Times New Roman"/>
        </w:rPr>
        <w:t>“Pe tesape especial oñeme'ẽ va'ekue Juánpe ha oñemombe'u va'ekue umi siete truénorupi, ha'e va'ekue peteĩ descripción umi mba'e oikótava rehegua pe primer ha segundo ángel marandu guýpe.” The Seventh-day Adventist Bible Commentary, volúmen 7, 971.</w:t>
      </w:r>
    </w:p>
    <w:p>
      <w:pPr>
        <w:pStyle w:val="ArticleBody"/>
        <w:jc w:val="left"/>
      </w:pPr>
      <w:r>
        <w:rPr>
          <w:rFonts w:ascii="Times New Roman" w:hAnsi="Times New Roman" w:eastAsia="Times New Roman" w:cs="Times New Roman"/>
        </w:rPr>
        <w:t>Cristo, oñerepresentáva Palmoni ramo, pe Kuimba'e capítulos ocho ha doce-pe, oĩva y ári, ha'e avei pe ánhel mbarete oguerekóva pe lívro michĩ ipope. Ha'e hína pe León Judá ñemoñaregua, omoĩva sello ha oipe'áva sello Iñe'ẽme, ha Ha'e voi pe omandáva Gabriel-pe, pórke Ha'e hína Miguel, pe arcángel.</w:t>
      </w:r>
    </w:p>
    <w:p>
      <w:pPr>
        <w:pStyle w:val="ArticleScripture"/>
        <w:jc w:val="left"/>
      </w:pPr>
      <w:r>
        <w:rPr>
          <w:rFonts w:ascii="Times New Roman" w:hAnsi="Times New Roman" w:eastAsia="Times New Roman" w:cs="Times New Roman"/>
        </w:rPr>
        <w:t>Ha katu Miguel arcángel, oñorairõrõ guare Aña ndive ha oñeʼẽ joa Moisés rete rehe, ndopyʼaguasúi omoĩ hag̃ua hese ñeʼẽ vai ñembojaʼo rehegua, síno heʼi: Ñandejára tomeʼẽ nde rovake ñemongyhyje. Judas 1:9.</w:t>
      </w:r>
    </w:p>
    <w:p>
      <w:pPr>
        <w:pStyle w:val="ArticleBody"/>
        <w:jc w:val="left"/>
      </w:pPr>
      <w:r>
        <w:rPr>
          <w:rFonts w:ascii="Times New Roman" w:hAnsi="Times New Roman" w:eastAsia="Times New Roman" w:cs="Times New Roman"/>
        </w:rPr>
        <w:t>Miguel ha’e Cristo réra, ha upe téra ohechauka Ha’eha mburuvicha ndaha’éi umi ánhel rehe año, ha’e avei pe oguerekóva pu’aka omopu’ã jeývo omanóva. Pe téra Miguel he’ise “mávapa Ñandejáraicha”. Nabucodonosor ohechárõ guare peteĩ ojoguáva Ñandejára Ra’ype tatakuápe umi mbohapy kuimba’e jeroviapýndi ndive, ohecha va’ekue Miguelpe. Ha pe arcángel Miguel avei ha’e Ñandejára retayguakuéra ruvicha, ha’e va’ekue pe michĩva pagáno Róma pegua oñembotuicháva hesekuéra kurusúre, oñekumpli hag̃ua Daniel kapítulo poapy, versíkulo once-pe.</w:t>
      </w:r>
    </w:p>
    <w:p>
      <w:pPr>
        <w:pStyle w:val="ArticleScripture"/>
        <w:jc w:val="left"/>
      </w:pPr>
      <w:r>
        <w:rPr>
          <w:rFonts w:ascii="Times New Roman" w:hAnsi="Times New Roman" w:eastAsia="Times New Roman" w:cs="Times New Roman"/>
        </w:rPr>
        <w:t>Ha che aikuaaukáta ndéve upe ojehaíva añetegua kuatiañe’ẽme; ha ndaipóri avave oĩva che ykére koʼã mbaʼépe, ndahaʼéiramo Miguel, pene ruvicha. Daniel 10:21.</w:t>
      </w:r>
    </w:p>
    <w:p>
      <w:pPr>
        <w:pStyle w:val="ArticleBody"/>
        <w:jc w:val="left"/>
      </w:pPr>
      <w:r>
        <w:rPr>
          <w:rFonts w:ascii="Times New Roman" w:hAnsi="Times New Roman" w:eastAsia="Times New Roman" w:cs="Times New Roman"/>
        </w:rPr>
        <w:t>Miguel niko omanda umi ánhelpe, omoingove jeýva omanóva kuérape ha odesidíva araka’épa oñembotyta pe tiempo de gracia.</w:t>
      </w:r>
    </w:p>
    <w:p>
      <w:pPr>
        <w:pStyle w:val="ArticleScripture"/>
        <w:jc w:val="left"/>
      </w:pPr>
      <w:r>
        <w:rPr>
          <w:rFonts w:ascii="Times New Roman" w:hAnsi="Times New Roman" w:eastAsia="Times New Roman" w:cs="Times New Roman"/>
        </w:rPr>
        <w:t>“‘Ha upe árape Miguel opu'ãta, pe mburuvicha guasu oñembo'ýva ne retãyguakuéra rehehápe: ha oikóta peteĩ jehasa asy araka'eve ndojejuhúiva peteĩ tetã oĩ haguére guive pe ára peve: ha upe árape ne retãyguakuéra oñesalváta, opaite ojejuhúva ojehai va'ekue pe kuatiañe'ẽme.’ Ko jehasa asy ára oguahẽ vove, opaite káso oñembopyahu'ỹre oñemohu'ãma; ndaipóri véima tiempo de gracia, ndaipóri véima poriahuvereko umi noñembyasýivape g̃uarã. Tupã oikovéva sello oĩ Itavayguakuéra ári. Ko michĩmi hembýva, ndaikatúiva oñedefende ijehegui pe ñorairõ vaietereívape umi yvy pokatu ndive, umi oñembyatyva'ekue dragón aty rupi, ojapo Tupãgui idéfensa. Pe decreto oñeme'ẽma pe mburuvicha guasu yvy arigua ijyvatevévagui, ha'éva omomba'e va'erãha pe mymba ha orresivi va'erãha imarca ñembyahýi ha jejukápe guarã. ¡Tupã toipytyvõ Itavayguakuérape ko'ág̃a, mba'ére piko upérõ ikatúta ojapo hikuái peteĩ ñorairõ vaietéva péichape Ipytyvõ'ỹre!” Testimonies, volumen 5, 212.</w:t>
      </w:r>
    </w:p>
    <w:p>
      <w:pPr>
        <w:pStyle w:val="ArticleBody"/>
        <w:jc w:val="left"/>
      </w:pPr>
      <w:r>
        <w:rPr>
          <w:rFonts w:ascii="Times New Roman" w:hAnsi="Times New Roman" w:eastAsia="Times New Roman" w:cs="Times New Roman"/>
        </w:rPr>
        <w:t>Pe mba’e ñemi paha Judas ñemoñare León oipe’áva hína Jesucristo Revelación, ha upépe oike avei ha’eha oñangarekóva ha oguerekóva ipope pe diseño ha pe estructura opaite elemento Iñe’ẽ profético rehegua. Pe Kuimba’e ao líno pegua reheve, oñembo’ýva y ári, omopu’ãva ipo ha oñe’ẽva juraméntope pe Oikovéva opa ára g̃uarã rérape, ha osapukáiva peteĩ Leónicha, upéva ojapóva siete trueno omosẽ hag̃ua ijayvu, ha’e pe oselláva Daniel kuatiañe’ẽ ha oselláva siete trueno Revelación pegua. Ha’e voi pe oipe’áva pe kuatiañe’ẽ oñeselláva siete sellópe, pe oguerekóva pu’aka omoingove jeývo, ha pe Príncipe guasu opu’ãva ha omombe’úva pe gracia ára paha. Palmoni omanda ramo Gabrielpe omoĩ hag̃ua Daniel oikuaa hag̃ua pe visión “mareh”, he’ise kuri upe mba’e voi.</w:t>
      </w:r>
    </w:p>
    <w:p>
      <w:pPr>
        <w:pStyle w:val="ArticleBody"/>
        <w:jc w:val="left"/>
      </w:pPr>
      <w:r>
        <w:rPr>
          <w:rFonts w:ascii="Times New Roman" w:hAnsi="Times New Roman" w:eastAsia="Times New Roman" w:cs="Times New Roman"/>
        </w:rPr>
        <w:t>Ndojapói Gabrielpe omoikũmby hag̃ua Daniélpe pe visión “chazón”. Pe visión “chazón” ha’e pe visión umi rréino profecía bíblicagui oĩva Daniel capítulo ocho-pe, versículo peteĩ guive doce peve, ha avei ha’e pe “visión” oñeñe’ẽha hese versículo trece-pe, peteĩ porandúpe ipukukue rehegua. “Mboy araka’e peve piko pe visión?” Pe visión “chazón” oñe’ẽ umi pokatu omboguejýva opa mba’e ára ha ára (paganismo) ha pe transgresión (papalismo) rehe, umi ombyaíva ha ombojere vaíva pe santuario ha pe aty.</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pevepa pe visión oñeʼẽva pe sacrificio ára ha ára rehe, ha pe ñembyai oporomombyrýva rehe, oñemeʼẽ hag̃uáicha mokõivéva pe santuario ha pe ehérsito oñemboguejy hag̃ua py guýpe? Daniel 8:13.</w:t>
      </w:r>
    </w:p>
    <w:p>
      <w:pPr>
        <w:pStyle w:val="ArticleBody"/>
        <w:jc w:val="left"/>
      </w:pPr>
      <w:r>
        <w:rPr>
          <w:rFonts w:ascii="Times New Roman" w:hAnsi="Times New Roman" w:eastAsia="Times New Roman" w:cs="Times New Roman"/>
        </w:rPr>
        <w:t>Cristo, Palmoni ramo (Pe Momba’epyrã Aranduetereiha), oñeporanduhápe chupe “mboy araka’e peve” pe visión “chazon”, ha ha’e ombohovái: “mokõi mil trescientos ára peve; upéi pe santuario oñemopotĩta.” Upérõ Daniel oipotaiterei oikũmby pe visión “chazon” oñe’ẽva “pe sacrificio ára ha ára rehe, ha pe ñembohovái ñehundi rehegua, oñeme’ẽ hag̃ua mokõivéva pe santuario ha pe ehérsito oñembohasávo ipy guýpe.” Ha Gabriel oñembokuatia Daniel-pe omboikũmby hag̃ua pe visión “mareh”. Opaite mba’e oreko imba’eporã Tupã Ñe’ẽme. Pe visión “mareh” ha’e hína pe visión ka’aru ha pyhareve rehegua oñemombe’úva versículo veintiséis-pe.</w:t>
      </w:r>
    </w:p>
    <w:p>
      <w:pPr>
        <w:pStyle w:val="ArticleScripture"/>
        <w:jc w:val="left"/>
      </w:pPr>
      <w:r>
        <w:rPr>
          <w:rFonts w:ascii="Times New Roman" w:hAnsi="Times New Roman" w:eastAsia="Times New Roman" w:cs="Times New Roman"/>
        </w:rPr>
        <w:t>Ha pe visión pyharegua ha ko’ẽgua oñemombeʼúva añete; upévare emboty pe visión; pórke oikóta heta ára hag̃ua. Daniel 8:26.</w:t>
      </w:r>
    </w:p>
    <w:p>
      <w:pPr>
        <w:pStyle w:val="ArticleBody"/>
        <w:jc w:val="left"/>
      </w:pPr>
      <w:r>
        <w:rPr>
          <w:rFonts w:ascii="Times New Roman" w:hAnsi="Times New Roman" w:eastAsia="Times New Roman" w:cs="Times New Roman"/>
        </w:rPr>
        <w:t>Pe ñe’ẽ “visión” oñemombe’u mokõi jey pe versículo-pe. Pe peteĩha ñe’ẽjoaju ha’e pe visión “mareh” ha pe mokõiha ha’e pe visión “chazon”. Pe visión “mareh” ha’e pe visión “ka’aru ha pyharevekuéra” rehegua. Pe ñe’ẽjoaju hebreo “ka’aru ha pyharevekuéra” ojejuhu jepi la Biblia-pe, ha akóinte oñembohasa “ka’aru ha pyharevekuéra” ramo, oĩháicha versículo mokõipa poteĩhápe. Pe añoite hendápe la Biblia-pe oñembohasa hag̃ua iñambuéva “ka’aru ha pyharevekuéra” gui, ha’e versículo irundyhapápe, upépe oñembohasa hag̃uáicha simplemente “ára”. Pe hebreo añetegua versículo irundyhapegua he’íta: “Mokõi mil trescientos ka’aru ha pyhareve peve.”</w:t>
      </w:r>
    </w:p>
    <w:p>
      <w:pPr>
        <w:pStyle w:val="ArticleBody"/>
        <w:jc w:val="left"/>
      </w:pPr>
      <w:r>
        <w:rPr>
          <w:rFonts w:ascii="Times New Roman" w:hAnsi="Times New Roman" w:eastAsia="Times New Roman" w:cs="Times New Roman"/>
        </w:rPr>
        <w:t>Pe versíkulo oikóva Adventísmogui, ha’e pe único versíkulo Ñandejára Ñe’ẽme umi “ka’aru ha pyhareve” oñe’ẽhápe sencillamínte “ára” ramo. Opa mba’e orekómi ijoaju, ha ndaipóri ambue mba’e jepe, hesakã porã Palmoni oĩ hague oĩ hag̃ua ohechauka hag̃ua pe versíkulo. Ha’e ojapo upéva omboguatávo umi ombohasáva’ekue pe Biblia King James-pe ikangy hag̃ua iñakãme ohai hag̃ua pe ñe’ẽjoaju ambue hendáicha, ndaha’éi pe oñeháiháicha tapiaite iñe’ẽme. Pe mba’e ojehupytýva ko añetegua-gui ha’e kóva: araka’eve Gabriel-pe oñehenói hag̃ua ombojekuaa Daniel-pe pe visión “mareh”, oñehenóihína chupe ombojekuaa hag̃ua Daniel-pe pe visión pe jehechauka rehegua 1844-pe, ha ndaha’éi pe visión “chazon” pe santuario ha pe ehérsito oñemboitýva ha oñemomichĩva rehegua.</w:t>
      </w:r>
    </w:p>
    <w:p>
      <w:pPr>
        <w:pStyle w:val="ArticleBody"/>
        <w:jc w:val="left"/>
      </w:pPr>
      <w:r>
        <w:rPr>
          <w:rFonts w:ascii="Times New Roman" w:hAnsi="Times New Roman" w:eastAsia="Times New Roman" w:cs="Times New Roman"/>
        </w:rPr>
        <w:t>Pe visión umi “ka’aru ha pyharevekuéra” rehegua ha’e peteĩ jejekuaa ojehuva’ekue pe ñemopotĩ ñepyrũrõ guare pe santuariope 22 jasypa, 1844-pe. Pe visión pe jejekuaa rehegua 22 jasypa, 1844-pe ndaha’éi pe santuario ñemboyke ha ñemongu’e rehegua, síno pe santuario ñemopotĩ rehegua. ¿Oĩpa ra’e peteĩ jejekuaa profético upe árape?</w:t>
      </w:r>
    </w:p>
    <w:p>
      <w:pPr>
        <w:pStyle w:val="ArticleScripture"/>
        <w:jc w:val="left"/>
      </w:pPr>
      <w:r>
        <w:rPr>
          <w:rFonts w:ascii="Times New Roman" w:hAnsi="Times New Roman" w:eastAsia="Times New Roman" w:cs="Times New Roman"/>
        </w:rPr>
        <w:t>“Cristo ou ramóvo ñande pa’i guasu ramo pe tenda-marangatúvévape, pe santuario ñemopotĩrã rehehápe, ojehechaukaháicha Daniel 8:14-pe; pe Yvypóra Ra’y ouha pe Ymaguaréva Ára-kuérape, ojehechaukaháicha Daniel 7:13-pe; ha pe Ñandejára ouha Itémplope, omomarandúva’ekue Malaquías, ha’e peteĩteĩva ñemombe’u peteĩchagua mba’e oikóva rehegua; ha kóva avei ojehechauka pe novio ou ramo pe ñemendahápe, Cristo omombe’uháicha pe techapyrã diez virgenes rehegua, Mateo 25-pe.” The Great Controversy, 426.</w:t>
      </w:r>
    </w:p>
    <w:p>
      <w:pPr>
        <w:pStyle w:val="ArticleBody"/>
        <w:jc w:val="left"/>
      </w:pPr>
      <w:r>
        <w:rPr>
          <w:rFonts w:ascii="Times New Roman" w:hAnsi="Times New Roman" w:eastAsia="Times New Roman" w:cs="Times New Roman"/>
        </w:rPr>
        <w:t>Gabriel oñembo’e hag̃ua Daniel oikũmby hag̃ua Cristo jehechauka profética Itupãópe 22 jasypa 1844-pe. Upévare, Gabriel ome’ẽ Daniel-pe peteĩ mokõiha testígo pe ára 22 jasypa 1844 rehegua, Gabriel oguerahágui opa umi autor bíblico ombohýiva oimeraẽichagua pe principio bíblico ohechaukáva añetegua oñemopyendaha mokõi testígo ñe’ẽ rehe. Gabriel rembiaporãrõ Daniel oikũmby hag̃ua 22 jasypa 1844, tekotevẽta kuri peteĩ mokõiha testígo omoañete hag̃ua “pe visión jehechauka rehegua.”</w:t>
      </w:r>
    </w:p>
    <w:p>
      <w:pPr>
        <w:pStyle w:val="ArticleBody"/>
        <w:jc w:val="left"/>
      </w:pPr>
      <w:r>
        <w:rPr>
          <w:rFonts w:ascii="Times New Roman" w:hAnsi="Times New Roman" w:eastAsia="Times New Roman" w:cs="Times New Roman"/>
        </w:rPr>
        <w:t>Gabriel oñepyrũ hembiapo ombohováivo raẽ Daniel rembipota oikuaa hag̃ua pe visión “chazon”, ha ojapo upéva ohechauka rupi pe visión “chazon” ha’eha pe visión oñemohu’ãva “ára pahápe” ary 1798-pe.</w:t>
      </w:r>
    </w:p>
    <w:p>
      <w:pPr>
        <w:pStyle w:val="ArticleScripture"/>
        <w:jc w:val="left"/>
      </w:pPr>
      <w:r>
        <w:rPr>
          <w:rFonts w:ascii="Times New Roman" w:hAnsi="Times New Roman" w:eastAsia="Times New Roman" w:cs="Times New Roman"/>
        </w:rPr>
        <w:t>Upéi ahendu peteĩ kuimba’e ñe’ẽ Ulai rembe’y mbytépe, ohenóiva ha he’íva: Gabriel, ejapo ko kuimba’épe toikuaa pe visión. Upémarõ ha’e oñemboja che aimehápe; ha oguahẽvo, akyhyje ha a’a che rovái rehe; ha’e katu he’i chéve: Entende, yvypóra ra’y; pe visión niko oikóta ára paha jave. Daniel 8:16, 17.</w:t>
      </w:r>
    </w:p>
    <w:p>
      <w:pPr>
        <w:pStyle w:val="ArticleBody"/>
        <w:jc w:val="left"/>
      </w:pPr>
      <w:r>
        <w:rPr>
          <w:rFonts w:ascii="Times New Roman" w:hAnsi="Times New Roman" w:eastAsia="Times New Roman" w:cs="Times New Roman"/>
        </w:rPr>
        <w:t>Pe “visión” pe versíkulo mboyvegua, upéva hína “ára paha jave”, ha’e pe visión “chazon”, ha pe “ára paha” pe kuatia Daniel-pe niko 1798. Kóva hína pe “visión” Daniel ohekava’ekue oñentende hag̃ua, péro ndaha’éi pe “visión” Gabriel oñemandáva’ekue ojapo hag̃ua Daniel oñentende. Upévare Gabriel ome’ẽta peteĩ mokõiha testígo.</w:t>
      </w:r>
    </w:p>
    <w:p>
      <w:pPr>
        <w:pStyle w:val="ArticleScripture"/>
        <w:jc w:val="left"/>
      </w:pPr>
      <w:r>
        <w:rPr>
          <w:rFonts w:ascii="Times New Roman" w:hAnsi="Times New Roman" w:eastAsia="Times New Roman" w:cs="Times New Roman"/>
        </w:rPr>
        <w:t>Upévare ou aguahẽ che aĩhaguépe; ha oguahẽvo, akyhyje ha aity che rova yvýre; ha’e katu he’i chéve: Entende, yvypóra ra’y, pe visión niko pe ára paha pegua. Ha ha’e oñe’ẽ aja chendive, aime kuri peteĩ oke pypukúpe che rova yvýre; ha’e katu opoko cherehe ha chemopu’ã che py ári. Upéi he’i: Péina, aikuaaukáta ndéve mba’épa oikóta pe pochy pahaitepe; pe ára oñemoĩmava guive ou hag̃ua pe paha. Daniel 8:17–19.</w:t>
      </w:r>
    </w:p>
    <w:p>
      <w:pPr>
        <w:pStyle w:val="ArticleBody"/>
        <w:jc w:val="left"/>
      </w:pPr>
      <w:r>
        <w:rPr>
          <w:rFonts w:ascii="Times New Roman" w:hAnsi="Times New Roman" w:eastAsia="Times New Roman" w:cs="Times New Roman"/>
        </w:rPr>
        <w:t>Gabriel oñepyrũ hembiaporã omomarandúvo Danielpe to “ma’ẽ”, upéva he’ise Daniel ohechakuaa hag̃ua pe mba’e añetegua oúva upe rire. Pe mba’e añetegua oúva ha’e pe “pahaguéva pochy”, umi mokõi “siete jey” Levítico mokoĩpa seispe guáva, opa 1844-pe. Pe “pahaguéva pochy” ojehechauka hag̃ua hag̃ua directamente peteĩ profecía aravo rehegua ramo, oguerekógui peteĩ “ára oñemoĩmava” hag̃ua “opa”. Pe “pochy” tekotevẽ ohechauka peteĩ aravo pukukue, oguerekógui peteĩ “ára oñemoĩmava” ipahápe g̃uarã. Pe “pochy” ha’érire añoite peteĩ punto aravópe, ndoguerekomo’ãi peteĩ paha; ha’étante pe punto oiko haguépe.</w:t>
      </w:r>
    </w:p>
    <w:p>
      <w:pPr>
        <w:pStyle w:val="ArticleBody"/>
        <w:jc w:val="left"/>
      </w:pPr>
      <w:r>
        <w:rPr>
          <w:rFonts w:ascii="Times New Roman" w:hAnsi="Times New Roman" w:eastAsia="Times New Roman" w:cs="Times New Roman"/>
        </w:rPr>
        <w:t>Pe “pochy” oguereko peteĩ punto paha ojehechaukáva, upévare ohechauka peteĩ ára pukukue paha. Pe ára pukukue ojehechauka “pe pochy paha” ramo. Oĩramo peteĩ paha, upéicharõ tekotevẽ oĩ peteĩ ñepyrũgua. “Pe pochy peteĩha” ojehechauka Daniel kapítulo once-pe, ha upépe avei ha’e peteĩ ára pukukue, pórke pe papado ojapóta ha oñakãrapu’ãta pe “pochy” paha peve.</w:t>
      </w:r>
    </w:p>
    <w:p>
      <w:pPr>
        <w:pStyle w:val="ArticleScripture"/>
        <w:jc w:val="left"/>
      </w:pPr>
      <w:r>
        <w:rPr>
          <w:rFonts w:ascii="Times New Roman" w:hAnsi="Times New Roman" w:eastAsia="Times New Roman" w:cs="Times New Roman"/>
        </w:rPr>
        <w:t>Ha oĩta apytégui, umi aranduva, hoʼáta oñehaʼã hag̃ua, oñemopotĩ hag̃ua, ha oñembomorotĩ hag̃ua chupekuéra, pe ára paha peve; mbaʼérepa upéva gueteri oĩ peteĩ ára oñemohendapyrévape g̃uarã. Ha pe mburuvicha guasu ojapóta hembipota hag̃uáicha; ha omombaʼeguasúta ijehe, ha ojeguerohoryve hag̃ua opa tupã ári, ha heʼíta ñeʼẽ hechapyrãva Tupã kuéra Tupã rehe; ha oñakãrapuʼãta pe pochy oñemohuʼã peve: mbaʼérepa upe oñemohendapyréva oikóta. Daniel 11:35, 36.</w:t>
      </w:r>
    </w:p>
    <w:p>
      <w:pPr>
        <w:pStyle w:val="ArticleBody"/>
        <w:jc w:val="left"/>
      </w:pPr>
      <w:r>
        <w:rPr>
          <w:rFonts w:ascii="Times New Roman" w:hAnsi="Times New Roman" w:eastAsia="Times New Roman" w:cs="Times New Roman"/>
        </w:rPr>
        <w:t>Ko’ã mokõi versíkulope, mburuvicha guasu ojapóva oipotaháicha ha omomba’éguasúva ijehe voi ha’e pe ñe’ẽmbyrã. Versíkulo treinta y seis ha’e pe versíkulo Pablo oñe’ẽjeyha he’iséva ambuéicha, ojekuaaukávo “kuimba’e angaipa rehegua” oguapýva Tupã tupãópe ohechaukávo ijehe ha’eha Tupã. Yma Pytũmby Ára pegua jehasa asy, ary 538 guive 1798 peve, ojehechakuaa versíkulo treinta y cinco-pe, ha upéva osegi “opa ára peve”, ha’éva 1798, ha upéva pe “ára oñemoĩmava’ekue”. Upéi versíkulo treinta y seis ohechauka papado “oñakãrapu’ãtaha” “pe pochy ojejapopaitépeve”. Pe versíkulo ohechauka papado oñakãrapu’ã hague 1798 peve, upépe pe peteĩha “pochy” oñembopaitéma hague. Tupã Ñe’ẽ marandupyrépe oĩva “oñedetermináma” hague papado osegitaha mil doscientos sesenta ary aja, 1798 peve, ha’éva pe “opa ára”.</w:t>
      </w:r>
    </w:p>
    <w:p>
      <w:pPr>
        <w:pStyle w:val="ArticleBody"/>
        <w:jc w:val="left"/>
      </w:pPr>
      <w:r>
        <w:rPr>
          <w:rFonts w:ascii="Times New Roman" w:hAnsi="Times New Roman" w:eastAsia="Times New Roman" w:cs="Times New Roman"/>
        </w:rPr>
        <w:t>Pe “pochy” peteĩha opa vaekue ary 1798-pe, ha pe “pochy paha” opa vaekue ary 1844-pe. Mokõivéva ko’ã pochy oñerrepresenta aravo’ỹrõ periodo ramo, oguerekóva paha peteĩteĩva tekotevẽháicha, upéicha rupi ojekuaa mokõivéva ha’eha marandu profétiko aravo rehegua. Gabriel oñemanda vaekue Palmoni rupive ombohasa hag̃ua Daniel-pe pe visión jehecha rehegua (“mareh”), umi “ka’aru ha pyharevekuéra” (ára) rehegua, omombe’úva 22 jasypa 1844, ha ha’e ojapo upéva ome’ẽvo mokõiha testígo upe ára rehegua.</w:t>
      </w:r>
    </w:p>
    <w:p>
      <w:pPr>
        <w:pStyle w:val="ArticleBody"/>
        <w:jc w:val="left"/>
      </w:pPr>
      <w:r>
        <w:rPr>
          <w:rFonts w:ascii="Times New Roman" w:hAnsi="Times New Roman" w:eastAsia="Times New Roman" w:cs="Times New Roman"/>
        </w:rPr>
        <w:t>Pe “chazon” visión versículo trecepegua, Daniel oikuaase hag̃uáicha, ha’eva’ekue pe visión ñemboguejy hag̃ua ohupytyva’ekue “ara paha”pe ary 1798-pe. Pe “mareh” visión versículo catorcepegua opa va’ekue Cristo ojehechauka hag̃ua pe Tenda Marangatúvape, 22 jasypa 1844-pe, oñembyaty hag̃ua pe profesía aravo rehegua mokõi mil trescientos ary rehegua, ha avei oñembyaty hag̃ua pe profesía aravo rehegua dos mil quinientos veinte ary rehegua. Mokõivéva umi profesía aravo rehegua ojehechauka Habacuc táva marangatúre, Sister White he’iháicha oñedirigiva’ekue Ñandejára po rupive, ha ndojehejava’erãi oñemoambue.</w:t>
      </w:r>
    </w:p>
    <w:p>
      <w:pPr>
        <w:pStyle w:val="ArticleBody"/>
        <w:jc w:val="left"/>
      </w:pPr>
      <w:r>
        <w:rPr>
          <w:rFonts w:ascii="Times New Roman" w:hAnsi="Times New Roman" w:eastAsia="Times New Roman" w:cs="Times New Roman"/>
        </w:rPr>
        <w:t>Ñambojerekóta ko ñehesa’ỹijo pe artículo oúvape.</w:t>
      </w:r>
    </w:p>
    <w:p>
      <w:pPr>
        <w:pStyle w:val="ArticleScripture"/>
        <w:jc w:val="left"/>
      </w:pPr>
      <w:r>
        <w:rPr>
          <w:rFonts w:ascii="Times New Roman" w:hAnsi="Times New Roman" w:eastAsia="Times New Roman" w:cs="Times New Roman"/>
        </w:rPr>
        <w:t>“Oĩ heta mbo’epy jaaprendéva’erã, ha heta, heta mba’e ñambohasava’erã tesaráipe. Tupã ha yvága añoite ndojejavýi araka’eve. Umi opensáva araka’eve noikotevẽmo’ãiha oheja peteĩ jehecharã ohayhúva, térã araka’eve ndoguerekomo’ãiha mba’érepa omoambue hag̃ua iñemimo’ã, oñembotavýta. Jajoko aja ñane remiandu ha ñane ñemimo’ã rehe ñañeha’ãmbaitépe ani hag̃ua jaheja, ndaikatúi jaguereko pe joaju Cristo oñembo’e hague rehehápe.”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Mokõipa peteĩ hag̃ua peteĩ</dc:title>
  <dc:subject>Palmoni: Ojehechakuaa hag̃ua Araka’e ha Ñe’ẽ Rembiguai Guasu Daniel ha Apocalipsis-pe</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