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Poapyha Mbohapy hag̃ua</w:t>
      </w:r>
    </w:p>
    <w:p>
      <w:pPr>
        <w:pStyle w:val="ArticleSubtitle"/>
        <w:jc w:val="left"/>
      </w:pPr>
      <w:r>
        <w:rPr>
          <w:rFonts w:ascii="Arial" w:hAnsi="Arial" w:eastAsia="Arial" w:cs="Arial"/>
        </w:rPr>
        <w:t>Marandu Tesapérape Ojehechaukapyre: Oñentendévo Ára Pahápe guare Daniel Jehasa Asy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Opavave proféta kuéra oñeʼẽve umi ára paháre, haʼekuéra oikove hague áragui.</w:t>
      </w:r>
    </w:p>
    <w:p>
      <w:pPr>
        <w:pStyle w:val="ArticleScripture"/>
        <w:jc w:val="left"/>
      </w:pPr>
      <w:r>
        <w:rPr>
          <w:rFonts w:ascii="Times New Roman" w:hAnsi="Times New Roman" w:eastAsia="Times New Roman" w:cs="Times New Roman"/>
        </w:rPr>
        <w:t>“Peteĩteĩ umi maranduhára yma guaréva oñe’ẽve ñandéve g̃uarã hag̃ua, ndaha’éi hetave hag̃ua itiémpope g̃uarã; upévare ijapokalípsis oreko vigencia ñandéve g̃uarã. ‘Koʼã mbaʼe oiko vaʼekue hesekuéra techapyrã hag̃ua; ha ojehai vaʼekue ñaneñemoñeʼẽ hag̃ua, ñande ári og̃uahẽma hag̃ua ko yvy ape ári opa paha.’ 1 Corintios 10:11. ‘Ndaha’éi hag̃ua ijeheguípe g̃uarã, síno ñandéve g̃uarã ombaʼapo hikuái umi mbaʼépe, koʼág̃a oñemombeʼúva peẽme umi opredikáva peẽme pe evangelio Espíritu Santo yvágagui oñembou vaʼekue rupive; umi mbaʼe umi ánhelkuéra jepe ohechase hag̃ua.’ 1 Pedro 1:12.”</w:t>
      </w:r>
    </w:p>
    <w:p>
      <w:pPr>
        <w:pStyle w:val="ArticleScripture"/>
        <w:jc w:val="left"/>
      </w:pPr>
      <w:r>
        <w:rPr>
          <w:rFonts w:ascii="Times New Roman" w:hAnsi="Times New Roman" w:eastAsia="Times New Roman" w:cs="Times New Roman"/>
        </w:rPr>
        <w:t>“Biblia ombyaty ha oñongatu oñondivepa hembiporukuéra ko pahápe ĝuarã generación-pe g̃uarã. Opaite umi mba’e guasu oikova’ekue ha umi tembiapo marangatu tuichaiteva’ekue Testamento Tuja rembiasakuepe ojehu va’ekue, ha ko’ág̃a ojehu jeýva hína tupãópe ko’ã ára pahápe.” Selected Messages, book 3, 338, 339.</w:t>
      </w:r>
    </w:p>
    <w:p>
      <w:pPr>
        <w:pStyle w:val="ArticleBody"/>
        <w:jc w:val="left"/>
      </w:pPr>
      <w:r>
        <w:rPr>
          <w:rFonts w:ascii="Times New Roman" w:hAnsi="Times New Roman" w:eastAsia="Times New Roman" w:cs="Times New Roman"/>
        </w:rPr>
        <w:t>Daniel ohechauka Tupã retãygua kuérape, umi ára pahápe oikuaáva ñe’ẽmarandu profético rupive, haʼekuéra oñemosarambi hague. Oñakãrapuʼã vove upe añetegua rehe, oñeikotevẽ hikuái omohuʼã hag̃ua pe ñemboʼe Levítico 26-pegua, ha avei pe ñemboʼe oikuaa hag̃ua pe pahápegua maranduñemi profético ojeipeʼáva michĩmi mboyve pe tiempo de gracia oñemboty, ojehechaukaháicha Daniel ñemboʼépe capítulo mokõihápe. Ha oĩramo ha arakaʼéramo oike hikuái Daniel rembiasakuepe, pe ánhel Gabriel opoko, omomarandu ha oñeʼẽta chupekuéra, omeʼẽ hag̃uáicha chupekuéra “katupyry ha entendimiento”. Umi arandúva hína umi “oikuaáva” pe “aranduka tuicha hag̃ua” peteĩ maranduñemi profético ojeipeʼa jave.</w:t>
      </w:r>
    </w:p>
    <w:p>
      <w:pPr>
        <w:pStyle w:val="ArticleScripture"/>
        <w:jc w:val="left"/>
      </w:pPr>
      <w:r>
        <w:rPr>
          <w:rFonts w:ascii="Times New Roman" w:hAnsi="Times New Roman" w:eastAsia="Times New Roman" w:cs="Times New Roman"/>
        </w:rPr>
        <w:t>Ha’e chembo’e ha oñe’ẽ chendive, ha he’i: Daniel, ko’ág̃a aju ame’ẽ hag̃ua ndéve arandu ha kuaapy. Nde ñembo’e ñepyrũmbýpe osẽ pe mandamiento, ha aju ahechauka hag̃ua ndéve; nde niko rehayhueterei hag̃uáicha: upévare enténdeke ko mba’e, ha ejepy’amongeta pe visión rehe. Daniel 9:22, 23.</w:t>
      </w:r>
    </w:p>
    <w:p>
      <w:pPr>
        <w:pStyle w:val="ArticleBody"/>
        <w:jc w:val="left"/>
      </w:pPr>
      <w:r>
        <w:rPr>
          <w:rFonts w:ascii="Times New Roman" w:hAnsi="Times New Roman" w:eastAsia="Times New Roman" w:cs="Times New Roman"/>
        </w:rPr>
        <w:t>Pe visión oñemombeʼúva Daniélpe ohechamína hag̃ua haʼe pe visión “mareh” rehegua, pe jehechauka rehegua. Gabriel ndojapopáiri gueteri pe tembiapo oñemeʼẽvaʼekue chupe capítulo ocho-pe, oñemombeʼúrõ guare chupe ombojekuaa hag̃ua Daniélpe pe visión “mareh”. Capítulo nueve-pe ou jeýma omohuʼã hag̃ua pe interpretación. Capítulo nueve-pe, Daniel ndoikovéima pe Babilonia rréino árape, ha katu oĩma pe imperio medo-persa rembiasakue ryepýpe.</w:t>
      </w:r>
    </w:p>
    <w:p>
      <w:pPr>
        <w:pStyle w:val="ArticleBody"/>
        <w:jc w:val="left"/>
      </w:pPr>
      <w:r>
        <w:rPr>
          <w:rFonts w:ascii="Times New Roman" w:hAnsi="Times New Roman" w:eastAsia="Times New Roman" w:cs="Times New Roman"/>
        </w:rPr>
        <w:t>Gabriel ombo’e ramo Daniel-pe “toikũmby pe mba’e”, ha “tohechakuaa pe visión”, ohechauka hína peteĩ proceso de separación mental ha’e oipotáva Daniel ojapo. Umi ñe’ẽ oñembohasáva “toikũmby” ha “tohechakuaa” ramo ha’e peẽ peteĩchagua ñe’ẽ hebreo. Pe ñe’ẽ ha’e “biyn”, ha he’ise ojepe’a hag̃ua mentalmente. Pe ñe’ẽ hebreo oñembohasáva “mba’e” ramo ha’e “dabar”, ha he’ise “pe Ñe’ẽ”. Upévare, Gabriel oikuaauka Daniel-pe, ha umi ha’e orepresentáva umi ára pahápe, toikytĩ porã hag̃ua pe Ñe’ẽ añetegua.</w:t>
      </w:r>
    </w:p>
    <w:p>
      <w:pPr>
        <w:pStyle w:val="ArticleScripture"/>
        <w:jc w:val="left"/>
      </w:pPr>
      <w:r>
        <w:rPr>
          <w:rFonts w:ascii="Times New Roman" w:hAnsi="Times New Roman" w:eastAsia="Times New Roman" w:cs="Times New Roman"/>
        </w:rPr>
        <w:t>Eñehaʼã ejejapo hag̃ua rejeroviapyrãva Tupã renondépe, peteĩ tembiapohára ndotĩivaʼerãva, ombojaʼóvo hekopete pe ñeʼẽ añetegua. 2 Timoteo 2:15.</w:t>
      </w:r>
    </w:p>
    <w:p>
      <w:pPr>
        <w:pStyle w:val="ArticleBody"/>
        <w:jc w:val="left"/>
      </w:pPr>
      <w:r>
        <w:rPr>
          <w:rFonts w:ascii="Times New Roman" w:hAnsi="Times New Roman" w:eastAsia="Times New Roman" w:cs="Times New Roman"/>
        </w:rPr>
        <w:t>Pe ñe’ẽ “mba’e” ojepuru avei Daniel rehe capítulo diez, versículo peteĩme, upépe oñembohasa mbohapy jey “mba’e” ramo.</w:t>
      </w:r>
    </w:p>
    <w:p>
      <w:pPr>
        <w:pStyle w:val="ArticleScripture"/>
        <w:jc w:val="left"/>
      </w:pPr>
      <w:r>
        <w:rPr>
          <w:rFonts w:ascii="Times New Roman" w:hAnsi="Times New Roman" w:eastAsia="Times New Roman" w:cs="Times New Roman"/>
        </w:rPr>
        <w:t>Ciro, mburuvicha guasu Pérsiagua rréi, mbohapyha áñope, ojekuaaukákuri peteĩ mba’e Daniel-pe, hérava Beltesasar; ha upe mba’e añeteguakuri, péro pe ára oñemoĩmava ipuku; ha’e oikuaákuri upe mba’e, ha orekókuri ñemyesakã pe visión rehe. Daniel 10:1.</w:t>
      </w:r>
    </w:p>
    <w:p>
      <w:pPr>
        <w:pStyle w:val="ArticleBody"/>
        <w:jc w:val="left"/>
      </w:pPr>
      <w:r>
        <w:rPr>
          <w:rFonts w:ascii="Times New Roman" w:hAnsi="Times New Roman" w:eastAsia="Times New Roman" w:cs="Times New Roman"/>
        </w:rPr>
        <w:t>Pe térape, pe ñe'ẽ “visión” ha'e pe visión “mareh” pe jehechaukarã rehegua, ha Daniel oreko va'ekue arandupy mokõivévare: pe mba'e rehegua (asunto) ha avei pe visión (“mareh”). Capítulo nueve, versículo veintitrés-pe, Gabriel ombo'e Daniel-pe omboja'o porã hag̃ua pe asunto ha pe visión; ha capítulo diez, versículo peteĩ-pe, oreko hag̃ua arandupy mokõivévare: pe asunto (mba'e) ha pe visión (“mareh”). Gabriel oikuaauka Daniel-pe capítulo nueve-pe tohechakuaa hag̃ua pe joavy (omboja'o porã hag̃ua) pe asunto ha pe visión apytépe. Pe visión ha'e pe visión “mareh”, ha pe “asunto”, térã pe “mba'e”, ha'e pe visión “chazon”.</w:t>
      </w:r>
    </w:p>
    <w:p>
      <w:pPr>
        <w:pStyle w:val="ArticleBody"/>
        <w:jc w:val="left"/>
      </w:pPr>
      <w:r>
        <w:rPr>
          <w:rFonts w:ascii="Times New Roman" w:hAnsi="Times New Roman" w:eastAsia="Times New Roman" w:cs="Times New Roman"/>
        </w:rPr>
        <w:t>Pe kapítulo ocho-pe mokõivéva visión ojekuaa hag̃ua, ha ojehechauka peteĩ joavy, Daniel oipotágui ontende pe visión “chazon”, ha Gabriel katu oñembo’e hag̃ua ojapo Daniel ontende pe visión “mareh”. Gabriel oñepyrũvo hembiapo ojapóvo Daniel ontende hag̃ua pe “mba’e” ha pe “visión”, he’i Daniel-pe toñatende porã hag̃ua hikuái mokõi visión iñambuéva hag̃ua.</w:t>
      </w:r>
    </w:p>
    <w:p>
      <w:pPr>
        <w:pStyle w:val="ArticleScripture"/>
        <w:jc w:val="left"/>
      </w:pPr>
      <w:r>
        <w:rPr>
          <w:rFonts w:ascii="Times New Roman" w:hAnsi="Times New Roman" w:eastAsia="Times New Roman" w:cs="Times New Roman"/>
        </w:rPr>
        <w:t>Ha’e chemomarandu chéve, oñe’ẽ ha oñomongeta chéve, ha he’i: Daniel, ko’ág̃a aju rombo’e hag̃ua reikuaa ha rentende porã hag̃ua. Nde ñembo’e ñepyrũmby guive osẽ va’ekue pe ñe’ẽmondo; ha aju ahechauka hag̃ua ndéve; nde niko rejeguerohoryeterei. Upévare entenda ko mba’e ha eñangareko pe visión rehe. Setenta arapokõi oñemboyke ne retãyguakuéra rehe ha nde táva marangatu rehe, opa hag̃ua pe tembiapo vai, oñembotý hag̃ua angaipa, oñemyatyrõ hag̃ua tekoañáme, oñemoingé hag̃ua tekojoja opa’ỹva, oñemboty hag̃ua pe visión ha profecía, ha oñeñohẽ asy hag̃ua pe I-Marãngatuvéva. Eikuaa upévare ha entenda, pe ñe’ẽmondo osẽ hagué guive oñemyatyrõ ha oñemopu’ã jey hag̃ua Jerusalén pe Mesías Mburuvicha peve, oĩta siete arapokõi ha sesenta y mokõi arapokõi; pe tape guasu oñemopu’ã jeýta, ha pe murálla avei, jepe araka’e hasýva jave. Ha sesenta y mokõi arapokõi rire, pe Mesías ojukáta, ha ndaha’éi ijehegui; ha pe mburuvicha oútava retãyguakuéra ohundíta pe táva ha pe tupaópeguára; ha ipaha oúta peteĩ ysyry guasuicha, ha pe ñorairõ paha peve oñemboykéma ñehundi. Ha ha’e omombaretéta pe ñe’ẽme’ẽ heta rehe peteĩ arapokõíme g̃uarã; ha pe arapokõi mbytepe ojapóta hag̃ua opa pe mymbajuka ha pe ofrénda, ha pe tekovaiete oñemyasãi rupi ojapóta chugui peteĩ mba’e nandi, pe hu’ã peve; ha upe oñemboykéva oñeñohẽta pe oñemombyta ári. Daniel 9:22–27.</w:t>
      </w:r>
    </w:p>
    <w:p>
      <w:pPr>
        <w:pStyle w:val="ArticleBody"/>
        <w:jc w:val="left"/>
      </w:pPr>
      <w:r>
        <w:rPr>
          <w:rFonts w:ascii="Times New Roman" w:hAnsi="Times New Roman" w:eastAsia="Times New Roman" w:cs="Times New Roman"/>
        </w:rPr>
        <w:t>Gabriel oipota vaʼekue Daniel ohechakuaa hag̃ua pe ñemyesakã omeʼẽtavape chupe oĩtaha representado mokõive pe “chazon” visión ha pe “mareh” visión rehegua elemento. Pe ñemyesakã ombohováita vaʼekue mokõive visión, ha Daniel rembiaporã vaʼekue ombojaʼo porã pe visión oñeʼẽva pe santuario ha pe ehérsito ñemomirĩ rehe, pe visión oguerahávagui Cristo jehechauka pe Lugar Santísimo-pe 22 jasypa 1844-pe.</w:t>
      </w:r>
    </w:p>
    <w:p>
      <w:pPr>
        <w:pStyle w:val="ArticleBody"/>
        <w:jc w:val="left"/>
      </w:pPr>
      <w:r>
        <w:rPr>
          <w:rFonts w:ascii="Times New Roman" w:hAnsi="Times New Roman" w:eastAsia="Times New Roman" w:cs="Times New Roman"/>
        </w:rPr>
        <w:t>Gabriel ohechauka Artajerjes ñe’ẽme’ẽgui, 457 a.C.-pe, oĩtaha irundycientos noventa ary oñekytĩva umi mokõi mil trescientos ary visión ka’aru ha pyharevegua apytégui, ha upéva ojehechakuaa hag̃uáicha umi judíokuérape g̃uarãite. Umi versíkulo oñemombe’úva ramo guare, ñe’ẽ “ojehechakuaáva” ojehechauka mbohapy jey, péro mokõi ñe’ẽ hebreo iñambuéva hína umíva, ha mokõivéva oñembohasa “ojehechakuaáva” ramo umi versíkulope. Peteĩha jey “ojehechakuaáva” ojehechauka hag̃ua hína versíkulo veinticuatro-pe, ha upe ñe’ẽ hebreo ha’e “chathak” ha he’ise “okytĩ hag̃ua”.</w:t>
      </w:r>
    </w:p>
    <w:p>
      <w:pPr>
        <w:pStyle w:val="ArticleBody"/>
        <w:jc w:val="left"/>
      </w:pPr>
      <w:r>
        <w:rPr>
          <w:rFonts w:ascii="Times New Roman" w:hAnsi="Times New Roman" w:eastAsia="Times New Roman" w:cs="Times New Roman"/>
        </w:rPr>
        <w:t>Ohechauka Israel-pe oñeme'ẽ hague peteĩ aravo de prueba oñepyrũva Artajerjes mbohapyha decreto guive, ha opa va'erã Esteban itañembopói rehe ary 34 d.C.-pe. Umi irundy sua porundy ha porundy ary oñekytĩ, ha ohechauka peteĩ período profético mbykyvéva pe profecía ipukuvévape, mokõi sua mbohapycientos ary ryepýpe. Pe papapy “irundy sua porundy ha porundy” ha'e peteĩ símbolo tiempo de prueba rehegua, Jesús omoañetéva he'i haguéicha.</w:t>
      </w:r>
    </w:p>
    <w:p>
      <w:pPr>
        <w:pStyle w:val="ArticleScripture"/>
        <w:jc w:val="left"/>
      </w:pPr>
      <w:r>
        <w:rPr>
          <w:rFonts w:ascii="Times New Roman" w:hAnsi="Times New Roman" w:eastAsia="Times New Roman" w:cs="Times New Roman"/>
        </w:rPr>
        <w:t>Upéi Pedro ou ha’e rendápe ha he’i: Che Ruvicha, mboy jey pevepa che ryvy opekáta che rehe, ha che ambyasy chupe? pevepa siete jey? Jesús he’i chupe: Nda’éi ha’e ndéve, peve siete jey; síno, peve setenta jey siete. Mateo 18:22.</w:t>
      </w:r>
    </w:p>
    <w:p>
      <w:pPr>
        <w:pStyle w:val="ArticleBody"/>
        <w:jc w:val="left"/>
      </w:pPr>
      <w:r>
        <w:rPr>
          <w:rFonts w:ascii="Times New Roman" w:hAnsi="Times New Roman" w:eastAsia="Times New Roman" w:cs="Times New Roman"/>
        </w:rPr>
        <w:t>Oĩ peteĩ ñembyasy paha hag̃ua, ha upe paha ojehechauka pe papapy “irundysa ha porundy”. Umi “irundysa ha porundy” ary ohechauka peteĩ ára paha oñeme’ẽva umi judíope iñemosãsõ guive peve omyenyhẽ pe kópa orekóva hikuái iñeha’ãrõrãme Esteban jejuka itápe. Umi “irundysa ha porundy” ary avei ojoaju pe jeity rehegua “siete tiempos” rehe oñeñe’ẽva Levítico mokõipa poteĩme. Mokõi hendápe añónte oĩ la Biblia-pe oñeñe’ẽhápe pe yvy ovy’aha hembiapo’ỹ ára sabático-kuérape. Peteĩha ojejuhu Levítico mokõipa poteĩme.</w:t>
      </w:r>
    </w:p>
    <w:p>
      <w:pPr>
        <w:pStyle w:val="ArticleScripture"/>
        <w:jc w:val="left"/>
      </w:pPr>
      <w:r>
        <w:rPr>
          <w:rFonts w:ascii="Times New Roman" w:hAnsi="Times New Roman" w:eastAsia="Times New Roman" w:cs="Times New Roman"/>
        </w:rPr>
        <w:t>Ha peẽ ndapehenduséiramo chéve opa ko’ã mba’ére, ha peiko che rehe pende py’arochýpe; upéicharõ che avei aguata pene ndive pochy reheve; ha che, che voi, pombohasáta jejopy vai siete jey pene angaipakuére. Ha pe’u va’erã pende ra’y kuéra ro’o, ha pende rajy kuéra ro’o avei pe’u va’erã. Ha ahundíta pende yvy’aty marangatu gua’u, aikytĩta pende ta’ãnga kuéra, ha amombo hag̃ua pende retekuéra pene tupã ra’anga kuéra rete ári, ha che ánga penemboyke hag̃ua. Ha ambojarúta pende táva kuéra, ha amoingo hag̃ua pende tupaónguéra ñehundi hag̃uáme, ha ndahetũmo’ãi pende mba’e ryakuã he’ẽ asy. Ha amoingéta pe yvy ñembyahýipe; ha pene enemigokuéra oikóva ipype oñemondýita hese. Ha pomyasãita tetã ambuéra apytépe, ha aitýta kysepuku pende rapykuéri; ha pende yvy opytáta oñehundi hag̃uáme, ha pende táva kuéra opytáta ojeporu’ỹ hag̃uáme. Upérõ pe yvy ovy’áta isábado kuéra rehe, opyta aja oñehundi hag̃uáme, ha peẽ peĩ aja pene enemigokuéra yvýpe; upe ramoite pe yvy opytáta pytu’úpe, ha ovy’áta isábado kuéra rehe. Opaite pe opyta aja oñehundi hag̃uáme opytáta pytu’úpe; pórke noñepytu’úi va’ekue pende sábado kuérape, peẽ peiko aja hese. Levítico 26:27–35.</w:t>
      </w:r>
    </w:p>
    <w:p>
      <w:pPr>
        <w:pStyle w:val="ArticleBody"/>
        <w:jc w:val="left"/>
      </w:pPr>
      <w:r>
        <w:rPr>
          <w:rFonts w:ascii="Times New Roman" w:hAnsi="Times New Roman" w:eastAsia="Times New Roman" w:cs="Times New Roman"/>
        </w:rPr>
        <w:t>Pe “siete tiempo” ñembyasy, oñemombeʼúva irundy jey capítulo veintiséis-pe, ohechauka Ñandejára retãyguakuéra oñemosarambívo, upérõ yvy “ovyʼataha isiesta-kuéra rehe.” Daniel ha umi mbohapy kuimbaʼe porãite oñemosarambi vaʼekue umi enemigo retãme, oñekumplívo Moisés maldisión; ha upe ñemosarambi setenta ary pukukue, vaʼekue peteĩ techapyrã simbólico mboʼerãva pe ñemosarambi mokõi mil quinientos veinte ary rehegua. Upéva vaʼekue peteĩ mboʼepy profético ojehechaukáva techapyrã rupive, ojoguáva Elías mbohapy ary ha mbyte de sequía Jezabel persecución aja. Umi mbohapy ary ha mbyte ohechauka vaʼekue mbohapy ary ha mbyte profético, ha upéva ojogua mil doscientos sesenta ary papado poguýpe, ary 538 guive 1798 peve. Umi setenta ary vaʼekue peteĩ símbolo pe “siete tiempo” rehegua, péicha avei umi mbohapy ary ha mbyte vaʼekue peteĩ símbolo pe desierto mil doscientos sesenta ary rehegua. Umi setenta ary Daniel ñemboty aja, Jeremías omombeʼu haguéicha, orrepresenta vaʼekue “cuatrocientos noventa” ary.</w:t>
      </w:r>
    </w:p>
    <w:p>
      <w:pPr>
        <w:pStyle w:val="ArticleScripture"/>
        <w:jc w:val="left"/>
      </w:pPr>
      <w:r>
        <w:rPr>
          <w:rFonts w:ascii="Times New Roman" w:hAnsi="Times New Roman" w:eastAsia="Times New Roman" w:cs="Times New Roman"/>
        </w:rPr>
        <w:t>Ha Tupã Ñandejára itúva kuéra Jára omondo chupekuéra hemimboukuéra rupive, opuʼã mboyve koʼẽme ha omondo meme; oiporiahuvereko rupi ipuévlope ha henda oiko hag̃uápe. Haʼekuéra katu oñembohory Tupã remimboukuérare, ombohory ive’ẽnguéra ha ojahéi marãʼỹva hag̃ua iprofétakuérape, pe Ñandejára pochy opuʼã meve ipuévlo rehe, ndaipóriha hag̃uáicha pohãno. Upévare ogueru hiʼári kuérare caldeokuéra mburuvicha guasu, ojuka vaʼekue imitãrusukuérape kysepuku reheve isantuario rógape, ha ndohayhuvéi mitãrusu térã kuñataĩ, tuja térã ojetyvýiva ituja hag̃uére: opavave omeʼẽ ipópe. Ha opa tembiporu Tupã róga pegua, tuicha ha michĩva, ha Ñandejára róga mbaʼeta, ha mburuvicha guasu mbaʼeta, ha ipríncipekuéra mbaʼeta; opa koʼãva ogueraha Babilóniape. Ha ohapy Tupã róga, omonguʼi Jerusalén murálla, ohapy tata reheve opa ipalasiokuéra, ha ohundi opa tembiporu porãite ipypegua. Ha umi okañy vaʼekue kysepuku gui ogueraha hag̃ua Babilóniape; upépe oiko tembiguái chupe ha itaʼyrakuérape, Persia rréino ogoverna peve: oñembotý hag̃ua Ñandejára ñeʼẽ Jeremías jurúgui heʼíva, yvy oikove porã meve isábadokuéra; opyta aja nandi, osambyhy sábado, oñekumpli hag̃ua setenta ary. Ha Ciro, Persia ruvicha guasu, arýpe peteĩhápe, oñekumpli hag̃ua Ñandejára ñeʼẽ Jeremías jurúgui oñeʼẽ vaʼekue, Ñandejára omokyreʼỹ Ciro, Persia ruvicha guasu, espíritu, ha upéicha ojapo peteĩ marandu opa irreinópe, ha omoĩ avei kuatiare, heʼívo: Péicha heʼi Ciro, Persia ruvicha guasu: Opa yvy arigua rréino Tupã Ñandejára yvágagua omeʼẽ chéve; ha haʼe chembohéra omopuʼã hag̃ua chupe peteĩ óga Jerusalénpe, oĩva Judápe. Mávapa oĩ pende apytépe, opa ipuévlo apytégui? Ñandejára Itupã toĩ hendive, ha tohóke yvate. 2 Crónicas 36:15–23.</w:t>
      </w:r>
    </w:p>
    <w:p>
      <w:pPr>
        <w:pStyle w:val="ArticleBody"/>
        <w:jc w:val="left"/>
      </w:pPr>
      <w:r>
        <w:rPr>
          <w:rFonts w:ascii="Times New Roman" w:hAnsi="Times New Roman" w:eastAsia="Times New Roman" w:cs="Times New Roman"/>
        </w:rPr>
        <w:t>Mokõi añoite pe ñeñe’ẽmondo oĩva Biblia-pe pe yvy ovy’aha hag̃ua hembiapo’ỹ ára sabático-kuérape, oje’e Tupã retãygua ñemosarambipa rehe, ha umi setenta ary ñeñapytĩmbýpe, umíva ohechauka peteĩ aravo pukukue ome’ẽva’ekue pe yvýpe ovy’a hag̃ua hembiapo’ỹ ára sabático-kuérape. Upéva ojokupytykuri pe mboy ary sabático reheve umi judío ndohejái va’ekue pe yvy opytu’u hag̃ua. Pe yvy opytu’úvo setenta ary pukukue, ohechauka umi ary pukukue ojejapohaguépe pe ñe’ẽmondo rehegua ñemboyke, he’íva ojeheja va’erãha pe yvy opytu’u. Matemática simple rupi ojekuaa porã “irundy ciento noventa” ary ñemboyképe oĩha peteĩ total setenta ary pe yvy noñemombytu’úi hague.</w:t>
      </w:r>
    </w:p>
    <w:p>
      <w:pPr>
        <w:pStyle w:val="ArticleBody"/>
        <w:jc w:val="left"/>
      </w:pPr>
      <w:r>
        <w:rPr>
          <w:rFonts w:ascii="Times New Roman" w:hAnsi="Times New Roman" w:eastAsia="Times New Roman" w:cs="Times New Roman"/>
        </w:rPr>
        <w:t>Irundy cien noventa ary ore oñemboja’o umi mokõi mil trescientos ary-gui, peteĩ ára de prueba ramo umi judíokuérape guarã, ha umi “irundy cien noventa” ary oguereko peteĩ joaju peteĩchaiteva’ekue pe ñemosarambi rehegua “siete tiempos” oĩva Levítico veintiséis-pe.</w:t>
      </w:r>
    </w:p>
    <w:p>
      <w:pPr>
        <w:pStyle w:val="ArticleBody"/>
        <w:jc w:val="left"/>
      </w:pPr>
      <w:r>
        <w:rPr>
          <w:rFonts w:ascii="Times New Roman" w:hAnsi="Times New Roman" w:eastAsia="Times New Roman" w:cs="Times New Roman"/>
        </w:rPr>
        <w:t>Pe visión “chazon” rehegua, oñembohapéva guýpe, ha pe visión “mareh” rehegua, ohechaukáva mba’éichapa ojehechauka opávo mokõi mil trescientos ary, iñambue ojuehegui; upéicharõ jepe, oguereko joaju hag̃ua peteĩchaite. Daniel ndive oiko haguéicha, Ñandejára tavayguakuéra oikuaa va’erã omboja’o hekopete mokõive visión, ha upe jave avei ohechakuaa hag̃ua ijoaju ojuehe. Umi setenta ary ñembyasy poguýpe, ogueraháva umi mbohapy decreto ome’ẽva umi hudío-kuérape permiso ou jey ha omopu’ã jey hag̃ua Jerusalén, ohechauka “irundycientos noventa” ary pu’aka’ỹha umi hudío-kuéra pe pacto rehe, pe yvy topytu’u hag̃uáicha.</w:t>
      </w:r>
    </w:p>
    <w:p>
      <w:pPr>
        <w:pStyle w:val="ArticleBody"/>
        <w:jc w:val="left"/>
      </w:pPr>
      <w:r>
        <w:rPr>
          <w:rFonts w:ascii="Times New Roman" w:hAnsi="Times New Roman" w:eastAsia="Times New Roman" w:cs="Times New Roman"/>
        </w:rPr>
        <w:t>Pe mbohapyha decreto omyesakãrõ guare pe oportunidad ojevy hag̃ua ha oñemopu’ã jey hag̃ua, oñeme’ẽ chupekuéra “irundy sua porundy” ary de tiempo de prueba, ojehecha hag̃ua chupekuéra upe mismo período de tiempo rupive, ha’ekuéra iñe’ẽrendu’ỹ rupive ogueru haguére Jerusalén ñehundi ha iñemosarambi. Mokõiha “irundy sua porundy ary” paha-pe, ha’ekuéra iñe’ẽrendu’ỹ ogueru jeytaha Jerusalén ñehundi ha iñemosarambi tetã ambuegua apytépe.</w:t>
      </w:r>
    </w:p>
    <w:p>
      <w:pPr>
        <w:pStyle w:val="ArticleBody"/>
        <w:jc w:val="left"/>
      </w:pPr>
      <w:r>
        <w:rPr>
          <w:rFonts w:ascii="Times New Roman" w:hAnsi="Times New Roman" w:eastAsia="Times New Roman" w:cs="Times New Roman"/>
        </w:rPr>
        <w:t>Pe ñemosarãi ogueraha vaʼekue pe pokõi pa ary jeroviaʼỹ reheve oĩ vaʼekue mboyve “irundy sua porundy” ary ñemoĩ vai; ha upéi, upe pokõi pa ary ñemosarãi rire, ou ambue “irundy sua porundy ary” ñemoĩ vaive hag̃ua.</w:t>
      </w:r>
    </w:p>
    <w:p>
      <w:pPr>
        <w:pStyle w:val="ArticleBody"/>
        <w:jc w:val="left"/>
      </w:pPr>
      <w:r>
        <w:rPr>
          <w:rFonts w:ascii="Times New Roman" w:hAnsi="Times New Roman" w:eastAsia="Times New Roman" w:cs="Times New Roman"/>
        </w:rPr>
        <w:t>Pe peteĩha “irundy siento noventa” ary pukukue, omoñepyrũ vaʼekue pe yvy opytuʼu hag̃ua setenta ary, og̃uahẽma ipahápe Jerusalén ñehundípe. Umi “irundy siento noventa” ary opahávo, ojeikytĩ vaʼekue umi mokõi su siento mbohapy pataka arygui, Jerusalén oñehundi jey, Jesús akóinte ohechauka hag̃ua peteĩ mbaʼe paha pe oñepyrũháicha.</w:t>
      </w:r>
    </w:p>
    <w:p>
      <w:pPr>
        <w:pStyle w:val="ArticleBody"/>
        <w:jc w:val="left"/>
      </w:pPr>
      <w:r>
        <w:rPr>
          <w:rFonts w:ascii="Times New Roman" w:hAnsi="Times New Roman" w:eastAsia="Times New Roman" w:cs="Times New Roman"/>
        </w:rPr>
        <w:t>Israel tee añetegua mokõi pa Babilóniape setenta ary ñembyaty haguéva ha’e va’ekue peteĩ ta’anga “siete tiempo” ñemosarambipa rehegua, ha Hermana White omombe’u porã Israel tee ñembyaty setenta ary rehegua Babilónia teépe ha’e hague peteĩ tipo umi mil doscientos sesenta ary ñembyaty rehegua Israel espiritual rehegua Babilónia espiritualpe.</w:t>
      </w:r>
    </w:p>
    <w:p>
      <w:pPr>
        <w:pStyle w:val="ArticleScripture"/>
        <w:jc w:val="left"/>
      </w:pPr>
      <w:r>
        <w:rPr>
          <w:rFonts w:ascii="Times New Roman" w:hAnsi="Times New Roman" w:eastAsia="Times New Roman" w:cs="Times New Roman"/>
        </w:rPr>
        <w:t>“Ñandejára iglesia ko yvy ape ári añetehápe oĩ vaʼekue jejokópe ko are pukukue ñemoñareʼỹ joavyʼỹmeguápe, Israel raʼykuéra ojejokoháicha Babilóniape pe ñemosẽrã ára pukukue jave.” Profetas y Reyes, 714.</w:t>
      </w:r>
    </w:p>
    <w:p>
      <w:pPr>
        <w:pStyle w:val="ArticleBody"/>
        <w:jc w:val="left"/>
      </w:pPr>
      <w:r>
        <w:rPr>
          <w:rFonts w:ascii="Times New Roman" w:hAnsi="Times New Roman" w:eastAsia="Times New Roman" w:cs="Times New Roman"/>
        </w:rPr>
        <w:t>Umi mil doscientos sesenta ary 538 guive 1798 peve ha’e va’ekue peteĩ ta’anga umi “siete tiempos”-gui. Umi setenta ary pahápe, umi hudío-kuéra oujey hag̃ua omyatyrõ ha omopu’ãjey hag̃ua Jerusalén. Ijeyju umi mbohapy decreto jave ohechauka ñepyrũha (457 a.C.) umi mokõi mil trescientos ary “mareh” visión rehegua, ogueraha va’ekue Cristo jehechauka pe Santísimope 22 de octubre de 1844-pe. Umi mbohapy decreto ohechauka pe ñepyrũha pe período profético rehegua, ha tekotevẽkuri mokõivéva umi mbohapy decreto oñondive oñepyrũ hag̃ua pe período profético, jepe oñepyrũma hikuái oujey ha omopu’ãjey pe primer decreto de Ciro rupive.</w:t>
      </w:r>
    </w:p>
    <w:p>
      <w:pPr>
        <w:pStyle w:val="ArticleScripture"/>
        <w:jc w:val="left"/>
      </w:pPr>
      <w:r>
        <w:rPr>
          <w:rFonts w:ascii="Times New Roman" w:hAnsi="Times New Roman" w:eastAsia="Times New Roman" w:cs="Times New Roman"/>
        </w:rPr>
        <w:t>“Esdras pe ñehẽhaapykuépe ojejuhu pe decreto. Umi versíkulo 12-26-pe. Ijapekueitehápe oñeme’ẽkuri Artajerjes rupive, Persia ruvicha guasu, ary 457 a.C. Péicha avei, Esdras 6:14-pe he’i Ñandejára róga Jerusalénpe oñemopu’ã hague ‘Ciro, Darío ha Artajerjes, Persia ruvicha guasu, mandamiento [“decreto”, margen]-pe he’iháicha’. Ko’ã mbohapy mburuvicha guasu, omoñepyrũvo, omoneĩjeyvo ha omohu’ãvo pe decreto, ogueru chupe pe tekoporãite oñeikotevẽva profecía he’iháicha hag̃ua ojehechakuaa hag̃ua ñepyrũrã 2300 ary. Ojejapyhývo ary 457 a.C., araka’e pe decreto oñemohu’ãkuri, pe mandamiento ára ramo, ojehechakuaa opavave pe profecía remimombe’u setenta semana rehegua oñekumpli hague.” The Great Controversy, 326.</w:t>
      </w:r>
    </w:p>
    <w:p>
      <w:pPr>
        <w:pStyle w:val="ArticleBody"/>
        <w:jc w:val="left"/>
      </w:pPr>
      <w:r>
        <w:rPr>
          <w:rFonts w:ascii="Times New Roman" w:hAnsi="Times New Roman" w:eastAsia="Times New Roman" w:cs="Times New Roman"/>
        </w:rPr>
        <w:t>1798 guive 1844 peve, mbohapy ánhel Apocalipsis pegua og̃uahẽ maranduʼypy rembiasakue profético-pe; ha umi mbohapy decreto omarkaháicha ñepyrũ profecía mokõi mil trescientos ary rehegua, upéicha avei umi mbohapy ánhel omarkákuri profecía paha. Pe período profético opa pe tercer ánhel og̃uahẽvo, ha’éichaite oñepyrũkuri pe tercer decreto og̃uahẽvo, Jesús tapiaite ombojoajúgui peteĩ mba’e paha peteĩ mba’e ñepyrũ rehe.</w:t>
      </w:r>
    </w:p>
    <w:p>
      <w:pPr>
        <w:pStyle w:val="ArticleBody"/>
        <w:jc w:val="left"/>
      </w:pPr>
      <w:r>
        <w:rPr>
          <w:rFonts w:ascii="Times New Roman" w:hAnsi="Times New Roman" w:eastAsia="Times New Roman" w:cs="Times New Roman"/>
        </w:rPr>
        <w:t>Umi judío-kuéra oñepyrũ ojerevy pe peteĩha decreto guýpe, ha pe mokõiha decreto rembiasakuepe omohu’ã hikuái pe témplo. Pe mbohapyha ánhel og̃uahẽ 22 jasypa 1844-pe, ha upe ára mboyve umi Millerita-kuéra omohu’ãmava’ekue pe témplo espiritual ohejava’ekue Babilonia espiritual-gui omopu’ãjey hag̃ua. Upéva va’erãkuri oñemohu’ã, pórke 22 jasypa 1844-pe pe maranduha pe ñemoñe’ẽme’ẽ rehegua ou va’erãkuri pya’e itémplope. Upe témplo ha’eva’ekue pe tetãygua Millerita-kuéra oikeva’ekue ñemoñe’ẽme’ẽme 22 jasypa 1844-pe, ha upévape Pedro he’i hikuáiha peteĩ témplo.</w:t>
      </w:r>
    </w:p>
    <w:p>
      <w:pPr>
        <w:pStyle w:val="ArticleScripture"/>
        <w:jc w:val="left"/>
      </w:pPr>
      <w:r>
        <w:rPr>
          <w:rFonts w:ascii="Times New Roman" w:hAnsi="Times New Roman" w:eastAsia="Times New Roman" w:cs="Times New Roman"/>
        </w:rPr>
        <w:t>Peẽ avei, ita oikovéva ramo, peñemopu’ã peteĩ óga espiritual ramo, peteĩ saserdócio marangatu, peikuave’ẽ hag̃ua mymbajuka’ỹ espiritual, Tupãme iporã hag̃uáva Jesucristo rupive. 1 Pedro 2:5.</w:t>
      </w:r>
    </w:p>
    <w:p>
      <w:pPr>
        <w:pStyle w:val="ArticleBody"/>
        <w:jc w:val="left"/>
      </w:pPr>
      <w:r>
        <w:rPr>
          <w:rFonts w:ascii="Times New Roman" w:hAnsi="Times New Roman" w:eastAsia="Times New Roman" w:cs="Times New Roman"/>
        </w:rPr>
        <w:t>Pe témplo Millergua guare oñemopuʼã 1798 guive 1844 peve, upéva haʼe cuarenta y seis ary, térã profétikamente mbohapy ára, Cristo ohechaukágui oikotevẽha mbohapy ára oñemopuʼã hag̃ua peteĩ témplo.</w:t>
      </w:r>
    </w:p>
    <w:p>
      <w:pPr>
        <w:pStyle w:val="ArticleScripture"/>
        <w:jc w:val="left"/>
      </w:pPr>
      <w:r>
        <w:rPr>
          <w:rFonts w:ascii="Times New Roman" w:hAnsi="Times New Roman" w:eastAsia="Times New Roman" w:cs="Times New Roman"/>
        </w:rPr>
        <w:t>Ha hi’aguĩma kuri umi judío arapokõindy Páskua rehegua, ha Jesús ojupi Jerusalénpe. Ha ojuhu tupaópe umi ovendéva vaka, ovecha ha pykasu, ha avei umi pirapire ñembohasahára oguapýva upépe. Upéi, ojapo rire peteĩ tejuruguái sã michĩnguégui, omosẽ opavavépe tupaógui, ha avei umi ovecha ha umi vaka; oñohẽ umi pirapire ñembohasahára viru, ha ombojere umi mesa. Ha he’i umi ovendévape pykasu: Pegueraha ko’ã mba’e ko’águi; ani pejapo Che Ru róga peteĩ ñemuha-rógaramo. Ha hemimbo’ekuéra imandu’a ojehaihague: Nde róga rehe che kyre’ỹ che mokõmba. Upémarõ umi judío ombohovái ha he’i chupe: Mba’e techaukaha piko rehechauka oréve rejapo haguére ko’ã mba’e? Jesús ombohovái ha he’i chupekuéra: Pembyai ko tupaópe, ha mbohapy ára ryepýpe che amopu’ã jeýta. Upérõ umi judío he’i: Irundy pa poteĩ ary ha seis ary ojepuru ojejapo hag̃ua ko tupaópe, ha nde piko remopu’ã jeýta mbohapy ára ryepýpe? Ha’e katu oñe’ẽ kuri hete tupaóre. Juan 2:13–21.</w:t>
      </w:r>
    </w:p>
    <w:p>
      <w:pPr>
        <w:pStyle w:val="ArticleBody"/>
        <w:jc w:val="left"/>
      </w:pPr>
      <w:r>
        <w:rPr>
          <w:rFonts w:ascii="Times New Roman" w:hAnsi="Times New Roman" w:eastAsia="Times New Roman" w:cs="Times New Roman"/>
        </w:rPr>
        <w:t>Hermana White he’i porã, pe ñemomaranduha ñemoñe’ẽmegua oñembohováiva pe joaju rehegua ou ryrýi hag̃ua itupaope, ojehechauka haguéicha Malaquías kuatiápe, upe marandu oñekumpli hague Cristo omopotĩ ramo guare pe tupao, ko’ág̃aite ojehechauka haguéicha pe jehaipýpe Juan-gui.</w:t>
      </w:r>
    </w:p>
    <w:p>
      <w:pPr>
        <w:pStyle w:val="ArticleScripture"/>
        <w:jc w:val="left"/>
      </w:pPr>
      <w:r>
        <w:rPr>
          <w:rFonts w:ascii="Times New Roman" w:hAnsi="Times New Roman" w:eastAsia="Times New Roman" w:cs="Times New Roman"/>
        </w:rPr>
        <w:t>“Oñemopotĩvo tupãogui yvy arigua joguahárape ha vendehárape, Jesús omombeʼu imisión: omopotĩ hag̃ua korasõ angaipa kyʼágui,—umi yvy arigua mbaʼepota, umi mbaʼepota rekovéva ijehénte hag̃uarã, umi jepokuaa vai, ombyaíva anga. ‘Péina, che amondo che mensahéro, ha haʼe ombosakoʼíta tape che renondépe: ha Ñandejára, peẽ pehekáva, oúta pyaʼe itupãópe, ha pe pacto mensahéro, pendevyʼaháre hese: péina, haʼe oúta, heʼi Jehová de los ejércitos. Péro máva ikatúta ogueropuʼaka ijuaju ára? ha máva opytáta oñemboʼy hag̃ua ojehechávo chupe? mbaʼére piko haʼe ojogua peteĩ tata omopotĩvape, ha peteĩ jabón ao jojahávaicha: Haʼe oguapýta peteĩ omopotĩva ha peteĩ mopotĩhára plátape guáicha: ha omopotĩta Leví raʼykuérape, ha omosẽta chuguikuéra kyʼa óro ha plátaicha, ikatu hag̃uáicha oikuaveʼẽ hag̃ua Ñandejárape peteĩ ofrénda tekojoja reheve. Malaquías 3:1–3.’ The Desire of Ages, 161.”</w:t>
      </w:r>
    </w:p>
    <w:p>
      <w:pPr>
        <w:pStyle w:val="ArticleBody"/>
        <w:jc w:val="left"/>
      </w:pPr>
      <w:r>
        <w:rPr>
          <w:rFonts w:ascii="Times New Roman" w:hAnsi="Times New Roman" w:eastAsia="Times New Roman" w:cs="Times New Roman"/>
        </w:rPr>
        <w:t>Pe témplo Juan, kapítulo mokõihápe, ojeporaka hag̃ua irundy pa seis áño, ha Jesús he’i Ha’e omopu’ã jeytaha pe témplo oñehundíva mbohapy árape. 1798 guive 1844 peve ha’e irundy pa seis áño, ha upéva ohechauka mbohapy ánhel oguahẽha (ára), Apocalipsis catorcepegua, umi ojehechauka va’ekue yma umi mbohapy decreto rupive, omoñepyrũva’ekue pe profecía mokõi mil trescientos ary rehegua. Umi irundy pa seis áño ha’e pe ára pukukue Cristo omopu’ã hague pe témplo Millerita, pe mboyve pe santuario espiritual ha Israel espiritual ojehepyme’ẽraka’e hag̃ua pytũmby guýpe Babilonia espiritual rupive.</w:t>
      </w:r>
    </w:p>
    <w:p>
      <w:pPr>
        <w:pStyle w:val="ArticleBody"/>
        <w:jc w:val="left"/>
      </w:pPr>
      <w:r>
        <w:rPr>
          <w:rFonts w:ascii="Times New Roman" w:hAnsi="Times New Roman" w:eastAsia="Times New Roman" w:cs="Times New Roman"/>
        </w:rPr>
        <w:t>Cristo omopotĩ rire pe témplo Páskua-pe, iñepyrũmbyrãvo hembiapo, ha’e ohupytykuaa hína pe marandu profesiagua pe Mensajéro del Pacto oúvo sapy’aitépe itemplópe, ojehechaukaháicha Malaquías-pe. Ára 22 jasypa 1844-pe Cristo ou sapy’aitépe itemplópe, ha ojapo hag̃ua itemplo oñehundiva’ekue oikotevẽ kuri cuarenta y seis ary.</w:t>
      </w:r>
    </w:p>
    <w:p>
      <w:pPr>
        <w:pStyle w:val="ArticleScripture"/>
        <w:jc w:val="left"/>
      </w:pPr>
      <w:r>
        <w:rPr>
          <w:rFonts w:ascii="Times New Roman" w:hAnsi="Times New Roman" w:eastAsia="Times New Roman" w:cs="Times New Roman"/>
        </w:rPr>
        <w:t>“Cristo oujuha ñande pa’i guasu ramo pe lugar santísimope, pe santuario ñemopotĩ rehehápe, ojehechaukaháicha Daniel 8:14-pe; Yvypóra Ra’y ouha pe Ijapyra’ỹ Aragua gotyo, ojehechaukaháicha Daniel 7:13-pe; ha Ñandejára ouha Itémplope, oñemombe’uháicha profeta Malaquías rupive, opa ko’ãva ha’e peteĩchante mba’e oikóva ñemombe’u; ha kóva avei ojehechauka pe novío ouha pe ñemendápe, Cristo omombe’uháicha umi diez virgen parábolape, Mateo 25-pe.” The Great Controversy, 426.</w:t>
      </w:r>
    </w:p>
    <w:p>
      <w:pPr>
        <w:pStyle w:val="ArticleBody"/>
        <w:jc w:val="left"/>
      </w:pPr>
      <w:r>
        <w:rPr>
          <w:rFonts w:ascii="Times New Roman" w:hAnsi="Times New Roman" w:eastAsia="Times New Roman" w:cs="Times New Roman"/>
        </w:rPr>
        <w:t>Pe py’aro peteĩha opa vaekue ary 1798-pe, ha pe py’aro ipahapegua opa vaekue ary 1844-pe. Pe oñepyrũva’ekue pe periodo irundy pa mokõi ary, upépe Cristo omopu’ã hague pe témplo Millerita, ohechauka pe paha, pórke mokõivéva, ñepyrũha ha paha, ojehechakuaa vaekue Tupã py’aro opaha hag̃ua Itavayguakuéra rehe, Jesucristo akóinte ombojoja peteĩ mba’e paha rehegua ndive iñepyrũ rehegua.</w:t>
      </w:r>
    </w:p>
    <w:p>
      <w:pPr>
        <w:pStyle w:val="ArticleBody"/>
        <w:jc w:val="left"/>
      </w:pPr>
      <w:r>
        <w:rPr>
          <w:rFonts w:ascii="Times New Roman" w:hAnsi="Times New Roman" w:eastAsia="Times New Roman" w:cs="Times New Roman"/>
        </w:rPr>
        <w:t>Jaseguítama ñane estudio Gabriel omeʼẽ vaʼekue Danielpe pe artículo oúvape.</w:t>
      </w:r>
    </w:p>
    <w:p>
      <w:pPr>
        <w:pStyle w:val="ArticleScripture"/>
        <w:jc w:val="left"/>
      </w:pPr>
      <w:r>
        <w:rPr>
          <w:rFonts w:ascii="Times New Roman" w:hAnsi="Times New Roman" w:eastAsia="Times New Roman" w:cs="Times New Roman"/>
        </w:rPr>
        <w:t>“Pe Apocalipsis rehegua ojepe’a va’erã tavayguakuérape. Heta oñembo’ejevy vaekue ha’eha peteĩ kuatiañe’ẽ oñembotyetéva, péro oñemboty umi omboykévape añoite pe añetegua ha pe tesape. Umi añetegua oĩva ipype oñemombe’u va’erã, tapicha-kuérape oñeme’ẽ hag̃ua pa’ũ oñembosako’i hag̃ua umi mba’e oikótavape ko’ẽrõitéma. Pe Marandu Mbohapyha Ángel rehegua oñepresenta va’erã pe esperánsa añoite ramo yvóra omanóvape guarã ñesalvasiónrã.”</w:t>
      </w:r>
    </w:p>
    <w:p>
      <w:pPr>
        <w:pStyle w:val="ArticleScripture"/>
        <w:jc w:val="left"/>
      </w:pPr>
      <w:r>
        <w:rPr>
          <w:rFonts w:ascii="Times New Roman" w:hAnsi="Times New Roman" w:eastAsia="Times New Roman" w:cs="Times New Roman"/>
        </w:rPr>
        <w:t>“Umi ára pahápe oĩva jejopy vaiete oguahẽma ñandéve, ha ñane rembiapópe tekotevẽ ñamomarandu tavayguakuérape pe peligro oĩhárupi hikuái. Ani umi mba’e guasu ha kyhyjéva profesía ohechaukava’ekue, ha hi’aguĩma oikóvo, opyta oñeñe’ẽ’ỹre. Ñande ningo Ñandejára remimbou, ha ndarekói tiempo ñambyai hag̃uáicha. Umi oikoseséva ñande Ruvicha Jesucristo ndive tembiporu irũramo ohechaukáta interés pypuku umi añetegua ojejuhúva ko lívrope. Haiha ha ñe’ẽ rupive oñeha’ãta omyesakã hag̃ua umi mba’e hechapyrãva Cristo ou hague yvágagui oikuaauka hag̃ua.” Signs of the Times, 4 de julio de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Poapyha Mbohapy hag̃ua</dc:title>
  <dc:subject>Marandu Tesapérape Ojehechaukapyre: Oñentendévo Ára Pahápe guare Daniel Jehasa Asy Rupive</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