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Poapy Mokõipa Paapy-reĩ hag̃ua hag̃ua hag̃ua hag̃ua hag̃ua hag̃ua hag̃ua hag̃ua hag̃ua hag̃ua hag̃ua hag̃ua hag̃ua hag̃ua</w:t>
      </w:r>
      <w:r>
        <w:rPr>
          <w:rFonts w:ascii="Microsoft YaHei" w:hAnsi="Microsoft YaHei" w:eastAsia="Microsoft YaHei" w:cs="Microsoft YaHei"/>
        </w:rPr>
        <w:t>】【</w:t>
      </w:r>
      <w:r>
        <w:rPr>
          <w:rFonts w:ascii="Arial" w:hAnsi="Arial" w:eastAsia="Arial" w:cs="Arial"/>
        </w:rPr>
        <w:t xml:space="preserve">.analysis to=final code </w:t>
      </w:r>
      <w:r>
        <w:rPr>
          <w:rFonts w:ascii="Nirmala UI" w:hAnsi="Nirmala UI" w:eastAsia="Nirmala UI" w:cs="Nirmala UI"/>
        </w:rPr>
        <w:t>ઘણું</w:t>
      </w:r>
    </w:p>
    <w:p>
      <w:pPr>
        <w:pStyle w:val="ArticleSubtitle"/>
        <w:jc w:val="left"/>
      </w:pPr>
      <w:r>
        <w:rPr>
          <w:rFonts w:ascii="Arial" w:hAnsi="Arial" w:eastAsia="Arial" w:cs="Arial"/>
        </w:rPr>
        <w:t>Ojehechakuaa hag̃ua Apocalipsis marandu he’íva ypy guive kañymbyre profetikuéra: Peteĩ tape rupi ára paha profecía-kuéra rehe hag̃ua hag̃uáicha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Opaite maranduhára ñe’ẽ profétika oñe’ẽ ko yvy paha rehe, ha opaite profecía oñembyaty ha oñemohu’ã Apocalipsis arandúpe. Apocalipsis arandúpe oñegueraha jey pe línea peteĩchagua oĩva Daniel arandúpe, ha’ekuéra niko peteĩcha libro. Opa ko’ã principio profétiko oñemboguapy mbarete porãma umi artículo mboyveguápe. Apocalipsis arandúpe ñañemomarandu, pe tiempo de gracia oñemboty mboyveite, oĩha peteĩ profecía oñesella va’ekue ha upéi oñeipe’a jejoko’ỹre. Ko’ã artículo omyesakã hína umi elemento profétiko ojoajúva pe marandu Apocalipsis arandúpe oĩva ko’ág̃a oñeipe’áva. Pe marandu ndaha’éi peteĩ añónte verdad profétika, ha opaite elemento pe marandu rehegua oñeipe’áva oike pe categoría héravape Jesucristo Revelación.</w:t>
      </w:r>
    </w:p>
    <w:p>
      <w:pPr>
        <w:pStyle w:val="ArticleBody"/>
        <w:jc w:val="left"/>
      </w:pPr>
      <w:r>
        <w:rPr>
          <w:rFonts w:ascii="Times New Roman" w:hAnsi="Times New Roman" w:eastAsia="Times New Roman" w:cs="Times New Roman"/>
        </w:rPr>
        <w:t>Pe marandu oñemboty’ỹva ojehechauka pe ára pahá mboyve pe periodo de gracia oñembotýta hag̃ua, upe jave “ara hi’aguĩma”. Daniel ha Apocalipsis kuatiañe’ẽ, oñondive pe comentario oúva Espíritu de Profecía jehaígui, he’i hesakã porãiterei mba’éichapa oiko pe proceso ojoajúva peteĩ marandu profético ñemboty’ỹ rehe. Pe León Judá ñemoñaregua hína upe omohu’ãva pe ñemboty’ỹ, ha ojapóvo upéva oiporu peteĩ método oñemohendapyre oikuave’ẽ hag̃ua pe marandu. Ha’e ohupyty pe marandu Túvagui, upe oñembojegua ramo guáicha oguerekóva la Biblia oñemboty hag̃ua siete sello reheve. Pe León Judá ñemoñaregua, ha’éva avei David rapo ha pe Ovecha Rymba ojejukava’ekue, ogueraha pe kuatiañe’ẽ Túvagui ha ombogue pe sello-kuéra.</w:t>
      </w:r>
    </w:p>
    <w:p>
      <w:pPr>
        <w:pStyle w:val="ArticleBody"/>
        <w:jc w:val="left"/>
      </w:pPr>
      <w:r>
        <w:rPr>
          <w:rFonts w:ascii="Times New Roman" w:hAnsi="Times New Roman" w:eastAsia="Times New Roman" w:cs="Times New Roman"/>
        </w:rPr>
        <w:t>Upéi Jesús ome'ẽ pe marandu Gabriel-pe, ha ha'e, ambue ánhel ndive, ogueraha pe marandu peteĩ proféta-pe, ha upéva ohai pe marandu ha omondo umi iglésia-kuérape. Oguahẽvo pe ára oñemboty'ỹ hag̃ua pe marandu profético, pe jepe'a pe marandu profético rehegua ogueru peteĩ proceso de prueba mbohapy paso rehegua, oha'ãva umi iglésia ryepýpe oĩvape, ha'éva pe proféta jehaipyre oñe'ẽhápe; ha umi miembro de iglesia peteĩteĩva ombohováiva rehe ae, ha'ekuéra ohechakuaa hikuái oĩpa peteĩ mokõi aty apytégui. Umi omoneĩva pe arandu rehegua ñembohetave oúva pe marandu oñemboty'ỹ va'ekuégui, ojekuaa chupekuéra “arandúva” ramo; ha umi ndojapóiva upéicha, Daniel ombohéra chupekuéra “añáva” ramo, ha Mateo katu “itavyva” ramo.</w:t>
      </w:r>
    </w:p>
    <w:p>
      <w:pPr>
        <w:pStyle w:val="ArticleBody"/>
        <w:jc w:val="left"/>
      </w:pPr>
      <w:r>
        <w:rPr>
          <w:rFonts w:ascii="Times New Roman" w:hAnsi="Times New Roman" w:eastAsia="Times New Roman" w:cs="Times New Roman"/>
        </w:rPr>
        <w:t>Opa koʼã mbaʼe oĩva joajúpe pe secreto profético paha ñembojaʼo rehegua ndive oñemombeʼu ha oñemombaʼeguasu Apocalipsis 17, versículo 9-pe, pórke upépe ojehechauka peteĩ elemento Jesucristo Revelación-gua ogueroviatava mokõi atýpe umi adorador-kuérape. Péicha ojapo ohechaukávo haʼeha umi “arandu” umi ohesakãtava pe marandu oúva pe advertencia rairõ rire pe versículo-pe.</w:t>
      </w:r>
    </w:p>
    <w:p>
      <w:pPr>
        <w:pStyle w:val="ArticleScripture"/>
        <w:jc w:val="left"/>
      </w:pPr>
      <w:r>
        <w:rPr>
          <w:rFonts w:ascii="Times New Roman" w:hAnsi="Times New Roman" w:eastAsia="Times New Roman" w:cs="Times New Roman"/>
        </w:rPr>
        <w:t>Ha koʼág̃a oĩ arandu reheve. Umi siete akã haʼe siete yvytykuéra, hiʼári pe kuña oguapyha. Ha oĩ siete mburuvichakuéra: po ojeityma, peteĩ oĩ koʼág̃a, ha ambue neʼĩrã gueteri ou; ha oguahẽ vove, oikoveʼỹre are hag̃ua sapyʼami. Ha pe mymba, oĩ vaʼekue ha koʼág̃a ndaipóri, upéva voi haʼe pe poapyha, ha umi siete apytégui ou, ha ohóta ñehundi hag̃uáme. Apocalipsis 17:9–11.</w:t>
      </w:r>
    </w:p>
    <w:p>
      <w:pPr>
        <w:pStyle w:val="ArticleBody"/>
        <w:jc w:val="left"/>
      </w:pPr>
      <w:r>
        <w:rPr>
          <w:rFonts w:ascii="Times New Roman" w:hAnsi="Times New Roman" w:eastAsia="Times New Roman" w:cs="Times New Roman"/>
        </w:rPr>
        <w:t>“Arandu reheguerekóva”, ha’e pe “arandúva” apytu’ũ. Umi “arandúva” oikũmby pe arandu ñembohetave, ha pe arandu ñembohetave ojehechaukáva pya’eite upe rire pe profétika techaukaha, ombojekuaáva peteĩ añetegua oikũmbytaha umi arandúva ha omboykétaha umi hekoañáva, ha’e pe añetegua ojoajúva umi reino-kuéra profecía bíblicapegua ndive, oñemohendáva umi versíkulo oúvape. Umi versíkulo ohechauka pe ta’anga pahaite umi reino-kuéra profecía bíblicapegua rehegua, ha pe ojepe’áva ñesẽ hag̃ua umi ára pahápe ha’e umi poapy reino-kuéra ojehechaukahague avei pe ta’anga peteĩha umi reino-kuéra profecía bíblicapegua rehegua Daniel kapítulo mokõihápe.</w:t>
      </w:r>
    </w:p>
    <w:p>
      <w:pPr>
        <w:pStyle w:val="ArticleBody"/>
        <w:jc w:val="left"/>
      </w:pPr>
      <w:r>
        <w:rPr>
          <w:rFonts w:ascii="Times New Roman" w:hAnsi="Times New Roman" w:eastAsia="Times New Roman" w:cs="Times New Roman"/>
        </w:rPr>
        <w:t>Añetegua ojehechauka hag̃ua pe añetegua omombarete pe jehecha mokõi’ỹva umi mburuvicharenda rehegua Biblia marandu’ypykuérape, ha’éva peteĩva Miller rembiapo jeguaka’akuégui; ha katu ojajái kuri pa jeyve, oguerekógui hetaiteve añetegua umi Miller-gua ndoikuaáiva’ekue iñemoĩmbyrýgui ijarahárape, ha ohechauka peteĩ prueba, ojeguerekoháicha pe papapy “diez” rupive, ha pe techapyrã ñeñangareko rehegua pe ñepyrũrã ñe’ẽmondo “ko’ápe oĩ pe akã oguerekóva arandu,” oñemyesakãva marandu’ypykuérape kóicha: pe añetegua oúvata ko’ág̃a oha’ãta umi tupãópe oñemondóva pe marandu ojeipe’áva mbeguekatúpe pe gracia rembe’ýpe mboyve.</w:t>
      </w:r>
    </w:p>
    <w:p>
      <w:pPr>
        <w:pStyle w:val="ArticleBody"/>
        <w:jc w:val="left"/>
      </w:pPr>
      <w:r>
        <w:rPr>
          <w:rFonts w:ascii="Times New Roman" w:hAnsi="Times New Roman" w:eastAsia="Times New Roman" w:cs="Times New Roman"/>
        </w:rPr>
        <w:t>Apocalipsis diecisiete-pe, Juan ojegueraha desiértope pe mil mokõi ciento sesenta ary papal pytũmby aja. Oñemoĩ chupe upe período pahápe, ary 1798-pe, ha upéva hína pe historia añetéva oñemoĩ hague chupe Apocalipsis trece-pe avei.</w:t>
      </w:r>
    </w:p>
    <w:p>
      <w:pPr>
        <w:pStyle w:val="ArticleScripture"/>
        <w:jc w:val="left"/>
      </w:pPr>
      <w:r>
        <w:rPr>
          <w:rFonts w:ascii="Times New Roman" w:hAnsi="Times New Roman" w:eastAsia="Times New Roman" w:cs="Times New Roman"/>
        </w:rPr>
        <w:t>Ha che aime y rembeʼýpe, ha ahecha peteĩ mymba ojupiha yguasúgui, oguerekóva siete akã ha paʼa ratĩ, ha hembiporã ratĩ ári paʼa akãrague, ha iñakãnguéra ári téra ñemongarai vai rehegua. Apocalipsis 13:1.</w:t>
      </w:r>
    </w:p>
    <w:p>
      <w:pPr>
        <w:pStyle w:val="ArticleBody"/>
        <w:jc w:val="left"/>
      </w:pPr>
      <w:r>
        <w:rPr>
          <w:rFonts w:ascii="Times New Roman" w:hAnsi="Times New Roman" w:eastAsia="Times New Roman" w:cs="Times New Roman"/>
        </w:rPr>
        <w:t>“Yguasu rembe’y yvyku’i” ohechauka 1798, pórke ohechauka pe tenda histórico-gui ojehechauka hague Juánpe pe papado (pe mymba ñarõ guasúgui osẽva) yma guaréicha, ha Tetã peteĩ reko Amérikagua (pe mymba yvýgui osẽva) opuʼãha, ha ipahápe oñeʼẽha dragónicha pe léi domingo oguahẽmbotaitévape. Upéi pe mymba yvy rehegua ombohapéva ko yvy ape ári oĩvape oguerovia hag̃ua pe “mymba raʼanga”, oñeʼẽva ha omboguatátava legislación dominical opaite yvy ape ári.</w:t>
      </w:r>
    </w:p>
    <w:p>
      <w:pPr>
        <w:pStyle w:val="ArticleScripture"/>
        <w:jc w:val="left"/>
      </w:pPr>
      <w:r>
        <w:rPr>
          <w:rFonts w:ascii="Times New Roman" w:hAnsi="Times New Roman" w:eastAsia="Times New Roman" w:cs="Times New Roman"/>
        </w:rPr>
        <w:t>“Upe tiempope, Papado, ojeipeʼa rire ichugui imbarete, oñembopyʼarãvaʼekue opytuʼu hag̃ua ñemosẽ ha ñemoĩrũgui, Juan ohecha peteĩ puʼaka pyahu osẽva oñehendu hag̃uáicha dragón ñeʼẽ, ha omotenonde hag̃ua pe tembiapo aña ha ñemotĩʼỹ rehegua peteĩchaite. Ko puʼaka, pe pahaite oikétava ñorairõme iglesia ha Tupã léi rehe, oñerrepresenta peteĩ mymbajaguápe hatĩ ojoguáva ovecha raʼy rehe. Umi mymbajagua mboyvegua osẽvaʼekue guive yguasúgui; ha koʼva katu osẽ yvýgui, upéva ohechauka pe tetã opuʼã pyʼaguapýpe pe ombojeguáva chupe—Tetã peteĩ reko Amérikagua.” Signs of the Times, 8 de febrero de 1910.</w:t>
      </w:r>
    </w:p>
    <w:p>
      <w:pPr>
        <w:pStyle w:val="ArticleBody"/>
        <w:jc w:val="left"/>
      </w:pPr>
      <w:r>
        <w:rPr>
          <w:rFonts w:ascii="Times New Roman" w:hAnsi="Times New Roman" w:eastAsia="Times New Roman" w:cs="Times New Roman"/>
        </w:rPr>
        <w:t>Juan ojegueraha upe tenda guasuete ojehechahápe tembiasakue, ohupyty hag̃ua pe jehechauka paha umi mburuvicharãnguéra rehegua marandu profétika bíblicape, capítulo diecisiete-pe. Oñembo’yvo upe tenda ojehechahápe, umi mburuvicharãnguéra ojehechauka. Ñepyrũrã oñemombe’u chupe pe mymba omboguataha mokõive, tupao ha Estado, ha’e oguapýgui ndaha’éi siete akã ári añónte, síno avei siete yvyty ári. Pe kuña rekovai guasu oguapyha upépe ohechauka porã ha’eha upe ojupi hag̃ua pe mymba ári, ha upe ojupíva pe mymba ári ha’e upe oguerekóva pe mymba poguýpe.</w:t>
      </w:r>
    </w:p>
    <w:p>
      <w:pPr>
        <w:pStyle w:val="ArticleScripture"/>
        <w:jc w:val="left"/>
      </w:pPr>
      <w:r>
        <w:rPr>
          <w:rFonts w:ascii="Times New Roman" w:hAnsi="Times New Roman" w:eastAsia="Times New Roman" w:cs="Times New Roman"/>
        </w:rPr>
        <w:t>Ha pe kuña rehecháva hína upe táva guasu, oguerekóva mburuvicha guasu yvy arigua ruvicha kuéra ári. Apocalipsis 17:18.</w:t>
      </w:r>
    </w:p>
    <w:p>
      <w:pPr>
        <w:pStyle w:val="ArticleBody"/>
        <w:jc w:val="left"/>
      </w:pPr>
      <w:r>
        <w:rPr>
          <w:rFonts w:ascii="Times New Roman" w:hAnsi="Times New Roman" w:eastAsia="Times New Roman" w:cs="Times New Roman"/>
        </w:rPr>
        <w:t>Pe ñe'ẽ “oguereko mburuvicha guasuicha” he'ise ojokoha ha oisãmbyhyha. Peteĩ ojupíva mba'e mymbáre oisãmbyhy pe mymbáre ojokóvo umi riénda. Pe papado oisãmbyhy siete akã ári ha avei siete yvyty ári. Daniel capítulo mokõihápe, Daniel omombe'u Nabucodonosórpe ha'eha pe “akã” óroguigua. Isaías capítulo siete-pe, peteĩ “akã” avei he'ise peteĩ mburuvicha, peteĩ táva guasu térã peteĩ reino.</w:t>
      </w:r>
    </w:p>
    <w:p>
      <w:pPr>
        <w:pStyle w:val="ArticleScripture"/>
        <w:jc w:val="left"/>
      </w:pPr>
      <w:r>
        <w:rPr>
          <w:rFonts w:ascii="Times New Roman" w:hAnsi="Times New Roman" w:eastAsia="Times New Roman" w:cs="Times New Roman"/>
        </w:rPr>
        <w:t>Siria akãrã hína Damasco, ha Damasco akãrã hína Rezín; ha sesenta ha cinco ary ryepýpe Efraín oñembyaíta, ndaiporimo’ãvéi hag̃ua tetãramo. Ha Efraín akãrã hína Samaria, ha Samaria akãrã hína Remalías ra’y. Peẽ ndapejeroviáiramo, añetehápe napembohatãmo’ãi. Isaías 7:7, 8.</w:t>
      </w:r>
    </w:p>
    <w:p>
      <w:pPr>
        <w:pStyle w:val="ArticleBody"/>
        <w:jc w:val="left"/>
      </w:pPr>
      <w:r>
        <w:rPr>
          <w:rFonts w:ascii="Times New Roman" w:hAnsi="Times New Roman" w:eastAsia="Times New Roman" w:cs="Times New Roman"/>
        </w:rPr>
        <w:t>Pe papado, ha’éva kuña ojupiha mymbaguasu ári, oguereko poguýpe opa yvy arigua mburuvichakuéra. Umi mburuvichakuéra ojehechauka “pa mburuvicha” ramo, ha umíva hína dragón pokatu umi ára pahápe. Ha’e kuéra hína umi mburuvicha Tiro kuña rekovéva oñemoakãratĩva hendivekuéra. Umi “pa mburuvicha” oñembojere hag̃ua ojapyhy hag̃ua papado autorida, ha katu umi pa mburuvicha apytépe pe iñakãrapu’ãvéva hína Tetã Unidos. Upévare, Tetã Unidos avei ojehechauka Acab ramo, Israel yvate gotyo oĩva pa tetãnguéra ruvicha guasu ramo. Pe papapy “pokõi” he’ise “oñemyenyhẽmba” térã “oñembyatyetéva”, ha papado ojehechaukáramo oisãmbyhy hag̃uáicha yvy arigua mburuvichakuéra ári, upéicha avei oisãmbyhy umi pa mburuvicha ári ha oguapy umi pokõi akã ári.</w:t>
      </w:r>
    </w:p>
    <w:p>
      <w:pPr>
        <w:pStyle w:val="ArticleBody"/>
        <w:jc w:val="left"/>
      </w:pPr>
      <w:r>
        <w:rPr>
          <w:rFonts w:ascii="Times New Roman" w:hAnsi="Times New Roman" w:eastAsia="Times New Roman" w:cs="Times New Roman"/>
        </w:rPr>
        <w:t>Kóva oĩ pe apytuʼũ oguerekóva arandu, pórke umi arandúva ára pahápe oipuru pe tapereko “línea ári línea”, ha oikuaa hikuái káda peteĩva umi símbolo pe tekove tetãmegua rehegua pe kuña reko vaíva oisãmbyhýva ohechauka hag̃ua pe añeteguáta peteĩchagua. Haʼe avei oisãmbyhy siete yvyty ári, ha umi Millerita-kuéra ohechakuaa peteĩ “yvyty” marandu hag̃ua Biblia profecíape haʼeha peteĩ símbolo peteĩ reino rehegua; hákatu avei ohechakuaa hikuái umi símbolo oguerekoha hetave peteĩ significado.</w:t>
      </w:r>
    </w:p>
    <w:p>
      <w:pPr>
        <w:pStyle w:val="ArticleBody"/>
        <w:jc w:val="left"/>
      </w:pPr>
      <w:r>
        <w:rPr>
          <w:rFonts w:ascii="Times New Roman" w:hAnsi="Times New Roman" w:eastAsia="Times New Roman" w:cs="Times New Roman"/>
        </w:rPr>
        <w:t>Yvytykuéra avei peteĩ símbolo iglesia rehegua. “Yvyty marangatu hechapyrãva” Ñandejára Ñe’ẽme ohechauka Tupã iglesia.</w:t>
      </w:r>
    </w:p>
    <w:p>
      <w:pPr>
        <w:pStyle w:val="ArticleScripture"/>
        <w:jc w:val="left"/>
      </w:pPr>
      <w:r>
        <w:rPr>
          <w:rFonts w:ascii="Times New Roman" w:hAnsi="Times New Roman" w:eastAsia="Times New Roman" w:cs="Times New Roman"/>
        </w:rPr>
        <w:t>Kóva ha’e pe ñe’ẽ Isaías, Amoz ra’y, ohecháva Judá ha Jerusalén rehegua. Ha oikóta umi ára pahápe, Tupã Róga yvyty oñemopyendáta umi yvyty ru’ã ári, ha oñembotuicháta umi cerro ári; ha opa tetã nguéra osyrýta hendápe. Ha heta tavayguakuéra ohóta ha he’íta: Peju, ha jajupi Ñandejára yvytýpe, Jacob Jára Rógape; ha’e ñanembo’éta heko rape rehe, ha jajeguatáta hapekuéra rupi; Sión-gui osẽta léi, ha Ñandejára ñe’ẽ Jerusalén-gui. Isaías 2:1–3.</w:t>
      </w:r>
    </w:p>
    <w:p>
      <w:pPr>
        <w:pStyle w:val="ArticleBody"/>
        <w:jc w:val="left"/>
      </w:pPr>
      <w:r>
        <w:rPr>
          <w:rFonts w:ascii="Times New Roman" w:hAnsi="Times New Roman" w:eastAsia="Times New Roman" w:cs="Times New Roman"/>
        </w:rPr>
        <w:t>Pe “Róga róga” ha’e hína Itupao, ha ha’e peteĩ “yvyty”. Kuña guasu tekovai oguapy poapy yvyty ári, upéicha ojekuaaukávo ha’e oguerekaha poguýpe opaite tupao, peteĩcha oguerekaháicha poguýpe opaite mburuvicha guasu. Ha’e oguereko pu’aka opaite tupao ári ha opaite tetã ári opaite yvy ape ári.</w:t>
      </w:r>
    </w:p>
    <w:p>
      <w:pPr>
        <w:pStyle w:val="ArticleBody"/>
        <w:jc w:val="left"/>
      </w:pPr>
      <w:r>
        <w:rPr>
          <w:rFonts w:ascii="Times New Roman" w:hAnsi="Times New Roman" w:eastAsia="Times New Roman" w:cs="Times New Roman"/>
        </w:rPr>
        <w:t>Pe visión Isaías omombeʼúva ou vaʼekue chupe “Judá ha Jerusalén rehegua”, ñande ramóva, osegi gueteri, ha upéva hína pe pasáhe peteĩcha capítulo irundyhápe, ha Isaías heʼiháicha upéva hína pe “ára peteĩteĩ” avakuéra heʼihápe: “Peju, ha jajupi Ñandejára yvyty ári, Jacob Jára róga peve.” Upe jave peteĩhápe voi ojekuaa “siete kuña”.</w:t>
      </w:r>
    </w:p>
    <w:p>
      <w:pPr>
        <w:pStyle w:val="ArticleScripture"/>
        <w:jc w:val="left"/>
      </w:pPr>
      <w:r>
        <w:rPr>
          <w:rFonts w:ascii="Times New Roman" w:hAnsi="Times New Roman" w:eastAsia="Times New Roman" w:cs="Times New Roman"/>
        </w:rPr>
        <w:t>Ha upe árape siete kuña ojoko peteĩ kuimba’épe, he’ívo: Ore ro’úta ore mbyja tee, ha roiporúta ore ao tee; peteĩ mba’e añoite, toje’e ore rehe nde rérape, ojeipe’a hag̃uáicha ore ñemotĩ. Upe árape Ñandejára rapo porã ha mimbipáta, ha yvy’a hi’a porãitereíta ha iporãite Israél gui oikove hag̃uápe g̃uarã. Ha oikóta, pe opytáva Siónpe, ha pe hembýva Jerusalénpe, oñembohérata marangatúramo, maymáva ojehaíva apytépe umi oikovéva Jerusalénpe: Ñandejára ojohéi rire Sión rajykuéra ky’a, ha omopotĩ rire Jerusalén ruguy ijapytégui joja espíritu rupive, ha tata rendy espíritu rupive. Ha Ñandejára omoheñóita opa Sión yvyty róga renda ári, ha iñatykuéra ári, arai ha tatatĩ ára hag̃ua, ha pyhare hag̃ua tata hendy jajái hag̃ua; opa pe tekomimbipa ári oĩta peteĩ ñangareko. Ha oĩta peteĩ tavernákulo kuarahy aku ág̃ape hag̃ua ára hag̃ua, ha tenda jehekakatu-rã, ha ñemimby yvytu atã ha ama gui. Isaías 4:1–6.</w:t>
      </w:r>
    </w:p>
    <w:p>
      <w:pPr>
        <w:pStyle w:val="ArticleBody"/>
        <w:jc w:val="left"/>
      </w:pPr>
      <w:r>
        <w:rPr>
          <w:rFonts w:ascii="Times New Roman" w:hAnsi="Times New Roman" w:eastAsia="Times New Roman" w:cs="Times New Roman"/>
        </w:rPr>
        <w:t>Pe “ára” ha’éva Isaías visión mba’eguasu rehegua hína pe “aravo” yvyryrýi guasu oĩva Apocalipsis capítulo once-pe. Umi arandu omoneĩ va’ekue pe ñe’ẽmondo “jevývo” rehegua pe ñembotavy guasu 18 de julio de 2020-gui, ha ojapo va’ekue Levítico veintiséis rembiapoukapy, ha oñembyaty va’ekue Ezequiel profecía peteĩha rupive, oñesella oaccepta jave Ezequiel marandu mokõiha umi irundy yvytu Islam rehegua. Upéi oñemopu’ã yvágape peteĩ techaukaha ramo, ha Tupã ra’ykuéra ambue Babilonia-pe oñepyrũ ombohovái pe ohenóiva osẽ hag̃ua Babilonia-gui, oñepyrũva pe yvyryrýi guasúpe, ha’éva pe léi domingo oúta hag̃uáicha. Tupã aty ambue ohendu pe marandu osẽ hag̃ua Babilonia-gui, ha omoherakuã: “Peju, ha jajupi Ñandejára yvyty gotyo, Jacob Jára róga peve.”</w:t>
      </w:r>
    </w:p>
    <w:p>
      <w:pPr>
        <w:pStyle w:val="ArticleBody"/>
        <w:jc w:val="left"/>
      </w:pPr>
      <w:r>
        <w:rPr>
          <w:rFonts w:ascii="Times New Roman" w:hAnsi="Times New Roman" w:eastAsia="Times New Roman" w:cs="Times New Roman"/>
        </w:rPr>
        <w:t>Upe “ára” pe kuña reko vai guasu oñepyrũ opurahéi hag̃ua ipurahéi ha oiko hag̃ua itie’ỹre yvy ruvichakuéra ndive. Umi oĩ’ỹva kuatiañe’ẽme Ovecha Ra’y rekove rehegua oho kuña reko vai rapykuéri, ha ikuarahy’ỹnguéra oike ipoguýpe. Umi tupãópe Isaías omombe’u “pokõi kuña” ramo. Umi “pokõi kuña” ha’e umi “pokõi yvyty” papakuéra oguerekótava ipoguýpe, peteĩ Tetã Joaju ombojapóramo opa yvy ape ári oñemopu’ã hag̃ua mymba ra’ãnga oñe’ẽtava ha ombojeruréva opa tapichápe toguereko hag̃ua papakuéra autorida mba’e rechaukaha.</w:t>
      </w:r>
    </w:p>
    <w:p>
      <w:pPr>
        <w:pStyle w:val="ArticleBody"/>
        <w:jc w:val="left"/>
      </w:pPr>
      <w:r>
        <w:rPr>
          <w:rFonts w:ascii="Times New Roman" w:hAnsi="Times New Roman" w:eastAsia="Times New Roman" w:cs="Times New Roman"/>
        </w:rPr>
        <w:t>“Umi siete kuña oñakãratã peteĩ kuimba’ére”, ha upe “kuimba’e” hína pe “kuimba’e” Pablo omombe’úva “angaipa kuimba’e” ramo. Upe ára jehovasapyre’ỹme umi opytáva “Jerusalénpe, oñehenóita marangatúramo, ha maymáva ojehaíva apytépe umi oikovéva Jerusalénpe.” Ñandejára retãygua hína umi upe ára pukukue hérava ojehaíva pe tekove kuatiápe, pe Ovecha Ra’y ojejuka va’ekue yvóra oñemoñepyrũ mboyve kuatiápe. Ambue aty katu, umi oñakãratãva pe “angaipa kuimba’ére”, ha’e umi Apocalipsis capítulo trece-pe omomba’éva pe angaipa kuimba’épe.</w:t>
      </w:r>
    </w:p>
    <w:p>
      <w:pPr>
        <w:pStyle w:val="ArticleScripture"/>
        <w:jc w:val="left"/>
      </w:pPr>
      <w:r>
        <w:rPr>
          <w:rFonts w:ascii="Times New Roman" w:hAnsi="Times New Roman" w:eastAsia="Times New Roman" w:cs="Times New Roman"/>
        </w:rPr>
        <w:t>Ha opa umi oikóva yvy ári oadoráta chupe, umi héra ndojehaíriva pe kuatiañe'ẽ tekove rehegua pe Ovecha Rymba ojejukáva'ekue yvóra oñepyrũ mboyve guive. Oiméramo avave oguereko apysa, tohendu. Apocalipsis 13:8, 9.</w:t>
      </w:r>
    </w:p>
    <w:p>
      <w:pPr>
        <w:pStyle w:val="ArticleBody"/>
        <w:jc w:val="left"/>
      </w:pPr>
      <w:r>
        <w:rPr>
          <w:rFonts w:ascii="Times New Roman" w:hAnsi="Times New Roman" w:eastAsia="Times New Roman" w:cs="Times New Roman"/>
        </w:rPr>
        <w:t>Pe “ára” pe yvyryrýi guasu rehegua, ha’éva arapokõindy léi apañuãi, ha’e pe huísio investigativo ñemohu’ã; ha pe huísio oñemopyenda nde réra ojejuhúpa térã ndajajuhúi jeike hag̃ua tekove kuatiañe’ẽme; upévare upe jave mokõi atýva ojehechaukáva ijoajúre tekove kuatiañe’ẽ ndive ohechauka hína pe huísio ñemboty pahápegua. Umi ojapyhýva “kuimba’e angaipa rehegua” oikuaauka okarutaha hikuái “ijeguigua mbuja, ha omoñemonde” hikuái “ijeguigua ao”, péro iñeha’ã tenondegua ha’e “oñehenóivo nde rérape”.</w:t>
      </w:r>
    </w:p>
    <w:p>
      <w:pPr>
        <w:pStyle w:val="ArticleBody"/>
        <w:jc w:val="left"/>
      </w:pPr>
      <w:r>
        <w:rPr>
          <w:rFonts w:ascii="Times New Roman" w:hAnsi="Times New Roman" w:eastAsia="Times New Roman" w:cs="Times New Roman"/>
        </w:rPr>
        <w:t>Osegíta hag̃ua hikuái hembi’e tee ñemombe’u doctrinal jeroviapy rehegua (okaru hag̃ua hikuái hi’upy tee), ha osegíta avei hag̃ua hikuái iprofesión denominacional (ijao tee), péro omoneĩta hikuái pe “kuimba’e angaipa rehegua” réra. Pe “kuimba’e angaipa rehegua” réra ha’e “católico”, he’iséva “universal”. Umi ojapyhýva pe “kuimba’e angaipa rehegua”, oipota oiko hag̃ua pe “iglesia universal” pehẽnguéicha, upéva ha’éva pe Iglesia Católica. Ohekase hikuái upe joaju ikatu hag̃uáicha “oipe’a” hag̃ua chuguikuéra “ñemotĩ”.</w:t>
      </w:r>
    </w:p>
    <w:p>
      <w:pPr>
        <w:pStyle w:val="ArticleBody"/>
        <w:jc w:val="left"/>
      </w:pPr>
      <w:r>
        <w:rPr>
          <w:rFonts w:ascii="Times New Roman" w:hAnsi="Times New Roman" w:eastAsia="Times New Roman" w:cs="Times New Roman"/>
        </w:rPr>
        <w:t>Pe “reproche” oñe’ẽ mokõi mba’e tuicháva rehe upe mymba oisãmbyhýva opaite tupao ha opaite tetã rehe ára pahápe. Pe “aravo yvyryrýi guasu rehegua” Apocalipsis once-pe, “pe mbohapyha ñembyasy ou pya’e”. Pe “mbohapyha ñembyasy” ha’e Islam. Pe “aravo yvyryrýi guasu rehegua” Apocalipsis once-pe, pe Trompeta Pokõiha osu. Pe Trompeta Pokõiha ha’e Islam. Islam oporombohape pe “aravo yvyryrýi guasu rehegua”-pe, opaite Trompeta niko hína umi tembiporu profético Tupã oiporúva juicio-rã domingo jerurepyre ñemomba’eguasu rehe opaite tembiasakue yvypórape.</w:t>
      </w:r>
    </w:p>
    <w:p>
      <w:pPr>
        <w:pStyle w:val="ArticleBody"/>
        <w:jc w:val="left"/>
      </w:pPr>
      <w:r>
        <w:rPr>
          <w:rFonts w:ascii="Times New Roman" w:hAnsi="Times New Roman" w:eastAsia="Times New Roman" w:cs="Times New Roman"/>
        </w:rPr>
        <w:t>Pe “tetãygua ñehundi” Estados Unidos-pegua ojehupyty vove, pe pya’e og̃uahẽtava arateĩgua léi rupive, “tetãnguéra ipochýta.” Islam ha’e pe ombochyva tetãnguérape profecía bíblica-pe, ojehechaukaháicha pe ñe’ẽ ypykue Islam rehegua Génesis arandukápe.</w:t>
      </w:r>
    </w:p>
    <w:p>
      <w:pPr>
        <w:pStyle w:val="ArticleScripture"/>
        <w:jc w:val="left"/>
      </w:pPr>
      <w:r>
        <w:rPr>
          <w:rFonts w:ascii="Times New Roman" w:hAnsi="Times New Roman" w:eastAsia="Times New Roman" w:cs="Times New Roman"/>
        </w:rPr>
        <w:t>Ha Ñandejára ánhel he'i chupe: Péina ápe, nerenyhẽ mitã, ha reiméta peteĩ kuimba'e ra'y, ha remoĩta héra Ismael; Ñandejára ohendúgui nde jehasa asy. Ha ha'e oikóta kuimba'e ñarõramo; ipo opu'ãta opa kuimba'e rehe, ha opa kuimba'e po opu'ãta hese; ha oikóta opa ijoyke'ykuéra renondépe. Génesis 16:11, 12.</w:t>
      </w:r>
    </w:p>
    <w:p>
      <w:pPr>
        <w:pStyle w:val="ArticleBody"/>
        <w:jc w:val="left"/>
      </w:pPr>
      <w:r>
        <w:rPr>
          <w:rFonts w:ascii="Times New Roman" w:hAnsi="Times New Roman" w:eastAsia="Times New Roman" w:cs="Times New Roman"/>
        </w:rPr>
        <w:t>Umi ára pahápe pe “ñemotĩ” ha’e Islam jerovia. Umi tupao ha umi tetãnguéra ko yvy arigua oikéta peteĩ Orden Mundial Pyahu, peteĩ Naciones Unidas poguýpe, oĩva tupao Católico poguýpe. Pe papa oguapýta pe sistema peteĩ-mundogua ári, ha’éicha Constantino ome’ẽ va’ekue pe papadope hogapy ára 330-pe. Umi tetãnguéra ohechakuaáta ikatu hag̃uáicha ombohovái pe ñorairõ Islam oguerúva yvypórape, upéva añoite ikatútaha ojejapo peteĩ ñeha’ã joajúpe rupive, ha upéva oikotevẽta oñemoĩ hag̃ua peteĩ mburuvicha moral poguýpe, ha Estados Unidos oñeha’ãmbaitéta he’i hag̃ua upéva ha’eha tupao Romana. Ha’éicha Justiniano ome’ẽ va’ekue tupao Católicope iñakãrapu’ã guasu ára 533-pe, tembiasakue ojejey. Estados Unidos ombotovéta ko yvy pukukue ipu’aka militar rupive oñeñe’ẽrendu hag̃ua, ha’éicha Clovis ojapo va’ekue tupao Católico rehehápe ára 496-pe. Ojejey jeýta pe tembiasakue Apocalipsis mokõipa mbohapy pehẽngue peteĩha, versíkulo mokõi-pe.</w:t>
      </w:r>
    </w:p>
    <w:p>
      <w:pPr>
        <w:pStyle w:val="ArticleScripture"/>
        <w:jc w:val="left"/>
      </w:pPr>
      <w:r>
        <w:rPr>
          <w:rFonts w:ascii="Times New Roman" w:hAnsi="Times New Roman" w:eastAsia="Times New Roman" w:cs="Times New Roman"/>
        </w:rPr>
        <w:t>Ha pe mymba guasu ahecháva’ekue ojogua peteĩ jaguaretépe, ha ipykuéra ojogua peteĩ oso pykuérape, ha ijuru peteĩ león jurúicha; ha pe dragón ome’ẽ chupe ipokatu, henda guasu, ha mburuvicha guasu. Apocalipsis 13:2.</w:t>
      </w:r>
    </w:p>
    <w:p>
      <w:pPr>
        <w:pStyle w:val="ArticleBody"/>
        <w:jc w:val="left"/>
      </w:pPr>
      <w:r>
        <w:rPr>
          <w:rFonts w:ascii="Times New Roman" w:hAnsi="Times New Roman" w:eastAsia="Times New Roman" w:cs="Times New Roman"/>
        </w:rPr>
        <w:t>Oñemopuʼã rire pe taʼanga, upéi umi mburuvichakuéra ko yvy arigua, oñembopochy vaʼekue Islam rembiapo vai rehe, ohechakuaáta pe “jejaʼo” opaichagua rehegua ojejapóva Islam rovái, ojeporúva omoheñói hag̃ua pe mymba raʼãnga yvypórape guasúva, ndahaʼéi hague pe “jejaʼo” pe “kuimbaʼe angaipa rehegua” (Jezabel) añetehápe ojepyʼapy hague rehe. Hiʼarive hag̃uaʼỹre, ko yvy tuichakue oikuaáta Jezabel ndojepyʼapyiha mbaʼevete Islam rehe, ha katu ipyʼa oipotaha ojuka Elíaspe, Herodías ojuka haguéicha Juan el Bautístape.</w:t>
      </w:r>
    </w:p>
    <w:p>
      <w:pPr>
        <w:pStyle w:val="ArticleBody"/>
        <w:jc w:val="left"/>
      </w:pPr>
      <w:r>
        <w:rPr>
          <w:rFonts w:ascii="Times New Roman" w:hAnsi="Times New Roman" w:eastAsia="Times New Roman" w:cs="Times New Roman"/>
        </w:rPr>
        <w:t>Pe “apytuʼũ orekóva arandu” haʼe pe “iñarandúva apytuʼũ”, ha umi “iñarandúva” haʼe umi oikũmbyva pe “jekuaa ñembohetave” ojejapóva pe León Judá ñemoñaregua oipeʼávo pe Jesucristo Revelación, pe gracia ára ñemohuʼã mboyve.</w:t>
      </w:r>
    </w:p>
    <w:p>
      <w:pPr>
        <w:pStyle w:val="ArticleScripture"/>
        <w:jc w:val="left"/>
      </w:pPr>
      <w:r>
        <w:rPr>
          <w:rFonts w:ascii="Times New Roman" w:hAnsi="Times New Roman" w:eastAsia="Times New Roman" w:cs="Times New Roman"/>
        </w:rPr>
        <w:t>Ha he’i chéve: Ani reñomi hag̃ua ko kuatiañe’ẽ marandu py’aguapýva ñe’ẽnguéra, ág̃a hi’aguĩgui pe ára. Pe hekojojáva’ỹ, toiko hekojojáva’ỹve gueteri; ha pe ky’áva, toky’ave gueteri; ha pe hekojojáva, toiko hekojojápe gueteri; ha pe imarangatúva, toñemomarangatuve gueteri. Apocalipsis 22:10, 11.</w:t>
      </w:r>
    </w:p>
    <w:p>
      <w:pPr>
        <w:pStyle w:val="ArticleBody"/>
        <w:jc w:val="left"/>
      </w:pPr>
      <w:r>
        <w:rPr>
          <w:rFonts w:ascii="Times New Roman" w:hAnsi="Times New Roman" w:eastAsia="Times New Roman" w:cs="Times New Roman"/>
        </w:rPr>
        <w:t>Umi “siete akã” ha’e “siete yvyty, hi’ári kuña oguapyha”, ohechauka pe añetegua papado oguerekotaha mburuvicha rekove mokõivéva tupaópe ha tetãme. Símbolo-kuéra oguereko hetave peteĩ he’iséva, ha umi símbolo oñemyesakãva ha oñentendéva’erã pe jehaipyre contexto rupive, upe pasáhepe ojehechaukahápe umi símbolo. Pe argumento osẽ pe versículo ohechauka hag̃ua umi akã ha’eha umi yvyty; upéicharõ, mba’épa ombohováita pe jehechakuaa hag̃ua peteĩ joavy umi akã apytépe (tetã reko poguýpe ñemboguata) ha umi yvyty apytépe (tupaópe poguýpe ñemboguata)? Pe joavy oñemopyenda Daniel kuatiañe’ẽ mokõi kapítulo, siete ha ocho-pe. Kapítulo siete-pe, mokõivéva Roma pagana ha Roma papal ojehechauka “iñambueha” ramo umi mymba oguata va’ekue mboyvegui.</w:t>
      </w:r>
    </w:p>
    <w:p>
      <w:pPr>
        <w:pStyle w:val="ArticleBody"/>
        <w:jc w:val="left"/>
      </w:pPr>
      <w:r>
        <w:rPr>
          <w:rFonts w:ascii="Times New Roman" w:hAnsi="Times New Roman" w:eastAsia="Times New Roman" w:cs="Times New Roman"/>
        </w:rPr>
        <w:t>Ojehupyty vove ochoha ári pe (línea ári línea), jajuhu capítulo ocho-pe pe hatĩ michĩ Roma-pegua, ojepyso ha oñemoambuéva kuimba’e, kuña, kuimba’e, kuña apytépe. Peteĩ techaukaha (pe hatĩ michĩ) ohechauka mokõi mburuvicharenda. Umi capítulo-pe, peteĩ hatĩ ha’e peteĩ reino, ha peteĩ reino avei ha’e peteĩ akã. Capítulo ocho-pe, pe hatĩ michĩ ohechauka mokõi reino, pe irundyha ha pe poha reino profesía bíblica-pe. Pe hatĩ michĩ, techaukaháicha, ohechauka mokõi reino, ha umi mokõi reino ohechaukáva ha’e umi reino ojekuaauka hag̃ua estado rembiapo ha iglesia rembiapo joaju. Umi siete akã, ha’éva avei siete yvyty, ohechauka mokõi reino, ha peteĩ reino ha’e iglesia rembiapo ha ambue ha’e estado rembiapo.</w:t>
      </w:r>
    </w:p>
    <w:p>
      <w:pPr>
        <w:pStyle w:val="ArticleBody"/>
        <w:jc w:val="left"/>
      </w:pPr>
      <w:r>
        <w:rPr>
          <w:rFonts w:ascii="Times New Roman" w:hAnsi="Times New Roman" w:eastAsia="Times New Roman" w:cs="Times New Roman"/>
        </w:rPr>
        <w:t>Daniel mokõiha kapítulope oĩ ambue testígo ko simbolísmo proféticogui, upépe pe mburuvicha guasu paha, umi Millerita oikuaaháicha ha’eha Roma rembiguái irundyha, ojehechauka hag̃ua itáicha ha ñai’ũicha. Pe itá ha pe ñai’ũ oñembojoajúramo jepe, añetépe ningo pe itá ndojoajúi ñai’ũ ndive. Upéicharõ jepe, Hermana White oñe’ẽvo umi “itá ha ñai’ũ” rehe, omombe’u upéva ha’eha peteĩ símbolo iglesia rembiapokue ha estado rembiapokuégui, ojehechaukaháicha pe apéndice michĩva kapítulo ochopegua, ha Apocalipsis diecisiete akãnguéra avei yvytykuéra hag̃uáicha.</w:t>
      </w:r>
    </w:p>
    <w:p>
      <w:pPr>
        <w:pStyle w:val="ArticleScripture"/>
        <w:jc w:val="left"/>
      </w:pPr>
      <w:r>
        <w:rPr>
          <w:rFonts w:ascii="Times New Roman" w:hAnsi="Times New Roman" w:eastAsia="Times New Roman" w:cs="Times New Roman"/>
        </w:rPr>
        <w:t>“Ñaguahẽma peteĩ ára peve Ñandejára rembiapo marangatu ojehechauka hag̃ua ta’anga py rehe, upe hierro oñembojehe’áva ñai’ũ ndive. Ñandejára oguereko peteĩ tetãygua, peteĩ tetãygua poravo pyre, ikatupyry hag̃ua oikuaa hag̃ua oñemomarangatúva’erã, ha ndikatúi oñemongy’a omoĩvo ñepyrũmby ári yvyra, kapi’i piru ha kapi’i rogue ku’i. Mayma ánga iñe’ẽrendúva Ñandejára mandamiéntope ohecháta ñande jerovia mba’e ombojoavýva ha’eha pe pytu’uha ára, ára pokõiha. Pe gobierno omomba’éramo pe pytu’uha ára Ñandejára he’iháicha oñemomba’e hag̃ua, opytáta Ñandejára mbaretépe ha oñangarekóta pe jerovia yma umi imarangatúvape oñeme’ẽ va’ekue rehe. Péro umi karai estadopegua omopu’ãta pe pytu’uha ára japu, ha ombojehe’áta hikuái ijerovia religioso ko ta’ýra papado-gua ñembojeroviápe, omoĩvo yvateve pe pytu’uha ára ári Ñandejára omomarangatu ha ohovasáva, omboykévo yvypórape guarã oñeñongatu hag̃ua marangatúramo, techaukaháramo Ha’e ha Itavaygua apytépe mil generasión peve. Tupãóregua pokatu ha estadopegua pokatu ñembojehe’a ojehechauka pe hierro ha pe ñai’ũ rupive. Ko joaju omokangy opaite tupão kuéra pokatu. Ko mba’e, oñeme’ẽvo tupãópe estado pokatu, oguerúta tembiapo vai. Kuimba’ekuéra haimete ohasáma pe tenda Ñandejára py’aguasu oha’arõha. Ha’ekuéra omoĩ imbarete politikápe, ha ojoajúma papado ndive. Péro oguahẽta ára Ñandejára okastigata hag̃uáicha umi omboykéva’ekue Iley, ha hembiapo vai ojevýta hi’ári kuéra voi.” The Seventh-day Adventist Bible Commentary, volume 4, 1168, 1169.</w:t>
      </w:r>
    </w:p>
    <w:p>
      <w:pPr>
        <w:pStyle w:val="ArticleBody"/>
        <w:jc w:val="left"/>
      </w:pPr>
      <w:r>
        <w:rPr>
          <w:rFonts w:ascii="Times New Roman" w:hAnsi="Times New Roman" w:eastAsia="Times New Roman" w:cs="Times New Roman"/>
        </w:rPr>
        <w:t>Ko estudio ñambojapóva koʼápe ñamoguahẽta pe ambue artículope.</w:t>
      </w:r>
    </w:p>
    <w:p>
      <w:pPr>
        <w:pStyle w:val="ArticleScripture"/>
        <w:jc w:val="left"/>
      </w:pPr>
      <w:r>
        <w:rPr>
          <w:rFonts w:ascii="Times New Roman" w:hAnsi="Times New Roman" w:eastAsia="Times New Roman" w:cs="Times New Roman"/>
        </w:rPr>
        <w:t>“Pe escena ohechaukáva Cristo rembiapo ñanderehehápe, ha Satanás remombeʼu vai hatãva ñanderehe, Josué oñemboy paʼi guasúrõ, ha ojerure Tupã mandamiento rerekua tavayguakuéra rehehápe. Upe jave avei Satanás ohechauka Tupã retãyguakuérape angaipa guasúicha, ha omoĩ Tupã renondépe angaipakuéra réra aty, haʼe voi omoĩ vaʼekue chupekuéra pyʼaraʼã opavave hekove pukukue javeve hag̃ua; ha omyakãhatã, iñañaiterei hag̃ua hembiapo vai rupi, oñemeʼẽ vaʼerãha chupe ipope ohundipa hag̃ua. Ojerure avei ndojeñangarekói hag̃ua hesekuéra ánhel kuéra ombaʼapóva rupive, ani hag̃ua oñemoʼã mbaʼevai joaju guasu rovái. Henyhẽ pochy rehe, ndaikatúigui ombojoaju Tupã tavayguakuérape atýpe yvy arigua ndive, ojejapo hag̃uáicha hikuái chupe ñeñangareko tuichakue reheve. Mburuvicha guasu, mburuvicha ha governadorkuéra omoĩma hese kuéra anticristo marca, ha ojehechauka chupekuéra dragón ramo oho hag̃uáicha oñorairõ santo-kuéra ndive—umi oñongatúva Tupã mandamientokuéra ha oguerekóva Jesús jerovia. Iñañateĩme Tupã tavayguakuéra rehe, ohechauka avei ijehegui Barabás poravo hague Cristo rendaguépe.”</w:t>
      </w:r>
    </w:p>
    <w:p>
      <w:pPr>
        <w:pStyle w:val="ArticleScripture"/>
        <w:jc w:val="left"/>
      </w:pPr>
      <w:r>
        <w:rPr>
          <w:rFonts w:ascii="Times New Roman" w:hAnsi="Times New Roman" w:eastAsia="Times New Roman" w:cs="Times New Roman"/>
        </w:rPr>
        <w:t>“Ñandejára oreko peteĩ joavy ko yvy ape ári ndive. Oguahẽ vove pe huísio oguapýta, ha pe aranduka-kuéra ojepe’áta, Ha’e orekóta peteĩ mba’e vaietereíva ombojegueraha hag̃uáicha, ha upéva ko’ág̃ama voi omongyhyje ha omboryrýi va’erãmo’ã ko yvy ape arigua kuérape ndaha’éiramo oĩha hikuái oñembotavy ha ojejepokuaa hag̃ua umi tavykai ha ñembotavy satanás guáre. Ñandejára ojeruréta ko yvy ape ári oikuaaukávo chupekuéra ikuénta Ita’ýra peteĩete ha’eño-begotten rehe, upéva ko yvy ape arigua, opa mba’épeguarã, omosãingo jey vaicha kurusúre, ha omoĩ hag̃ua tĩndýpe opavave renondépe, ojepersegui rupi Ipuévlo. Ko yvy ape arigua omboyke Cristope Isánto-kuéra persona rupi; omboyke Imarandu, omboykévo marandu proféta-kuéra, apóstol-kuéra ha mensahéro-kuéra rehegua. Omboyke avei umi oiko va’ekue Cristo ndive tembiapojoajuhárape, ha upévare ome’ẽ va’erã kuénta.”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Poapy Mokõipa Paapy-reĩ hag̃ua hag̃ua hag̃ua hag̃ua hag̃ua hag̃ua hag̃ua hag̃ua hag̃ua hag̃ua hag̃ua hag̃ua hag̃ua hag̃ua】【。analysis to=final code ઘણું</dc:title>
  <dc:subject>Ojehechakuaa hag̃ua Apocalipsis marandu he’íva ypy guive kañymbyre profetikuéra: Peteĩ tape rupi ára paha profecía-kuéra rehe hag̃ua hag̃uáicha hag̃ua hag̃ua</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