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Daniel — Papapy Po Su Póha Mokõi’ẽ’ẽ</w:t>
      </w:r>
    </w:p>
    <w:p>
      <w:pPr>
        <w:pStyle w:val="ArticleSubtitle"/>
        <w:jc w:val="left"/>
      </w:pPr>
      <w:r>
        <w:rPr>
          <w:rFonts w:ascii="Arial" w:hAnsi="Arial" w:eastAsia="Arial" w:cs="Arial"/>
        </w:rPr>
        <w:t>Pe Kuaaukágui Maranduhára: Ñantende hag̃ua pe Ñembyasy 18 jasypokõi 2020-pegua ha pe Marandu ojepe’áva Sapy’a Pyharepytépe gua rehe umi ára pahápe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Árape 18 jasypoteĩ ary 2020-pe, og̃uahẽ pe ñembyasy peteĩha Tupã rembiapo reformador ára pahapeguápe g̃uarã. Kóva omoĩ peteĩ marca tape rehegua pe mbohapyha “Ay” rembiasápe, ha’éva pe ama paha rembiasápe, ha avei pe cien cuarenta y cuatro mil oñesealla hag̃ua rembiasápe. Upe rembiasakue ojehechauka vaʼekue opaite movimiento reformador rembiasápe pe tembiasakue marangatúpe, ha oñerrepresenta porãve vaʼekue Millerita movimiento rembiasápe, ha oñemombeʼu hag̃ua pe parábola diez vírgenes reheve, ha orrepresenta pe rembiasakue profético opa proféta ohechakuaáva’ekue.</w:t>
      </w:r>
    </w:p>
    <w:p>
      <w:pPr>
        <w:pStyle w:val="ArticleBody"/>
        <w:jc w:val="left"/>
      </w:pPr>
      <w:r>
        <w:rPr>
          <w:rFonts w:ascii="Times New Roman" w:hAnsi="Times New Roman" w:eastAsia="Times New Roman" w:cs="Times New Roman"/>
        </w:rPr>
        <w:t>18 jasypokõi ary 2020-pe ojehechauka pe ñembotavy peteĩha oguataha pe atyguasu rehegua, ha upéicha rupi ohechauka pe ára oñeha'arõha og̃uahẽma pe parábola umi diez kuñataĩ virgen rehegua ha Habacuc-pe. Pe tembiasakue Millerita-pe, upe prueba peteĩteĩva omoĩva'ekue chupekuéra oikuaauka hag̃ua peteĩ marandu javy, upeaite ojehechakuaa va'ekue hag̃ua ojekuaa hag̃ua pe ára añeteguáva. Upérõ ojehechakuaa pe tiempo oñeha'arõha, pe parábola umi diez kuñataĩ virgen rehegua pegua, ha'eha añetegua ko'ág̃aguáva, ha upe tiempo oñeha'arõha ha'eha avei upe tiempo oñeha'arõha Habacuc mokõihápe. Pe parábola umi diez kuñataĩ virgen rehegua oñembopyahu haimete peteĩteĩ letra rupi, ha upe añetegua ohechauka porã umi oikeva'ekue añoite pe ñembotavyme ha'eha ikatúva ojehechakuaa hag̃ua virgen arandu térã virgen tavýramo.</w:t>
      </w:r>
    </w:p>
    <w:p>
      <w:pPr>
        <w:pStyle w:val="ArticleBody"/>
        <w:jc w:val="left"/>
      </w:pPr>
      <w:r>
        <w:rPr>
          <w:rFonts w:ascii="Times New Roman" w:hAnsi="Times New Roman" w:eastAsia="Times New Roman" w:cs="Times New Roman"/>
        </w:rPr>
        <w:t>Pe aty guasu Adventismo Laodiceagua oñeha’ãrõ vaʼekue mbohapyha Ayvu Mbyjao guasu ou rupi 11 jasyporundy 2001-pe, ha ary 18 jasypokõi 2020-pe pe marandu peteĩva ndoikói haguéva ohasa rire, Adventismo Laodiceagua opyta tapykuépe, otyryrývo mbaʼeve reheʼỹ jevy hag̃ua Roma gotyo, upéichaite avei umi Protestánte-kuéra oiko haguéicha pe tembiasakue Millerita-pe.</w:t>
      </w:r>
    </w:p>
    <w:p>
      <w:pPr>
        <w:pStyle w:val="ArticleBody"/>
        <w:jc w:val="left"/>
      </w:pPr>
      <w:r>
        <w:rPr>
          <w:rFonts w:ascii="Times New Roman" w:hAnsi="Times New Roman" w:eastAsia="Times New Roman" w:cs="Times New Roman"/>
        </w:rPr>
        <w:t>Ndaha’éi umi Millerita-kuéra añoite ohechakuaa pe ára oñembotapykueháva ha’eha pe parábola umi pa virgin kuñataĩ rehegua ñembyaty; ohecha avei hikuái Habacuc-pe pe tembiapoukapy oha’arõ hag̃ua pe visión rehe, jepémo oñembotapykue, ha’eha upe avei pe techaukaha profético. Upéi Habacuc omoneĩ porã pe visión oñepresenta va’ekue jejavy rupi ha omoheñóiva’ekue pe ñembyasy peteĩha ha’eha pe visión “ñe’ẽtava” ipahahápe.</w:t>
      </w:r>
    </w:p>
    <w:p>
      <w:pPr>
        <w:pStyle w:val="ArticleScripture"/>
        <w:jc w:val="left"/>
      </w:pPr>
      <w:r>
        <w:rPr>
          <w:rFonts w:ascii="Times New Roman" w:hAnsi="Times New Roman" w:eastAsia="Times New Roman" w:cs="Times New Roman"/>
        </w:rPr>
        <w:t>Pe visión niko gueteri guará peteĩ ára oñemoĩmava’ekuépe; ha ipahápe oñe’ẽta, ha ndijapumo’ãi: jepe itarãramo, eha’arõ chupe; oútaramo añetehápe, ndaitaramo’ãi. Habacuc 2:3.</w:t>
      </w:r>
    </w:p>
    <w:p>
      <w:pPr>
        <w:pStyle w:val="ArticleBody"/>
        <w:jc w:val="left"/>
      </w:pPr>
      <w:r>
        <w:rPr>
          <w:rFonts w:ascii="Times New Roman" w:hAnsi="Times New Roman" w:eastAsia="Times New Roman" w:cs="Times New Roman"/>
        </w:rPr>
        <w:t>Pe marandu oguerúvaekue pe ñembyasy peteĩha ha’eva’ekue upe marandu peteĩteĩ, ha va’erãkuri ojekuaa oñemohu’ãha amo hag̃uarõitépe, ha katu peteĩ marandu gueteri oñemopyendáva umi argumento profético yma guarére ojeporúvaekue upe ñe’ẽmondo javy peteĩháme.</w:t>
      </w:r>
    </w:p>
    <w:p>
      <w:pPr>
        <w:pStyle w:val="ArticleBody"/>
        <w:jc w:val="left"/>
      </w:pPr>
      <w:r>
        <w:rPr>
          <w:rFonts w:ascii="Times New Roman" w:hAnsi="Times New Roman" w:eastAsia="Times New Roman" w:cs="Times New Roman"/>
        </w:rPr>
        <w:t>Pe istória Millerita-pe, umiha ñemoĩmbyre ñehẽme oñeha’ã peteĩha kuri pe tetãygua kuéra pe ñe’ẽme’ẽ yma guaréva guýpe; upéi katu oñeha’ã pe tetãygua kuéra pe ñe’ẽme’ẽ pyahu guýpe. Pe prueba oñepyrũ va’ekue umi protestánte kuérape g̃uarã, pe ánhel peteĩha Apocalipsis diez-gua ha pe ánhel peteĩha Apocalipsis catorce-gua (mokõivéva ningo peteĩchante pe ánhel), oguejy ramo guare ára 11 jasypoapy 1840-pe. Iprueba opákuri pe peteĩha jevy’ỹme ha pe ángel mokõiha Apocalipsis catorce-gua oguahẽvo.</w:t>
      </w:r>
    </w:p>
    <w:p>
      <w:pPr>
        <w:pStyle w:val="ArticleBody"/>
        <w:jc w:val="left"/>
      </w:pPr>
      <w:r>
        <w:rPr>
          <w:rFonts w:ascii="Times New Roman" w:hAnsi="Times New Roman" w:eastAsia="Times New Roman" w:cs="Times New Roman"/>
        </w:rPr>
        <w:t>Miller ypykuépe pe prueba umi Miller-pe g̃uarã oñepyrũ kuri pe mokõiha ánhel ou jave pe peteĩha ñembotavýpe ha opa pe Pyharepyte Sapukái og̃uahẽvo, pe Ermána White ohechauka hag̃ua heta ánhel ramo, ojoajúva pe mokõiha ánhel ndive. Pe Espíritu Santo pu’aka guýpe, umi Miller oikuaa ha omoneĩva’ekue pe Pyharepyte Sapukái marandu, upérõ oñemboja’o umi Miller-gui ndoikuaáiva’ekue pe marandu ho’áva opa rupi ijere rehe. Ára 22 jasypa 1844-pe, pe mbohapyha ánhel og̃uahẽ ha pe visión oha’arõ va’ekue upérõ oñe’ẽ.</w:t>
      </w:r>
    </w:p>
    <w:p>
      <w:pPr>
        <w:pStyle w:val="ArticleBody"/>
        <w:jc w:val="left"/>
      </w:pPr>
      <w:r>
        <w:rPr>
          <w:rFonts w:ascii="Times New Roman" w:hAnsi="Times New Roman" w:eastAsia="Times New Roman" w:cs="Times New Roman"/>
        </w:rPr>
        <w:t>Pe historia ojehuvakuévo ñemohu’ã rehegua umi cien cuarenta y cuatro mil rehe, umi yma guaréva pacto retãygua raẽ oñeha’ãmby, upéi umi pyahu pacto retãygua. Pe ñeha’ã oñepyrũ va’ekue Adventismo Laodiceagua-pe ára 11 jasyporundy 2001-pe, pe ñe’ẽ peteĩha ángel Apocalipsis dieciochopegua ha pe mbohapyha ángel Apocalipsis catorcepegua (ha’ekuéra niko peteĩ ángelnte), oguejy ramo guare. Iñeha’ã opa pe ñembyasy guasu 18 jasypokõi 2020-pe.</w:t>
      </w:r>
    </w:p>
    <w:p>
      <w:pPr>
        <w:pStyle w:val="ArticleBody"/>
        <w:jc w:val="left"/>
      </w:pPr>
      <w:r>
        <w:rPr>
          <w:rFonts w:ascii="Times New Roman" w:hAnsi="Times New Roman" w:eastAsia="Times New Roman" w:cs="Times New Roman"/>
        </w:rPr>
        <w:t>Mbohapy pehẽngue mbohapyha ángel rehegua ryepýpe, pe prueba umi cien cuarenta y cuatro mil rehegua oñepyrũkuri pe ñembyasy peteĩha oguahẽrõ guare, ha oñemohuʼãta pe Marandu Pyharepyte Sapyʼa guasu rehegua oguahẽvo. Espíritu Santo pokatu guýpe, umi koʼág̃a ohechakuaa ha omoneĩva pe Marandu Pyharepyte Sapyʼa guasu rehegua, upéi oñembojaʼo umi tavy ha aña ndiveʼỹ, umi ndohechakuaáiva pe marandu heta hendáicha oúva koʼág̃a hoʼáva opárupi ijerérekuéra.</w:t>
      </w:r>
    </w:p>
    <w:p>
      <w:pPr>
        <w:pStyle w:val="ArticleBody"/>
        <w:jc w:val="left"/>
      </w:pPr>
      <w:r>
        <w:rPr>
          <w:rFonts w:ascii="Times New Roman" w:hAnsi="Times New Roman" w:eastAsia="Times New Roman" w:cs="Times New Roman"/>
        </w:rPr>
        <w:t>Pe léi domingo oútavape hi’aguĩvape, pe mokõiha “ñe’ẽ” pe ánhel Apocalipsis dieciocho-gui oñe’ẽ, ha upéva avei hína pe visión “itaria” va’ekue oñe’ẽvo. Upéva avei orrepresenta pe mbohapyha ánhel marandu “okakuaa hag̃ua” pe hatã sapukáipe.</w:t>
      </w:r>
    </w:p>
    <w:p>
      <w:pPr>
        <w:pStyle w:val="ArticleBody"/>
        <w:jc w:val="left"/>
      </w:pPr>
      <w:r>
        <w:rPr>
          <w:rFonts w:ascii="Times New Roman" w:hAnsi="Times New Roman" w:eastAsia="Times New Roman" w:cs="Times New Roman"/>
        </w:rPr>
        <w:t>Pe Pyharegua Sapukái ojehechauka heta ánhel ramo, ojoajúva pe ánhel mboyvegua ndive. Pe Pyharegua Sapukái marandu oguereko heta elemento oipytyvõva pe marandu tuichakue, ha umi ánhel ha’e marandu ra’ãnga. Miller gua rembiasakuepe, pe pionéro ojekuaa ramo tenonderãrõ ogueru hag̃ua pe añetegua Pyharegua Sapukái marandu ha ombojoaju hag̃ua upéva ha’e va’ekue Samuel S. Snow. Upe rembiasakuepe oĩ porã kuatiare, Snow oikũmby hag̃ua pe Pyharegua Sapukái marandu oñemoheñói ha oñembotuicha hague peteĩ aravo pukukue aja.</w:t>
      </w:r>
    </w:p>
    <w:p>
      <w:pPr>
        <w:pStyle w:val="ArticleBody"/>
        <w:jc w:val="left"/>
      </w:pPr>
      <w:r>
        <w:rPr>
          <w:rFonts w:ascii="Times New Roman" w:hAnsi="Times New Roman" w:eastAsia="Times New Roman" w:cs="Times New Roman"/>
        </w:rPr>
        <w:t>Upéva pe tembiasakue oñeha’ã jey pe letraitépe, ha pe marandu pahaite Pyhare Mbytegua Sapy’a Hatã rehegua oñemoherakuãma hechapyrãháicha opa rire julio, 2023-pe. Ndaha’éi añoite Islam rehegua marandu, síno avei oguereko pe marandu oñesella hag̃ua umi cien cuarenta y cuatro mil. Oike ipype pe jehechauka mokõi hatĩ pe mymba yvygua rehegua, mokõivéva ohasa “mano ha jeikove jey” rupive, oñembojojávo pe mymba ra’ãngáre, ha upe tembiasakue peteĩchape omohu’ã pe marandu ñemimby profétikova he’íva “pe poapyha osẽ pe siete-gui”. Oike avei umi jehechauka ojoajúva pe “tembiasakue kañymby” de los Siete Truenos rehe, ha omohu’ã pe marandu ñemimby profétikova pe “ita” oñemboykéva oikoha “esquina akã”, pe “siete veces” Levítico veintiséis-pe ojehechaukávo ha’eha pe hilo ombojoajúva opa umi añetegua Miller rembiasakue rehegua, umi añetegua oñembojurujáva’ekue ára pahápe ary 1989-pe. Pe Salmista he’i kóicha:</w:t>
      </w:r>
    </w:p>
    <w:p>
      <w:pPr>
        <w:pStyle w:val="ArticleScripture"/>
        <w:jc w:val="left"/>
      </w:pPr>
      <w:r>
        <w:rPr>
          <w:rFonts w:ascii="Times New Roman" w:hAnsi="Times New Roman" w:eastAsia="Times New Roman" w:cs="Times New Roman"/>
        </w:rPr>
        <w:t>Pe ita umi ojeporavovaʼekue umi omopuʼãvagui, upéva oiko pe ita tenondegua esquina pegua. Kóva hína Ñandejára rembiapo; ñanemanduʼápe haʼe peteĩ mbaʼe hechapyrãva. Kóva hína pe ára Ñandejára ojapovaʼekue; ñande javyʼáta ha ñañembovyʼáta pype. Salmos 118:22–24.</w:t>
      </w:r>
    </w:p>
    <w:p>
      <w:pPr>
        <w:pStyle w:val="ArticleBody"/>
        <w:jc w:val="left"/>
      </w:pPr>
      <w:r>
        <w:rPr>
          <w:rFonts w:ascii="Times New Roman" w:hAnsi="Times New Roman" w:eastAsia="Times New Roman" w:cs="Times New Roman"/>
        </w:rPr>
        <w:t>Pe “ita”, ha’éva pe primer “joya” William Miller ojuhu vaʼekue (ha umi joya haʼe ita), haʼe pe “ára Ñandejára ojapo vaʼekue”. Ojehechauka vaʼekue artículo-kuérape pe sábado mandamiénto apopyre, ha iñeʼẽnguéra, ojojaiteha pe siete marangatúva ciclo apopyrépe, oñemoĩháicha Levítico capítulo veinte y cinco-pe. Pytuʼu pe séptimo día-pe ohechauka hag̃ua pe yvy pytuʼu pe séptimo áñope, ha umi mokõi mandamiénto oñehesaʼỹijo jave koicha, omeʼẽ hikuái peteĩ testimonio peteĩ ára orrepresentaha peteĩ áño profecía bíblica-pe.</w:t>
      </w:r>
    </w:p>
    <w:p>
      <w:pPr>
        <w:pStyle w:val="ArticleBody"/>
        <w:jc w:val="left"/>
      </w:pPr>
      <w:r>
        <w:rPr>
          <w:rFonts w:ascii="Times New Roman" w:hAnsi="Times New Roman" w:eastAsia="Times New Roman" w:cs="Times New Roman"/>
        </w:rPr>
        <w:t>Ha’e kuéra avei ohechauka pe entendimiento Miller omomarandúva Tupã pochy rehegua “siete tiempo” pe Levítico veinte y seis-pe, oñerrepresentaha “ára” ramo; Ñandejára ojapo haguére pe ciclo sagrado siete ary rehegua, añetéichaite ojapohaguéicha yvága ha yvy seis árape, ha opytu’u pe séptimo-pe.</w:t>
      </w:r>
    </w:p>
    <w:p>
      <w:pPr>
        <w:pStyle w:val="ArticleBody"/>
        <w:jc w:val="left"/>
      </w:pPr>
      <w:r>
        <w:rPr>
          <w:rFonts w:ascii="Times New Roman" w:hAnsi="Times New Roman" w:eastAsia="Times New Roman" w:cs="Times New Roman"/>
        </w:rPr>
        <w:t>Ombopávo Jesús pe parábola pe parral rehegua, porandu peteĩ porandu umi fariséope.</w:t>
      </w:r>
    </w:p>
    <w:p>
      <w:pPr>
        <w:pStyle w:val="ArticleScripture"/>
        <w:jc w:val="left"/>
      </w:pPr>
      <w:r>
        <w:rPr>
          <w:rFonts w:ascii="Times New Roman" w:hAnsi="Times New Roman" w:eastAsia="Times New Roman" w:cs="Times New Roman"/>
        </w:rPr>
        <w:t>Upévare, pe uva ñotỹhára jára ou vove, mbaʼe piko ojapóta umi ñemitỹhára rehe? Haʼekuéra heʼi ichupe: Ojukátagui vaieterei umi kuimbaʼe aña, ha omeʼẽta pe ivíña ambue ñemitỹhárape, omeʼẽ hag̃uáicha ichupe hiʼa hiʼápe ára oĩ porã hag̃uápe. Jesús heʼi chupekuéra: Ndapeleei arakaʼevepa Ñandejára Ñeʼẽme: “Pe ita umi ogahapohára omboykéva, upevaite oiko akã ita eskinarõ; kóva Ñandejáragui ou, ha ñaneresaype hechapyrã”? Upévare haʼe peẽme: Ñandejára Rréino ojeipeʼáta pendehegui, ha oñemeʼẽta peteĩ tetã hiʼa oguerútavape. Ha oimeraẽva hoʼáva ko ita ári oñembyaietéta; ha oimeraẽva ári ko ita hoʼáramo, omonguʼítapa chupe kuimbaʼe kuʼi hag̃uáicha. Ha umi paʼi ruvicha ha fariseokuéra, ohendúvo iporandu hag̃uáicha heʼíva, oikuaa haʼe oñeʼẽha hesekuéra. Mateo 21:40–45.</w:t>
      </w:r>
    </w:p>
    <w:p>
      <w:pPr>
        <w:pStyle w:val="ArticleBody"/>
        <w:jc w:val="left"/>
      </w:pPr>
      <w:r>
        <w:rPr>
          <w:rFonts w:ascii="Times New Roman" w:hAnsi="Times New Roman" w:eastAsia="Times New Roman" w:cs="Times New Roman"/>
        </w:rPr>
        <w:t>Ñemitỹnguéra pe uva ñemitỹ rehegua ha’e pe ñemombe’upy ymaite guive iporavopyre vaekue rehe ojeheja hag̃uáicha ykére, ha pe mborayhu ruvicha rendy oñeme’ẽ hag̃uáicha peteĩ tetã pyahu iporavopyrévape. Pe “ita” ojeheja va’ekue, Jesús he’iháicha, ha’e pe “ita” oporosalvátava térã ohundítava, oñemoguahẽháicha hese. Pe “ita” tekotevẽ devuélta peteĩ añetegua bíblica Jesús oiporuhápe pe contextope, pévare oguereko pu’aka oguenohẽ hag̃ua yva hekojojáva; ha Cristo rekojoja oñemoheñói kuimba’e ha kuñanguérape añoite ohupyty jave hikuái Iñe’ẽ añetegua.</w:t>
      </w:r>
    </w:p>
    <w:p>
      <w:pPr>
        <w:pStyle w:val="ArticleScripture"/>
        <w:jc w:val="left"/>
      </w:pPr>
      <w:r>
        <w:rPr>
          <w:rFonts w:ascii="Times New Roman" w:hAnsi="Times New Roman" w:eastAsia="Times New Roman" w:cs="Times New Roman"/>
        </w:rPr>
        <w:t>Emongarai chupekuéra nde añeteguápe; nde ñe'ẽ hína añetegua. Juan 17:17.</w:t>
      </w:r>
    </w:p>
    <w:p>
      <w:pPr>
        <w:pStyle w:val="ArticleBody"/>
        <w:jc w:val="left"/>
      </w:pPr>
      <w:r>
        <w:rPr>
          <w:rFonts w:ascii="Times New Roman" w:hAnsi="Times New Roman" w:eastAsia="Times New Roman" w:cs="Times New Roman"/>
        </w:rPr>
        <w:t>Pe “ita” ha’e peteĩ doctrina oñemoneĩ térã oñemboykéva, ha Jesús ha’e pe Ñe’ẽ, ha Hechos-pe, Pedro omombe’u pe “ita” ha’eha Cristo.</w:t>
      </w:r>
    </w:p>
    <w:p>
      <w:pPr>
        <w:pStyle w:val="ArticleScripture"/>
        <w:jc w:val="left"/>
      </w:pPr>
      <w:r>
        <w:rPr>
          <w:rFonts w:ascii="Times New Roman" w:hAnsi="Times New Roman" w:eastAsia="Times New Roman" w:cs="Times New Roman"/>
        </w:rPr>
        <w:t>Toikuaa ta peẽme pavẽ ha opa Israel retãgua-pe, Nazaret pegua Jesucristo rérape, peẽ pejuka vaʼekue, ha Tupã omoingove jey vaʼekue omanóva apytégui, hese ae ko kuimbaʼe oĩ koʼápe pende renondépe hesãi hag̃uáicha. Kóva hína pe ita peẽ, peẽ óga mopuʼãhára, pemboyke rei vaʼekue, ha upéva oiko pe ita akã corner pegua ramo. Ha ndaipóri salvación ambue avavépe; ndaipóri niko ambue téra yvága guýpe oñemeʼẽva yvypóra kuérape, upéva rupive ñañesalvávaʼerã hag̃ua. Hechos 4:10–12.</w:t>
      </w:r>
    </w:p>
    <w:p>
      <w:pPr>
        <w:pStyle w:val="ArticleBody"/>
        <w:jc w:val="left"/>
      </w:pPr>
      <w:r>
        <w:rPr>
          <w:rFonts w:ascii="Times New Roman" w:hAnsi="Times New Roman" w:eastAsia="Times New Roman" w:cs="Times New Roman"/>
        </w:rPr>
        <w:t>Ha upéi, 1 Pedro-pe, haʼe ogueraha hag̃ua “ita” ra’ãnga ambuéva yvypýpe, péro omantene upeva peteĩ contexto-pe, pe ohasáva peteĩ tavaygua kuéra ypykue ñe’ẽme’ẽgui ha pe poravo peteĩ tavaygua pyahu jeiporavopyréva, heʼiháicha: “ymave ndahaʼéi vaʼekue peteĩ pueblo, ha koʼág̃a katu hína Tupã retãygua: ndapehupytýi vaʼekue poriahuvereko, ha koʼág̃a katu pehupytyma poriahuvereko.”</w:t>
      </w:r>
    </w:p>
    <w:p>
      <w:pPr>
        <w:pStyle w:val="ArticleScripture"/>
        <w:jc w:val="left"/>
      </w:pPr>
      <w:r>
        <w:rPr>
          <w:rFonts w:ascii="Times New Roman" w:hAnsi="Times New Roman" w:eastAsia="Times New Roman" w:cs="Times New Roman"/>
        </w:rPr>
        <w:t>Peñembojáva hese, ita oikovéva ramo, yvypóra kuéra omboyke vaʼekue, ha upéicharõ jepe Tupã oiporavo vaʼekue ha hepyetereíva, peẽ avei, ita oikovévaicha, pejepuʼaka peteĩ óga hag̃ua espíritupegua, peteĩ saserdósi marangatu hag̃ua, hag̃ua peikuaveʼẽ hag̃ua sacrificio espiritual, Tupãme ombovyʼáva Jesucristo rupive. Upévare avei Ñandejára Ñeʼẽme ojehai: “Péina ápe, amoĩ Sion-pe peteĩ ita akãnguéra rehegua, poravopyre, hepyetereíva; ha pe ojeroviáva hese ndahetái hag̃ua oñemotĩ.” Upévare peẽ pejeroviáva guarã haʼe hepyeterei; ha umi naiñeʼẽrendúiva guarã katu, “pe ita umi omopuʼãva omboyke vaʼekue, upévaite oiko akã ita ramo”, ha “peteĩ ita oñepysangahápe, ha peteĩ ita guasu ombojejopy hag̃ua”; haʼekuéra oñepysanga ñeʼẽre, naiñeʼẽrendúigui; upévarã avei oñemoĩ vaʼekue hikuái. 1 Pedro 2:4–8.</w:t>
      </w:r>
    </w:p>
    <w:p>
      <w:pPr>
        <w:pStyle w:val="ArticleBody"/>
        <w:jc w:val="left"/>
      </w:pPr>
      <w:r>
        <w:rPr>
          <w:rFonts w:ascii="Times New Roman" w:hAnsi="Times New Roman" w:eastAsia="Times New Roman" w:cs="Times New Roman"/>
        </w:rPr>
        <w:t>Pedro he’i umi tetã yma ojeporavóvare: “umi naiñe’ẽrendúivape g̃uarã, pe ita umi óga mopu’ãhára omboykéva, upeva’e oiko pe esquinéro akã, Ha peteĩ ita ñepysanga, ha peteĩ ita guasu omoñepyrũva ñeporandu, umi oñepysangávape pe ñe’ẽ rehe, naiñe’ẽrendúi rupi: upévape g̃uarã avei oñemoĩkuri chupekuéra.”</w:t>
      </w:r>
    </w:p>
    <w:p>
      <w:pPr>
        <w:pStyle w:val="ArticleBody"/>
        <w:jc w:val="left"/>
      </w:pPr>
      <w:r>
        <w:rPr>
          <w:rFonts w:ascii="Times New Roman" w:hAnsi="Times New Roman" w:eastAsia="Times New Roman" w:cs="Times New Roman"/>
        </w:rPr>
        <w:t>Jesús ojehechauka opaite ta’ãnga marangatu rupive pe fundamento rehegua.</w:t>
      </w:r>
    </w:p>
    <w:p>
      <w:pPr>
        <w:pStyle w:val="ArticleScripture"/>
        <w:jc w:val="left"/>
      </w:pPr>
      <w:r>
        <w:rPr>
          <w:rFonts w:ascii="Times New Roman" w:hAnsi="Times New Roman" w:eastAsia="Times New Roman" w:cs="Times New Roman"/>
        </w:rPr>
        <w:t>Ambue yvypóra ndaikatúi omoĩ ambue pyenda pe oñemoĩmava rangue, ha’éva Jesucristo. 1 Corintios 3:11.</w:t>
      </w:r>
    </w:p>
    <w:p>
      <w:pPr>
        <w:pStyle w:val="ArticleBody"/>
        <w:jc w:val="left"/>
      </w:pPr>
      <w:r>
        <w:rPr>
          <w:rFonts w:ascii="Times New Roman" w:hAnsi="Times New Roman" w:eastAsia="Times New Roman" w:cs="Times New Roman"/>
        </w:rPr>
        <w:t>Pe cimiento umi Millerita omopuʼãva hína pe Ita Aréma guive (pe Ita).</w:t>
      </w:r>
    </w:p>
    <w:p>
      <w:pPr>
        <w:pStyle w:val="ArticleScripture"/>
        <w:jc w:val="left"/>
      </w:pPr>
      <w:r>
        <w:rPr>
          <w:rFonts w:ascii="Times New Roman" w:hAnsi="Times New Roman" w:eastAsia="Times New Roman" w:cs="Times New Roman"/>
        </w:rPr>
        <w:t>“Pe ñemomandu’a ouma: Mba’eve ndojehejaiva’erã oike hag̃ua omongu’e hag̃ua pe jerovia pyenda, hi’ári ñamopu’ã hague ñande rembiapo guive pe marandu ouhaguéicha ary 1842, 1843 ha 1844-pe. Che aimekuri ko marandúpe, ha upéguive añembo’y meme ko yvy ári, añetehápe pe tesape Ñandejára ome’ẽ va’ekue ñandéve rehe. Ndoromoĩséi ore py kuéra okañy hag̃ua pe plataforma ári omoĩhague hikuái, ára ha ára rojeporekávo Ñandejára rehe ñembo’e kyre’ỹme, roheka hag̃ua tesape. ¿Peimo’ã piko ikatútaha aheja pe tesape Ñandejára ome’ẽ va’ekue chéve? Upéva oikova’erã Ita Yma Guaréicha. Upéva che mboguata hína guive oñeme’ẽ hague.” Review and Herald, 14 de abril de 1903.</w:t>
      </w:r>
    </w:p>
    <w:p>
      <w:pPr>
        <w:pStyle w:val="ArticleBody"/>
        <w:jc w:val="left"/>
      </w:pPr>
      <w:r>
        <w:rPr>
          <w:rFonts w:ascii="Times New Roman" w:hAnsi="Times New Roman" w:eastAsia="Times New Roman" w:cs="Times New Roman"/>
        </w:rPr>
        <w:t>Pe peteĩha yvytáita jeguaka Miller ojuhu vaʼekue ha oiko vaʼekue pe pyenda Millerita rehegua, haʼéva pe Ita Ymaguaréicha, haʼe vaʼekue pe “siete tiempos” Levítico mokõipa poteĩ-megua, ha pe “siete tiempos” haʼe vaʼekue pe añetegua peteĩha oñemoĩ hag̃uáicha ykére umi pionéro Millerita rupive, umi mbovymi omopuʼã ramoite vaʼekue pe pyenda Millerita. Umi omopuʼãva voi vaʼekue umi ombotovéva pe ita pyendagua. Pe “ita”, ohechauka hag̃ua Cristo-pe, haʼe avei pe ára Ñandejára ojapo vaʼekue, haʼe niko ojapo pe ára poapyhaʼỹva hag̃ua ára pytuʼu, ha pe ary sieteháva hag̃ua ary yvy opytuʼútaha. Áño 1863-pe, pe ita pyendagua oñembotove, ha katu ojejapóta chugui pe “akã esquina rehegua” ha pe “ita ñepysanga hag̃ua” umi naiñeʼẽrendúivape g̃uarã.</w:t>
      </w:r>
    </w:p>
    <w:p>
      <w:pPr>
        <w:pStyle w:val="ArticleBody"/>
        <w:jc w:val="left"/>
      </w:pPr>
      <w:r>
        <w:rPr>
          <w:rFonts w:ascii="Times New Roman" w:hAnsi="Times New Roman" w:eastAsia="Times New Roman" w:cs="Times New Roman"/>
        </w:rPr>
        <w:t>Pe islam rehegua, pe mbohapyha ñembyasýpe, ha’e pe tema pe movimiento de reforma rehegua umi cien cuarenta y cuatro mil-pe g̃uarã, ha pe proceso de prueba oñepyrũ vaekue pe ánhel Apocalipsis dieciochopegua oguejy ramo, umi tuicha edificio táva Nueva York-gua oñemboty ramo yvýre 11 de septiembre de 2001-pe. Adventismo okirirĩkuri pe identificación profética rehegua 11 de septiembre de 2001 ha’e hague pe ñeguahẽ “ára yvytu kuarahyresẽgua.” 18 de julio de 2020-pe, ojeheja tapykuepekuéra oñondive pe mokõi testigo Apocalipsis capítulo oncepegua ojeporuka ramo yvyrápe umi tape guasúpe upe táva guasúpe. Pe prueba Adventismo rehegua opa-ma vaekue, ha pe prueba umi omombe’úva’ekue oikuaa hague pe marandu islam rehegua oñepyrũma kuri.</w:t>
      </w:r>
    </w:p>
    <w:p>
      <w:pPr>
        <w:pStyle w:val="ArticleBody"/>
        <w:jc w:val="left"/>
      </w:pPr>
      <w:r>
        <w:rPr>
          <w:rFonts w:ascii="Times New Roman" w:hAnsi="Times New Roman" w:eastAsia="Times New Roman" w:cs="Times New Roman"/>
        </w:rPr>
        <w:t>Oĩ rire o gi’i omano pe tapére opa hag̃ua jasypokõi paha, ary 2023-pe, umi kangue piru omano va’ekue upéi oñemombáy Ezequiel marandu peteĩha rupive. Ezequiel marandu mokõiha ha’e pe marandu umi irundy yvytu Islam-pegua pe Mba’asy Guasu mbohapyha rehegua, ohechaukáva peñembotyguive ohóvo pe Pyhare Mbyte Sapukái marandu rehegua, ha’éva pe visión oha’arõ va’ekue, ha pe tema opaite pe período pe movimiento rehegua. Upérõ oñembotygui heta añetegua, pórke pe Pyhare Mbyte Sapukái marandu ohechauka peteĩ marandu heta tendápe ojepysóva. Pe añetegua peteĩha ombohovái va’ekue umi kangue piru omano va’ekuépe ha’e pe añetegua peteĩha omboyke va’ekue Adventismo Laodicea-pegua, ha upéva ohechauka pe añetegua omarkáva Laodicea jeroviaha Philadelphia gotyo.</w:t>
      </w:r>
    </w:p>
    <w:p>
      <w:pPr>
        <w:pStyle w:val="ArticleBody"/>
        <w:jc w:val="left"/>
      </w:pPr>
      <w:r>
        <w:rPr>
          <w:rFonts w:ascii="Times New Roman" w:hAnsi="Times New Roman" w:eastAsia="Times New Roman" w:cs="Times New Roman"/>
        </w:rPr>
        <w:t>Pe añetegua ha’e pe marandu sellamiento rehegua, ha upévare tekotevẽ oñemopyenda mokõivéva arandu rehe ha avei espíritu rehe. Ndoikói añónte jahechakuaa hag̃ua pe ára mokõi testígo omano hague tape mbytépeha peteĩ símbolo pe ñemosarambi “siete tiempos” rehegua; ojerure avei peteĩ aceptación experiencial pe añetegua rehe.</w:t>
      </w:r>
    </w:p>
    <w:p>
      <w:pPr>
        <w:pStyle w:val="ArticleBody"/>
        <w:jc w:val="left"/>
      </w:pPr>
      <w:r>
        <w:rPr>
          <w:rFonts w:ascii="Times New Roman" w:hAnsi="Times New Roman" w:eastAsia="Times New Roman" w:cs="Times New Roman"/>
        </w:rPr>
        <w:t>Miller rembipotykue, ohechaukáva umi añetegua ojepe’áva ára paha jave 1798-pe, oiko peteĩ prueba ramo umi kuñataĩ araka’evegua pahápe guarã. Pe experiencia oñemopyendáva añeteguápe “espiritualmente” ojehechauka Miller rembipoty peteĩha rupive, ha pe “intelectualmente” oñemopyendáva añeteguápe ojehechauka Islam marandu, mbohapyha ñembyasy guasúpe. Pe jehenói ñembyasy ha ñe’ẽmombe’u hag̃uáicha, ojehechaukáva umi “siete tiempos” rupive, omombe’u peteĩ tembiapo ojejapóva Cristo ndive joajúpe Pe Tupaópe Marangatúvévape, ha ojehechauka pe visión “mareh” rupive.</w:t>
      </w:r>
    </w:p>
    <w:p>
      <w:pPr>
        <w:pStyle w:val="ArticleBody"/>
        <w:jc w:val="left"/>
      </w:pPr>
      <w:r>
        <w:rPr>
          <w:rFonts w:ascii="Times New Roman" w:hAnsi="Times New Roman" w:eastAsia="Times New Roman" w:cs="Times New Roman"/>
        </w:rPr>
        <w:t>Pe entendimiento “intelectual” Islam rehegua, pe Mbohapyha Aiko Vái guive, ojehechauka pe visión “chazon” rupive, ha mokõivéva oñeikotevẽ umi ojesellátavape g̃uarã. Áño 1863-pe, pe Adventismo Laodiceagua oiporavo omopu’ãjey Jericópe, ha oheja hembiapo Jerusalén ñembopyahurã. Jericó ha’e peteĩ símbolo tetã reko porãgui, ha upéicha avei ojehechauka pe pytũndy Laodiceagua rupive.</w:t>
      </w:r>
    </w:p>
    <w:p>
      <w:pPr>
        <w:pStyle w:val="ArticleScripture"/>
        <w:jc w:val="left"/>
      </w:pPr>
      <w:r>
        <w:rPr>
          <w:rFonts w:ascii="Times New Roman" w:hAnsi="Times New Roman" w:eastAsia="Times New Roman" w:cs="Times New Roman"/>
        </w:rPr>
        <w:t>“Peteĩ umi mbaretevéva távaguasu ñane retãme—Jericó, táva guasu ha imbaʼereta—oĩkuri henondépekuéra, péro michĩmi mombyry Gilgal-pe oñembohupa hague guive. Peteĩ ñu porã ha hyepýva rembeʼýpe, heta ha opaichagua yvóra haku porãva remiandu reheve, ipalácio ha itemplo kuéra, tekove heko porãʼỹ ha aña rekove renda, ko táva oñembotuicháva, umi itapia guasu mbaretéva rapykuéri, omoĩkuri ñemboyke Israel Jára rehe. Jericó niko peteĩva umi tenda principal taʼãnga ñemombaʼeha, ha iñemboyke hag̃uéicha Ashtarot-pe, jasyjára kuñáme. Koʼápe oñembyatýkuri opa mbaʼe ivaivéva ha oñemomirĩvéva Canaán ñemoarandu ryepýpe. Israel retãyguakuéra, ikorasõ ha iñakãme gueteri pyahu hag̃ua umi ivaíva ha kyhyje apoháva hembiapo angaipágui Bet-peor-pe, ikatúnte omaña ko táva tetã ambuegua rehe ñemyrõ ha kyhyje guasúpe añoite.” Patriarcas y Profetas, 487.</w:t>
      </w:r>
    </w:p>
    <w:p>
      <w:pPr>
        <w:pStyle w:val="ArticleBody"/>
        <w:jc w:val="left"/>
      </w:pPr>
      <w:r>
        <w:rPr>
          <w:rFonts w:ascii="Times New Roman" w:hAnsi="Times New Roman" w:eastAsia="Times New Roman" w:cs="Times New Roman"/>
        </w:rPr>
        <w:t>Pe “ita” umi omopuʼãvaʼekue omboykévaʼekue ary 1863-pe, ojapo jeyrõ guare Jericó, haʼe vaʼekue umi “siete tiempo”, umi ára pahápe oikótava pe añetegua (mbojegua), ha upéva oikóva “esquina akã”, pórke haʼe pe añetegua ombojoajúva Adventismo ñepyrũ pe movimiento Millerita-pe, Adventismo paha ndive pe movimiento umi cien cuarenta y cuatro mil-pe. Pe mbojegua, haʼéva umi “siete tiempo”, avei haʼe “pe ára Jehová ojapovaʼekue”, ha haʼe Cristo voi, pórke Haʼe hína pe Ñeʼẽ, ha Haʼe hína “Añetegua”. Islam rehegua mbaʼe hína pe tema oguerúva mokõive tetã yma ojeporavovaʼekue ha pyahu ojeporavovaʼekue ñemopotĩ, ha pe ñemopotĩ mokõi hendáicha oñepyrũkuri 11 de septiembre de 2001-pe, upéva vaʼekue “pe ára yvytu kuarahyresẽ gotyogua”. Upe árape umi ñangarekohára opurahéivaʼerãkuri pe purahéi peteĩchaitéva Cristo opurahéi vaʼekue, omombeʼu ramo guare pe viñedo ñeʼẽnga. Umi cien cuarenta y cuatro mil opurahéi Moisés purahéi (umi “siete tiempo”), ha pe Cordero purahéi.</w:t>
      </w:r>
    </w:p>
    <w:p>
      <w:pPr>
        <w:pStyle w:val="ArticleScripture"/>
        <w:jc w:val="left"/>
      </w:pPr>
      <w:r>
        <w:rPr>
          <w:rFonts w:ascii="Times New Roman" w:hAnsi="Times New Roman" w:eastAsia="Times New Roman" w:cs="Times New Roman"/>
        </w:rPr>
        <w:t>Ha ahecha peteĩ yguasu vídrio guáicha ojeporavo'íva tata ndive; ha umi ohupytýva ñevincha mymbaguasu ári, ha ta'ãnga ári, ha imárka ári, ha héra papapy ári, oĩ ñembo'ývo pe yguasu vídrio ári, oguerekóvo Tupã mbaraka kuéra. Ha'e kuéra opurahéi Moisés, Tupã rembiguái purahéi, ha Ovecha Ra'y purahéi, he'ívo: Tuichaiterei ha hechapyrã nde rembiapokue, Ñandejára Tupã Ipu'akapa; hekojoja ha añete nde rape kuéra, nde, marangatu kuéra Rréi. Apocalipsis 15:2, 3.</w:t>
      </w:r>
    </w:p>
    <w:p>
      <w:pPr>
        <w:pStyle w:val="ArticleBody"/>
        <w:jc w:val="left"/>
      </w:pPr>
      <w:r>
        <w:rPr>
          <w:rFonts w:ascii="Times New Roman" w:hAnsi="Times New Roman" w:eastAsia="Times New Roman" w:cs="Times New Roman"/>
        </w:rPr>
        <w:t>Pe “Cordero” ha’e Cristo oñembojukáva, ha Ha’e oñembojuka mokõi mil po cien ha mokõi pa ary pukukue mbytepe, upéicha ombojoaju hag̃ua Hembiove ha Huguy jejuka (upépe omopyenda hag̃ua pe pacto), Moisés remiandu “iñorairõ ipacto rehegua” ndive, Levítico mokõipa poteĩme. Moisés ha pe Cordero purahéi ha’e pe chazon purahéi tembiasakue maranduhára rehegua ha pe mareh purahéi Ijechaukaha rehegua. Ha’e peteĩ purahéi ohechaukáva arandu ha espíritu rupive ñentendekuaa, oñetehápe ojehechaukaháicha umi mokõi visión Daniel capítulo ochope. Ha’e pe purahéi peteĩ tavaygua pactopegua ojehusgáva ha ohasávagui ykére, aja ojeporavojey jave ambue tavaygua poravopyre pyahu. Pe proceso poravo rehegua, ha upévare pe purahéi, oñepyrũ 11 jasyporundy ary 2001-pe.</w:t>
      </w:r>
    </w:p>
    <w:p>
      <w:pPr>
        <w:pStyle w:val="ArticleScripture"/>
        <w:jc w:val="left"/>
      </w:pPr>
      <w:r>
        <w:rPr>
          <w:rFonts w:ascii="Times New Roman" w:hAnsi="Times New Roman" w:eastAsia="Times New Roman" w:cs="Times New Roman"/>
        </w:rPr>
        <w:t>Umi oútava hag̃ua umi ou vaekue Jacob-gui toñembohapypa porã hag̃ua: Israel okakuaáta, ipoty ha hógata, ha omyenyhẽta yvy ape ári hiʼa reheve. ¿Piko haʼe oinupã chupe, oinupã haguéicha umi oinupã vaʼekuépe chupe? térã, ¿ojejuka piko chupe, umi ojukapyréicha umi ojuka vaʼekue haʼe? Pe medida-pe, osẽvo, nde reñemoñeʼẽta hendive: haʼe ojoko iviento hatãva pe ára oipejúvo yvytu kuarahyresẽgua. Upévare, kóva rupive oñemopotĩta Jacob rembiapovai; ha kóva haʼe opaite hiʼa hag̃ua oñembogue hag̃ua ipekádo; haʼe ojapóramo altar ita kuérape itakalkoicha oñembyaipaite hag̃uáicha, umi yvyra marangatu ha taʼãnga kuéra noñemboʼýmoʼãi. Upéicharõ jepe, pe táva oñembotykáva opytáta nandi, pe tekoharã ojehejáta ha ojehejáta ñu hag̃uáicha: upépe vaka raʼy okarúta, ha upépe oñeno hag̃ua, ha hoʼúta hakãnguéra. Iñakãrapuʼãnguéra ipirúramo, oñekytĩta: kuñanguéra ou ha omyendy chupekuéra tata; pórke haʼe peteĩ tetã aranduʼỹva: upévare upe ojapo vaʼekue chupekuéra ndoporombyasymoʼãi hesekuéra, ha upe omoheñói vaʼekue chupekuéra ndohechaukamoʼãi chupekuéra ipyʼaporã. Ha oikóta upe árape, Ñandejára ombyatýta pe ysyrýgui pe Egipto ysyry peve, ha peẽ penembyatýta peteĩteĩ, peẽ Israel raʼy kuéra. Ha oikóta upe árape, pe turu guasu oñembopúta, ha umi oĩva hag̃uáicha omanóma Asiria retãme, ha umi oñemosẽva Egipto retãme, ou ha omombaʼeguasúta Ñandejárape pe yvyty marangatu Jerusalénpe. Isaías 27:6–13.</w:t>
      </w:r>
    </w:p>
    <w:p>
      <w:pPr>
        <w:pStyle w:val="ArticleBody"/>
        <w:jc w:val="left"/>
      </w:pPr>
      <w:r>
        <w:rPr>
          <w:rFonts w:ascii="Times New Roman" w:hAnsi="Times New Roman" w:eastAsia="Times New Roman" w:cs="Times New Roman"/>
        </w:rPr>
        <w:t>Koʼã versíkulo, oñentende porãramo, ohechauka 11 jasyporundy ary 2001 guive pe léi domingo oguahẽmbotaitévape peve. Pe versíkulo seis ohechauka tembiasakue tuichakue, ohechakuaávo pe ñepyrũrã kaʼavo rapo oñembohapéva, upéi ipoty ha haky, ha ipahápe omyenyhẽva yvy hiʼáva reheve. Pe hiʼa omyenyhẽva yvy péicha ojapo pe “ára” aja, upéva haʼe pe apañuãi léi domingo rehegua. Upe jave Cristo ombyaty aja hiʼa ijyvyra renda peguarã, avei ogueru Babilonia ári juicio. Pe juicio oikóva pe tiempo yvy oñemyenyhẽha hiʼa reheve ojehechauka pe versíkulo siete-pe, umi mokõi porandu ojeporandúvo: “¿Oinupã piko chupe, oinupã haguéicha umi oinupã vaʼekuépe chupe? térãpa oñejuka chupe umi oñejuka vaʼekue reheháicha umi haʼe ojuka vaʼekuéra?”</w:t>
      </w:r>
    </w:p>
    <w:p>
      <w:pPr>
        <w:pStyle w:val="ArticleBody"/>
        <w:jc w:val="left"/>
      </w:pPr>
      <w:r>
        <w:rPr>
          <w:rFonts w:ascii="Times New Roman" w:hAnsi="Times New Roman" w:eastAsia="Times New Roman" w:cs="Times New Roman"/>
        </w:rPr>
        <w:t>Upéi, pe versíkulo ocho-pe, pe ama paha ñehykýi rehegua ojehechauka ñe’ẽjoaju “medída-pe” reheve. Pe ojapóva umi ka’avo osẽ hag̃ua hína ama, ha araka’épa ojehechauka pe ñepyrũ pe ama paha rehegua, ojehechauka oñepyrũha “medída-pe, osẽvo”. Oñepyrũvo pe ama paha, oñeñohẽ “medída-pe”, ndaha’éigui oñeñohẽva medída’ỹre pe ñemono’õ peteĩ jehe’a ramo añetegua ha japu rehegua.</w:t>
      </w:r>
    </w:p>
    <w:p>
      <w:pPr>
        <w:pStyle w:val="ArticleScripture"/>
        <w:jc w:val="left"/>
      </w:pPr>
      <w:r>
        <w:rPr>
          <w:rFonts w:ascii="Times New Roman" w:hAnsi="Times New Roman" w:eastAsia="Times New Roman" w:cs="Times New Roman"/>
        </w:rPr>
        <w:t>“Opaite angapy añetete oñekonvertíva oguerekóta peteĩ deseo mbarete eterei ogueraha hag̃ua ambuépe jejavy pytũmbygui Jesucristo tekojoja hechapyrãva tesape porãite peve. Tupã Espíritu ñehẽ guasu, omyesakãva ko yvy tuichakue ha’e imba’eguasu reheve, ndoumo’ãi peve jaguereko peteĩ tavaygua hesakãmava, oikuaáva ijeheguiete mba’épa he’ise ñamba’apo hag̃ua ñondive Tupã ndive. Ñaguerekóramo ñeme’ẽmbaite, py’aite guive, Cristo rembiapópe g̃uarã, upéicharõ Tupã ohechakuaáta upe añetegua iEspíritu ñehẽ reheve jehepyme’ẽ’ỹre; ha kóva ndoikomo’ãi peve pe tuichavéva tupaogua atýgui ndaha’éi ñamba’apohára Tupã ndive. Tupã ndaikatúi oñohẽ iEspíritu tekotevẽ’ỹ ha jepota rei ojehecha hag̃uáicha; ha oñemomba’e peteĩ espíritu, ñe’ẽme oñemoĩramo, omombe’útava Caín mbohovái,—‘Che piko che ryvy ñangarekoha?’ Pe añetegua ko ára pegua, umi techaukaha hetave hag̃uáva opa hendáicha, ohechaukáva opa mba’e paha hi’ag̃uimaha, ndaikatúiramo omombáy umi ogueroviaha iñe’ẽrendu añetegua oikuaáva rekove okéva, upéicharõ pytũmby, pe tesape ohesapéva rehe ojoguasúvo, og̃uahẽta ko’ã angapýpe. Ndaipóri ni peteĩ ta’ãnga jepe peteĩ ñemomarandu hag̃uáicha ikangy hag̃ua hikuái ikatu hag̃uáicha ogueru Tupã renondépe upe ára guasúpe pahaite jehechakuaa hag̃ua. Ndaiporimo’ãi mba’eve oñeme’ẽ hag̃uáicha mba’érepa ndajaikovéi, ndajaguatái ha ndamba’apói Tupã ñe’ẽ añetegua marangatu tesapépe, ha upéicha, hekove rape rupive, omombe’u hag̃ua peteĩ mundo angaipa omopytũmbyvape, iporiahuvereko ha ikyre’ỹ rupive, evangelio pu’aka ha añetegua ndaikatuiha oñembotove.” Review and Herald, July 21, 1896.</w:t>
      </w:r>
    </w:p>
    <w:p>
      <w:pPr>
        <w:pStyle w:val="ArticleBody"/>
        <w:jc w:val="left"/>
      </w:pPr>
      <w:r>
        <w:rPr>
          <w:rFonts w:ascii="Times New Roman" w:hAnsi="Times New Roman" w:eastAsia="Times New Roman" w:cs="Times New Roman"/>
        </w:rPr>
        <w:t>Sy White ohechauka upe pasáheha pe ángel oĩha oguejy jave Apocalipsis-pe, he’ígui: “tuicha ñehẽ Espíritu de Dios rehegua, omyesakãva opa yvy iñemimbipa reheve.” Ambue pasáhepe, heta jey roñemombe’u va’ekue ko’ã artíkulope, ha’e ohechauka kuri peteĩ jave “umi óga guasu Nueva York-pegua” “ho’áramo yvýpe,” “Apocalipsis kapítulo dieciocho, versículos peteĩ guive mbohapy peve oñekumplíta.”</w:t>
      </w:r>
    </w:p>
    <w:p>
      <w:pPr>
        <w:pStyle w:val="ArticleBody"/>
        <w:jc w:val="left"/>
      </w:pPr>
      <w:r>
        <w:rPr>
          <w:rFonts w:ascii="Times New Roman" w:hAnsi="Times New Roman" w:eastAsia="Times New Roman" w:cs="Times New Roman"/>
        </w:rPr>
        <w:t>Ko’ẽrõgua artículo-pe ñambotuichavéta ko’ã pensamiento.</w:t>
      </w:r>
    </w:p>
    <w:p>
      <w:pPr>
        <w:pStyle w:val="ArticleScripture"/>
        <w:jc w:val="left"/>
      </w:pPr>
      <w:r>
        <w:rPr>
          <w:rFonts w:ascii="Times New Roman" w:hAnsi="Times New Roman" w:eastAsia="Times New Roman" w:cs="Times New Roman"/>
        </w:rPr>
        <w:t>Ko'ág̃a apurahéi che rayhupyrévape g̃uarã peteĩ purahéi che rayhupyréva peguigua, ivíñedo rehegua. Che rayhupyréva oguereko peteĩ víñedo yvyty iporãitérévape: ha omongorapy ichupe, ha omosẽ ita kuéra ijapytégui, ha oñotỹ ipype parral poravopyre; omopu'ã avei peteĩ tórre mbyte rupi, ha ojapo avei ipype peteĩ uva kyha. Ha oha'arõ okakuaa hag̃ua uva porã, ha ogueru uva ka'aguy. Ha ko'ág̃a, peẽ Jerusalén pegua ha Judá kuimba'e kuéra, pembojovake, ajerure peẽme, che ha che víñedo apytépe. Mba'eve piko ikatu kuri ojejapove che víñedóre, nda'ajapói va'ekue hese? Mba'ére piko, aha'arõ ramo ogueru hag̃ua uva porã, ogueru uva ka'aguy? Ha ko'ág̃a piko, tamombe'u peẽme mba'épa ajapóta che víñedóre: aipe'áta ijerére oguerekóva, ha oñehundíta; aitýta ijere hag̃ua, ha oñembohasáta hi'ári. Ha amoĩta ichupe ñehundi hag̃uáicha: ndoñekytĩmo'ãvéi, ni noñembyapymo'ãvéi; ha okakuaáta hese ñuatĩ ha juu. Amandu'áta avei arai kuérape ani hag̃ua omongy ipype ama. Pe Ñandejára ehérsito kuéra Jára víñedo niko Israel róga hína, ha Judá kuimba'e kuéra hína heñóikue oguerohoryvéva; ha'e oha'arõ tekojoja, ha péina ápe jejopy vai; teko potĩ, ha péina ápe sapukái. Isaías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Daniel — Papapy Po Su Póha Mokõi’ẽ’ẽ</dc:title>
  <dc:subject>Pe Kuaaukágui Maranduhára: Ñantende hag̃ua pe Ñembyasy 18 jasypokõi 2020-pegua ha pe Marandu ojepe’áva Sapy’a Pyharepytépe gua rehe umi ára pahápe</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