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Poteĩha Mokõi.</w:t>
      </w:r>
    </w:p>
    <w:p>
      <w:pPr>
        <w:pStyle w:val="ArticleSubtitle"/>
        <w:jc w:val="left"/>
      </w:pPr>
      <w:r>
        <w:rPr>
          <w:rFonts w:ascii="Arial" w:hAnsi="Arial" w:eastAsia="Arial" w:cs="Arial"/>
        </w:rPr>
        <w:t>Ojekuaaukáva Ezequiel arandukapy 8 marandu profético: pe Léi Domingo rehegua ha umi ára pahápeguáva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2024-02-01</w:t>
      </w:r>
    </w:p>
    <w:p>
      <w:pPr>
        <w:pStyle w:val="ArticleBody"/>
        <w:jc w:val="left"/>
      </w:pPr>
      <w:r>
        <w:rPr>
          <w:rFonts w:ascii="Times New Roman" w:hAnsi="Times New Roman" w:eastAsia="Times New Roman" w:cs="Times New Roman"/>
        </w:rPr>
        <w:t>Ezequiel capítulo ocho ha’e peteĩva umi capítulo profético oĩvéva hesakã porãva Ñandejára Ñe’ẽme. Ko capítulo oguereko peteĩ ñepyrũmby ojehechakuaa porãva.</w:t>
      </w:r>
    </w:p>
    <w:p>
      <w:pPr>
        <w:pStyle w:val="ArticleScripture"/>
        <w:jc w:val="left"/>
      </w:pPr>
      <w:r>
        <w:rPr>
          <w:rFonts w:ascii="Times New Roman" w:hAnsi="Times New Roman" w:eastAsia="Times New Roman" w:cs="Times New Roman"/>
        </w:rPr>
        <w:t>Ha oikóvo pe sexto áñope, pe sexto jasy, pe poha ára jasýpe, che aguapy aja che rógape, ha Judá myakãhára kuéra oguapy che renondépe, upépe ou che ári Ñandejára Tupã po. Ezequiel 8:1.</w:t>
      </w:r>
    </w:p>
    <w:p>
      <w:pPr>
        <w:pStyle w:val="ArticleBody"/>
        <w:jc w:val="left"/>
      </w:pPr>
      <w:r>
        <w:rPr>
          <w:rFonts w:ascii="Times New Roman" w:hAnsi="Times New Roman" w:eastAsia="Times New Roman" w:cs="Times New Roman"/>
        </w:rPr>
        <w:t>Pe visión oguereko peteĩ paha porã capítulo once-pe.</w:t>
      </w:r>
    </w:p>
    <w:p>
      <w:pPr>
        <w:pStyle w:val="ArticleScripture"/>
        <w:jc w:val="left"/>
      </w:pPr>
      <w:r>
        <w:rPr>
          <w:rFonts w:ascii="Times New Roman" w:hAnsi="Times New Roman" w:eastAsia="Times New Roman" w:cs="Times New Roman"/>
        </w:rPr>
        <w:t>Upéi pe Espíritu chehupi, ha che reraha peteĩ visiónpe Tupã Espíritu rupive Caldeápe, umi mboyke hag̃ua oguerahapyrépe. Upémarõ pe visión ahechava’ekue ojepe’a chehegui. Upéi añe’ẽ umi mboyke hag̃uápe opa mba’e Ñandejára ohechaukava’ekue chéve. Ezequiel 11:24, 25.</w:t>
      </w:r>
    </w:p>
    <w:p>
      <w:pPr>
        <w:pStyle w:val="ArticleBody"/>
        <w:jc w:val="left"/>
      </w:pPr>
      <w:r>
        <w:rPr>
          <w:rFonts w:ascii="Times New Roman" w:hAnsi="Times New Roman" w:eastAsia="Times New Roman" w:cs="Times New Roman"/>
        </w:rPr>
        <w:t>Pe visión kapítulo ochopegua hína pe ára poha, pe jasy poteĩha, pe áño poteĩha-pe, peteĩnte ára mboyve pe fecha oñemohenda hag̃ua “666”-re; ha añetehápe pe visión oñe’ẽ pe léi domingo rehe, upéva ha’éva pe mymba rãnga, imarkakue, pe inúmero ha’éva pe “kuimba’e angaipa rehegua” número, ha avei pe número pe reino poapyha rehegua, oúva umi siete apytégui. Umi ohupytyva’ekue pe jeikove hag̃ua jehupyty porã pe número “666” ári, oguerohory hikuái Tupã sello; ha kapítulo nueve-pe, Tupã sello oñemoĩ hína Tupã retãme’ẽhára jeroviaha ipyahuvéva ára pahápeguáre.</w:t>
      </w:r>
    </w:p>
    <w:p>
      <w:pPr>
        <w:pStyle w:val="ArticleScripture"/>
        <w:jc w:val="left"/>
      </w:pPr>
      <w:r>
        <w:rPr>
          <w:rFonts w:ascii="Times New Roman" w:hAnsi="Times New Roman" w:eastAsia="Times New Roman" w:cs="Times New Roman"/>
        </w:rPr>
        <w:t>Ha ahecha ambue techaukaha yvágape, tuicha ha hechapyrãva, pokõi ánhel oguerekóva umi pokõi plága paha; pórke ipypekuéra oñemyenyhẽ Tupã pochy. Ha ahecha ku peteĩ mar vidrioguáicha, tata reheve jeporavo pyre; ha umi oganáva mymbaguasu ári, ha i ta’ãnga ári, ha hi marca ári, ha héra papapy ári, oĩ oñembo’y pe mar de vidrio ári, oguerekóvo Tupã mbaraka kuéra. Ha opurahéi hikuái Moisés, Tupã rembiguái, purahéi, ha Ovecha Ra’y purahéi, he’ívo: Nde rembiapo tuicha ha hechapyrã, Ñandejára Tupã Ipu’akapáva; nde rape kuéra hekojoja ha añetegua, nde, umi marangatu Ruvicha Guasu. Apocalipsis 15:1–3.</w:t>
      </w:r>
    </w:p>
    <w:p>
      <w:pPr>
        <w:pStyle w:val="ArticleBody"/>
        <w:jc w:val="left"/>
      </w:pPr>
      <w:r>
        <w:rPr>
          <w:rFonts w:ascii="Times New Roman" w:hAnsi="Times New Roman" w:eastAsia="Times New Roman" w:cs="Times New Roman"/>
        </w:rPr>
        <w:t>Mboyve pe hu’ãha ñemboty mboyve (umi siete ánhel orekóva umi siete plága paha ohóta hag̃ua ombohykúi Tupã pochy pe kapítulo oúvape Apocalipsis-pe), ojehechauka máva hína Tupã rembiguaikuéra ára pahapegua. Ha’ekuéra ohupyty pe jeipu’aka irundy mba’e ári. Pe ñe’ẽ oñembohasáva “jeipu’aka” ramo he’ise ñemomba’e hag̃ua. Umi jeroviapýva oñemomba’e mymbaguasu ári, mymbaguasu ra’ãnga ári, mymbaguasu marka ári ha héra papapy ári. Pe jeipu’aka oike avei ko mba’épe: ha’ekuéra oikuaa mba’épa he’ise umi irundy ta’anga marandu’ẽmegua. Sa’ieterei yvypóra oikuaáva añetehápe mba’épa ohechauka umi irundy ta’anga marandu’ẽmegua.</w:t>
      </w:r>
    </w:p>
    <w:p>
      <w:pPr>
        <w:pStyle w:val="ArticleBody"/>
        <w:jc w:val="left"/>
      </w:pPr>
      <w:r>
        <w:rPr>
          <w:rFonts w:ascii="Times New Roman" w:hAnsi="Times New Roman" w:eastAsia="Times New Roman" w:cs="Times New Roman"/>
        </w:rPr>
        <w:t>Yvóra oikuaa vaʼekue pe papado haʼeha Babilonia kuña rekovevai capítulo diecisiete-pe; ha katu, Ñandejára Ñeʼẽ ohechauka haguéicha, pe entendimiento rehegua pe kuña rekovevai Tirogua, oiko hag̃ua tekovai yvy arigua mburuvichakuéra ndive, oñembyesarái Estados Unidos rembiasakue aja. Ojehupyty hag̃ua jehovasa pe mymba rehe, tekotevẽ oñembojaʼo hekopete pe añetegua ñeʼẽ, ojehechakuaa hag̃uáicha pe mymba marandu hag̃ua Biblia ñeʼẽmarandu-pe haʼeha pe papado. Pe capítulo oúva upe rirevoi, pe dragón, pe mymba ha pe proféta japu ogueraha yvórape Armagedónpe, ha Ñandejára rembiapo hag̃ua ipyahúva ára pahápe oikuaavaʼerã mávapa umi mbohapy pokatu.</w:t>
      </w:r>
    </w:p>
    <w:p>
      <w:pPr>
        <w:pStyle w:val="ArticleScripture"/>
        <w:jc w:val="left"/>
      </w:pPr>
      <w:r>
        <w:rPr>
          <w:rFonts w:ascii="Times New Roman" w:hAnsi="Times New Roman" w:eastAsia="Times New Roman" w:cs="Times New Roman"/>
        </w:rPr>
        <w:t>Ha pe ánhel sexto oñohẽ ivíala ysy guasu Éufrates ári; ha hykue ipirupa, ojejapóvo tape umi mburuvichakuéra kuarahyresẽgua hag̃ua. Ha ahecha mbohapy espíritu ky’a jukyguáicha osẽva dragón jurúgui, ha mymba jurúgui, ha proféta japu jurúgui. Ha’ekuéra niko umi añame’ẽ espíritu, ojapóva techaukaha hechapyrãva, osẽva yvy ruvichakuéra ha opa ko yvy ape ári oikóvape hag̃uáicha ombyaty chupekuéra ñorairõrã upe ára guasu Tupã Ipu’akapáva pegua. Péina ápe, aju mondahaicha. Ojehovasáva pe opáyva ha oñangarekóva ijaokuérare, ani hag̃ua oguata opívo ha ojehecha hẽi. Ha ombyaty chupekuéra peteĩ tenda hérava hebreo ñe’ẽme Armagedón. Apocalipsis 16:12–16.</w:t>
      </w:r>
    </w:p>
    <w:p>
      <w:pPr>
        <w:pStyle w:val="ArticleBody"/>
        <w:jc w:val="left"/>
      </w:pPr>
      <w:r>
        <w:rPr>
          <w:rFonts w:ascii="Times New Roman" w:hAnsi="Times New Roman" w:eastAsia="Times New Roman" w:cs="Times New Roman"/>
        </w:rPr>
        <w:t>Pe ipuʼaka mymba rehegua haʼe pe ipuʼaka ñantende porã hag̃ua mávapa pe mymba. Pe pasáhe oñeñeʼẽva kuri oikuaauka peteĩ jehovasa umi omaʼẽ porãva ha oñongatúva ijao, upéicharõ jepe, pe mbohapyha plága poteĩhaguére, opaite yvypórape g̃uarã pe tiempo de gracia oñembotymaite. Miguel opuʼã vove, pe tiempo de gracia yvypóra rehegua oñemboty, ha upéi oñeñohẽ umi siete últimas plagas. Ndaipóri mbaʼeve hag̃uáicha oñemoambue jey umi ao pe tiempo de gracia oñemboty rire, upéicharõ jepe, oĩ peteĩ ñemomarandu ojoajúva pe sexta plaga ndive. Upe ñemomarandu oguereko mbaʼe hag̃uápa jaikuaa porã pe mymba pe tiempo de gracia oñemboty mboyve; ha ndereguerekóiramo upe entendimiento, retaháta Cristo tekojoja ao pe tiempo de gracia oñemboty mboyve.</w:t>
      </w:r>
    </w:p>
    <w:p>
      <w:pPr>
        <w:pStyle w:val="ArticleScripture"/>
        <w:jc w:val="left"/>
      </w:pPr>
      <w:r>
        <w:rPr>
          <w:rFonts w:ascii="Times New Roman" w:hAnsi="Times New Roman" w:eastAsia="Times New Roman" w:cs="Times New Roman"/>
        </w:rPr>
        <w:t>“Umi oñembotavyva iñentendimientope ñe’ẽ rehegua, ha ndohecháiva pe antikrísto he’iséva, katuete omoĩta ijehe pe antikrísto ykére. Ko’ág̃a ndaipóri tiempo ñañembojoaju hag̃ua ko yvy arapýre. Daniel oĩ hína ilótepe ha hendápe. Daniel ha Juan profesía-kuéra ojekuaa va’erã. Umíva oñemyesakã ojuehe. Ome’ẽ hikuái ko yvy arapýpe añetegua opavave oikuaava’erã. Ko’ã profesía ha’e hag̃ua testígo ko yvy arapýpe. Iñemyanyhẽ rupi ko’ã ára pahápe, umíva voi oñemyesakãta ijehegui.” Kress Collection, 105.</w:t>
      </w:r>
    </w:p>
    <w:p>
      <w:pPr>
        <w:pStyle w:val="ArticleBody"/>
        <w:jc w:val="left"/>
      </w:pPr>
      <w:r>
        <w:rPr>
          <w:rFonts w:ascii="Times New Roman" w:hAnsi="Times New Roman" w:eastAsia="Times New Roman" w:cs="Times New Roman"/>
        </w:rPr>
        <w:t>Peteĩ tapicha ndoikuaáiramo pe anticristoha pe papado, ipahápe oĩta pe papado ykére; térã, Juan ohai haguéicha, oguatáta opívo ha ohechaukáta hoguã. Ojehupyty hag̃ua pe mymba ári pe victoria tekotevẽ ojeikuaa pe mymbaha pe pokatu papal, ha opa mba’e ojehechaukáva pe pokatu papal rehe. Umi ohupytyva pe victoria ha oikuaáva pe papadoha pe kuimba’e angaipáva, tekotevẽta avei oikuaa pe ta’anga papado rehegua orrepresentaha pe principio ojoajúva tupão ha tetã; pe tupão oguerekóvo pe sãmbyhy upe joaju rehe.</w:t>
      </w:r>
    </w:p>
    <w:p>
      <w:pPr>
        <w:pStyle w:val="ArticleBody"/>
        <w:jc w:val="left"/>
      </w:pPr>
      <w:r>
        <w:rPr>
          <w:rFonts w:ascii="Times New Roman" w:hAnsi="Times New Roman" w:eastAsia="Times New Roman" w:cs="Times New Roman"/>
        </w:rPr>
        <w:t>Daniel kuatiañeʼẽme, mymba ñemohenda, haʼéva tupão ha tetã joaju, oñerrepresenta pe tekovai ñehundi rehegua ramo. Tekovai haʼe angaipa, ha pe angaipa omoheñóiva pe mymba papal haʼe mburuvichakuéra omeʼẽ jave ipokatu pe autorida papal-pe. Péicha ojapóvo, haʼekuéra oiko tekovai ñemoakãratĩ espirituálpe, ha upéva hína Daniel remimoĩva tekovai ñehundi rehegua ramo, ha Juan remimoĩva taʼanga pe mymba rehegua ramo.</w:t>
      </w:r>
    </w:p>
    <w:p>
      <w:pPr>
        <w:pStyle w:val="ArticleBody"/>
        <w:jc w:val="left"/>
      </w:pPr>
      <w:r>
        <w:rPr>
          <w:rFonts w:ascii="Times New Roman" w:hAnsi="Times New Roman" w:eastAsia="Times New Roman" w:cs="Times New Roman"/>
        </w:rPr>
        <w:t>Pehupyty hag̃ua pe ta’anga papal rehe, tekotevẽ ñantende Tupã Ñe’ẽ rupive Estados Unidos raẽvete omopyenda ko joaju, ha omoneĩ mbarete pe léi domingo oúta hag̃uápe, ha upéi ombohape opaite yvóra oguereko hag̃ua pe joaju peteĩchagua.</w:t>
      </w:r>
    </w:p>
    <w:p>
      <w:pPr>
        <w:pStyle w:val="ArticleBody"/>
        <w:jc w:val="left"/>
      </w:pPr>
      <w:r>
        <w:rPr>
          <w:rFonts w:ascii="Times New Roman" w:hAnsi="Times New Roman" w:eastAsia="Times New Roman" w:cs="Times New Roman"/>
        </w:rPr>
        <w:t>Pe joaju ha tetã rehegua ojoaju hag̃uáicha oñemoĩtava ko yvy ári Tetã peteĩ reko Amérika Joapykuérape rupi, oguereko peteĩ gobiernorã peteĩva opa mundope guarã (Tetãnguéra Joaju), oikévo peteĩ ñe’ẽme’ẽme papado ndive, ha’e hag̃uáicha pe pu’aka oisãmbyhýva umi ñembosako’i. Ojejapo hag̃ua pe mymba ra’ãnga rehegua jeity, he’ise ojekuaa hag̃ua Tupã Ñe’ẽ marandupy rehegua rupive pe mymba ra’ãnga ohechauka ko’ã mba’eete voiha.</w:t>
      </w:r>
    </w:p>
    <w:p>
      <w:pPr>
        <w:pStyle w:val="ArticleBody"/>
        <w:jc w:val="left"/>
      </w:pPr>
      <w:r>
        <w:rPr>
          <w:rFonts w:ascii="Times New Roman" w:hAnsi="Times New Roman" w:eastAsia="Times New Roman" w:cs="Times New Roman"/>
        </w:rPr>
        <w:t>Ojeguerekóvo pe vitoria mymba rehe ha mymba ra’ãnga rehe oike avei pe jeikuaa hag̃ua mymba mba’e’autorida marka rehegua (papado mba’éva).</w:t>
      </w:r>
    </w:p>
    <w:p>
      <w:pPr>
        <w:pStyle w:val="ArticleBody"/>
        <w:jc w:val="left"/>
      </w:pPr>
      <w:r>
        <w:rPr>
          <w:rFonts w:ascii="Times New Roman" w:hAnsi="Times New Roman" w:eastAsia="Times New Roman" w:cs="Times New Roman"/>
        </w:rPr>
        <w:t>Mymba ñaña rehegua peteĩchagua ha’e pe ñemboguata mbaretépe arapokõindyha ára ñembojerovia ramo Tupã pytu’uha ára. Ojehupyty hag̃ua pu’aka upe peteĩchagua ári tekotevẽ oñentende porã arapokõindyha ára ñembojeroviaha hína kuarahy ñembojerovia, ha ndaha’éi mba’eve michĩvéva pagano Baal ñembojeroviágui. Pe pu’aka oguereko avei pe añetegua avave ndaohupytýiha pe mymba ñaña rehegua peteĩchagua ojejopy mbaretépe mboyve yvypórape.</w:t>
      </w:r>
    </w:p>
    <w:p>
      <w:pPr>
        <w:pStyle w:val="ArticleScripture"/>
        <w:jc w:val="left"/>
      </w:pPr>
      <w:r>
        <w:rPr>
          <w:rFonts w:ascii="Times New Roman" w:hAnsi="Times New Roman" w:eastAsia="Times New Roman" w:cs="Times New Roman"/>
        </w:rPr>
        <w:t>“Péro umiáno kristiáno yma guaré oguereko vaʼekue arateĩ, oimoʼãvo upéicha ojapóramo hikuái oñangarekoha hína pe sábado bíblico rehe; ha koʼág̃a avei oĩ kristiáno añetegua opaite tupãópe, ndojehejái pe komunión católica romana jepe, ojeroviáva pyʼaguapýpe arateĩ haʼeha pe sábado Tupã omoĩvaʼekue. Tupã omoneĩ iñeʼẽrendu hag̃ua hikuái ipyʼaite guive ha hekojojaha Henondépe. Péro arateĩ ñangarekóre oñemoĩ vove léi rupive, ha ko yvy tuichakue oñemyesakã vove pe sábado añeteguáre oĩva tembiapoukapy, upérõ oimeraẽva omboykétava Tupã mandamiénto, ojapose hag̃uáicha peteĩ tembiapoukapy ndorekóiva ambue pokatu yvatevéva Roma-gui, upéicha omombaʼéta pe papado Tupã ári. Haʼe omeʼẽ hína ñemombaʼe Roma-pe ha pe pokatúpe omombaretéva pe temimoĩmby Roma omoĩvaʼekue. Haʼe omombaʼe hína pe mymba ha taʼãnga. Upérõ yvyporakuéra omboyke vove pe temimoĩmby Tupã heʼíva haʼeha techaukaha Ijapoukapy rehegua, ha omombaʼe hendaguépe upe Roma poravo vaʼekue hekojojaha guasu rechaukáramo, upéicha oguerohorýta hikuái pe techaukaha jerovia hag̃ua Roma rehe —‘pe mymba marca.’ Ha ndahaʼéi pe mbaʼe oñemoĩ porã meve péicha hesakã hag̃uáicha tavayguakuérape, ha og̃uahẽ meve chupekuéra oiporavo hag̃ua Tupã mandamiénto ha yvypóra mandamiénto apytépe, umi osegívape añetehápe tembiapoukapy mokõivéva rehegua rupi, upéva rire ae ohupytýta hikuái ‘pe mymba marca.’” The Great Controversy, 449.</w:t>
      </w:r>
    </w:p>
    <w:p>
      <w:pPr>
        <w:pStyle w:val="ArticleBody"/>
        <w:jc w:val="left"/>
      </w:pPr>
      <w:r>
        <w:rPr>
          <w:rFonts w:ascii="Times New Roman" w:hAnsi="Times New Roman" w:eastAsia="Times New Roman" w:cs="Times New Roman"/>
        </w:rPr>
        <w:t>Umi ohupytýva pe mymba rehe, mymba ra’ãnga rehe ha mymba marca rehe pu’aka hag̃ua, tekotevẽ avei ohupyty hikuái pe pu’aka héra papapy rehe. Pe ára tembiasakue pukukue aja, pe Tiro kuña rekovai guasu ndojehesarái gueteri ramo, pe mundo protestánte oikuaa vaekue papado ha’eha anticristo. Oikuaa hikuái Pablo ohechauka hague papadoha “pe aña”, “pe kuimba’e angaipa rehegua”, “pe temimimby tekoaña rehegua” ha “pe ñehundi ra’y”; “Oñemoĩva ha oñemomba’eguasúva opa mba’e oñembohérava Tupã térã oñemomba’égui; upéicha hag̃ua, ha’e Tupãicha oguapy Tupã templope, ohechaukáva ijehe voi ha’eha Tupã.” Ko’ág̃a katu pe Tiro kuña rekovai guasu ojehesaráima.</w:t>
      </w:r>
    </w:p>
    <w:p>
      <w:pPr>
        <w:pStyle w:val="ArticleBody"/>
        <w:jc w:val="left"/>
      </w:pPr>
      <w:r>
        <w:rPr>
          <w:rFonts w:ascii="Times New Roman" w:hAnsi="Times New Roman" w:eastAsia="Times New Roman" w:cs="Times New Roman"/>
        </w:rPr>
        <w:t>Yma’ẽre oĩkuri opaichagua aplicación isopsefia térã gematría rehegua ohechaukáva pe papado oñerrepresentaha simbólikamente pe papapy “666”-pe. Peteĩ techapyrã clásico ko mba’éva hína pe papa mitra ári ojehaiha ñe’ẽnguéra Vicarius Filii Dei. Vicarius Filii Dei, he’iséva “Ta’ýra Tupãmegua Rembiguái Rerekohára”, ha upévare oñe’ẽ hese oikuaaukávo iclaim oguapyha Tupã róga guasúpe, he’ívo ha’eha Tupã. Umi letra latina oĩva Vicarius Filii Dei-pe ombojoja pe papapy seiscientos sesenta y seis rehe.</w:t>
      </w:r>
    </w:p>
    <w:p>
      <w:pPr>
        <w:pStyle w:val="ArticleBody"/>
        <w:jc w:val="left"/>
      </w:pPr>
      <w:r>
        <w:rPr>
          <w:rFonts w:ascii="Times New Roman" w:hAnsi="Times New Roman" w:eastAsia="Times New Roman" w:cs="Times New Roman"/>
        </w:rPr>
        <w:t>Pe mymba, ha’éva pe pokatu papal, ojekuaa inúmero rupive ha inúmero ha’e “666”, péro pe kuimba’e angaipa rehegua oñembyai vaiete peteĩ ñehundi hag̃uáicha ary 1798-pe, ha ojeheja tesaráipe. Umi ára pahápe pe ñembyai vaiete oñemonguera va’erã, ha pe ñemonguera pe ñembyai vaietéva rehegua ohechauka porã Estados Unidos raẽ ojapoha peteĩ ta’anga pe mymbápe g̃uarã hetã teepe, ha upéi ombojerure mbaretépe ko yvy pukukue ojapo hag̃ua upeicha avei.</w:t>
      </w:r>
    </w:p>
    <w:p>
      <w:pPr>
        <w:pStyle w:val="ArticleBody"/>
        <w:jc w:val="left"/>
      </w:pPr>
      <w:r>
        <w:rPr>
          <w:rFonts w:ascii="Times New Roman" w:hAnsi="Times New Roman" w:eastAsia="Times New Roman" w:cs="Times New Roman"/>
        </w:rPr>
        <w:t>Pe mymba ra’ãnga yvygua peteĩ tymói ha mbohapy pehẽguáva avei. Marandu profétikamente ha’e mokõivéicha, ojejapógui tupão ha tetã joajúgui; ha mbohapy pehẽguáva, ojejapógui dragón, mymba ha proféta japu-gui. Oñemoĩ jave pe joaju mbohapy pehẽgua umi pokatuete omboguatátava ko yvy Armagedón-pe, ha’ekuéra hína pe mymba ha’éva pe porundyha mburuvicha guasu, oúva umi siete-gui, ha avei ha’éta pe joaju mbohapy pehẽgua pe mburuvicha guasu potĩrõha. Pe papapy mymba réra rehegua umi ára pahápe ha’e jey “666,” pórke ohechauka mbohapy mburuvicha guasu, peteĩteĩva ha’éva pe mburuvicha guasu potĩrõha rehegua.</w:t>
      </w:r>
    </w:p>
    <w:p>
      <w:pPr>
        <w:pStyle w:val="ArticleBody"/>
        <w:jc w:val="left"/>
      </w:pPr>
      <w:r>
        <w:rPr>
          <w:rFonts w:ascii="Times New Roman" w:hAnsi="Times New Roman" w:eastAsia="Times New Roman" w:cs="Times New Roman"/>
        </w:rPr>
        <w:t>Ojehupyty hag̃ua pe mymba ñarõ rehe, ta’anga rehe, imárka rehe ha héra papapy rehe, he’ise oñentende hag̃ua pe ñe’ẽñemi “pe poapyha ou umi siete-gui”, ha’éva Daniel mokõi pegua ñemigua, Daniel oñembo’eva’ekue ontende hag̃ua. Kóva ha’e peteĩ mba’e Jesucristo Revelación pegua oñemboguejy’ỹva mboyve pe gracia ára oñembotýta, pórke Juan he’i haguéicha, “pe ára hi’ag̃uíma.” Upévare, umi ohupytyva’erã upe jejopy’ỹ rehegua jehu hag̃ua ojehechauka oĩha umi ánhel ndive, umi oñohẽva umi plága, pórke ohupyty hikuái upe jejopy’ỹ, térã pe entendimiento profético tekotevẽva, pe gracia ára oñembotýta mboyve.</w:t>
      </w:r>
    </w:p>
    <w:p>
      <w:pPr>
        <w:pStyle w:val="ArticleBody"/>
        <w:jc w:val="left"/>
      </w:pPr>
      <w:r>
        <w:rPr>
          <w:rFonts w:ascii="Times New Roman" w:hAnsi="Times New Roman" w:eastAsia="Times New Roman" w:cs="Times New Roman"/>
        </w:rPr>
        <w:t>Umi oikuaáva pe Jesucristo Revelación ojeipe’áva pe tiempo de gracia oñembotýta mboyve, ha pe papapy “666” ha’éha peteĩ mba’e iñimportánteva upe visión-pe, ndohechagi’ỹmo’ãi pe Ezequiel capítulo ocho pe visión oñepyrũha pe ára pohápe (ha’éva pe ára oĩva pe sexto áragui mboyve), pe sexto méspe ha pe sexto áñope. Capítulo ocho pahaite peve, veinticinco kuimba’e oñesũ kuarahýpe, ha capítulo nueve ohechauka umi ohupytývape Tupã sello.</w:t>
      </w:r>
    </w:p>
    <w:p>
      <w:pPr>
        <w:pStyle w:val="ArticleBody"/>
        <w:jc w:val="left"/>
      </w:pPr>
      <w:r>
        <w:rPr>
          <w:rFonts w:ascii="Times New Roman" w:hAnsi="Times New Roman" w:eastAsia="Times New Roman" w:cs="Times New Roman"/>
        </w:rPr>
        <w:t>Pe visión rehegua ha’e pe mymba ñemomandu’a ha Tupã sello, ha pe visión ojehechauka porãve pe gracia ára oñemboty mboyve pe léi domingo-pe, ojehechaukaháicha pe papapy “666” rupive. Péro pe gracia ára ñemboty ojekuaaukáva oikoha pe léi domingo-pe Estados Unidos-pe, ndaha’éi opa yvypóra gracia ára ñemboty; ha’e gracia ára ñemboty añoite umi Adventista del Séptimo Día-pe g̃uarã.</w:t>
      </w:r>
    </w:p>
    <w:p>
      <w:pPr>
        <w:pStyle w:val="ArticleBody"/>
        <w:jc w:val="left"/>
      </w:pPr>
      <w:r>
        <w:rPr>
          <w:rFonts w:ascii="Times New Roman" w:hAnsi="Times New Roman" w:eastAsia="Times New Roman" w:cs="Times New Roman"/>
        </w:rPr>
        <w:t>Pe visión ojehechauka oikoháicha Jerusalén ryepýpe, ha upéva ha’e peteĩ símbolo pe iglesia Adventista del Séptimo Día rehegua. Pe léi domingo rehegua Estados Unidos-pe guare, umi Adventista del Séptimo Día añoite hína pe aty, upépe ha upe jave, ojejapysakáva hesekuéra pe tesakã sábado rehegua rehe.</w:t>
      </w:r>
    </w:p>
    <w:p>
      <w:pPr>
        <w:pStyle w:val="ArticleScripture"/>
        <w:jc w:val="left"/>
      </w:pPr>
      <w:r>
        <w:rPr>
          <w:rFonts w:ascii="Times New Roman" w:hAnsi="Times New Roman" w:eastAsia="Times New Roman" w:cs="Times New Roman"/>
        </w:rPr>
        <w:t>“Oiméramo peẽme pe añetegua resape, ohechauka hag̃ua pe tembiapoukapy irundyha sábado, ha ohechauka hag̃ua ndaipóriha fundamento Tupã Ñe’ẽme domingo ñemomba’erã, ha upéicharamo jepe peẽ pesegíramo pejoko pe sábado japu rehe, peñembotovévo pemboyke hag̃ua marangatu pe sábado Tupã ohenóiva ‘che ára marangatu’, peẽ pehupyty pe mymba ñarõ mba’e rechaukaha. Araka’épa kóva oiko?—Peẽ peneñe’ẽrendúramo pe decreto ome’ẽva tembiapoukapy peẽme peheja hag̃uáicha tembiapo domingo-pe ha peñembo’e Tupãme, peikuaávo ndaiporiha peteĩ ñe’ẽnte jepe la Biblia-pe ohechaukáva domingoha ambuéva peteĩ ára tembiapo hag̃uagui, peẽ peñeme’ẽ pene py’aite guive pe mymba ñarõ mba’e rechaukaha rehe, ha peñembotove Tupã sello. Ñahupytyramo ko mba’e rechaukaha ñane renondépe térã ñane pópe, umi juicio oñemombe’úva umi naiñe’ẽrendúivare oúva’erã ñande ári. Ha Tupã oikovéva sello oñemoĩ umi tapichakuéra ári, tekopotĩ ha tekokyre’ỹme oñangarekóva Ñandejára sábado rehe.” Review and Herald, 27 de abril de 1911.</w:t>
      </w:r>
    </w:p>
    <w:p>
      <w:pPr>
        <w:pStyle w:val="ArticleBody"/>
        <w:jc w:val="left"/>
      </w:pPr>
      <w:r>
        <w:rPr>
          <w:rFonts w:ascii="Times New Roman" w:hAnsi="Times New Roman" w:eastAsia="Times New Roman" w:cs="Times New Roman"/>
        </w:rPr>
        <w:t>Pe visión Ezequiel kuatiañe’ẽ pe capítulo 8 guive pe capítulo 11 peve ohechauka tembiasakue ogueraháva pe yvypóra rembiapo ára paha peve Jerusalén rehegua. Ojehechauka oikoháicha peteĩ ára mboyve pe papapy “666” oguahẽ mboyve, ha pe capítulo 8 ohechauka peteĩ ñepu’ã okakuaáva Jerusalén ryepýpe, opa hag̃uáicha umi kuimba’e tenondegua oñesũvo kuarahýpe renondépe, upéicha rupi ohupyty pe mymba ñaña marca.</w:t>
      </w:r>
    </w:p>
    <w:p>
      <w:pPr>
        <w:pStyle w:val="ArticleBody"/>
        <w:jc w:val="left"/>
      </w:pPr>
      <w:r>
        <w:rPr>
          <w:rFonts w:ascii="Times New Roman" w:hAnsi="Times New Roman" w:eastAsia="Times New Roman" w:cs="Times New Roman"/>
        </w:rPr>
        <w:t>Pe kapítulo porundy ohechauka peteĩ ánhel ohasáva Jerusalén rupi (upéicha ohechaukávo peteĩ progresión), ha omoĩva peteĩ séllo peteĩ aty ári tenonderãite umi ánhel ohundívagui, ha upe rire ojuka opa umi ndorekóivape pe séllo. Mokõivéva kapítulo ohechauka peteĩ tembiasakue progresíva ogueraháva pe léi dominical peve, upépe peteĩ aty oñesũ kuarahýpe renondépe, ha ambue katu oguereko Tupã séllo. Upéi umi heko vaíva oñemomombyry Jerusaléngui, pe léi dominical niko omboyke umi heko vaívape ha umi arandu porãvape.</w:t>
      </w:r>
    </w:p>
    <w:p>
      <w:pPr>
        <w:pStyle w:val="ArticleBody"/>
        <w:jc w:val="left"/>
      </w:pPr>
      <w:r>
        <w:rPr>
          <w:rFonts w:ascii="Times New Roman" w:hAnsi="Times New Roman" w:eastAsia="Times New Roman" w:cs="Times New Roman"/>
        </w:rPr>
        <w:t>Pe sellamiento ojehechaukáva Ezequiel kapítulo nueve-pe ha’e upe sellamientoete ojehechaukáva Apocalipsis kapítulo siete-pe.</w:t>
      </w:r>
    </w:p>
    <w:p>
      <w:pPr>
        <w:pStyle w:val="ArticleScripture"/>
        <w:jc w:val="left"/>
      </w:pPr>
      <w:r>
        <w:rPr>
          <w:rFonts w:ascii="Times New Roman" w:hAnsi="Times New Roman" w:eastAsia="Times New Roman" w:cs="Times New Roman"/>
        </w:rPr>
        <w:t>“Oúramo ko'ãichagua mba'e oútaramo, umi jehusga tuichaite peteĩ mundo hembiapo vaípe ári, moõpa oĩta Ñandejára tavayguakuéra ñemokañy? Mba'éicha piko oñeñangarekóta hese kuéra pe pochy ohasapa peve? Juan ohecha tekotevẽnguéra yvygua—yvyratyryry, ama vai guasu ha ñorairõ polítiko—ojejoguaháva ojejoko hag̃uáicha irundy ánhel rupi. Ko'ã yvytu oĩ jesareko guýpe Ñandejára ome'ẽ meve ñe'ẽ ojeheja hag̃ua osẽ. Upépe oĩ Ñandejára iglesia rekove hag̃uã. Ñandejára ánhelkuéra ojapo hembipota, ojokóvo yvy arigua yvytu, ani hag̃ua pe yvytu oipeju yvy ári, ni para ári, ni peteĩ yvyramáta ári, Ñandejára rembiguái kuéra oñembyao peve isyváre. Pe ánhel mbareteve ojehecha ojupi kuarahyresẽ guive. Ko ánhel ipu'akapavẽvéva oguereko ipope Ñandejára oikovéva sellorã, térã pe añoite ikatúva ome'ẽ tekove, ikatúva ohai syváre pe marka térã jehai, umi ojehejatátavape hag̃ua tekove ndopamo'ãiva, tekove opa'ỹva. Ko ánhel yvateguavéva ñe'ẽmi hína pe oguerekóva pokatu omanda hag̃ua umi irundy ánhelpe ojoko hag̃ua umi irundy yvytu ko tembiapo ojejapopa peve, ha ha'e voi ome'ẽ meve pe ñehenói ojeheja hag̃uáicha osẽ.”</w:t>
      </w:r>
    </w:p>
    <w:p>
      <w:pPr>
        <w:pStyle w:val="ArticleScripture"/>
        <w:jc w:val="left"/>
      </w:pPr>
      <w:r>
        <w:rPr>
          <w:rFonts w:ascii="Times New Roman" w:hAnsi="Times New Roman" w:eastAsia="Times New Roman" w:cs="Times New Roman"/>
        </w:rPr>
        <w:t>“Umi ohupytýva ko yvy, so’o rembipota ha Aña rehe, ha’éta umi oguerekótava pe favor, oñeme’ẽ hag̃uáicha chupekuéra pe Tupã oikovéva sella. Umi ipo ndaha’éiva ipotĩ, umi ikorasõ ndaha’éiva ipotĩ, ndoguerekomo’ãi pe Tupã oikovéva sella. Umi oñemoĩva angaipa apópe ha ojapóva upéva, ojehejáta ykére. Umi añoite, iñemoĩ hag̃uáicha Tupã renondépe, omyenyhẽva umi oñarrepentíva ha omombe’úva iñangaipakuéra rendaguépe pe Ara Guasu Ñemoĩporã rehegua anti-típico-pe, umíva añoite ojekuaáta ha ojehechaukáta oñemarca hag̃uáicha tekokatu Tupã ñangarekorã. Umi téra umi oma’ẽ porãva, oha’arõva ha oñatendeva hekove pukukuepe Ivasalvador jehechaukarã rehe—ipy’aitevévo ha oipotaitévo umi oha’arõvagui ko’ẽju—oñemoĩta umi oñeselláva apytépe. Umi, jepe oguereko opa pe tesape añetegua overáva i’ánga ári, tekotevẽramo jepe oguereko tembiapo oñembojoajúva ijerovia he’íva rehe, ojejopy ramo angaipa rehe, omoĩvo ta’ãnga gua’u ikorasõme, ombyaívo i’ánga Tupã renondépe, ha omongy’áva umi oñondivepa hendive angaipápe, umívagui oñemboguetéta itéra kuatia tekovegui, ha ojehejáta pyhare pytũ mbytére, ndoguerekói hag̃ua aséite hi’ýguape hapýndi reheve. ‘Peẽ che réra pekyhyjévape guarã katu, pe Kuarahy Tekojopýva rehegua osẽta pohãno reheve ipepope.’”</w:t>
      </w:r>
    </w:p>
    <w:p>
      <w:pPr>
        <w:pStyle w:val="ArticleScripture"/>
        <w:jc w:val="left"/>
      </w:pPr>
      <w:r>
        <w:rPr>
          <w:rFonts w:ascii="Times New Roman" w:hAnsi="Times New Roman" w:eastAsia="Times New Roman" w:cs="Times New Roman"/>
        </w:rPr>
        <w:t>“Ko ñemboty umi tembiguái Tupãgua rehegua ha’e pe misma ojehechaukáva’ekue Ezequiel-pe visión rupive. Juan avei ohecha va’ekue ko revelación ipyahúva ha tuichaitéva. Ha’e ohecha yguasu ha y rembe’ýi osapukáiva, ha kuimba’ekuéra korasõ ikangypáva kyhyjégui. Ohecha yvy oñemongu’éva, ha yvytykuéra oñemomboha pe yguasu mbytépe (upéva oikohína literalmente), hykuére osapukái ha ojepy’apy, ha yvytykuéra oryrýi hyapu rupi. Ojehechauka chupe mba’asy vai, mba’asy ñarõ, ñembyahýi ha ñemano ojapóramo hikuái hembiapo ñemondýiha.” Testimonies to Ministers, 445.</w:t>
      </w:r>
    </w:p>
    <w:p>
      <w:pPr>
        <w:pStyle w:val="ArticleBody"/>
        <w:jc w:val="left"/>
      </w:pPr>
      <w:r>
        <w:rPr>
          <w:rFonts w:ascii="Times New Roman" w:hAnsi="Times New Roman" w:eastAsia="Times New Roman" w:cs="Times New Roman"/>
        </w:rPr>
        <w:t>Pe ñemonguete guapy umi cien cuarenta y cuatro mil rehe oĩva Apocalipsis kapítulo siete-pe, ojehechauka avei Ezequiel kapítulo nueve-pe, ha pe ánhel omoĩva pe sello ha’e pe ánhel ipokatuvéva, ojupi va’ekue kuarahyresẽ guio. Umi oñehundi va’erã, hérava’ekue ojeipe’a hag̃ua tekove kuatiañe’ẽgui, ojehechauka ramo guáicha “ndorekói hag̃ua aséite hembipuru ryepýpe, hendivekuéra ilámpara.” Mokõi aty oĩva Ezequiel kapítulo ocho guive once peve visión-pe, ha’e umi kuñataĩ arandu ha itavyva Mateo veinticinco-pe oñemombe’úva, ha upévare ha’ekuéra Adventista-kuéra.</w:t>
      </w:r>
    </w:p>
    <w:p>
      <w:pPr>
        <w:pStyle w:val="ArticleScripture"/>
        <w:jc w:val="left"/>
      </w:pPr>
      <w:r>
        <w:rPr>
          <w:rFonts w:ascii="Times New Roman" w:hAnsi="Times New Roman" w:eastAsia="Times New Roman" w:cs="Times New Roman"/>
        </w:rPr>
        <w:t>“Pe parábola umi diez virgen rehegua Mateo 25-pe ohechauka avei pe experiencia ohasáva pueblo adventista.” El Gran Conflicto, 393.</w:t>
      </w:r>
    </w:p>
    <w:p>
      <w:pPr>
        <w:pStyle w:val="ArticleBody"/>
        <w:jc w:val="left"/>
      </w:pPr>
      <w:r>
        <w:rPr>
          <w:rFonts w:ascii="Times New Roman" w:hAnsi="Times New Roman" w:eastAsia="Times New Roman" w:cs="Times New Roman"/>
        </w:rPr>
        <w:t>Hermana White ombojekuaa hesakã porã Jerusalén Ezequiel visión-pegua ha’eha Adventismo:</w:t>
      </w:r>
    </w:p>
    <w:p>
      <w:pPr>
        <w:pStyle w:val="ArticleScripture"/>
        <w:jc w:val="left"/>
      </w:pPr>
      <w:r>
        <w:rPr>
          <w:rFonts w:ascii="Times New Roman" w:hAnsi="Times New Roman" w:eastAsia="Times New Roman" w:cs="Times New Roman"/>
        </w:rPr>
        <w:t>“Pe pueblo añeteguáva Tupã rehegua, oguerekóva ikorasõme Ñandejára rembiapo ha ánga-kuéra pysyrõ, ohechátamante angaipa pe iñeha’ã’ỹhaite, añetehápe angaipa hag̃uáicha. Ha’ekuéra tapiaite oñemoĩta jeroviaha ha hesakã porãva ñemoñe’ẽ ykére umi angaipa ndive, umi hasýva ojehekýi hag̃ua Tupã pueblo-gui. Ko’ýte pe tembiapo paha iglesiápe g̃uarã, pe sellado ára peteĩ sua irundy ha irundy mil rehegua, umi opytátava mba’eve ky’águi’ỹre Tupã tróno renondépe, upérõ ha’ekuéra oñandúta ipypukuvéva Tupã pueblo he’íva ijehegua rembiavy vai. Kóva mbaretehápe oñemombe’u maranduhára ta’ãngaháicha pe tembiapo paha rehegua, kuimba’e-kuéra ta’ãngápe, peteĩteĩ oguerekóva ipope peteĩ tembiporu jejuka rehegua. Peteĩ kuimba’e ijapytépekuéra apytégui oñemonde va’ekue líno rehe, ha iyképe ogueraha peteĩ escriba tintero. ‘Ha Ñandejára he’i chupe: Ehasa táva mbytépe, Jerusalén mbytépe, ha emoĩ peteĩ techaukaha umi kuimba’e syva ári, umi oipy’ahẽva ha osapukáiva opa umi ñaña ojejapóva ipype rehe.’” Testimonios, volumen 3, 266.</w:t>
      </w:r>
    </w:p>
    <w:p>
      <w:pPr>
        <w:pStyle w:val="ArticleBody"/>
        <w:jc w:val="left"/>
      </w:pPr>
      <w:r>
        <w:rPr>
          <w:rFonts w:ascii="Times New Roman" w:hAnsi="Times New Roman" w:eastAsia="Times New Roman" w:cs="Times New Roman"/>
        </w:rPr>
        <w:t>Ezequiel capítulos ocho guive once peve pe visión oñe’ẽ hag̃ua directamente Adventismo rembiasakue rehe, og̃uahẽ peve ha pe léi dominical jave. Ohechauka mokõi aty oadoráva oĩva Jerusalén ryepýpe (Adventismo), ha proféticamente oñembojoaju Jesucristo Revelación ndive, ojepe’áva mbovymi pe gracia ñemboty mboyve, pórke umi iñe’ẽ ypykuéra peteĩha omoĩ tenonderã pe papapy “666” pe simbolismo profético-pe. Péicha ojapóvo, ohechauka peteĩva irundy mba’e apytégui umi arandu oguereko hag̃ua victoria rehe ára pahápe, ha umi irundy mba’e oike pe tesape poapývagui “umi siete apytégui” rehe. Apocalipsis quince avei ohechauka umi oguerekóva victoria umi irundy aspecto simbólico papado rehe, opurahéiha Moisés ha Cordero purahéi.</w:t>
      </w:r>
    </w:p>
    <w:p>
      <w:pPr>
        <w:pStyle w:val="ArticleBody"/>
        <w:jc w:val="left"/>
      </w:pPr>
      <w:r>
        <w:rPr>
          <w:rFonts w:ascii="Times New Roman" w:hAnsi="Times New Roman" w:eastAsia="Times New Roman" w:cs="Times New Roman"/>
        </w:rPr>
        <w:t>Upérõ ára Isaías, capítulo mokõipa pakõi-pe, he’i umi hekojojáva ára pahápegua opurahéitaha pe parral purahéi, ha upéva hína pe Cordero opurahéi va’ekue oguata jave yvypóra apytépe, ha upéva ohechauka peteĩ tetã ojeporavo va’ekue ojehasaha ykére, ajépa ojeporavóma jave ambue tetã pyahu ojeporavóva. Pe purahéi opurahéi “umi arandu” ára pahápegua Ezequiel nueve ha Apocalipsis siete sellado aja. Pe visión Ezequiel rehegua, umi capítulo ocho guive once peve, oike upe purahéi voi rehe.</w:t>
      </w:r>
    </w:p>
    <w:p>
      <w:pPr>
        <w:pStyle w:val="ArticleBody"/>
        <w:jc w:val="left"/>
      </w:pPr>
      <w:r>
        <w:rPr>
          <w:rFonts w:ascii="Times New Roman" w:hAnsi="Times New Roman" w:eastAsia="Times New Roman" w:cs="Times New Roman"/>
        </w:rPr>
        <w:t>Ñambotuicháta ko ñehesa’ỹijo pe artíkulo oúvape.</w:t>
      </w:r>
    </w:p>
    <w:p>
      <w:pPr>
        <w:pStyle w:val="ArticleScripture"/>
        <w:jc w:val="left"/>
      </w:pPr>
      <w:r>
        <w:rPr>
          <w:rFonts w:ascii="Times New Roman" w:hAnsi="Times New Roman" w:eastAsia="Times New Roman" w:cs="Times New Roman"/>
        </w:rPr>
        <w:t>“Pe Tupã retã añetegua, oguerekóva ikorasõme Ñandejára rembiapo ha ánga kuéra ñepysyrõ, araka’eve ohecháta angaipa heko añeteguápe, ha’éva angaipa añetehápe. Ha’ekuéra akóinte oĩta umi ojejapóva jerovia reheve ha ñe’ẽ porã’ỹre angaipa kuéra rehe, umi hasýva ojejoko ha hi’aguĩva meme Tupã retãme. Ko’ýte tembiapo paha iglesia rehehápe, pe sellado ára umi cien cuarenta y cuatro mil, umi opytátava mba’eve vai’ỹre Tupã guapyha renondépe, upérõ oñanduvéta pypuku hag̃uáicha umi mba’e vai ojapóva Tupã retã he’íva ijeheguieteha. Kóva maranduhára omoĩ mbarete porã pe ta’anga rupive pe tembiapo paha rehegua, umi kuimba’e peteĩteĩ oguerekóva ipope peteĩ mba’e ojuka hag̃ua. Peteĩ kuimba’e opyta ijapytepekuéra, oñemondeva’ekue líno reheve, ha ogueraha ijykére peteĩ tinta ryru haihápe guarã. ‘Ha Ñandejára he’i chupe: Ehasa táva mbyte rupi, Jerusalén mbyte rupi, ha emoĩ peteĩ techaukaha umi kuimba’e rovakuáre, umi osuspirava ha osapukáiva opa umi ñaña ojejapóva ipype rehe.’”</w:t>
      </w:r>
    </w:p>
    <w:p>
      <w:pPr>
        <w:pStyle w:val="ArticleScripture"/>
        <w:jc w:val="left"/>
      </w:pPr>
      <w:r>
        <w:rPr>
          <w:rFonts w:ascii="Times New Roman" w:hAnsi="Times New Roman" w:eastAsia="Times New Roman" w:cs="Times New Roman"/>
        </w:rPr>
        <w:t>“Máva oĩ Tupã consejope ko tiempope? ¿Ha’épa umi prácticamente ombohovái vai umi mba’e vai umi oñemombe’úva Tupã retãygua apytépe ha oporomurmura ikorasõme, térã ndaha’éiramo jepe openly, umi oñemoĩva angaipa ñemoñe’ẽ vai rehe? ¿Ha’épa umi oñemoĩva hesekuéra rehe ha oiporiahuverekóva umi ojapóva mba’e vai? Nahániri, añetehápe! Ndorrepentíriramo hikuái, ha ndohéjáiramo Satanás rembiapo, oporombohasa asývo umi oguerekóva tembiapo pohýi ha omombaretévo angaipárape Siónpe, araka’eve ndohupytýi mo’ãi hikuái Tupã sello ñemoneĩ marca. Ho’áta hikuái umi iñaña destrucción general-pe, ojehechaukáva umi po kuimba’e ogueraháva jukaha arma rembiapópe. Emoĩ porã ko punto ne akãme: Umi ohupytýva añetegua marca potĩ, ojejapóva ipypekuéra Espíritu Santo pu’aka rupive, ojehechaukáva peteĩ marca rupi pe kuimba’e ao líno guigua ome’ẽva, ha’e umi ‘opy’apy ha osapukáiva opaite umi mba’e vai ojejapóva’ekue’ iglesia-pe. Iñehayhu tekopotĩ rehe ha Tupã terakuã ha heko mimbipa rehe tuichaite, ha ohecha porãiterei rupi mba’éichapa angaipa tuichaiterei ivaíva, upévare ojehechauka chupekuéra oĩha jehasa asy guasúpe, jepe opy’apy ha osapukái. Elee Ezequiel kapítulo 9.”</w:t>
      </w:r>
    </w:p>
    <w:p>
      <w:pPr>
        <w:pStyle w:val="ArticleScripture"/>
        <w:jc w:val="left"/>
      </w:pPr>
      <w:r>
        <w:rPr>
          <w:rFonts w:ascii="Times New Roman" w:hAnsi="Times New Roman" w:eastAsia="Times New Roman" w:cs="Times New Roman"/>
        </w:rPr>
        <w:t>“Ha pe jejuka guasu opavave umi ndohesáivape péicha pe joavy tuicha oĩva angaipa ha tekojoja apytépe, ha ndoñandúi umi oñanduháicha umi oĩva Tupã rembipotápe ha oguerekóva pe techaukaha, oñemombe’u pe tembiapoukapy ome’ẽva umi po kuimba’épe oguerekóva yvypóra jukaha: ‘Tapeho hapykuéri táva rupi, ha pejuka: ani pende resa poriahuvereko, ha ani peiporiahuvereko: pejukaite tuja ha mitãrusu, kuñataĩ, mitã michĩ ha kuñanguéra: ha ani pemoaguĩ avavépe oĩhápe pe techaukaha; ha peñepyrũ Che santuario-gui.’ Testimonies, volumen 3, 266, 267.”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Poteĩha Mokõi.</dc:title>
  <dc:subject>Ojekuaaukáva Ezequiel arandukapy 8 marandu profético: pe Léi Domingo rehegua ha umi ára pahápeguáva</dc:subject>
  <dc:creator>Jeff Pippenger</dc:creator>
  <cp:keywords/>
  <dc:description>Generated by ArticleDigger from daniel\68_daniel.json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