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Papapy Setenta ha Peteĩ</w:t>
      </w:r>
    </w:p>
    <w:p>
      <w:pPr>
        <w:pStyle w:val="ArticleSubtitle"/>
        <w:jc w:val="left"/>
      </w:pPr>
      <w:r>
        <w:rPr>
          <w:rFonts w:ascii="Arial" w:hAnsi="Arial" w:eastAsia="Arial" w:cs="Arial"/>
        </w:rPr>
        <w:t>Pe Tapiz Profético: Ojehechauka hag̃ua pe Irundy Ñemboykevai Ezequiel Kapítulo Ocho-pe ha Iñimportánsia ko Ára Ko’ápe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Pe irundy vai oñemombe'úva Ezequiel capítulo ocho-pe ohechauka Israel moderno irundy generación, ha Israel moderno ñepyrũ ojehechauka typológicamente Israel yma guaréva ñepyrũ rupive. Mokõive umi ñepyrũ rembiasakue ombojerovia Israel moderno paha og̃uahẽtaha pya'e oútavape léi domingo-pe. Mokõi Israel ñepyrũ, yma guaréva añetéva ha moderno espiritualva, ojehechauka Israel reino yvatepegua ñepyrũ rembiasakue rupive, oñemboja'óvo Judágui.</w:t>
      </w:r>
    </w:p>
    <w:p>
      <w:pPr>
        <w:pStyle w:val="ArticleBody"/>
        <w:jc w:val="left"/>
      </w:pPr>
      <w:r>
        <w:rPr>
          <w:rFonts w:ascii="Times New Roman" w:hAnsi="Times New Roman" w:eastAsia="Times New Roman" w:cs="Times New Roman"/>
        </w:rPr>
        <w:t>Ymave Israel yma guare yvyraite ñembojeguapy óro rehegua, osẽramoite hikuái Egipto-gui, peteĩ profesía oñekumplívo he’íva Tupã ojapótaha chuguikuéra peteĩ reino. Jeroboam rembiasakue, Israel yvate gotyo pegua rréino mburuvicha guasu peteĩha rehegua, oguereko umi mba’e teeite. Jeroboam okañy va’ekue Egíptope Salomón pochy-gui. Proféta Ahías ome’ẽ va’ekue chupe peteĩ ñe’ẽme’ẽ profesíape he’íva ojapótaha chugui mburuvicha guasu paĩ atýgui diez pegua, umi doce atýgui. Ojekumpli mboyve pe profesía, Jeroboam okañy va’erã Egíptope omomombyry hag̃ua ijupe Salomón-gui, peve Salomón omano.</w:t>
      </w:r>
    </w:p>
    <w:p>
      <w:pPr>
        <w:pStyle w:val="ArticleScripture"/>
        <w:jc w:val="left"/>
      </w:pPr>
      <w:r>
        <w:rPr>
          <w:rFonts w:ascii="Times New Roman" w:hAnsi="Times New Roman" w:eastAsia="Times New Roman" w:cs="Times New Roman"/>
        </w:rPr>
        <w:t>Ha oiko upérõ guare, Jeroboam osẽ jave Jerusaléngui, proféta Ahías Silogua ojuhu chupe tape rehe; ha ha’e oñemondeva’ekue peteĩ ao pyahúpe; ha mokõivéva añoite oĩ ñúme. Upérõ Ahías ojapyhy pe ao pyahu oĩva hese, ha omondoro doce pehẽme; ha he’i Jeroboámpe: Egueraha ndejehe diez pehẽngue; péicha he’i hag̃ua Tupã, Israel Jára: Péina, che amondoróta pe reino Salomón póguigui, ha ame’ẽta ndéve diez tribu. (Ha peteĩ tribu opytáta chupe che rembiguái David rehehápe, ha Jerusalén rehehápe, pe táva aiporavova’ekue opa Israel ñemoñare apytégui.) Pévare ha’ekuéra che reja, ha omomba’e guasu Astoret, sidonio kuéra tupã kuña; Quemos, moabita kuéra tupã; ha Milcom, amonita kuéra ra’y kuéra tupã; ha ndoikói che rape kuérape ojapo hag̃ua upe hekopeteva che resa renondépe, ha oñongatu hag̃ua che estatuto ha che juicio kuéra, David itúva ojapo haguéicha. Upéicharõ jepe, ndaijáimo’ãi pe reino tuichakue ipógui; síno amoĩta chupe mburuvicha ramo opa ijeikove aja David, che rembiguái, rehehápe, upe aiporavova’ekue, che mandamiento ha che estatuto kuéra oñongatu haguére. Ha ita’ýra pógui katu aipe’áta pe reino, ha ame’ẽta ndéve, diez tribu. Ha ita’ýrape ame’ẽta peteĩ tribu, ikatu hag̃uáicha David, che rembiguái, oguereko tapicha renda che renondépe tapiaite Jerusalénpe, pe táva aiporavova’ekue amoĩ hag̃ua upépe che réra.</w:t>
      </w:r>
    </w:p>
    <w:p>
      <w:pPr>
        <w:pStyle w:val="ArticleScripture"/>
        <w:jc w:val="left"/>
      </w:pPr>
      <w:r>
        <w:rPr>
          <w:rFonts w:ascii="Times New Roman" w:hAnsi="Times New Roman" w:eastAsia="Times New Roman" w:cs="Times New Roman"/>
        </w:rPr>
        <w:t>Ha che ajapyhyta ndéve, ha reñangarekóta opa mbaʼe nde pytuʼu oipotávare, ha reikóta mburuvicha guasu ramo Israel ári. Ha oikóta, rehendúramo opa mbaʼe aikomandáva ndéve, ha reguatáramo che rape rupi, ha rejapóramo pe añeteguáva che renondépe, reñongatúvo che léi ha che mandamiénto, David, che rembiguái, ojapo haguéicha; upéicharõ aime hag̃ua ne ndive, ha amopuʼãta ndéve peteĩ óga hatã ha jerovia hag̃ua, amopuʼã haguéicha David-pe, ha ameʼẽta Israel ndéve. Ha upévare ambohasa asyíta David ñemoñare, péro ndahaʼéi opa ára guarã. Upévare Salomón ohekákuri ojuka hag̃ua Jeroboam-pe. Ha Jeroboam opuʼã, ha okañy Egipto-pe, Sisac, Egipto ruvicha guasu rendápe, ha oiko Egíptope Salomón omano peve. Ha pe hembiapokue hembýva Salomón rehegua, ha opa mbaʼe haʼe ojapovaʼekue, ha iñarandu, ndajípa ojehai Salomón rembiapokue kuatiañeʼẽme? Ha pe ára kuéra Salomón oguerekovaʼekue mburuvicha guasu ramo Jerusalénpe opa Israel ári, cuarenta ary vaʼekue. Ha Salomón oke itúva kuéra ndive, ha oñeñotỹ David, itúva, távape; ha itaʼýra Roboam oguapy hendaguépe mburuvicha guasu ramo. 1 Reyes 11:28–43.</w:t>
      </w:r>
    </w:p>
    <w:p>
      <w:pPr>
        <w:pStyle w:val="ArticleBody"/>
        <w:jc w:val="left"/>
      </w:pPr>
      <w:r>
        <w:rPr>
          <w:rFonts w:ascii="Times New Roman" w:hAnsi="Times New Roman" w:eastAsia="Times New Roman" w:cs="Times New Roman"/>
        </w:rPr>
        <w:t>Mburuvicha Salomón omanóvo, pe reino oñemboja’o vaʼerã ha Jeroboam oiko vaʼerã mburuvicha guasu umi diez trívu yvategua ári, ha Salomón raʼy, Roboam, oiko vaʼerã mburuvicha Jerusalén-pe. Oiko mboyve pe ñembojaʼo umi trívu apytépe, Jeroboam osẽ vaʼerã Egipto-gui.</w:t>
      </w:r>
    </w:p>
    <w:p>
      <w:pPr>
        <w:pStyle w:val="ArticleScripture"/>
        <w:jc w:val="left"/>
      </w:pPr>
      <w:r>
        <w:rPr>
          <w:rFonts w:ascii="Times New Roman" w:hAnsi="Times New Roman" w:eastAsia="Times New Roman" w:cs="Times New Roman"/>
        </w:rPr>
        <w:t>Ha Roboam oho Siquémpe; opa Israelgua niko ou Siquémpe omoingo hag̃ua chupe mburuvicháramo. Ha ojehu, Jeroboam, Nabat ra’y, oĩva gueteri Egíptope, ohendu ramo upéva, (ha’e niko okañy va’ekue mburuvicha Salomón renondégui, ha Jeroboam oiko Egíptope;) upémarõ hendápe oñemondo ha ojehenói chupe. Ha Jeroboam ha opa aty guasu Israelgua ou ha oñe’ẽ Roboam ndive, he’ívo: “Nde ru ombohasy oréve ore júgo; ko’ág̃a, upévare, embovevýi nde ru rembiapo pohýi ha pe júgo pohýi omoĩ va’ekue orerehe, ha roservíta ndéve.” Ha ha’e he’i chupekuéra: “Peho ko’ág̃a mbohapy ára peve, ha upéi peju jevy che rendápe.” Ha tavayguakuéra oho. 1 Reyes 12:1–5.</w:t>
      </w:r>
    </w:p>
    <w:p>
      <w:pPr>
        <w:pStyle w:val="ArticleBody"/>
        <w:jc w:val="left"/>
      </w:pPr>
      <w:r>
        <w:rPr>
          <w:rFonts w:ascii="Times New Roman" w:hAnsi="Times New Roman" w:eastAsia="Times New Roman" w:cs="Times New Roman"/>
        </w:rPr>
        <w:t>Pe ojehuaukáva mba’éichapa Rehoboam oiko arandu’ỹme umi mbohapy ára aja, omoĩ vaiha pe hembiapo iñembotavy rehe, oñemboykévo umi tuja kuéra ñemoñe’ẽgui; hákatu umi trívu ñemboja’o oñeprofetisáma va’ekue, upévare oiko va’erãmo’ã peteĩ hendáicha térã ambue hendáicha. Iporã ñahai ko’ápe peteĩ artículo oútavape g̃uarã, pe proceso ñemboja’o rehegua ojehechauka hague específicamente mbohapy áraramo. Mokõi reino ojepyta jey peteĩ reino ramo umi Millerita rembiasakue aja, ha umi trívu yvategua ha yvy gotyogua oiko jey peteĩ reino ramo umi Millerita rembiasakue aja, upéva ha’e pe tiempo oúvo umi mbohapy ánhel Apocalipsis capítulo catorce peguáva. Umi mbohapy ánhel umi Millerita rembiasakue aja ojehechauka typo ramo umi mbohapy ára Rehoboam odecidi hague. Umi irundy pa poteĩ ary, umi mbohapy ánhel ou hague guive 1798 guive peve 1844, ha’e avei umi mbohapy ára simbólico, Cristo he’i haguéicha Juan capítulo mokõime, tekotevẽtaha chupe omopu’ã jey hag̃ua peteĩ témplo oñehundíva’ekue; hákatu upe parte ko estudio rehegua oĩ peteĩ artículo oútavape g̃uarã.</w:t>
      </w:r>
    </w:p>
    <w:p>
      <w:pPr>
        <w:pStyle w:val="ArticleBody"/>
        <w:jc w:val="left"/>
      </w:pPr>
      <w:r>
        <w:rPr>
          <w:rFonts w:ascii="Times New Roman" w:hAnsi="Times New Roman" w:eastAsia="Times New Roman" w:cs="Times New Roman"/>
        </w:rPr>
        <w:t>Rehoboam omeʼẽrõ guare ipronunsiamiénto vyroitéva mbohapy ára pahápe, umi rréino oñembojaʼo.</w:t>
      </w:r>
    </w:p>
    <w:p>
      <w:pPr>
        <w:pStyle w:val="ArticleScripture"/>
        <w:jc w:val="left"/>
      </w:pPr>
      <w:r>
        <w:rPr>
          <w:rFonts w:ascii="Times New Roman" w:hAnsi="Times New Roman" w:eastAsia="Times New Roman" w:cs="Times New Roman"/>
        </w:rPr>
        <w:t>Upévare opa Israel ohechávo pe mburuvicha guasu nohenduseiha chupekuéra, tavayguakuéra ombohovái mburuvicha guasúpe, he’ívo: Mba’e pehẽngue piko jaguereko David rehe? Ndaipóri oréve ñemoĩmbyrã pe hijo de Jesépe. Peho pene róga kuérape, Israel; ha nde, David, eñangareko nde róga rehe. Upéicha Israel oho jey hogakuérape. Ha umi Israel ra’ykuéra oikóva Judá táva kuérape katu, hesekuéra Reinó mbohory Rehoboam. Upéi mburuvicha guasu Rehoboam omondo Adoram-pe, pe oĩva tributo ári; ha opa Israel ombo’itáva chupe itápe, ha omano. Upévare mburuvicha guasu Rehoboam pya’e ojupi ikárro guasúpe, okañy hag̃ua Jerusalénpe. Péicha Israel opu’ã David róga rehe ko ára peve. Ha ojehu opa Israel ohendúvo Jeroboam ou jey hague, omondo hikuái ohenói hag̃ua chupe aty guasúpe, ha omoĩ chupe mburuvicha guasu ramo opa Israel ári; ndaipóri avave oho va’ekue David róga rapykuéri, Judá ñemoñare añoite. 1 Reyes 12:16–20.</w:t>
      </w:r>
    </w:p>
    <w:p>
      <w:pPr>
        <w:pStyle w:val="ArticleBody"/>
        <w:jc w:val="left"/>
      </w:pPr>
      <w:r>
        <w:rPr>
          <w:rFonts w:ascii="Times New Roman" w:hAnsi="Times New Roman" w:eastAsia="Times New Roman" w:cs="Times New Roman"/>
        </w:rPr>
        <w:t>Pe profesía Jeroboam-pe oñeme’ẽtaha chupe peteĩ rréino oñekumpli vaʼekue, ha oñekumpli upe jave osẽ rire Egíptogui. Oñembyasygui Tupã rendaguasu oĩha Jerusalén távape, upe távape Tupã oiporavo vaʼekue omoĩ hag̃ua héra, Jeroboam oñepyrũ omopuʼã hag̃ua peteĩ rendaguasu japu, paʼikuéra rembiporu ha jerovia ñemboyke oñemoĩ vaʼekue ikatu hag̃uánte oñemboguata Jerusalénpe. Jeroboam rembiapo omopyendávo peteĩ sistema japu ñemombaʼe rehegua umi diez trívu yvategua apytépe, haʼe peteĩ joja hag̃ua Aaron puʼakaʼỹre ha vaka óro rehegua ñembyai ndive, ha upéicha omeʼẽ ambue testígo, ndahaʼéi pe arapokõindy léi oñemboja potaitévape añoite, síno avei pe ñembyai 1863-peguápe.</w:t>
      </w:r>
    </w:p>
    <w:p>
      <w:pPr>
        <w:pStyle w:val="ArticleScripture"/>
        <w:jc w:val="left"/>
      </w:pPr>
      <w:r>
        <w:rPr>
          <w:rFonts w:ascii="Times New Roman" w:hAnsi="Times New Roman" w:eastAsia="Times New Roman" w:cs="Times New Roman"/>
        </w:rPr>
        <w:t>Ha Jeroboam he'i ipy'apýpe: Ko'ág̃a pe rréino ojevyta David róga pe. Oho ramo ko tetãygua kuéra oikuave'ẽ hag̃ua mymbajuka Ñandejára rógape Jerusalénpe, upéicharõ ko tetãygua kuéra py'a ojevýta ijára gotyo, Rehoboam, Judá ruvicha guasu rendápe; ha che jukáta hikuái, ha ojevýta jey Rehoboam, Judá ruvicha guasu rendápe. Upémarõ mburuvicha guasu oñomongeta, ha ojapo mokõi vakara'y órogui, ha he'i chupekuéra: Hetaitéma peẽme peho hag̃ua Jerusalénpe; péina ápe pendejára kuéra, Israel, pene renohẽ va'ekue Egipto retãgui. Ha peteĩva omoĩ Betelpe, ha ambuéva omoĩ Danpe. Ha ko mba'e oiko angaipa ramo; pe tetãygua kuéra oho hag̃ua omomba'e guasu peteĩva renondépe, pe Dan peve. Ha ojapo yvate renda róga, ha omoĩ pa'i kuéra tavayguakuéra apytégui, ndaha'éiva Leví ra'ykuéra. Ha Jeroboam omoĩ arete poapyha jasýpe, jasy ára pahapyha po, ojoguáva pe aretépe oĩva Judápe, ha oikuave'ẽ mba'e hag̃uáicha pe altar ári. Upéicha ojapo Betelpe, oikuave'ẽvo mymbajuka umi vakara'y ojapo va'ekuérape; ha omoĩ Betelpe umi pa'i kuéra yvate renda pegua, ha'e ojapo va'ekue. Upévare oikuave'ẽ pe altar ha'e ojapo va'ekue Betelpe, poapyha jasýpe, jasy ára pahapyha po, upe jasy ha'e voi ipy'apýpe oimo'ã va'ekuépe; ha omoĩ arete Israel ra'ykuérape guarã; ha oikuave'ẽ pe altar ári, ha ohapy insiénso. 1 Reyes 12:26–33.</w:t>
      </w:r>
    </w:p>
    <w:p>
      <w:pPr>
        <w:pStyle w:val="ArticleBody"/>
        <w:jc w:val="left"/>
      </w:pPr>
      <w:r>
        <w:rPr>
          <w:rFonts w:ascii="Times New Roman" w:hAnsi="Times New Roman" w:eastAsia="Times New Roman" w:cs="Times New Roman"/>
        </w:rPr>
        <w:t>Jeroboam pu’ãrõ ome’ẽ ambue línea añetegua oñemoĩ hag̃ua Aarón pu’ãrõ ári, pe pu’ãrõ asta protestante rehegua ary 1863-pe, ha pe pu’ãrõ asta republicano rehegua pe léi domingo oguahẽmbotaitévape, ha upéicha ojapóvo ombotuicha pe marandu profético. Pe pu’ãrõ vaka ra’anga óroguigua Aarón reheguápe, Ñandejára omoambue pe tapicha ojeporavóva hag̃ua pa’i kuéra peguarã método omoĩmava’ekue.</w:t>
      </w:r>
    </w:p>
    <w:p>
      <w:pPr>
        <w:pStyle w:val="ArticleBody"/>
        <w:jc w:val="left"/>
      </w:pPr>
      <w:r>
        <w:rPr>
          <w:rFonts w:ascii="Times New Roman" w:hAnsi="Times New Roman" w:eastAsia="Times New Roman" w:cs="Times New Roman"/>
        </w:rPr>
        <w:t>Pe ñemopu’ã mboyve, opaichagua trívu pegua ta’ýra ypykue oike va’erã kuri pa’i atype. Ha katu, Aarón rembiporavo vaka ra’anga óro rehegua ñemopu’ãme, Leví trívu añoite opyta Moisés ndive. Ko mba’ére Tupã omoambue kuimba’ekuéra oñembosako’i hag̃uáicha pa’i atype umi tembiapoukapy omoĩva’ekue, ha upe guive Leví rogayguakuéra añoite omoheñói va’erã pa’i atýpe.</w:t>
      </w:r>
    </w:p>
    <w:p>
      <w:pPr>
        <w:pStyle w:val="ArticleScripture"/>
        <w:jc w:val="left"/>
      </w:pPr>
      <w:r>
        <w:rPr>
          <w:rFonts w:ascii="Times New Roman" w:hAnsi="Times New Roman" w:eastAsia="Times New Roman" w:cs="Times New Roman"/>
        </w:rPr>
        <w:t>Ha Moisés ohechávo tavayguakuéra opytaha opívo; (Aarón niko omboja’o’ỹmava’ekue chupekuéra, ojejahýi hag̃ua hese iñenemigokuéra renondépe:) upémarõ Moisés oñembo’y pe táva ñembyaty rokẽme ha he’i: Mávapa Ñandejára ykére oĩva, toju che rendápe. Ha opa Leví ra’ykuéra oñembyaty hendápe. Ha he’i chupekuéra: Péicha he’i Ñandejára Tupã Israel Jára: Taha’e hag̃ua peteĩteĩ tome’ẽ ikyse ijykére, ha tapeho peike ha pesẽ hag̃ua rokẽ guive rokẽ peve pe ñembyaty rupi, ha pejuka peteĩteĩ itývrape, peteĩteĩ iñirũnguérape, ha peteĩteĩ ijypykuépe. Ha Leví ra’ykuéra ojapo he’ihaguéicha Moisés; ha ho’a upe árape tavayguakuéragui mbohapy mil kuimba’e rupi. Éxodo 32:25–28.</w:t>
      </w:r>
    </w:p>
    <w:p>
      <w:pPr>
        <w:pStyle w:val="ArticleBody"/>
        <w:jc w:val="left"/>
      </w:pPr>
      <w:r>
        <w:rPr>
          <w:rFonts w:ascii="Times New Roman" w:hAnsi="Times New Roman" w:eastAsia="Times New Roman" w:cs="Times New Roman"/>
        </w:rPr>
        <w:t>Jeroboam ojapo Ñandejára rembiapo, Ñandejára omoñepyrũva Aarón ñe’ẽreity aja, Ñandejára omopuʼãrõ guare peteĩ saserdóte pyahu Leví ñemoñaregui; Jeroboam katu “oñemoĩ saserdóteramo umi tavayguakuéra ijyvateʼỹvévagui, ndahaʼéiva Leví raʼykuéra.” Umi ñemoĩ vai oñepyrũva pe rréino ypykuépe, umi diez trívu yvategua peguápe, ojogua Aarón ñemoĩ vaípe ha umi ojerokýva itavykuéra rehe. Pe ñemoĩ vai oiko Egíptogui osẽ rire, ojehu hag̃ua peteĩ profesía oñekumpli, oprometéva oñemopyenda haguã peteĩ rréino. Mokõivéva kásope oñemopyenda peteĩ saserdóte pyahu, upéva niko peteĩ ñemoambue pe tapicha ymaguare guive ojejeporavo hag̃ua saserdótekuérape.</w:t>
      </w:r>
    </w:p>
    <w:p>
      <w:pPr>
        <w:pStyle w:val="ArticleBody"/>
        <w:jc w:val="left"/>
      </w:pPr>
      <w:r>
        <w:rPr>
          <w:rFonts w:ascii="Times New Roman" w:hAnsi="Times New Roman" w:eastAsia="Times New Roman" w:cs="Times New Roman"/>
        </w:rPr>
        <w:t>Aarón rembipu jeroky vaka óro rehegua oñembopyahu jey, ha Jeroboam katu omokõi jeyve upe mba’e, ojapógui mokõi vaka ra’y órogui ha omoĩ mokõi távape. Táva Dan ohechauka tetã reko ñangarekoha, Dan he’isére “ohusga hag̃ua”; ha táva Betel ohechauka tupao reko ñangarekoha, Betel he’isére “Tupã róga”. Umi vaka ra’y órogui oguereko vaʼekue pe simbolismo peteĩcha Aarón rembipópeguáicha, ha oñembojoapy ipype pe testígo joaju Tupao ha Tetã rehegua, ojehechaukáva umi mokõi táva rupive. Peteĩ vaka ra’y haʼe vaʼekue pe ofrénda pagána ijyvatevéva, ha upévare ohechauka peteĩ ofrénda japu Cristo rehegua. Óro ha’e Babilonia símbolo, ha pe vaka ra’y ha’e peteĩ mymba ra’anga. Ojejapoháicha Aarón omoĩ vaʼekue peteĩ ára guasu japu oñemomba’e hag̃ua, upéicha avei Jeroboam omoĩ peteĩ arete, ha oñangareko porã pe arete arange hag̃ua ndopytáirõ hag̃ua peteĩcha pe ára añeteguáre oñemomba’eguasuhápe Jerusalénpe.</w:t>
      </w:r>
    </w:p>
    <w:p>
      <w:pPr>
        <w:pStyle w:val="ArticleBody"/>
        <w:jc w:val="left"/>
      </w:pPr>
      <w:r>
        <w:rPr>
          <w:rFonts w:ascii="Times New Roman" w:hAnsi="Times New Roman" w:eastAsia="Times New Roman" w:cs="Times New Roman"/>
        </w:rPr>
        <w:t>Opaite umi elemento pe léi domingo oguahẽ hag̃uáva rehegua ojehechauka Jeroboam rehegua hekoasy ñemombeʼúpe; pe sacrificio japu (vaka raʼy raʼanga), pe Cristo japu (pe altar), pe mymba raʼanga (Tupão ha Estado joaju), pe ára japúpe ñemombaʼeguasu hag̃ua (domingo) ha peteĩ sacerdocio japu.</w:t>
      </w:r>
    </w:p>
    <w:p>
      <w:pPr>
        <w:pStyle w:val="ArticleBody"/>
        <w:jc w:val="left"/>
      </w:pPr>
      <w:r>
        <w:rPr>
          <w:rFonts w:ascii="Times New Roman" w:hAnsi="Times New Roman" w:eastAsia="Times New Roman" w:cs="Times New Roman"/>
        </w:rPr>
        <w:t>Yma Israel ypykuéva ñepyrũ, umi diez tribu yvate gotyogua ñepyrũ peteĩ rréino ramo, ha Adventismo ñepyrũ oguereko opaite umi elemento profético peteĩchagua; ha oñondivepa umíva ohechauka porã umi elemento profético pe léi domingo pya’e oútavape guará. Israel ypykue osẽ vaʼekue Egipto poguýgui, Jeroboam osẽ Egiptogui okañy haguépe ojehekýi hag̃ua Salomón ñemoĩ vai poguýgui, ha Adventismo millerita osẽramoite vaʼekue papado poguýgui.</w:t>
      </w:r>
    </w:p>
    <w:p>
      <w:pPr>
        <w:pStyle w:val="ArticleBody"/>
        <w:jc w:val="left"/>
      </w:pPr>
      <w:r>
        <w:rPr>
          <w:rFonts w:ascii="Times New Roman" w:hAnsi="Times New Roman" w:eastAsia="Times New Roman" w:cs="Times New Roman"/>
        </w:rPr>
        <w:t>Pe sacerdocio Leví rehegua oñemoĩ vaʼekue Aarón puʼakareko vai jave, pe sacerdocio japuíva, umi kuimbaʼe ijyvývagui osẽva, oñemopuʼã vaʼekue Jeroboam testimóniope; ha Ñandejára oike ramo guare peteĩ pacto-pe adventismo millerita ndive, Pedro heʼiháicha, umi millerita haʼe vaʼekue “una generación escogida, un real sacerdocio, una nación santa, un pueblo peculiar; para que anunciéis las virtudes de aquel que os llamó de las tinieblas a su luz admirable.” Pe tesakã umi millerita oñehenói hague hag̃ua hese kuéra haʼe vaʼekue pe tesakã umi joya Miller rehegua, ojehechaukáva Habacuc mokõi tabla ári, ha upéva oñembojoguakuri Aarón puʼakareko vai rembiasápe pe mokõi tabla Léy Diez Mandamiento rehegua rupi. Ha pe pytũngue ojeguenohẽ hague chuguikuéra haʼe vaʼekue pe Edad Media, papado poguýpe oĩvaʼekue, ha upéva oñembojoguakuri Egipto ñembiguái rekove pytũngue rehe.</w:t>
      </w:r>
    </w:p>
    <w:p>
      <w:pPr>
        <w:pStyle w:val="ArticleBody"/>
        <w:jc w:val="left"/>
      </w:pPr>
      <w:r>
        <w:rPr>
          <w:rFonts w:ascii="Times New Roman" w:hAnsi="Times New Roman" w:eastAsia="Times New Roman" w:cs="Times New Roman"/>
        </w:rPr>
        <w:t>Cristo omopuʼãrõ guare pe témplo ojejahéi ha oñembyai vaʼekue mokõive paganisó ha papalismó rupi, ojapo upéva cuarenta y seis áñope, 1798 guive 1844 peve. Haʼe omopuʼã rire pe témplo, upéi, pe Pacto Mensajéro ramo, ou pyaʼe ite Itémplope 22 de octubre de 1844-pe, pórke haʼe omopuʼã pe témplo ojejahéi ha oñehundi vaʼekue, ha avei omopotĩ peteĩ sacerdocio ojehechauka vaʼekue Leví tríbu rupive.</w:t>
      </w:r>
    </w:p>
    <w:p>
      <w:pPr>
        <w:pStyle w:val="ArticleScripture"/>
        <w:jc w:val="left"/>
      </w:pPr>
      <w:r>
        <w:rPr>
          <w:rFonts w:ascii="Times New Roman" w:hAnsi="Times New Roman" w:eastAsia="Times New Roman" w:cs="Times New Roman"/>
        </w:rPr>
        <w:t>Ha máva ikatu oikove hag̃ua ijuajuha ára? ha máva opyta hag̃ua oñembo’y hag̃ua ojehechauka vove? ha’e niko ojogua peteĩ omopotĩva tata rehe, ha ao johéihára jabón rehe: Ha’e oguapyta peteĩ omopotĩ ha omoakãrapu’ãva plátaicha; ha omopotĩta Leví ra’ykuérape, ha omongarai hag̃ua chupekuéra óro ha pláticha, hag̃ua hag̃ua ome’ẽ Ñandejárape peteĩ ofrénda tekojoja reheve. Upérõ Judá ha Jerusalén ofrénda iporãta Ñandejárape, yma guaréicha, ha ary yma guaréicha. Malaquías 3:2–4.</w:t>
      </w:r>
    </w:p>
    <w:p>
      <w:pPr>
        <w:pStyle w:val="ArticleBody"/>
        <w:jc w:val="left"/>
      </w:pPr>
      <w:r>
        <w:rPr>
          <w:rFonts w:ascii="Times New Roman" w:hAnsi="Times New Roman" w:eastAsia="Times New Roman" w:cs="Times New Roman"/>
        </w:rPr>
        <w:t>22 jasypa 1844-pe Cristo oúvo ñakãrapu’ãme Itémplope ha oike peteĩ ñe’ẽme’ẽme peteĩ tetã ndive ojehechauka vaʼekue sacerdocio levítico rupive; upéicharõ jepe, ary 1863 peve, haʼekuéra ojapo jey vaʼekue Aarón ñemoĩrõ, ha sacerdocio Millerita oñemoambue sacerdocio Laodiceagua-pe, ojehechauka háicha Jeroboam sacerdocio rupive, umi karai imboriahuvéva apytégui, ha umi Aarón jeroky vyroreípe. Jepémo upéicha, Jeroboam ñemoĩrõ rehegua testimonio oguereko peteĩ testimonio tuichavéva 1863-peguare ñemoĩrõ rehegua. Jeroboam omoñepyrũrõ guare isistema guaʼu de adoración, peteĩ proféta Jerusaléngui oñemondo oñemoñeʼẽ hag̃ua Jeroboam ñemoĩrõ rehe, ojehechauka háicha Adventismo Millerita oisãmbyhy vaʼekue oguerovia hag̃ua pytuʼu ára ramo pe sábado umi Diez Mandamientos pegua.</w:t>
      </w:r>
    </w:p>
    <w:p>
      <w:pPr>
        <w:pStyle w:val="ArticleBody"/>
        <w:jc w:val="left"/>
      </w:pPr>
      <w:r>
        <w:rPr>
          <w:rFonts w:ascii="Times New Roman" w:hAnsi="Times New Roman" w:eastAsia="Times New Roman" w:cs="Times New Roman"/>
        </w:rPr>
        <w:t>Aventísmo omoneĩrõ guare pe tercer ánhel resape ha pe santuario, ha’ekuéra ohechauka peteĩ ñemoñe’ẽ umi protestánte-kuérape ombotovéva’ekue pe tesape oñembohetavéva pe oñemboty’ỹgui, oñepyrũva’ekue pe ára paha-pe ary 1798-pe. Yma Israel yma guaréicha oreja va’ekue pe sábado oĩ aja Egipto ñembiguáipe, péicha avei pe iglesia desiértope oreja va’ekue pe sábado og̃uahẽ mboyve 1798. Pe tesape oñembohetavéva pe marandu juicio aravo rehegua, oguerúva’ekue umi Millerita, ipahápe ogueraha pe santuario ha Tupã léipe.</w:t>
      </w:r>
    </w:p>
    <w:p>
      <w:pPr>
        <w:pStyle w:val="ArticleBody"/>
        <w:jc w:val="left"/>
      </w:pPr>
      <w:r>
        <w:rPr>
          <w:rFonts w:ascii="Times New Roman" w:hAnsi="Times New Roman" w:eastAsia="Times New Roman" w:cs="Times New Roman"/>
        </w:rPr>
        <w:t>Pe tesape og̃uahẽ 22 jasypa 1844-pe, ha ohechauka peteĩ ñemongavaju guasu pe ñemomba’e gua’u rehe umi ojejapývape osẽ hag̃uaite umi doctrina japu Catolicismo-gui. Kuarahy ñemomba’e hína pe techaukaha Catolicismo poguýpeguáva umi tupão ojevy vaʼekue hendápe. Upe ñemongavaju guasu ojehechauka Jeroboam omoñepyrũrõ guare isistema guaʼu ñemomba’erã.</w:t>
      </w:r>
    </w:p>
    <w:p>
      <w:pPr>
        <w:pStyle w:val="ArticleScripture"/>
        <w:jc w:val="left"/>
      </w:pPr>
      <w:r>
        <w:rPr>
          <w:rFonts w:ascii="Times New Roman" w:hAnsi="Times New Roman" w:eastAsia="Times New Roman" w:cs="Times New Roman"/>
        </w:rPr>
        <w:t>Ha Jeroboam omoĩ peteĩ arete jasy poapýpe, pe jasýpe ára pahapy peteĩhápe, ojoguáva pe arete oĩvape Judápe, ha oikuave’ẽ mba’e hag̃uã pe altar ári. Péicha ojapo avei Betélpe, oikuave’ẽvo umi vakara’ykuéra ha’e ojapova’ekuépe; ha omoĩ Betélpe umi pa’i umi tenda yvategua rehegua ha’e ojapova’ekue. Upévare oikuave’ẽ pe altar ári ha’e ojapova’ekue Betélpe, pe jasy poapýpe ára pahapy peteĩhápe, upe jasýpe ha’e voi oñemoheñóiva’ekue iñe’ãme; ha omoĩ peteĩ arete Israel ra’ykuérape g̃uarã; ha oikuave’ẽ pe altar ári ha ohapy inciénso. Ha, péina ápe, ou peteĩ kuimba’e Tupã rehegua Judágui Ñandejára ñe’ẽ rupive Betélpe; ha Jeroboam oĩ altar ypýpe ohapy hag̃uã inciénso. Ha ha’e osapukái pe altar kóntrape Ñandejára ñe’ẽ rupive, ha he’i: ¡Altar, altar, péicha he’i Ñandejára! Péina ápe, peteĩ mitãkuimba’e heñóita David róga pegua, hérata Josías; ha nde ári ha’e oikuave’ẽta umi pa’i umi tenda yvategua rehegua, umi ohapýva inciénso nde ári, ha yvypóra kanguekuéra oñehapýta nde ári. Ha upe árape ome’ẽ peteĩ techaukaha, he’ívo: Kóva hína pe techaukaha Ñandejára he’iva’ekue; péina ápe, pe altar oñembyaíta, ha pe tanimbu hi’ári oĩva oñeñohẽta. Ha ojehu, mburuvicha guasu Jeroboam ohendúvo pe ñe’ẽ pe kuimba’e Tupã rehegua, pe osapukáiva’ekue pe altar kóntrape Betélpe, omyasãi ipo altar guive, he’ívo: Pejapyhy chupe.</w:t>
      </w:r>
    </w:p>
    <w:p>
      <w:pPr>
        <w:pStyle w:val="ArticleScripture"/>
        <w:jc w:val="left"/>
      </w:pPr>
      <w:r>
        <w:rPr>
          <w:rFonts w:ascii="Times New Roman" w:hAnsi="Times New Roman" w:eastAsia="Times New Roman" w:cs="Times New Roman"/>
        </w:rPr>
        <w:t>Ha ipo, omosẽva’ekue hese, ipiru, ndaikatúi hag̃ua ombojevy jey ijehe. Pe altar avei ojekái, ha tanimbukuéra oñehẽ altar-gui, pe techaukaha he’iháicha pe kuimba’e Tupãgua ome’ẽva’ekue Ñandejára ñe’ẽ rupi. Upéi mburuvicha guasu he’i pe kuimba’e Tupãguápe: Ejerureke ko’ág̃a Ñandejára nde Jára renondépe, ha eñembo’e cherehe, che po hag̃ua ojerevy jey chéve. Ha pe kuimba’e Tupãgua ojerure asy Ñandejárape, ha mburuvicha guasu po ojerevy jey chupe, ha opyta jey yma guaréicha. Ha mburuvicha guasu he’i pe kuimba’e Tupãguápe: Eju che rógape chendive, ha epytu’u, ha ame’ẽta ndéve peteĩ jehepyme’ẽ. Ha pe kuimba’e Tupãgua he’i mburuvicha guasúpe: Reime ramo reporome’ẽ hag̃uáicha chéve ne rógagui mbyte, ndaha’éi aiméta nendive, ni ndakarumo’ãi mbujape, ni ndaisýi mo’ãi y ko tenda rupi. Péicha niko oñemandava’ekue chéve Ñandejára ñe’ẽ rupive, he’ívo: Ani re’u mbujape, ani re’u y, ha ani rejere jey pe tape rehe reju hague rupi. Upévare oho ambue tape rupi, ha ndojevýi pe tape oú hague rupi Betel-pe. 1 Reyes 12:32–13:10.</w:t>
      </w:r>
    </w:p>
    <w:p>
      <w:pPr>
        <w:pStyle w:val="ArticleBody"/>
        <w:jc w:val="left"/>
      </w:pPr>
      <w:r>
        <w:rPr>
          <w:rFonts w:ascii="Times New Roman" w:hAnsi="Times New Roman" w:eastAsia="Times New Roman" w:cs="Times New Roman"/>
        </w:rPr>
        <w:t>Aarón ha Jeroboam testimóniope oñondive pe vaka órogui ñepu’ã reheve, oĩ avei ipype pe añetegua ñepyrũmby pe gua’u sistema jerureha rehegua Jeroboam omoĩ va’ekue. Upe ñepyrũmby ohechauka pe joavy pe jerureha Jerusalénpe oñemboguata va’erã va’ekue apytépe, ha pe sistema gua’u Jeroboam mba’éva apytépe. Ary 1798 guive 1844 peve, Ñandejára oguenohẽ Itavayguakuérape pe pytũ papal poguýgui pe mba’eporãite maranduhára tesape proféticape, ojehechaukáva umi mbohapy ánhel Apocalipsis catorce-pe. Umi tupão protestántekuéra omboyke upe tesape, ha upéicha rupi oiko hikuái catolicismo rajykuéraramo ary 1844-pe.</w:t>
      </w:r>
    </w:p>
    <w:p>
      <w:pPr>
        <w:pStyle w:val="ArticleBody"/>
        <w:jc w:val="left"/>
      </w:pPr>
      <w:r>
        <w:rPr>
          <w:rFonts w:ascii="Times New Roman" w:hAnsi="Times New Roman" w:eastAsia="Times New Roman" w:cs="Times New Roman"/>
        </w:rPr>
        <w:t>Jeroboam ñemomba’eha ohechauka typológicamente pe sistema católico ñemomba’e rehegua, ha hembiasápe pe reino yvategua Israel rehegua orepresenta pe sistema japu catolicismo rehegua, umi protestánte historia millerita rehegua oiporavova’ekue opyta hag̃ua ipype. Pe símbolo upe sistema rehegua ha’e kuarahy ñemomba’e.</w:t>
      </w:r>
    </w:p>
    <w:p>
      <w:pPr>
        <w:pStyle w:val="ArticleBody"/>
        <w:jc w:val="left"/>
      </w:pPr>
      <w:r>
        <w:rPr>
          <w:rFonts w:ascii="Times New Roman" w:hAnsi="Times New Roman" w:eastAsia="Times New Roman" w:cs="Times New Roman"/>
        </w:rPr>
        <w:t>Umi virhen kuéra jeroviaha ha aranduetéva oike va’ekue Tupaópe Imarangatuvévape 22 jasypa 1844-pe, ohechauka va’ekue peteĩ ñemoñe’ẽ vai umi protestánte kuérape g̃uarã, ha’ekuéra upe ramoite ojere jeýva’ekue catolicismo poguýpe, ha oiko Roma rajykuéra ramo. Jeroboam omoakãrõ guare isistema gua’u de adoración, peteĩ proféta oúva Judágui ou ha oñemoñe’ẽ vai hese; péicha ohechaukarõ umi virhen jeroviaha oike va’ekue Tupaópe Imarangatuvévape ha oñemotenondéva oikuaa hag̃ua Tupã léi. Upe proféta rembiasakue ha iñemoñe’ẽ vai Jeroboam rehegua tuichaiterei mba’eporã oikuaa hag̃ua oñehesa’ỹijo jave pe pu’aka’ẽ 1863-peguáva, upéicharõ jepe, upe rembiasakue tekotevẽ oha’arõ oñemoĩ meve peteĩ paha oñondive peteĩ ñepyrũ rehe.</w:t>
      </w:r>
    </w:p>
    <w:p>
      <w:pPr>
        <w:pStyle w:val="ArticleBody"/>
        <w:jc w:val="left"/>
      </w:pPr>
      <w:r>
        <w:rPr>
          <w:rFonts w:ascii="Times New Roman" w:hAnsi="Times New Roman" w:eastAsia="Times New Roman" w:cs="Times New Roman"/>
        </w:rPr>
        <w:t>Israel yma guare, Jeroboam rréino ha Israel ko’ag̃agua oñemohendajoja oñondive, ha oñondive ome’ẽ mbohapy testígo pe mymba yvyguigua paha rehe, Ojehechaukápe capítulo 13-pe, pe léi domingo og̃uahẽmbotaitévape. Umi jeroviapýva Adventísmo Millerítape, jasypa 22, 1844-pe, oiko pe hatĩ protestánte añetéva pe mymba yvyguigua rehegua, ha upéicha ojapo hikuái pe tembiasakue oñepyrũvape pe ára paha jave, 1798-pe. 1798 ha’e vaekue pe ñepyrũ pe sexto rréino marandu hag̃ua Biblia-pe, Estados Unidos, ha pe hatĩ protestánte añetéva Adventísmo rehegua oñemopyenda Estados Unidos-pe. Pe tembiasakue ñepyrũme ojehechauka pe tembiasakue paha Estados Unidos rehegua, Jesús akóinte ohechauka rupi peteĩ mba’e paha pe iñepyrũ rupive.</w:t>
      </w:r>
    </w:p>
    <w:p>
      <w:pPr>
        <w:pStyle w:val="ArticleBody"/>
        <w:jc w:val="left"/>
      </w:pPr>
      <w:r>
        <w:rPr>
          <w:rFonts w:ascii="Times New Roman" w:hAnsi="Times New Roman" w:eastAsia="Times New Roman" w:cs="Times New Roman"/>
        </w:rPr>
        <w:t>Umi mbohapy testígo ñepyrũgua yma guare, ko árape guare ha Jeroboam Israel rehegua ohechauka mburuvicha guasu yvy ryguatĩgua pahápeguáva; ha upéicharõ jepe, oĩ avei ambue paha tekotevẽva oñemoĩ tenonderã, oñemoĩ mboyve proféta Judágui ou vaʼekue ha omongyhyjéva Jeroboam rembiasakue. Pe tembiasakue paha tekotevẽva oñemoinge hag̃ua haʼe hína Israel retãnguéra yvategua ha ñemby gotyogua pahápeguáva, oñerrepresentaháicha proféta Ezequiel rupive.</w:t>
      </w:r>
    </w:p>
    <w:p>
      <w:pPr>
        <w:pStyle w:val="ArticleBody"/>
        <w:jc w:val="left"/>
      </w:pPr>
      <w:r>
        <w:rPr>
          <w:rFonts w:ascii="Times New Roman" w:hAnsi="Times New Roman" w:eastAsia="Times New Roman" w:cs="Times New Roman"/>
        </w:rPr>
        <w:t>Ani hag̃ua ñanderesarái ko’ág̃a ñamyesakãva hína ha’eha pe ñepu’ã 1863-pe guare ojehechauka hag̃ua Ezequiel capítulo ocho pegua peteĩha ñembojeguaru rupive, upéva ha’éva pe ta’anga ñemokyre’ỹ rasy rehegua. Ñañembohovái vove umi tavaguasu yvategua ha yvy gotyogua opaha, Ezequiel ohechaukaháicha, jaguerekóta hetaveha pe oikotevẽvagui ñamombarete hag̃ua pe ñepu’ã 1863-pe guare ojehechauka hague Aarón ha Jeroboam ñepu’ã rupive, ha upéva ohechauka hag̃ua iñepyrũha peteĩha irundy ñemoñaregui Adventismo Laodiceagua-pe.</w:t>
      </w:r>
    </w:p>
    <w:p>
      <w:pPr>
        <w:pStyle w:val="ArticleBody"/>
        <w:jc w:val="left"/>
      </w:pPr>
      <w:r>
        <w:rPr>
          <w:rFonts w:ascii="Times New Roman" w:hAnsi="Times New Roman" w:eastAsia="Times New Roman" w:cs="Times New Roman"/>
        </w:rPr>
        <w:t>Rojapóta ñambohape ko ñehesa’ỹijo ambue artículo-pe.</w:t>
      </w:r>
    </w:p>
    <w:p>
      <w:pPr>
        <w:pStyle w:val="ArticleScripture"/>
        <w:jc w:val="left"/>
      </w:pPr>
      <w:r>
        <w:rPr>
          <w:rFonts w:ascii="Times New Roman" w:hAnsi="Times New Roman" w:eastAsia="Times New Roman" w:cs="Times New Roman"/>
        </w:rPr>
        <w:t>Ñandejára ñeʼẽ ou jeývo chéve, heʼívo: Avei nde, yvypóra raʼy, ejapyhy peteĩ yvyra, ha ehai hiʼári: Judá rehe, ha Israel raʼykuéra ikompañerokuéra rehe. Upéi ejapyhy ambue yvyra, ha ehai hiʼári: José rehe, Efraín yvyra rehe, ha opa Israel róga ikompañerokuéra rehe. Ha embojoaju peteĩre ambue, peteĩnte yvyrápe; ha oikóta peteĩnte nde pópe. Ha nde retãyguakuéra raʼykuéra oñeʼẽ vove ndéve, heʼívo: “¿Nderehechaukamoʼãi oréve mbaʼépa heʼise koʼãva?” ere chupekuéra: Péicha heʼi Ñandejára Tupã: “Péina, che ajapyhýta José yvyra, oĩva Efraín pópe, ha Israel ñemoñarekuéra, ikuérape oikóva; ha amoĩta hendive, upéva Judá yvyra ndive, ha ajapóta chuguikuéra peteĩnte yvyra, ha oikóta peteĩnte che pópe. Ha umi yvyra reháiva oĩta nde pópe hesakuéra renondépe. Ha ere chupekuéra: Péicha heʼi Ñandejára Tupã: Péina, che aipeʼáta Israel raʼykuérape umi tetã ambue apytégui, moõpa oho hikuái, ha ambyatyta chupekuéra opa hendágui, ha aru jeýta chupekuéra ijyvy teépe:”</w:t>
      </w:r>
    </w:p>
    <w:p>
      <w:pPr>
        <w:pStyle w:val="ArticleScripture"/>
        <w:jc w:val="left"/>
      </w:pPr>
      <w:r>
        <w:rPr>
          <w:rFonts w:ascii="Times New Roman" w:hAnsi="Times New Roman" w:eastAsia="Times New Roman" w:cs="Times New Roman"/>
        </w:rPr>
        <w:t>Ha ajapóta peteĩ tetãme upe yvýpe, Israel yvyty ári; ha peteĩ mburuvicha guasu oisãmbyhýta chupekuéra opavavépe; ha ndahaʼemoʼãvéima mokõi tetã, ni noñembojaʼovéima mokõi rréinope arakaʼeve. Ha nomongyʼavéimo hag̃ua ijehe umi taʼãnga guaʼu rupive, ni umi mbaʼe jeguaruete reheve, ni peteĩve hembiapo vai rupive; ha che aipeʼáta chupekuéra opa hendágui oiko haguégui, umi tenda opekahápe, ha amopotĩta chupekuéra; upéicha hag̃ua haʼekuéra che retã, ha che haʼéta Ijára. Ha David, che rembiguái, oisãmbyhýta chupekuéra rréi ramo; ha opavave oguerekóta peteĩ pastor; ha oguatáta hikuái che huísio kuérape, ha oñatendéta che léi kuérape, ha ojapóta umíva. Ha oikóta hikuái upe yvýpe ameʼẽ vaʼekue Jacob, che rembiguáipe, pende ru ypykuéra oiko haguépe; ha oikóta upépe, haʼekuéra, ha itaʼýra kuéra, ha itaʼýra kuéra raʼy kuéra opa ára g̃uarã; ha David, che rembiguái, haʼéta ipríncipe opa ára g̃uarã. Avei ajapóta hendivekuéra peteĩ ñeʼẽmeʼẽ pyʼaguapy rehegua; haʼéta peteĩ ñeʼẽmeʼẽ opaʼỹva hendivekuéra; ha amoĩta chupekuéra, ha ambohetavéta chupekuéra, ha amoĩta che tupaó marangatu ijapytepekuéra opa ára g̃uarã. Che tavernákulo avei oĩta hendivekuéra; heẽ, che haʼéta Ijára, ha haʼekuéra haʼéta che retã. Ha umi tetã ambuekuéra oikuaáta che, Jehová, amomarangatuha Israel, che tupaó marangatu oĩramo ijapytepekuéra opa ára g̃uarã. Ezequiel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Papapy Setenta ha Peteĩ</dc:title>
  <dc:subject>Pe Tapiz Profético: Ojehechauka hag̃ua pe Irundy Ñemboykevai Ezequiel Kapítulo Ocho-pe ha Iñimportánsia ko Ára Ko’ápe</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