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Mokõiha Mokõipa’ẽ}</w:t>
      </w:r>
    </w:p>
    <w:p>
      <w:pPr>
        <w:pStyle w:val="ArticleSubtitle"/>
        <w:jc w:val="left"/>
      </w:pPr>
      <w:r>
        <w:rPr>
          <w:rFonts w:ascii="Arial" w:hAnsi="Arial" w:eastAsia="Arial" w:cs="Arial"/>
        </w:rPr>
        <w:t>Pe Joaju Marandu Ypykuegua: Israel Yma Guaré Ñemboja’ógui Tetã peteĩ reko Estados Unidos paha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Jeroboam pu’aka rehegua testimónio avei ha’e yma Israél ojepe’a hag̃ua mokõi tetãme rembiasakue. Pe tetã yvatepegua, ojejapóva pa tĩribu rehe, ojekuaava’ekue Israél ramo, térã sapy’ánte Efraín ramo; ha pe tetã yvýpeguáva ojekuaava’ekue Judá ramo. Ezequiel tiémpope, pe rréino oĩma va’ekue mokõi rréinoramo heta ary aja, ha kapítulo treinta y siete-pe, Ezequél ohechakuaaukáva profesía ome’ẽva’ekue ichupe omoañetévo mokõive rréino peteĩ jey hag̃ua peteĩ tetãramo. Upe profesía oñemoañete va’ekue yvy mymbaguasu rembiasakue ñepyrũme (Estados Unidos), ha oñemoañete jeýta ipahaite hag̃uáicha Estados Unidos paha-pe; Jesús akóinte ohechauka peteĩ mba’e paha, upe mba’e ñepyrũ rupive.</w:t>
      </w:r>
    </w:p>
    <w:p>
      <w:pPr>
        <w:pStyle w:val="ArticleBody"/>
        <w:jc w:val="left"/>
      </w:pPr>
      <w:r>
        <w:rPr>
          <w:rFonts w:ascii="Times New Roman" w:hAnsi="Times New Roman" w:eastAsia="Times New Roman" w:cs="Times New Roman"/>
        </w:rPr>
        <w:t>Jeroboam pu’aka Isrrael oñemboja’o jave mokõi rréinope, ohechauka peteĩ pu’aka Estados Unidos ñepyrũme, ha avei Estados Unidos pahaitepe. Pe pu’aka oĩva Estados Unidos ñepyrũme ha ipahápe oguereko mokõi rréino joaju. Apocalipsis kapítulo dieciocho, oje’e jey jeyháicha Hermana White jehaipýgui ko’ã artíkulope, ohechauka mokõi ñehenói umi iglésiape g̃uarã. Mokõi tetã ojoajúva pe aravo pe Léy del Domingo jejopy vai jave hína pe ciento cuarenta y cuatro mil, ha Ñandejára ambue aty ovecha oĩ gueteríva Babilóniape.</w:t>
      </w:r>
    </w:p>
    <w:p>
      <w:pPr>
        <w:pStyle w:val="ArticleBody"/>
        <w:jc w:val="left"/>
      </w:pPr>
      <w:r>
        <w:rPr>
          <w:rFonts w:ascii="Times New Roman" w:hAnsi="Times New Roman" w:eastAsia="Times New Roman" w:cs="Times New Roman"/>
        </w:rPr>
        <w:t>Mokõi tetã oñembojoajúva’ekue pe tembiasakue Millerita-pe ha’e Judá ha Efraín. Oñembojoaju hikuái umi pochy peteĩteĩva mokõivéva rréino rehe oñemohu’ãrõ guare, peteĩva 1798-pe ha upéi ambuéva 1844-pe. Pe ñe’ẽ “avei” Ezequiel aranduka mokõipaapy ha pakõiha kapítulope ome’ẽ ñandéve certeza ko aplicación rehegua. Pe ñe’ẽ “avei” he’ise oñemoĩ hag̃ua pe marandu ouva “avei” rire, pe marandu oĩva’ekue “avei” mboyve ári.</w:t>
      </w:r>
    </w:p>
    <w:p>
      <w:pPr>
        <w:pStyle w:val="ArticleScripture"/>
        <w:jc w:val="left"/>
      </w:pPr>
      <w:r>
        <w:rPr>
          <w:rFonts w:ascii="Times New Roman" w:hAnsi="Times New Roman" w:eastAsia="Times New Roman" w:cs="Times New Roman"/>
        </w:rPr>
        <w:t>Pe Ñandejára ñeʼẽ ou jey chéve, heʼívo: Avei nde, yvypóra raʼy, ejapyhy peteĩ yvyra ha ehaí hese: Judá rehehápe, ha Israel raʼykuéra iñirũnguéra rehehápe; upéi ejapyhy ambue yvyra ha ehaí hese: José rehehápe, Efraín yvyra, ha opa Israel róga iñirũnguéra rehehápe; ha embojoaju peteĩre ambue peteĩnte hag̃ua, ha oikóta peteĩnte nde pope. Ezequiel 37:15–17.</w:t>
      </w:r>
    </w:p>
    <w:p>
      <w:pPr>
        <w:pStyle w:val="ArticleBody"/>
        <w:jc w:val="left"/>
      </w:pPr>
      <w:r>
        <w:rPr>
          <w:rFonts w:ascii="Times New Roman" w:hAnsi="Times New Roman" w:eastAsia="Times New Roman" w:cs="Times New Roman"/>
        </w:rPr>
        <w:t>Ezequiel oipuru pe principio profético ojehechauka jey ha oñembotuicháva heʼívo: “hiʼarive”. Ezequiel oipyhyvaʼerã mokõi yvyra pehẽngue, peteĩ Judá rehehápe ha ambue Efraín rehehápe, ha omoĩvaʼerã pe profecía ojehechaukáva umi mokõi yvyra pehẽnguére pe profecía mboyveguáicha ári. Pe taʼanga profética mboyvegua oñepyrũ kuri versíkulo peteĩme, Ezequiel ojegueraha ramo peteĩ ñu omanóva kangue pirúgui henyhẽvape.</w:t>
      </w:r>
    </w:p>
    <w:p>
      <w:pPr>
        <w:pStyle w:val="ArticleScripture"/>
        <w:jc w:val="left"/>
      </w:pPr>
      <w:r>
        <w:rPr>
          <w:rFonts w:ascii="Times New Roman" w:hAnsi="Times New Roman" w:eastAsia="Times New Roman" w:cs="Times New Roman"/>
        </w:rPr>
        <w:t>Tupã Ñandejára po ou che ári, ha cheguenohẽ Tupã Ñandejára Espíritu rupi, ha chemoĩ yvyugua mbytépe, ha upéva henyhẽ kanguekuégui. Ha chembohasa ijere rupi; ha péina ápe, hetaiteiterei oĩva pe ñu rugua ári; ha péina ápe, isekoiterei. Upémarõ he’i chéve: Ava ra’y, ikatúpa ko’ã kanguekue oikove jey? Ha che ambohovái: Ore Jára Tupã, nde reikuaa. Upéi he’i jey chéve: Eprofetisa ko’ã kanguekue ári, ha ere chupekuéra: Peẽ kanguekue seco, pehendu Ñandejára ñe’ẽ. Péicha he’i Tupã Ñandejára ko’ã kanguekuépe: Péina ápe, amoinge pende pype pytu, ha peikovéta. Ha amoĩta pende ári tendón, ha amboúta pende ári to’o, ha pendejaho’íta pire reheve, ha amoĩta pende pype pytu, ha peikovéta; ha peikuaáta che ha’eha Ñandejára. Upévare aprofetisa, he’iháicha chéve ajapo haguã; ha che aprofetisávo, oiko peteĩ tyapu, ha péina ápe peteĩ ryryi, ha umi kanguekue ojoaju, peteĩteĩ kangue ipypegua reheve. Ha ama’ẽvo, péina ápe, umi tendón ha to’o osẽ hi’ári, ha pire ojaho’i yvate guive; ha katu ndaipóri va’ekue ipypekuéra pytu. Upémarõ he’i chéve: Eprofetisa yvytúpe, eprofetisa, ava ra’y, ha ere yvytúpe: Péicha he’i Tupã Ñandejára; Eju pe irundy yvytúgui, nde pytu, ha eipeju ko’ã ojukapývare, oikove hag̃ua. Upévare aprofetisa he’i haguéicha chéve; ha pytu oike ipypekuéra, ha oikove, ha opu’ã ipy rehe, peteĩ ehérsito tuichaitereíva. Upéi he’i chéve: Ava ra’y, ko’ã kanguekue ha’e opa Israel róga. Péina ápe, ha’ekuéra he’i: Ore kanguekue iseko, ore jerovia okañy, ore oñekytĩ mombyry peteĩteĩ ñande rendágui. Upévare eprofetisa ha ere chupekuéra: Péicha he’i Tupã Ñandejára; Péina ápe, che retãyguakuéra, aipe’áta pende yvykua, ha rojeguenohẽta pende yvykuágui, ha roguerúta Israel retãme. Ha peikuaáta che ha’eha Ñandejára, aipe’a vove pende yvykua, che retãyguakuéra, ha rogueru jey hag̃ua pende yvykuágui, Ha amoĩta che Espíritu pende pype, ha peikovéta, ha pende moĩta pende yvyteépe; upéicharõ peikuaáta che Ñandejára aimeha upéva he’íva ha ajapóva, he’i Ñandejára. Ezequiel 37:1–14.</w:t>
      </w:r>
    </w:p>
    <w:p>
      <w:pPr>
        <w:pStyle w:val="ArticleBody"/>
        <w:jc w:val="left"/>
      </w:pPr>
      <w:r>
        <w:rPr>
          <w:rFonts w:ascii="Times New Roman" w:hAnsi="Times New Roman" w:eastAsia="Times New Roman" w:cs="Times New Roman"/>
        </w:rPr>
        <w:t>Ko’ã artíkulo kuéra ñepyrũmby guive, rohechauka porã kuri pe ñũngue kangue omanóva rehegua ohechaukaha Tupã retãyguakuérape umi ára pahápe, ha pe marandu umi irundy yvytu rehegua, ojapóva chupekuéra opu’ã hag̃ua iñakãrapu’ãme peteĩ ehérsito mbareteicha, ha’eha pe Marandu Pyhare Mbytegua ohechakuaaukáva Islam pe Mbohapyha Aikóramo. Hermana White ohechakuaa umi kangueha Tupã retãyguakuéra.</w:t>
      </w:r>
    </w:p>
    <w:p>
      <w:pPr>
        <w:pStyle w:val="ArticleScripture"/>
        <w:jc w:val="left"/>
      </w:pPr>
      <w:r>
        <w:rPr>
          <w:rFonts w:ascii="Times New Roman" w:hAnsi="Times New Roman" w:eastAsia="Times New Roman" w:cs="Times New Roman"/>
        </w:rPr>
        <w:t>“Aheja che pluma ha añembo’e hag̃ua che ánga rupive, Ñandejára topytu’u hag̃ua ipueblo tapykue gotyo ojevy vaʼekue ári, haʼéva kanguekue ipirúvaicha, oikove hag̃ua.” General Conference Bulletin, 4 de febrero de 1893.</w:t>
      </w:r>
    </w:p>
    <w:p>
      <w:pPr>
        <w:pStyle w:val="ArticleBody"/>
        <w:jc w:val="left"/>
      </w:pPr>
      <w:r>
        <w:rPr>
          <w:rFonts w:ascii="Times New Roman" w:hAnsi="Times New Roman" w:eastAsia="Times New Roman" w:cs="Times New Roman"/>
        </w:rPr>
        <w:t>Ore rohechauka kuri artíkulo ymaveguápe pe marandu profétika omomba'éva 18 jasypokõi 2020ha áraha javy hague, ha pe proclamación japu ohechauka hague pe ñembyasy peteĩha ha pe tiempo de demora pe parábola umi diez vírgenespe. Jepe pe proclamación del tiempo va'ekue legítima pe período Millerita-pe, 1844 rire, araka'eve ndovalemo'ãvéima ambue marandu oñemopyendáva tiempo ári. Future for America ojapórõ guare pe proclamación 18 jasypokõi 2020 rehegua, oguejy jey hikuái peteĩ tembiasápe pe proclamación del tiempo ojeheja hag̃uáme, ha upéicha ojapóvo opeka hikuái, ha oñejuka chupekuéra pe kállepe pe táva guasu Apocalipsis kapítulo once-pe. Omanóva pe kállepe, upéi oikotevẽ kuri oñemoingove jey, umi mokõi testígoicha, mbohapy ára mbyte ha peteĩ mediorire.</w:t>
      </w:r>
    </w:p>
    <w:p>
      <w:pPr>
        <w:pStyle w:val="ArticleScripture"/>
        <w:jc w:val="left"/>
      </w:pPr>
      <w:r>
        <w:rPr>
          <w:rFonts w:ascii="Times New Roman" w:hAnsi="Times New Roman" w:eastAsia="Times New Roman" w:cs="Times New Roman"/>
        </w:rPr>
        <w:t>“Umi kangue ikãva oikotevẽ Tupã Espíritu Santo pytu ombopu hag̃ua hesekuéra, ikatu hag̃uáicha oike tembiapópe, peteĩ jeikove jevy omanóva apytégui ramo guáicha.” Bible Training School, 1 de diciembre de 1903.</w:t>
      </w:r>
    </w:p>
    <w:p>
      <w:pPr>
        <w:pStyle w:val="ArticleBody"/>
        <w:jc w:val="left"/>
      </w:pPr>
      <w:r>
        <w:rPr>
          <w:rFonts w:ascii="Times New Roman" w:hAnsi="Times New Roman" w:eastAsia="Times New Roman" w:cs="Times New Roman"/>
        </w:rPr>
        <w:t>Umi artíkulo kuérape rohechauka vaʼekue irundy yvytu marandu omoingove jeýva mokõi testígope haʼeha Islam marandu pe mbohapyha Aiguaĩguasu rehegua, ha upe marandu haʼeha Pyharepyte Sapukái marandu ára pahápe guarã. Ezequiel heʼi: “avei”, ha upéicha ojapo hag̃ua ohechauka umi tembiasakue ohechaukáva Pyharepyte Sapukái ñemoherakuãme, mokõi yvyra, peteĩ ojehechaukáva Efraín ramo ha peteĩ Judá ramo, oñembojoaju vaʼerãha ha oiko hag̃ua peteĩ tetãnte. Pa ary virgén parávola oñekumpli ára pahápe, “pe letraite peve,” péichaite ojekumpli haguéicha historia Millerita-pe. Pe ára pukukue Pyharepyte Sapukái oñekumpli haguépe historia Millerita-pe, ha jey avei ára pahápe oñekumplíramo, “mokõi yvyra” oñembojoaju kuri ha oñembojoajúta.</w:t>
      </w:r>
    </w:p>
    <w:p>
      <w:pPr>
        <w:pStyle w:val="ArticleBody"/>
        <w:jc w:val="left"/>
      </w:pPr>
      <w:r>
        <w:rPr>
          <w:rFonts w:ascii="Times New Roman" w:hAnsi="Times New Roman" w:eastAsia="Times New Roman" w:cs="Times New Roman"/>
        </w:rPr>
        <w:t>Mokõi yvyra ohechauka Israel yma guare pe rréino yvate gotyo guápe (Efraín) ha pe rréino yvýre gotyo guápe (Judá). Avei rohechauka kuri William Miller ojejoguaha hague Elías rehe, ha pe mbohapy ary mbytére ha mbytégui ary seco aja, Elías oho hague pe kuña iména manóva Zarefátpe.</w:t>
      </w:r>
    </w:p>
    <w:p>
      <w:pPr>
        <w:pStyle w:val="ArticleScripture"/>
        <w:jc w:val="left"/>
      </w:pPr>
      <w:r>
        <w:rPr>
          <w:rFonts w:ascii="Times New Roman" w:hAnsi="Times New Roman" w:eastAsia="Times New Roman" w:cs="Times New Roman"/>
        </w:rPr>
        <w:t>Ha Ñandejára ñe'ẽ ou hendápe, he'ívo: Epu'ã, tereho Sareptápe, Sidón mba'évape, ha eiko upépe. Péina ápe, amandáma peteĩ kuña viúdape upépe tomongaru hag̃ua ndéve. Upémarõ ha'e opu'ã ha oho Sareptápe. Ha oguahẽvo táva rokẽme, péina ápe, pe kuña viúda oĩ upépe ombyaty yvyra'i; ha ha'e ohenói chupe ha he'i: Eguerumína chéve, ajerure ndéve, michĩmi y peteĩ mba'yrúpe, hag̃ua a'u. Ha kuña oho aja ogueru hag̃ua, ha'e ohenói jey chupe ha he'i: Eguerumína avei chéve, ajerure ndéve, peteĩ pehẽngue mbyja nde pópe. Ha kuña he'i: Oikovéicha Ñandejára nde Jára, ndarekói mbyja, peteĩ po peve arína añónte peteĩ ryru guasúpe, ha michĩmi aséite peteĩ hyakuã'ỹme; ha péina ápe, ambyaty mokõi yvyra'i, aikévo ajapo hag̃ua upéva chéve ha che ra'ýpe, ro'u hag̃ua ha romano. Upémi Elías he'i chupe: Ani rekyhyje; tereho ha ejapo he'iháicha; ha katu ejapo chéve tenonderãgui chugui peteĩ mbyja michĩva, ha erúke chéve, ha upéi ejapo ndejehe ha nde ra'ýpe ĝuarã. Ñandejára Israel Jára péicha he'i rupi: Pe ryru guasu arína rehegua ndopa mo'ãi, ha pe hyakuã'ỹ aséite rehegua nandi mo'ãi, pe ára peve Ñandejára omondo hag̃ua ama yvy ári. Ha kuña oho ha ojapo Elías ñe'ẽ he'iháicha; ha ha'e, ha Elías, ha hógaygua okaru heta ára. 1 Reyes 17:8–15.</w:t>
      </w:r>
    </w:p>
    <w:p>
      <w:pPr>
        <w:pStyle w:val="ArticleBody"/>
        <w:jc w:val="left"/>
      </w:pPr>
      <w:r>
        <w:rPr>
          <w:rFonts w:ascii="Times New Roman" w:hAnsi="Times New Roman" w:eastAsia="Times New Roman" w:cs="Times New Roman"/>
        </w:rPr>
        <w:t>Pe ñe'ẽjoajupe oje'éva “heta ára” ha'e umi mbohapy ary ha mbyte ohasava'ekue Acab oheka aja Elíaspe, ha ombohechauka umi mil doscientos sesenta ary persecución papal rehegua. Ko'ã “heta ára” persecución papal rehegua ári Jesús he'i va'ekue:</w:t>
      </w:r>
    </w:p>
    <w:p>
      <w:pPr>
        <w:pStyle w:val="ArticleScripture"/>
        <w:jc w:val="left"/>
      </w:pPr>
      <w:r>
        <w:rPr>
          <w:rFonts w:ascii="Times New Roman" w:hAnsi="Times New Roman" w:eastAsia="Times New Roman" w:cs="Times New Roman"/>
        </w:rPr>
        <w:t>Ha ndaha’éiramo’ã umi ára, ndaipóri va’erã avave ojesalváva; ha umi poravopyre rehehápe, umi ára oñembykyta. Mateo 24:22.</w:t>
      </w:r>
    </w:p>
    <w:p>
      <w:pPr>
        <w:pStyle w:val="ArticleBody"/>
        <w:jc w:val="left"/>
      </w:pPr>
      <w:r>
        <w:rPr>
          <w:rFonts w:ascii="Times New Roman" w:hAnsi="Times New Roman" w:eastAsia="Times New Roman" w:cs="Times New Roman"/>
        </w:rPr>
        <w:t>Hermana White ombojoja hag̃ua directamente Jesús ñe’ẽ “umi ára” rehegua ha’eha pe período persecución papal rehegua.</w:t>
      </w:r>
    </w:p>
    <w:p>
      <w:pPr>
        <w:pStyle w:val="ArticleScripture"/>
        <w:jc w:val="left"/>
      </w:pPr>
      <w:r>
        <w:rPr>
          <w:rFonts w:ascii="Times New Roman" w:hAnsi="Times New Roman" w:eastAsia="Times New Roman" w:cs="Times New Roman"/>
        </w:rPr>
        <w:t>“Pe iglésia ñembojere ndopytái opaite pe 1260 ary pukukue jave. Tupã, poriahuverekóvo Itavayguáre, omombyky ichupekuéra jehasa asy haku asýva ára. Oikuaauka hag̃ua pe ‘jehasa asy guasu’ oguahẽtava pe iglésiape, pe Salvador he’i: ‘Ha umi ára noñemombykyrire, ndaipóri vaʼerã yvypóra ojesalvátava; ha umi poravopyréra rehehápe umi ára oñemombykíta.’ Mateo 24:22. Reforma pu’aka rupi, pe ñembojere oñemohuʼã 1798 mboyve.” The Great Controversy, 266, 267.</w:t>
      </w:r>
    </w:p>
    <w:p>
      <w:pPr>
        <w:pStyle w:val="ArticleBody"/>
        <w:jc w:val="left"/>
      </w:pPr>
      <w:r>
        <w:rPr>
          <w:rFonts w:ascii="Times New Roman" w:hAnsi="Times New Roman" w:eastAsia="Times New Roman" w:cs="Times New Roman"/>
        </w:rPr>
        <w:t>Umi “heta ára” Elías ojehepyme’ẽ hague upe viúda rupive, ha’e avei umi “heta ára” persecución papal rehegua Daniel ohechauka va’ekue.</w:t>
      </w:r>
    </w:p>
    <w:p>
      <w:pPr>
        <w:pStyle w:val="ArticleScripture"/>
        <w:jc w:val="left"/>
      </w:pPr>
      <w:r>
        <w:rPr>
          <w:rFonts w:ascii="Times New Roman" w:hAnsi="Times New Roman" w:eastAsia="Times New Roman" w:cs="Times New Roman"/>
        </w:rPr>
        <w:t>Ha umi oñentendéva tetãygua apytépe ombo’éta heta-pe; upéicharõ jepe, ho’áta kysepuku rupi, tata rupi, jejagarra hag̃ua rupi, ha ñemonda rupi, heta ára pukukue. Ha ho’árõ guare hikuái, oipytyvõmíta chupekuéra peteĩ pytyvõ michĩmíva; ha heta ojepe’áta hendivekuéra ñe’ẽmbegue rupive. Ha umi oĩva iñarandúva apytégui oĩta ho’áva, oñeha’ã hag̃ua chupekuéra, omopotĩ hag̃ua, ha omorotĩ hag̃ua, pahápe peve; mba’ére piko gueteri oĩ peteĩ ára oñemoĩmava. Daniel 11:33–35.</w:t>
      </w:r>
    </w:p>
    <w:p>
      <w:pPr>
        <w:pStyle w:val="ArticleBody"/>
        <w:jc w:val="left"/>
      </w:pPr>
      <w:r>
        <w:rPr>
          <w:rFonts w:ascii="Times New Roman" w:hAnsi="Times New Roman" w:eastAsia="Times New Roman" w:cs="Times New Roman"/>
        </w:rPr>
        <w:t>Pe “ára paha”, ha avei ha’éva pe “ára oñemoĩmava” umi versíkulope, ha’e vaekue 1798, ha ombojoajúkuri papado ñemoiñakuéra paha, ojehechauka haguéicha Elías rembiasakue pe viúda Sarepta-gua ndive. Upe tembiasakuépe, pe viúda, ohechaukáva peteĩ iglesia ndorekóiva ména, oñemombe’u vaekue ha’eha pe iglesia oĩva ñu mbytépe Apocalipsis aranduka capítulo doce-pe. Ha’e ombyatýkuri mokõi yvyra’i, ndaha’éi peteĩ yvyra’i térã pa yvyra’i, síno mokõi yvyra’i. Ezequiel oipe’ava’erãkuri mokõi yvyra’i, peteĩ Israel ñemoñare yvate gotyogua réino rehehápe ha peteĩ ambue Israel ñemoñare yvy gotyogua réino rehehápe, ha ombojoaju hag̃ua peteĩnte yvyra’ípe. Umi mokõi réino oñemosarambíma vaekue mokõi mil po cien mokõipa ary aja, péro Tupã ñe’ẽme’ẽ vaekue ha’e kuri Ha’e ombyaty jeýtaha chupekuéra. Pe kuña ombyatýkuri umi mokõi yvyra’i oñembojoaju va’erãva, ha ojapo upéva “pe ára peve Ñandejára ombou hag̃ua ama yvy ári.”</w:t>
      </w:r>
    </w:p>
    <w:p>
      <w:pPr>
        <w:pStyle w:val="ArticleBody"/>
        <w:jc w:val="left"/>
      </w:pPr>
      <w:r>
        <w:rPr>
          <w:rFonts w:ascii="Times New Roman" w:hAnsi="Times New Roman" w:eastAsia="Times New Roman" w:cs="Times New Roman"/>
        </w:rPr>
        <w:t>Ára Ñandejára omondo hague “ama” ojekuaa hag̃ua pe Sapukái Pyharepytegua tembiasakue Millerita-pe, oguahẽva’ekue ipahápe 22 jasypa 1844-pe, pe Ñe’ẽmondoha Ñe’ẽme’ẽgui ou ryrýi hag̃uáicha pe témplope ha’e omopu’ã va’ekuépe 1798 guive (pe pochy peteĩha paha), ha upégui 22 jasypa 1844 peve (pe pochy pahaguéva paha). Upéva ryepýpe, pe marandu Sapukái Pyharepytegua, ojehechaukáva Ezequiel ta’angahai yvytyrugua kanguekue reheguape, oñembopyahu, umi mokõi yvyra tetãnguéra yvatepegua ha ñembypegua rehegua ojoaju rupi oiko hag̃ua peteĩ tetã, peteĩ mburuvicha guýpe; 22 jasypa 1844-pe, Cristo ou Túva renondépe ha ohupyty peteĩ rréino.</w:t>
      </w:r>
    </w:p>
    <w:p>
      <w:pPr>
        <w:pStyle w:val="ArticleScripture"/>
        <w:jc w:val="left"/>
      </w:pPr>
      <w:r>
        <w:rPr>
          <w:rFonts w:ascii="Times New Roman" w:hAnsi="Times New Roman" w:eastAsia="Times New Roman" w:cs="Times New Roman"/>
        </w:rPr>
        <w:t>“Cristo ouju ore sumo saserdóte ramo pe tenda marangatuvévape, pe santuario ñemopotĩrã, ojehechaukaháicha Daniel 8:14-pe; Yvypóra Ra’y ou hag̃ua Ymaguare Árape, ojehechaukaháicha Daniel 7:13-pe; ha Ñandejára ou hag̃ua Itémplope, Malaquías he’ihaguéicha yma guive, opa ko’ãva ha’e peteĩchante mba’e oikóva ñemombe’u; ha ko mba’e avei ojehechauka novio ouha hag̃ua ñemendápe, Cristo omombe’uháicha pa’ũme umi diez kuñataĩ reko rehegua, Mateo 25-pe.” The Great Controversy, 426.</w:t>
      </w:r>
    </w:p>
    <w:p>
      <w:pPr>
        <w:pStyle w:val="ArticleBody"/>
        <w:jc w:val="left"/>
      </w:pPr>
      <w:r>
        <w:rPr>
          <w:rFonts w:ascii="Times New Roman" w:hAnsi="Times New Roman" w:eastAsia="Times New Roman" w:cs="Times New Roman"/>
        </w:rPr>
        <w:t>Cristo oguereko peteĩ rréino 22 jasypa 1844-pe, he’iháicha Daniel-pe.</w:t>
      </w:r>
    </w:p>
    <w:p>
      <w:pPr>
        <w:pStyle w:val="ArticleScripture"/>
        <w:jc w:val="left"/>
      </w:pPr>
      <w:r>
        <w:rPr>
          <w:rFonts w:ascii="Times New Roman" w:hAnsi="Times New Roman" w:eastAsia="Times New Roman" w:cs="Times New Roman"/>
        </w:rPr>
        <w:t>Ahecha pyharekue arandu rupi, ha péina ápe ojekuaa chéve peteĩ ojoguáva Yvypóra Ra’ype, ouva yvága arai reheve, ha oguahẽva Árape Ymaguarépe, ha ogueraha chupe hikuái henondépe. Ha oñeme’ẽ chupe mburuvicha guasu, ha mimbipa, ha peteĩ tetãnguéra ruvicha hag̃ua, opa tavayguakuéra, tetãnguéra ha ñe’ẽnguéra oservi hag̃ua chupe; imburuvicha guasu niko opa ára guarã, ndohasamo’ãi araka’eve, ha itetã noñehundimo’ãi araka’eve. Daniel 7:13, 14.</w:t>
      </w:r>
    </w:p>
    <w:p>
      <w:pPr>
        <w:pStyle w:val="ArticleBody"/>
        <w:jc w:val="left"/>
      </w:pPr>
      <w:r>
        <w:rPr>
          <w:rFonts w:ascii="Times New Roman" w:hAnsi="Times New Roman" w:eastAsia="Times New Roman" w:cs="Times New Roman"/>
        </w:rPr>
        <w:t>Ezequiel mokõi yvyra oñembojoaju jave, oguereko hikuái peteĩ mburuvicha guasu añoite hi’ári.</w:t>
      </w:r>
    </w:p>
    <w:p>
      <w:pPr>
        <w:pStyle w:val="ArticleScripture"/>
        <w:jc w:val="left"/>
      </w:pPr>
      <w:r>
        <w:rPr>
          <w:rFonts w:ascii="Times New Roman" w:hAnsi="Times New Roman" w:eastAsia="Times New Roman" w:cs="Times New Roman"/>
        </w:rPr>
        <w:t>Ha che rembiguái David oisãmbyhýta hesekuéra; ha opavave oguerekóta peteĩ ñangarekoha. Oguatáta hikuái che huísio-kuérape, ha oñangarekóta che léi-kuéra rehe, ha ojapóta umíva. Ha oikóta hikuái pe yvýpe ame'ẽ vaekue che rembiguái Jacob-pe, pe yvýpe pende ru ypykuéra oiko hague; ha oikóta ipype, ha'ekuéra, ha ita'ýra kuéra, ha ita'ýra kuéra ra'y kuéra opa ára g̃uarã. Ha che rembiguái David ha'éta iprínsipe opa ára g̃uarã. Ezequiel 37:24, 25.</w:t>
      </w:r>
    </w:p>
    <w:p>
      <w:pPr>
        <w:pStyle w:val="ArticleBody"/>
        <w:jc w:val="left"/>
      </w:pPr>
      <w:r>
        <w:rPr>
          <w:rFonts w:ascii="Times New Roman" w:hAnsi="Times New Roman" w:eastAsia="Times New Roman" w:cs="Times New Roman"/>
        </w:rPr>
        <w:t>Maymáva opaite marandu hag̃uáva oñemoĩ peteĩ ñe'ẽme, ha mburuvicha guasu David ha'e Cristo ou va'ekue Túva renondépe 22 jasypa, 1844-pe, ha oguerovia peteĩ mburuvicha guasu renda oñembyaty va'ekue mokõi yvyra Israelgua-gui (tetãnguéra yvate pegua) ha Judá-gui (tetãnguéra ñemby pegua). Mokõi tetãnguéra ñemosarambi opa kuri umi irundy pa poteĩ ary aja 1798 guive 1844 peve, Cristo omopu'ã jave peteĩ tupaó oñembyaíva ha oñepyrũva'ekue oñembohasa vai. Ha'e omopu'ã rire pe tupaó, upéi pya'e ou Ijupy peve pe Maranduhára Ñe'ẽme'ẽgua ramo, oñemboguata hag̃ua Malakías kapítulo mbohapy he'iháicha. Ezequiel avei oĩ peteĩ ñe'ẽme upe añetegua rehe, opaite marandu hag̃uáva oñemoĩgui peteĩ ñe'ẽme.</w:t>
      </w:r>
    </w:p>
    <w:p>
      <w:pPr>
        <w:pStyle w:val="ArticleScripture"/>
        <w:jc w:val="left"/>
      </w:pPr>
      <w:r>
        <w:rPr>
          <w:rFonts w:ascii="Times New Roman" w:hAnsi="Times New Roman" w:eastAsia="Times New Roman" w:cs="Times New Roman"/>
        </w:rPr>
        <w:t>Ha che rembiguái David oisãmbyhýta hesekuéra; ha opavave oguerekóta peteĩnte pastor: oiko hag̃ua avei che rembiapoukapykuérape, ha oñangarekóta che estatutokuéra rehe, ha ojapóta umíva. Ha oikóta hikuái upe yvýpe ame'ẽ va'ekue Jacob, che rembiguáipe, pende ru kuéra oiko hague; ha oikóta pypekuéra, ha'ekuéra, ha ita'ýra kuéra, ha ita'ýra kuéra ra'y kuéra opa ára g̃uarã: ha che rembiguái David ha'éta ipríncipekuéra opa ára g̃uarã. Avei ajapóta hendivekuéra peteĩ ñe'ẽme'ẽ py'a guapyrã; ha'éta peteĩ ñe'ẽme'ẽ opa'ỹva hendivekuéra: ha amoĩta chupekuéra, ha ambohetavéta chupekuéra, ha amoĩta che santuario ijapytepekuéra opa ára g̃uarã. Che tavernákulo avei oĩta hendivekuéra: heẽ, che ha'éta Tupã chupekuéra g̃uarã, ha ha'ekuéra ha'éta che retãgua. Ezequiel 37:24–27.</w:t>
      </w:r>
    </w:p>
    <w:p>
      <w:pPr>
        <w:pStyle w:val="ArticleBody"/>
        <w:jc w:val="left"/>
      </w:pPr>
      <w:r>
        <w:rPr>
          <w:rFonts w:ascii="Times New Roman" w:hAnsi="Times New Roman" w:eastAsia="Times New Roman" w:cs="Times New Roman"/>
        </w:rPr>
        <w:t>Cristo hína omoñepyrũ pe témplo.</w:t>
      </w:r>
    </w:p>
    <w:p>
      <w:pPr>
        <w:pStyle w:val="ArticleScripture"/>
        <w:jc w:val="left"/>
      </w:pPr>
      <w:r>
        <w:rPr>
          <w:rFonts w:ascii="Times New Roman" w:hAnsi="Times New Roman" w:eastAsia="Times New Roman" w:cs="Times New Roman"/>
        </w:rPr>
        <w:t>Ha ere chupe, ere hag̃ua: Péicha he'i Ñandejára ipu'akapáva, he'ívo: Péina pe kuimba'e héra YVYRA RAKÃ; ha okakuaáta hekoha guive, ha omopu'ãta Ñandejára templo: Ha'e voi omopu'ãta Ñandejára templo; ha'e ogueraháta mborayhuete, ha oguapýta ha oisãmbyhýta itróno ári; ha'e ha'éta pa'i itróno ári; ha py'aguapy ñemoñe'ẽta oĩta mokõivéva apytépe. Ha umi akã rehegua oĩta Helem-pe, Tobías-pe, Jedaías-pe ha Hen-pe, Sofonías ra'y, mandu'arã ramo Ñandejára templo-pe. Ha umi mombyry oĩva ou ha omba'apóta Ñandejára templo-pe, ha peẽ peikuaáta Ñandejára ipu'akapáva chembou hague pene rendápe. Ha kóva oikóta, peẽ peneñe'ẽrendúramo kyre'ỹme Ñandejára pende Jára ñe'ẽ rehe. Zacarías 6:12–15.</w:t>
      </w:r>
    </w:p>
    <w:p>
      <w:pPr>
        <w:pStyle w:val="ArticleBody"/>
        <w:jc w:val="left"/>
      </w:pPr>
      <w:r>
        <w:rPr>
          <w:rFonts w:ascii="Times New Roman" w:hAnsi="Times New Roman" w:eastAsia="Times New Roman" w:cs="Times New Roman"/>
        </w:rPr>
        <w:t>Cristo ha’e pe Yvyra Rakarã, ha Ha’e he’i porã kuri, oity ramo hikuái itemplo, Ha’e omoñakãrýta jevy mbohapy árape; upévare umi hudío he’i kuri, irundypa seis ary ojeporu hague oñemopu’ã hag̃ua pe templo.</w:t>
      </w:r>
    </w:p>
    <w:p>
      <w:pPr>
        <w:pStyle w:val="ArticleScripture"/>
        <w:jc w:val="left"/>
      </w:pPr>
      <w:r>
        <w:rPr>
          <w:rFonts w:ascii="Times New Roman" w:hAnsi="Times New Roman" w:eastAsia="Times New Roman" w:cs="Times New Roman"/>
        </w:rPr>
        <w:t>Upéi umi judío he’i ha oporandu chupe: Mba’e techaukaha piko rehechauka oréve, rejapógui ko’ã mba’e? Jesús ombohovái ha he’i chupekuéra: Peity ko tupaópe, ha mbohapy árape amopu’ã jeýta. Upérõ umi judío he’i: Irundy paẽ ha seis ary pukukue oñemopu’ã kuri ko tupao, ha nde piko remopu’ã jeýta mbohapy árape? Juan 2:18–20.</w:t>
      </w:r>
    </w:p>
    <w:p>
      <w:pPr>
        <w:pStyle w:val="ArticleBody"/>
        <w:jc w:val="left"/>
      </w:pPr>
      <w:r>
        <w:rPr>
          <w:rFonts w:ascii="Times New Roman" w:hAnsi="Times New Roman" w:eastAsia="Times New Roman" w:cs="Times New Roman"/>
        </w:rPr>
        <w:t>Cristo oñe’ẽ hína kuri Hete rehe pe pasáhepe, ha katu opa umi proféta oñe’ẽ hetave umi ára paháregui umi ára oikove hague rangue. Cristo jeikove jey mbohapyha árape, ohechauka umi kangue omanóva jeikove jey Espíritu Santo ñehẽvo guasu aja Midnight Cry-pe. Ama, ha’éva Elías testimónio tema, ojehechauka porã kuri pe hu’ãme iñorairõha proféta kuéra Baal ha Ashtaroth reheve. Upérõ ojehechauka porã vaʼekue Elías Tupã haʼeha pe Tupã añetegua, ha avei Elías haʼeha pe proféta añetegua.</w:t>
      </w:r>
    </w:p>
    <w:p>
      <w:pPr>
        <w:pStyle w:val="ArticleBody"/>
        <w:jc w:val="left"/>
      </w:pPr>
      <w:r>
        <w:rPr>
          <w:rFonts w:ascii="Times New Roman" w:hAnsi="Times New Roman" w:eastAsia="Times New Roman" w:cs="Times New Roman"/>
        </w:rPr>
        <w:t>Peteĩha ñembotavy peteĩha oguahẽvo, ojehechauka umi protestántekuéra oiko hague maranduhára japu, oñemoha’angáva Baal ha Astarot maranduhára rupive. Upe rire oñepyrũ pe aravo oha’arõva, ha ogueraha pe Pyharepyte Sapy’a Hatã marandu peve, upéva ogueraha Cristo ou hag̃uáicha pya’e Itupãópe. Pe Pyharepyte Sapy’a Hatã ojehechauka Ezequiel marandu rupive omoingove ha omopu’ãva umi kanguekue peteĩ ehérsito mbarete guasúrõ. Avei, upe ára pukukue jave (irundypa poteĩ ary), mokõi yvyra ojejoaju va’erã kuri oñemoheñói hag̃ua peteĩ tetã año, peteĩ mburuvicha guasu reheve.</w:t>
      </w:r>
    </w:p>
    <w:p>
      <w:pPr>
        <w:pStyle w:val="ArticleScripture"/>
        <w:jc w:val="left"/>
      </w:pPr>
      <w:r>
        <w:rPr>
          <w:rFonts w:ascii="Times New Roman" w:hAnsi="Times New Roman" w:eastAsia="Times New Roman" w:cs="Times New Roman"/>
        </w:rPr>
        <w:t>Upéi Ñandejára ñe’ẽ ou jey chéve, he’ívo: “Ha nde, yvypóra ra’y, ejapyhy peteĩ yvyra ha ehai hi’ári: ‘Judá rehehápe, ha Israel ra’ykuéra iñirũnguérape g̃uarã’; upéi ejapyhy ambue yvyra ha ehai hi’ári: ‘José rehehápe, Efraín yvyráre, ha opa Israel róga iñirũnguérape g̃uarã’; ha embojoaju peteĩre ambuéva, peteĩ yvyra hag̃uáicha; ha oikóta peteĩnte nde pópe. Ha ne retãyguakuéra ra’ykuéra oñe’ẽ vove ndéve, he’ívo: ‘Nderehechaukamo’ãi piko oréve mba’épa he’ise ko’ãva?’ ere chupekuéra: ‘Péicha he’i Ñandejára Tupã: Péina ápe, che ajapyhýta José yvyra, oĩva Efraín pópe, ha Israel ñemoñarekuéra, iñirũnguéra; ha ambojoajúta hendive, Judá yvyra ndive, ha ajapóta chuguikuéra peteĩ yvyra, ha peteĩnte hag̃ua che pópe. Ha umi yvyra, reháiva hi’ári, oĩta nde pópe hesakuéra renondépe. Ha ere chupekuéra: Péicha he’i Ñandejára Tupã: Péina ápe, che ajapyhýta Israel ra’ykuérape umi tetã ambue apytégui, mamópa oho hikuái, ha ambyatýta chupekuéra opa hendágui, ha arúta chupekuéra ijyvyteépe. Ha ajapóta chuguikuéra peteĩ tetãnte upe yvýpe, Israel yvytykuéra ári; ha peteĩ mburuvicha guasu añoite oikóta mburuvicha guasu hag̃ua chupekuéra opavavépe; ha noikovéimo’ãi mokõi tetãramo, ni ndojepe’amo’ãvéima mokõi rréinope araka’eve. Naimarangatu’ãvéimo’ãi avei hikuái he’ãnga kuéra rupive, ni umi mba’e jeguarúva rupive, ni peteĩve hembiapo vai rupive; che katu asalváta chupekuéra opa umi tenda oikohágui, upépe opekahague, ha amopotĩta chupekuéra; upéicha hag̃ua hikuái che retãygua, ha che aikóta Ijarakuéra.” Ezequiel 37:15–23.</w:t>
      </w:r>
    </w:p>
    <w:p>
      <w:pPr>
        <w:pStyle w:val="ArticleBody"/>
        <w:jc w:val="left"/>
      </w:pPr>
      <w:r>
        <w:rPr>
          <w:rFonts w:ascii="Times New Roman" w:hAnsi="Times New Roman" w:eastAsia="Times New Roman" w:cs="Times New Roman"/>
        </w:rPr>
        <w:t>Mokõi yvyra kuña ime’ẽreíva ombyatýva’ekue Elías oky mboyve Pyhare Mbyte Sapukáipe, ha’e va’ekue Israel retãnguéra yvategua ha yvy gotyogua, oñemosarambíva’ekue ha oñembyaty va’erã peteĩ tetãme 22 jasypa 1844-pe, oñepyrũvo pe Ára Ojejapo hag̃ua Moñyrõ Antitípico, ñe’ẽme’ẽ niko upérõ Tupã “omopotĩta chupekuéra”. Pe ñemopotĩ, ohechaukáva pe Huíso Ojehechakuaáva, oñepyrũ upérõ. Pe ñembyaty mokõi yvyra rehegua tekotevẽ oñentende hekopete, Tupã akóinte ohechauka hag̃uáicha peteĩ mba’e paha pe iñepyrũ reheve.</w:t>
      </w:r>
    </w:p>
    <w:p>
      <w:pPr>
        <w:pStyle w:val="ArticleBody"/>
        <w:jc w:val="left"/>
      </w:pPr>
      <w:r>
        <w:rPr>
          <w:rFonts w:ascii="Times New Roman" w:hAnsi="Times New Roman" w:eastAsia="Times New Roman" w:cs="Times New Roman"/>
        </w:rPr>
        <w:t>1844-pe ojepaha vaʼekue mokõi rréino Israel rehegua, upe guive opytágui peteĩ rréinóntema ramo, Israel espiritual, ha upérõ guive haʼekuéra oikótavaʼekue peteĩ tetãnte ramo. Upe tembiasakue ojehechauka vaʼekue ijojaha hag̃uáicha upe ñepyrũrã rembiasápe, haʼekuéra oiko jave mokõi tetã ramo, ha upéva hína Jeroboam puʼaka hag̃ua opuʼã haguére.</w:t>
      </w:r>
    </w:p>
    <w:p>
      <w:pPr>
        <w:pStyle w:val="ArticleBody"/>
        <w:jc w:val="left"/>
      </w:pPr>
      <w:r>
        <w:rPr>
          <w:rFonts w:ascii="Times New Roman" w:hAnsi="Times New Roman" w:eastAsia="Times New Roman" w:cs="Times New Roman"/>
        </w:rPr>
        <w:t>Jeroboam rembiapo gua’u momba’e guasu rehegua rembiasakue tekotevẽ avei ojehechauka hag̃ua iporokuéra pahápe. Aarón pu’aka vai yma Israel ypykue ñepyrũme ha Jeroboam pu’aka vai ñembyaty yvate gotyo pegua ñepyrũme, orrepresenta pe pu’aka vai 1863-pe guare, ha 1863 ojekuaa porã hag̃uánte, tekotevẽ avei oñembojoja hi’ári Jeroboam poguýpe opaha ára, ojehechaukaháicha mokõi yvyra joaju rupive. Upérõ ae ojehecha porã 1863 ojehechaukaha peteĩ generaciónicha omopu’ãva’ekue peteĩ ta’anga ñembojeguarurã.</w:t>
      </w:r>
    </w:p>
    <w:p>
      <w:pPr>
        <w:pStyle w:val="ArticleBody"/>
        <w:jc w:val="left"/>
      </w:pPr>
      <w:r>
        <w:rPr>
          <w:rFonts w:ascii="Times New Roman" w:hAnsi="Times New Roman" w:eastAsia="Times New Roman" w:cs="Times New Roman"/>
        </w:rPr>
        <w:t>Rojapótape ko ñaikuave’ẽta ko ñehesa’ỹijo ambue artíkulope.</w:t>
      </w:r>
    </w:p>
    <w:p>
      <w:pPr>
        <w:pStyle w:val="ArticleScripture"/>
        <w:jc w:val="left"/>
      </w:pPr>
      <w:r>
        <w:rPr>
          <w:rFonts w:ascii="Times New Roman" w:hAnsi="Times New Roman" w:eastAsia="Times New Roman" w:cs="Times New Roman"/>
        </w:rPr>
        <w:t>“Ha ndaha’éi ko ta’ãnga umi kangue piru rehegua ojeporu hag̃uánte ko yvy arigua rehe, síno avei umi ojehovasáva’ekue tesape guasu rehe; ha’ekuéra avei ojogua pe ñu ruguápe oĩva umi kangue ryrúpe. Oreko hikuái kuimba’e ra’ãnga, hete ykére ojepysóva; hákatu ndorekói tekove espiritual. Hákatu pe parábola ndohejái umi kangue pirúpe oñembojoaju hag̃uánte kuimba’e rete ra’ãngápe; ndaha’éigui suficiente oĩ hag̃ua joja hete miembro-kuérape ha hova mba’éichapa ojehecha hag̃uápe. Pe pytu tekove rehegua ombohekoveva’erã umi tete, ikatu hag̃uáicha opu’ã hikuái, ha oñepyrũ tembiapópe. Ko’ã kangue ohechauka Israel róga, Tupã iglesia, ha pe iglesia jerovia ha’e pe Espíritu Santo rembiapo ombohekoveva. Ñandejára opytu’uva’erã umi kangue piru ári, ikatu hag̃uáicha oikove hikuái.”</w:t>
      </w:r>
    </w:p>
    <w:p>
      <w:pPr>
        <w:pStyle w:val="ArticleScripture"/>
        <w:jc w:val="left"/>
      </w:pPr>
      <w:r>
        <w:rPr>
          <w:rFonts w:ascii="Times New Roman" w:hAnsi="Times New Roman" w:eastAsia="Times New Roman" w:cs="Times New Roman"/>
        </w:rPr>
        <w:t>Pe Espíritu Tupã rehegua, ipoder omoingovéva ndive, oĩva’erã opaite tembiguái yvypórape, ikatu hag̃uáicha opaite músculo ha tendón espiritual oĩ tembiapópe. Ñandejára Espíritu Santo’ỹre, Tupã pytu’ỹre, oĩ apytu’ũ kyhyje’ỹ, ha okañy pe tekove espiritual. Heta umi ndorekóiva tekove espiritual héra oĩ tupao kuatiañe’ẽme, péro ndojehaíri pe Ovecha Ra’y kuatiañe’ẽ tekovépe. Ikatu oñembojoaju tupao rehe, péro noñemoirũi Ñandejára ndive. Ikatu ha’e kuéra kyre’ỹ ombohapévo peteĩ aty tembiapo oñeme’ẽva, ha ikatu oñeñeñandu hesekuéra kuimba’e oikovéva ramo; péro heta oĩ umi apytépe oguerekóva “téra reikoveha, ha remano.”</w:t>
      </w:r>
    </w:p>
    <w:p>
      <w:pPr>
        <w:pStyle w:val="ArticleScripture"/>
        <w:jc w:val="left"/>
      </w:pPr>
      <w:r>
        <w:rPr>
          <w:rFonts w:ascii="Times New Roman" w:hAnsi="Times New Roman" w:eastAsia="Times New Roman" w:cs="Times New Roman"/>
        </w:rPr>
        <w:t>“Ndaha’éiramo oĩ ñemoambue añetetéva ánga rehegua Tupã gotyo; ndaha’éiramo pytu tekovegua Tupãgui ouva omoingove jeýi ánga-pe tekove espiritual-pe; ndaha’éiramo umi omombe’úva pe añetegua ojejapo yvágagui heñóiva principio rupive, ndaheñóiri hikuái pe ñemoñare ndoikuaáiva ikãngy hag̃ua, oikovéva ha opytáva opa ára g̃uarãgui. Ndaha’éiramo ojerovia hikuái Cristo tekojoja rehe añónte ramo iñangarekorã; ndaha’éiramo ojogua Hese heko, omba’apo Ijespíritu rupive, opyta hikuái opívo, ndoguerekói hikuái hi’ári pe ijao Itekojoja rehegua. Heta jey umi omanóva ojehechauka ramo guáicha umi oikovéva; umi omba’apóva oguenohẽ hag̃ua pe ha’ekuéra ohenóiva salvación heko hag̃uáicha imandu’a hag̃uáicha voi, ndoguerekói Tupã omba’apóva ipypekuéra oipota ha ojapo hag̃ua Hembipota porã.”</w:t>
      </w:r>
    </w:p>
    <w:p>
      <w:pPr>
        <w:pStyle w:val="ArticleScripture"/>
        <w:jc w:val="left"/>
      </w:pPr>
      <w:r>
        <w:rPr>
          <w:rFonts w:ascii="Times New Roman" w:hAnsi="Times New Roman" w:eastAsia="Times New Roman" w:cs="Times New Roman"/>
        </w:rPr>
        <w:t>“Ko aty ojehechauka porã pe ñu kangue piru rehegua Ezequiel ohechavaʼekue visión-pe.” Review and Herald, 17 de enero de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Mokõiha Mokõipa’ẽ}</dc:title>
  <dc:subject>Pe Joaju Marandu Ypykuegua: Israel Yma Guaré Ñemboja’ógui Tetã peteĩ reko Estados Unidos paha peve</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