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Pokõiha Po Jurundy hag̃ua peteĩ hag̃ua Sud Número Setenta y Cinco</w:t>
      </w:r>
    </w:p>
    <w:p>
      <w:pPr>
        <w:pStyle w:val="ArticleSubtitle"/>
        <w:jc w:val="left"/>
      </w:pPr>
      <w:r>
        <w:rPr>
          <w:rFonts w:ascii="Arial" w:hAnsi="Arial" w:eastAsia="Arial" w:cs="Arial"/>
        </w:rPr>
        <w:t>Umi Joja Oñondive Oguerekóva He’iséva: Isaías Marandúgui Umi Revelación Ko’ág̃agua peve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2024-02-08</w:t>
      </w:r>
    </w:p>
    <w:p>
      <w:pPr>
        <w:pStyle w:val="ArticleBody"/>
        <w:jc w:val="left"/>
      </w:pPr>
      <w:r>
        <w:rPr>
          <w:rFonts w:ascii="Times New Roman" w:hAnsi="Times New Roman" w:eastAsia="Times New Roman" w:cs="Times New Roman"/>
        </w:rPr>
        <w:t>Isaías oikuaaukaháicha pe marandu ojehechaukáva umi sesenta y cinco ary rupive (capítulo siete, versículo ocho) pe mburuvicha aña Jerusalén pegua-pe, ojapo upéva pe “fuller’s field” ykére ha pe “end of the conduit of the upper pool”pe, ary 742 a.C.-pe. Ary 742 a.C. ohechauka 1863, Jesús akóinte ohechauka hag̃ua pe paha pe ñepyrũme. Pe opu’ã 1863-pe guare katu ohechauka pe léi dominical Estados Unidos-pe, Jesús akóinte ohechauka rupi peteĩ mba’e paha peteĩ mba’e ñepyrũ rupive. Ary 1863 ha’e va’ekue pe ñepyrũ pe iglesia adventista laodicense ojeinskrivi va’ekue legalmente, ha upe iglesia ojeheja tyaípe pe “great earthquake” pe léi dominical guive. Mba’éicha piko peteĩ corporación oisãmbyhýva legalmente Estado (ndaha’éi pe iglesia oisãmbyhy Estado-pe), ikatúta osegi omomba’e pe sábado ára pokõiha, upe jave voi upe gobierno peteĩchagua legalmente ombotovévo ñemomba’e ára pokõiha-pe?</w:t>
      </w:r>
    </w:p>
    <w:p>
      <w:pPr>
        <w:pStyle w:val="ArticleBody"/>
        <w:jc w:val="left"/>
      </w:pPr>
      <w:r>
        <w:rPr>
          <w:rFonts w:ascii="Times New Roman" w:hAnsi="Times New Roman" w:eastAsia="Times New Roman" w:cs="Times New Roman"/>
        </w:rPr>
        <w:t>Cristo rembiapo ñepyrũme ha opa hag̃uáme, Ha’e omopotĩ pe tupão. Peteĩha jeýpe omopotĩrõ guare pe tupão, Cristo ohechauka umi mburuvichakuéra ojapo hague “Itúa róga” peteĩ mondahakuéra kuáicha; ha pe pahápe omopotĩrõ guare pe tupão, Ha’e ohechauka “hoga kuéra” ojeheja hague chupekuéra oĩ hag̃uáicha nandi ha oñehundi hag̃uáicha. Israel yma guare ohechauka Israel ko árape guápe. Ha’e omopu’ã ha omopotĩ pe tupão Millerita adventismo ñepyrũme; ha pe pahápe omopotĩrõ guare, pe ñemopotĩ cien cuarenta y cuatro mil rehegua, Adventismo Laodiceagua oñemosẽ Ijuruégui, ha upéi “hoga kuéra” ojeheja nandi hag̃uáicha.</w:t>
      </w:r>
    </w:p>
    <w:p>
      <w:pPr>
        <w:pStyle w:val="ArticleBody"/>
        <w:jc w:val="left"/>
      </w:pPr>
      <w:r>
        <w:rPr>
          <w:rFonts w:ascii="Times New Roman" w:hAnsi="Times New Roman" w:eastAsia="Times New Roman" w:cs="Times New Roman"/>
        </w:rPr>
        <w:t>Isaías oĩ ñemopotĩhára ñúme oñembohovái jave mburuvicha guasu Acazpe. Pe ñu ñemopotĩhára rehegua ohechauka pe ñemopotĩ ojapóva Pe Marandu Rerahára Pacto rehegua, ou sapy’aitépe Itupãópe, ha omopotĩ Leví ra’ykuérape “ñemopotĩhára jabón” rupive. Ko ñemopotĩ ojejapo va’ekue Adventismo ñepyrũmbýpe, ha ojejapo jey avei ipahápe.</w:t>
      </w:r>
    </w:p>
    <w:p>
      <w:pPr>
        <w:pStyle w:val="ArticleScripture"/>
        <w:jc w:val="left"/>
      </w:pPr>
      <w:r>
        <w:rPr>
          <w:rFonts w:ascii="Times New Roman" w:hAnsi="Times New Roman" w:eastAsia="Times New Roman" w:cs="Times New Roman"/>
        </w:rPr>
        <w:t>Péina, che amondóta che mensahéro, ha ha’e ombosako’íta tape che renondépe; ha Ñandejára, peẽ peheka va’ekue, sapy’aitépe oúta itemplópe, jepe pe ñe’ẽme’ẽ mensahéro, peẽ pevy’a hese va’ekue: péina, ha’e oúta, he’i Ñandejára ipu’akapáva. Ha máva piko ikatúta ogueropu’aka iju’ára? ha máva piko opytáta oñembo’y ha’e ojepysóramo? yvytimbo mopotĩhára tatáicha ha ao joheihára jabóncha; ha oguapýta pláta mopotĩhára ha omongy’a’ỹhára ramo; ha omopotĩta Leví ra’ykuérape, ha omongy’a’ỹta chupekuéra óro ha plátacha, ikatu hag̃uáicha ome’ẽ Ñandejárape peteĩ ofrénda tekojoja reheve. Upéicharõ Judá ha Jerusalén ofrénda porãta Ñandejárape, yma guarérõ guáicha, ha ary ymaite guaréicha. Malaquías 3:1–4.</w:t>
      </w:r>
    </w:p>
    <w:p>
      <w:pPr>
        <w:pStyle w:val="ArticleBody"/>
        <w:jc w:val="left"/>
      </w:pPr>
      <w:r>
        <w:rPr>
          <w:rFonts w:ascii="Times New Roman" w:hAnsi="Times New Roman" w:eastAsia="Times New Roman" w:cs="Times New Roman"/>
        </w:rPr>
        <w:t>Isaías oñembyaty Acaz ndive, ta’ýra techaukaha reheve, héra he’iséva umi ára pahápe “peteĩ hembýva ojevýtaha”. Pe hembýva ha’e umi “ojevýva”. Isaías oñembyaty mburuvicha vai Acaz ndive pe tembiapo marangatu ñemopotĩ rembiasakue aja, oñepyrũva’ekue historia Millerita-pe ary 1844-pe, ha ñe’ẽrendu’ỹ rupive oñemohu’ãva’ekue ary 1863-pe. Umi ára pahápe pe ñemopotĩ ha’e pe historia oñeselláva rehegua umi cien cuarenta y cuatro mil. Umi Millerita kuéra oikóramo kuri hapykuéri Tupã providencia ojehechaukáva’ekue 1844 rire, omohu’ãva’erãmo’ã kuri pe tembiapo.</w:t>
      </w:r>
    </w:p>
    <w:p>
      <w:pPr>
        <w:pStyle w:val="ArticleScripture"/>
        <w:jc w:val="left"/>
      </w:pPr>
      <w:r>
        <w:rPr>
          <w:rFonts w:ascii="Times New Roman" w:hAnsi="Times New Roman" w:eastAsia="Times New Roman" w:cs="Times New Roman"/>
        </w:rPr>
        <w:t>«Umi adventista-kuéra, pe jehayhu’ỹ guasu rire ary 1844-pe, opyta mbaretépe ijeroviápe ha omoirũrire peteĩ ñe’ẽme Tupã ñangareko ojehechaukávape, ojapyhývo mbohapyha ánhel rembiapoukapy ha Espíritu Santo pokatu rupive omoherakuãvo upéva ko yvy tuichakue javeve, haʼekuéra ohechavakue kuri Tupã salvación, Ñandejára ombaʼapóne kuri tuicha pokatúpe hendivekuéra ñehaʼãnguéra rehe, tembiapo oñembotýma vaʼerãmoʼã, ha Cristo oumavaʼerãmoʼã koʼág̃a peve ogueraha hag̃ua Itavayguakuérape hepymeʼẽrãme. Ha katu pe ára pyʼatarova ha ndaikatúi hag̃uáicha oñeikũmby porã mbaʼépe ojerovia vaʼekue rire, heta umi ojeroviáva pe jeju rehe ohejarei ijerovia.... Péicha pe tembiapo ojoko hag̃ua, ha ko yvy opyta pytũmbýpe. Opaite Adventista rete oñemoĩmérire peteĩ ñeʼẽme Tupã mandamientokuéra ha Jesús jerovia rehe, mbaʼeichaitépa iñambuéne vaʼekue ñande rembiasakue!» Evangelism, 695.</w:t>
      </w:r>
    </w:p>
    <w:p>
      <w:pPr>
        <w:pStyle w:val="ArticleBody"/>
        <w:jc w:val="left"/>
      </w:pPr>
      <w:r>
        <w:rPr>
          <w:rFonts w:ascii="Times New Roman" w:hAnsi="Times New Roman" w:eastAsia="Times New Roman" w:cs="Times New Roman"/>
        </w:rPr>
        <w:t>Pe ndojehói hag̃ua joajuhápe “oñemotenondévo peteĩcha Ñandejára providénsia ojepe’ávape”, ogueru chupekuéra peteĩ condición Laodicea-pe ary 1856 peve, ha pe ñepu’ã vai oúva upéi ary 1863-pe, ohechauka hag̃ua ñepyrũha pe guata ñemondýi yvy marã’ỹme, ojehechauka haguéicha Israel yma guarépe, okañýramo hikuái ijehegui pe décimo ha paha prueba, ha upéicha rire oñekondena hag̃ua omano hag̃ua yvy marã’ỹme umi irundypa ary oúva pukukue javeve.</w:t>
      </w:r>
    </w:p>
    <w:p>
      <w:pPr>
        <w:pStyle w:val="ArticleBody"/>
        <w:jc w:val="left"/>
      </w:pPr>
      <w:r>
        <w:rPr>
          <w:rFonts w:ascii="Times New Roman" w:hAnsi="Times New Roman" w:eastAsia="Times New Roman" w:cs="Times New Roman"/>
        </w:rPr>
        <w:t>Isaías ra’ykuéra ome’ẽ pe promésa pe templo ñemopotĩ paha ára pahápe “peteĩ hembýva ojevytaha”. Ijevy ojehechauka Jeremías rupive, oñeprometéva chupe ikatúrõ “ojevy” hag̃ua, ha’e oikotaha Tupã ñangarekohára ramo. Umi cien cuarenta y cuatro mil ha’e umi ojevy va’ekue peteĩ ñembotavy guasu rire.</w:t>
      </w:r>
    </w:p>
    <w:p>
      <w:pPr>
        <w:pStyle w:val="ArticleBody"/>
        <w:jc w:val="left"/>
      </w:pPr>
      <w:r>
        <w:rPr>
          <w:rFonts w:ascii="Times New Roman" w:hAnsi="Times New Roman" w:eastAsia="Times New Roman" w:cs="Times New Roman"/>
        </w:rPr>
        <w:t>Umi oĩva peteĩciento cuarenta y cuatro mil-pe ohasa vaʼekue peteĩ ñembyasy guasu ha ohaʼarõ vaʼekue Ijára. Haʼekuéra ojehechauka vaʼekue umi kuñataĩ arandu rupive historia Millerita-pe, ha mokõivéva, ñepyrũ ha paha historia-pe, mokõi yvyra oñembojoaju peteĩ tetãme, Espíritu Santo oñehẽ aja Pyhare Pyte Sapyʼa jave.</w:t>
      </w:r>
    </w:p>
    <w:p>
      <w:pPr>
        <w:pStyle w:val="ArticleBody"/>
        <w:jc w:val="left"/>
      </w:pPr>
      <w:r>
        <w:rPr>
          <w:rFonts w:ascii="Times New Roman" w:hAnsi="Times New Roman" w:eastAsia="Times New Roman" w:cs="Times New Roman"/>
        </w:rPr>
        <w:t>Mburuvicha aña Acaz ohechauka Judá ruvicha kuérape, ohendútava pe marandu, ha katu ombotovéva pe marandu Isaías oguerúva, ha upéicha rupi “opyta hag̃ua kyhyjépe, ho’a, oñembyai, oñembojere ñuhãme ha ojapyhy.” Ha’e kuéra hína umi “ohekáva umi espíritu oikuaaukáva mba’e kañymby, ha umi paje apoha osapukái mbegue ha oñe’ẽ ñemihápe”, ohechaukáva pe experiencia espiritismo rehegua ipypekuéra ho’áva, oguerohoryvo pe jejavy mbarete 2 Tesalonicenses-pe oñembo’eva’ekue. Acaz ombotovévo Isaías marandu ary 742 a.C.-pe, ojoajúma 1863 rehe, upe jave Miller marandu oñembotove hague. Isaías ohechauka Miller-pe, ha mokõivéva—Isaías ha Miller—marandu oñemopyenda va’ekue umi “siete tiempos” ári, oguerekóva iñepyrũha versículo 8-pe, Isaías capítulo 7-pe. Miller ra’y (Isaías ra’y) ohechauka pe movimiento Elías rehegua ouva’erãva ára pahápe.</w:t>
      </w:r>
    </w:p>
    <w:p>
      <w:pPr>
        <w:pStyle w:val="ArticleBody"/>
        <w:jc w:val="left"/>
      </w:pPr>
      <w:r>
        <w:rPr>
          <w:rFonts w:ascii="Times New Roman" w:hAnsi="Times New Roman" w:eastAsia="Times New Roman" w:cs="Times New Roman"/>
        </w:rPr>
        <w:t>Pe mbaʼe oñemoĩva Ahaz rehe, iñemboyke haguére, oike avei pe marandu profético ojeity hag̃ua chupe mburuvicha guasu yvate gotyo pegua pópe, ha peva’e, umi ára pahápe, ha’e pe joaju mbohapyvegua Roma Koʼag̃agua rehegua, oĩva papado poguýpe.</w:t>
      </w:r>
    </w:p>
    <w:p>
      <w:pPr>
        <w:pStyle w:val="ArticleScripture"/>
        <w:jc w:val="left"/>
      </w:pPr>
      <w:r>
        <w:rPr>
          <w:rFonts w:ascii="Times New Roman" w:hAnsi="Times New Roman" w:eastAsia="Times New Roman" w:cs="Times New Roman"/>
        </w:rPr>
        <w:t>Ñandejára oñeʼẽ jey avei chendive, heʼívo: “Ko tetã omboykére umi y Shiloah pegua osyry mbeguekatúvape, ha ovyʼáre Rezín ha Remalías raʼýre; upévare, péina ápe, Ñandejára oguerúta hiʼárikuéra ysyrýgui umi y mbarete ha heta, hína pe Asiria ruvicha guasu ha opa ijejopykue; haʼe ojupíta opa umi hiʼyvu rape ári, ha ohasáta opa umi hembembeʼy ári; ha ohasáta Judá rupi; oñembotyryrýta ha ojerepáta hiʼári, oguahẽta pe ajúra peve; ha ipepo kuéra ojepyso hag̃ua omyenyhẽta nde retã ipe, Emmanuel”. Isaías 8:5–8.</w:t>
      </w:r>
    </w:p>
    <w:p>
      <w:pPr>
        <w:pStyle w:val="ArticleBody"/>
        <w:jc w:val="left"/>
      </w:pPr>
      <w:r>
        <w:rPr>
          <w:rFonts w:ascii="Times New Roman" w:hAnsi="Times New Roman" w:eastAsia="Times New Roman" w:cs="Times New Roman"/>
        </w:rPr>
        <w:t>Isaías oñembohovái mburuvicha guasu añáme Ahaz ndive y yvategua ryruguasúgui osẽva apýrape, ha jepe oĩ ndojekuaaporãiha umi historiador bíblico ha arqueólogo apytépe pe y ryru guasu yvategua ha’épa pe y ryru guasu Siloam rehegua voi Cristo tiémpope, Isaías profesía contexto omboyke opaichagua marandu’ỹ, pórke Isaías he’i pe mburuvicha guasu yvate gotyogua ou va’erãha Ahaz ári, ha’e omboykére y Shiloah rehegua osyry mbeguekatuva. “Shiloah” ha’e Antiguo Testamento réra “Siloam”-pe g̃uarã Nuevo Testamento-pe.</w:t>
      </w:r>
    </w:p>
    <w:p>
      <w:pPr>
        <w:pStyle w:val="ArticleBody"/>
        <w:jc w:val="left"/>
      </w:pPr>
      <w:r>
        <w:rPr>
          <w:rFonts w:ascii="Times New Roman" w:hAnsi="Times New Roman" w:eastAsia="Times New Roman" w:cs="Times New Roman"/>
        </w:rPr>
        <w:t>Pe estanque de Siloampe Jesús omonguera kuimba’e ohecha’ỹvape, ha mburuvicha vai Acaz ohechauka pe liderazgo Laodicea rehegua ohecha’ỹvape, mokõivéva 1863-pe, ha avei pe léi domingo pya’e oútavape omboykékuaáva pe ñemonguera. “Shiloah” ha “Siloam” mokõivéva he’ise “mondopyre”, ha peteĩ marandu oñemondo Túvagui Ta’ýrape, ha upéi ha’e ome’ẽ Gabriel ha umi ángel marangatupe ogueraha hag̃ua Isaíaspe, ha’e oguerúva pe marandu “mondopyre” yvágagui peteĩ líder Laodicea rehegua ohecha’ỹvape.</w:t>
      </w:r>
    </w:p>
    <w:p>
      <w:pPr>
        <w:pStyle w:val="ArticleBody"/>
        <w:jc w:val="left"/>
      </w:pPr>
      <w:r>
        <w:rPr>
          <w:rFonts w:ascii="Times New Roman" w:hAnsi="Times New Roman" w:eastAsia="Times New Roman" w:cs="Times New Roman"/>
        </w:rPr>
        <w:t>Pe ysyry guasupegua guive, Isaías omyasãiva’ekue pe marandu, ohechauka pe tenda rupi oñembohasa hag̃ua Espíritu Santo ama Ñandejára retãygua kuérape; upéva avei oñemboja pe visión Zacarías pegua yryru kuarepotiju reheve, térã pe escálara Jacob kerayvotýpe ohechava’ekue.</w:t>
      </w:r>
    </w:p>
    <w:p>
      <w:pPr>
        <w:pStyle w:val="ArticleScripture"/>
        <w:jc w:val="left"/>
      </w:pPr>
      <w:r>
        <w:rPr>
          <w:rFonts w:ascii="Times New Roman" w:hAnsi="Times New Roman" w:eastAsia="Times New Roman" w:cs="Times New Roman"/>
        </w:rPr>
        <w:t>“Pe Tupã ombosako’íva ñandéve g̃uarã ojehechauka Zacaríaspe, capítulo 3 ha 4, ha 4:12–14-pe: ‘Ha ambohovái jey ha ha’e chupe: Mba’épa ko’ã mokõi yvyra olívo rakã, umi mokõi tubo óro rupive oñohẽva pe aséite óro ijehegui? Ha ha’e chembohovái ha he’i chéve: Ndereikuaái piko mba’épa ko’ãva? Ha che ha’e: Nahániri, che Ruvicha. Upéi he’i ha’e: Ko’ãva hína umi mokõi oñeñohẽva’ekue aséite reheve, oĩva Yvy tuichakue Jára ykére.’”</w:t>
      </w:r>
    </w:p>
    <w:p>
      <w:pPr>
        <w:pStyle w:val="ArticleScripture"/>
        <w:jc w:val="left"/>
      </w:pPr>
      <w:r>
        <w:rPr>
          <w:rFonts w:ascii="Times New Roman" w:hAnsi="Times New Roman" w:eastAsia="Times New Roman" w:cs="Times New Roman"/>
        </w:rPr>
        <w:t>“Pe Ñandejára henyhẽ mba’e porurãgui. Ndoikói hese mba’eveichagua sa’iha tembiporu térã tape. Ñande jerovia’ỹgui, ñande rekove yvyrupigua rehe ñañemboja rupi, ñande ñe’ẽ rei rupi, ñande jerovia’ỹ, ojehechaukáva ñane ñe’ẽme, upévare umi pytũmby guasu oñembyaty ñande jerére. Cristo ndojehechaukái ñe’ẽme térã tekokápe pe Oĩmbáva porãmbaite ramo, ha pe ijojaha’ỹvéva pa’ẽ su apytépe. Pe ánga ovy’áramo oñemopu’ã hag̃ua ijehegui mba’e reípe, Ñandejára Espíritu ndaikatúi ojapo heta mba’e hese. Ñande resa mbyky ohecha pe kuarahy’ã, ha ndahechái pe mimbipa oĩva upe rire. Umi ánhel ojoko hína umi irundy yvytu, ojehechaukáva peteĩ kavaju pochy oñeha’ãva ojepoipa hag̃ua ha osẽ pya’e hag̃ua ohasa opa yvy ape ári, oguerahávo ñehundi ha mano hape.”</w:t>
      </w:r>
    </w:p>
    <w:p>
      <w:pPr>
        <w:pStyle w:val="ArticleScripture"/>
        <w:jc w:val="left"/>
      </w:pPr>
      <w:r>
        <w:rPr>
          <w:rFonts w:ascii="Times New Roman" w:hAnsi="Times New Roman" w:eastAsia="Times New Roman" w:cs="Times New Roman"/>
        </w:rPr>
        <w:t>“Japytátapa pe mundo opave’ỹva rembe’ýpe voi? Ñaime piko kangy, ro’y ha omanóvaicha? ¡Aichejáranga, ñande tupaópe toĩ Espíritu ha Tupã pytu oipejúva Ipuévlope, ikatu hag̃uáicha oñembo’y hikuái ipy rehe ha oikove! Tekotevẽ jahecha tape ipo’imiha, ha okẽ hasy hag̃uaha jejepyrã. Péro jahasávo pe okẽ hasy hag̃uáicha jejepyrã rupi, ipypuku ha ipekuévo ndorekói límite.” Manuscript Releases, volumen 20, 216, 217.</w:t>
      </w:r>
    </w:p>
    <w:p>
      <w:pPr>
        <w:pStyle w:val="ArticleBody"/>
        <w:jc w:val="left"/>
      </w:pPr>
      <w:r>
        <w:rPr>
          <w:rFonts w:ascii="Times New Roman" w:hAnsi="Times New Roman" w:eastAsia="Times New Roman" w:cs="Times New Roman"/>
        </w:rPr>
        <w:t>Pe “aséite óro”, ha’e hína Ñandejára Espíritu marandu oguejýva ykuá yvate guive, osẽ hag̃ua pe ysyryrã rupive, ha upéva hína mokõi tuyukuéra órogui, ha umíva hína mokõi testígo oĩva Biblia ha Espíritu de Profecía-pe, térã Antiguo ha Nuevo Testamento, térã léi ha profétakuéra, térã Moisés ha Elías.</w:t>
      </w:r>
    </w:p>
    <w:p>
      <w:pPr>
        <w:pStyle w:val="ArticleScripture"/>
        <w:jc w:val="left"/>
      </w:pPr>
      <w:r>
        <w:rPr>
          <w:rFonts w:ascii="Times New Roman" w:hAnsi="Times New Roman" w:eastAsia="Times New Roman" w:cs="Times New Roman"/>
        </w:rPr>
        <w:t>“Umi oñemoingy jehe'a mburuvicha opa yvy arigua ykére oĩva, oreko pe tenda yma oñeme'ẽ va'ekue Satanás-pe keruvín oñangarekóva ramo. Umi tekove marangatu ijerére oĩva itrónogui, rupi Ñandejára omantene peteĩ ñe'ẽmondo tapiaite yvygua kuéra ndive. Pe aséite óro rehegua ohechauka pe gracia reheve Tupã omyenyhẽha umi creyente lámpara, ani haguã overa kangy ha oñembogue. Ndorĩrire ko aséite marangatu oñeñohẽva yvágagui Tupã Espíritu marandu rupi, umi mba'evai rembiapo rehegua oreko va'erãmo'ãmbaitépe kuimba'e kuéra ári.”</w:t>
      </w:r>
    </w:p>
    <w:p>
      <w:pPr>
        <w:pStyle w:val="ArticleScripture"/>
        <w:jc w:val="left"/>
      </w:pPr>
      <w:r>
        <w:rPr>
          <w:rFonts w:ascii="Times New Roman" w:hAnsi="Times New Roman" w:eastAsia="Times New Roman" w:cs="Times New Roman"/>
        </w:rPr>
        <w:t>“Ñamomboyke Diospe ñande ndorojapyhýiramo umi marandu ha’e omoĩva ñandéve. Péicha rojokóvo pe aséite óro ha’e oñohẽsévagui ñane ánga ryepýpe oñembohasávo umi oĩvape pytũmbýpe. Ha pe ñehenói oguahẽ vove, ‘Pema’ẽ, ou pe noviomendaha; pesẽ pejotopa haguã hese,’ umi ndohupytýiva’ekue pe aséite marangatu, umi noñongatúiva’ekue Cristo gracia ipy’ápekuéra, ojuhúta, umi virgen itavývaicha, ndaikatuiha oĩ oñembosako’íma hag̃ua ojotopa hag̃ua Ijára ndive. Ha’ekuéra ndoguerekói ijehegui pe pu’aka ohupyty hag̃ua pe aséite, ha hekovekuéra oñehundi. Péro ojejeruréramo Tupã Espíritu Santo, ñañembo’éramo, Moisés ojapohaguéicha, ‘Ehechauka chéve nde gloria,’ upéicharõ Tupã mborayhu oñeñohẽta ñane korasõme. Umi taño óro rupive, pe aséite óro oñembohasáta ñandéve. ‘Ndaha’éi mbarete rupi, ni pu’aka rupi, che Espíritu rupi katu, he’i Ñandejára de los Ejércitos.’ Oñehupytývo kuarahy resape porãite pe Tekopotĩ Kuarahy rehegua, Tupã ra’ykuéra overa ko yvy ári tesapeháicha.” Review and Herald, July 20, 1897.</w:t>
      </w:r>
    </w:p>
    <w:p>
      <w:pPr>
        <w:pStyle w:val="ArticleBody"/>
        <w:jc w:val="left"/>
      </w:pPr>
      <w:r>
        <w:rPr>
          <w:rFonts w:ascii="Times New Roman" w:hAnsi="Times New Roman" w:eastAsia="Times New Roman" w:cs="Times New Roman"/>
        </w:rPr>
        <w:t>Pe marandu Acaz omboykéva hína pe Sapukái Pyharepytegua marandu, ha upéva oguahẽ vaʼerãmoʼã kuri Cristo jeju mokõihápe, pe mburuvichakuéra Laodicea-pegua oñemoneĩ rire kuri pe marandu Laodiceápe oñemondóva chupekuéra ary 1856-pe. Upérõ pe marandu okakuaa vaʼerãmoʼã kuri sapukái hatãramo, ha Tupã retãygua omohuʼãvaʼerãmoʼã pe tembiapo ha opytávaʼerãmoʼã pyʼaguapýpe. Upéva rangue, haʼekuéra ojevýjey pe vómito-gua oĩhágui oñemosãsopyre kuri.</w:t>
      </w:r>
    </w:p>
    <w:p>
      <w:pPr>
        <w:pStyle w:val="ArticleBody"/>
        <w:jc w:val="left"/>
      </w:pPr>
      <w:r>
        <w:rPr>
          <w:rFonts w:ascii="Times New Roman" w:hAnsi="Times New Roman" w:eastAsia="Times New Roman" w:cs="Times New Roman"/>
        </w:rPr>
        <w:t>Isaías ha Acaz ojehechauka oĩha mbopotĩrã rape pe lavandero ñúme, upéva ojejapóva Pe Mensajéro del Pacto rupive Malaquías capítulo mbohapy-pe. Haʼekuéra oĩ simbólikamente upe tenda pe “aceite” (peteĩ marandu) oñeñohẽhápe Zacarías visión-pe, ha umi ára pahápe, Isaías marandu Acaz-pe guarã haʼe Islam marandu pe mbohapýha Aña hag̃ua; haʼe umi siete truenos rembiasakue kañymby marandu; haʼe pe poapyha haʼeha umi siete-gui marandu; haʼe pe viñedo marandu; haʼe pe “Añetegua” marandu, haʼéva opavave elemento Jesucristo Revelación rehegua, umi ára pahápe oguerúva upe mbopotĩrã ojehechaukáva lavandero ñúme.</w:t>
      </w:r>
    </w:p>
    <w:p>
      <w:pPr>
        <w:pStyle w:val="ArticleBody"/>
        <w:jc w:val="left"/>
      </w:pPr>
      <w:r>
        <w:rPr>
          <w:rFonts w:ascii="Times New Roman" w:hAnsi="Times New Roman" w:eastAsia="Times New Roman" w:cs="Times New Roman"/>
        </w:rPr>
        <w:t>Ha’e ha’ékuri ha ko’ág̃a avei pe marandu “mokõi poapy jey” rehegua, ojereva’ekue Miller ita pyenda guive, pe akã ykére guáva peve, peteĩha añetegua rupi, ha upévare tekotevẽ avei ha’e hag̃ua pe paháva añetegua. 1863 ohechauka peteĩ ñemopotĩ rape paha, oñepyrũva’ekue pe mbohapyha ánhel og̃uahẽrõ guare 22 jasypa 1844-pe, ha ipahápe og̃uahẽva pe tesape “mokõi poapy jey” rehegua 1856-pe. Ary 1844-pe pe tesape mokõi sua poapy sa ary rehegua ohechauka peteĩ ñepyrũ, ogueraháva pe paha gotyo ojehechaukáva mokõi sua po poapy ary rehe. Upéicharõ jepe, Laodicea-gua pytũ ymaite guive ñepyrũme ha pahápe, ndohechaséi umi mokõi visión joaju. 1863 ohechauka pe ñemopotĩ rape paha, oikóva meme peteĩ marandu ojeipe’a jave, ha pe mbohapyha ánhel marandu ojeipe’a va’ekue 22 jasypa 1844-pe.</w:t>
      </w:r>
    </w:p>
    <w:p>
      <w:pPr>
        <w:pStyle w:val="ArticleBody"/>
        <w:jc w:val="left"/>
      </w:pPr>
      <w:r>
        <w:rPr>
          <w:rFonts w:ascii="Times New Roman" w:hAnsi="Times New Roman" w:eastAsia="Times New Roman" w:cs="Times New Roman"/>
        </w:rPr>
        <w:t>Pe mbojapyha mbohapyha ánhel rehegua ojeipe’a va’ekue 1844-pe ndaha’éi peteĩ tesape año; upéva hína pe Hermana White omombe’úva “pe tesape tenonde gotyo oguatáva mbohapyha ánhel rehegua”. Pe tesape tenonde gotyo oguatáva mbohapyha ánhel rehegua oñepyrũ 1844-pe, ha osegi oho tenonde gotyo pe ára de gracia oñemboty peve; hákatu og̃uahẽ ypy jave, ha avei opa pahaite jave, oĩ peteĩ período específico de prueba mbohapyha ánhel rehegua. Umi período de prueba, iñepyrũme ha ipahápe, avei ohechauka peteĩ proceso de prueba Daniel ohechaukaháicha peteĩ “aumento de conocimiento” ramo, upéva avei hína pe tesape tenonde gotyo oguatáva mbohapyha ánhel rehegua.</w:t>
      </w:r>
    </w:p>
    <w:p>
      <w:pPr>
        <w:pStyle w:val="ArticleBody"/>
        <w:jc w:val="left"/>
      </w:pPr>
      <w:r>
        <w:rPr>
          <w:rFonts w:ascii="Times New Roman" w:hAnsi="Times New Roman" w:eastAsia="Times New Roman" w:cs="Times New Roman"/>
        </w:rPr>
        <w:t>Pe proceso de prueba oñepyrũvo oñepyrũkuri ary 1844-pe, ha pe tesape tenondegua okakuaave arandúpe peve og̃uahẽ hag̃ua hu’ãme ary 1856-pe. Pe tesape ñepyrũgua ha pe tesape paha pe período de prueba rehegua ha’e mokõi visión Daniel kapítulo 8, versíkulo 13 ha 14-pe, umíva ohechauka hag̃ua Adventismo pyenda ha ipilar mbytegua.</w:t>
      </w:r>
    </w:p>
    <w:p>
      <w:pPr>
        <w:pStyle w:val="ArticleBody"/>
        <w:jc w:val="left"/>
      </w:pPr>
      <w:r>
        <w:rPr>
          <w:rFonts w:ascii="Times New Roman" w:hAnsi="Times New Roman" w:eastAsia="Times New Roman" w:cs="Times New Roman"/>
        </w:rPr>
        <w:t>Pe peteĩha ánhel pruevarã ñepyrũrã oñepyrũ kuri 11 jasypoapy 1840-pe ha opa pe jehejavýpe peteĩha 19 jasyrundy 1844-pe. Upéi oñepyrũ pe mokõiha ánhel pruevarã ára, ha osegui 22 jasypa 1844 peve. Upérõ pe mbohapyha ánhel oguahẽ, ha pe mbohapyha ánhel pruevarã ára osegui pe Adventísmo Laodicense omboyke meve pe mbohapyha ánhel resape 1863-pe.</w:t>
      </w:r>
    </w:p>
    <w:p>
      <w:pPr>
        <w:pStyle w:val="ArticleBody"/>
        <w:jc w:val="left"/>
      </w:pPr>
      <w:r>
        <w:rPr>
          <w:rFonts w:ascii="Times New Roman" w:hAnsi="Times New Roman" w:eastAsia="Times New Roman" w:cs="Times New Roman"/>
        </w:rPr>
        <w:t>Pe período de prueba pe tercer ánhelrã guarã adventísmo millerita-pe oguereko peteĩ ñepyrũ ha peteĩ paha, ha pe ñepyrũ ha pe paha tekotevẽ ohechauka peteĩchante mba’e, Jesucristo akóinte ohechauka hag̃ua peteĩ mba’e paha pe mba’e ñepyrũ rupive. Pe jehesape oho hag̃ua tenonderã pe tercer ánhel rehegua ha’e va’ekue pe jehesape pe jehechauka rehegua (pe visión “mareh”), Daniel capítulo ocho versículo catorce-pe. Pe paha pe jehesape oho hag̃ua tenonderã pe tercer ánhel rehegua ha’e va’ekue pe jehesape pe oñembohuguapy rehegua pe santuario ha pe ehérsito rehe (pe visión “chazon”), versículo trece-pe. Mokõive visión oĩ oñembojoaju hag̃uáicha marandu profético-pe.</w:t>
      </w:r>
    </w:p>
    <w:p>
      <w:pPr>
        <w:pStyle w:val="ArticleScripture"/>
        <w:jc w:val="left"/>
      </w:pPr>
      <w:r>
        <w:rPr>
          <w:rFonts w:ascii="Times New Roman" w:hAnsi="Times New Roman" w:eastAsia="Times New Roman" w:cs="Times New Roman"/>
        </w:rPr>
        <w:t>Upéi rembopúta pe turu jubileo rehegua, jasypa poapyha ára pahápe; pe ñemoingo porã ára guasúpe pembopúta pe turu opa pene retã pukukue javeve. Levítico 25:9.</w:t>
      </w:r>
    </w:p>
    <w:p>
      <w:pPr>
        <w:pStyle w:val="ArticleBody"/>
        <w:jc w:val="left"/>
      </w:pPr>
      <w:r>
        <w:rPr>
          <w:rFonts w:ascii="Times New Roman" w:hAnsi="Times New Roman" w:eastAsia="Times New Roman" w:cs="Times New Roman"/>
        </w:rPr>
        <w:t>Pe trompéta oñembopu vaʼerã vaʼekue Ára Moñyrõhápe, haʼéva 22 de octubre de 1844, haʼe vaʼekue pe trompéta Jubileo rehegua, ohechauka hag̃ua pe ciclo marangatu siete ary rehegua, ombohetáva dos mil quinientos veinte ára. Ñandejára oipota vaʼekue ogueraha hag̃ua Israel yma guarépe directamente pe Yvy Oñepromete vaʼekuépe, péro iñepuʼãvai ojoko upéva oiko hag̃ua. Ñandejára oipota vaʼekue ogueraha hag̃ua Israel koʼág̃agua directamente pe Yvy Oñepromete vaʼekuépe, péro iñepuʼãvai ojoko upéva oiko hag̃ua. Israel koʼág̃agua ohendu ha ojapo rire vaʼerãmoʼã pe tesape oñembojoapýva mbohapyha ánhel rembiapópe, haʼekuéra omomarandu vaʼerãmoʼã ko yvy ape ári ha Ñandejára ojevy vaʼerãmoʼã kuri hetave cien ary mboyve.</w:t>
      </w:r>
    </w:p>
    <w:p>
      <w:pPr>
        <w:pStyle w:val="ArticleBody"/>
        <w:jc w:val="left"/>
      </w:pPr>
      <w:r>
        <w:rPr>
          <w:rFonts w:ascii="Times New Roman" w:hAnsi="Times New Roman" w:eastAsia="Times New Roman" w:cs="Times New Roman"/>
        </w:rPr>
        <w:t>Upéva oiko hag̃ua, Ñandejára oikotevẽva’erã kuri omba’apo peteĩ ñemoambue umi Millerigua apytépe, ha upe ñemoambue ojehechakuaa hag̃ua Ñandejára ñemimby Escritúrape. Adventismo omoirũ rire pe tesape oñemotenondéva ángel mbohapyha reheve, upéicharõ Jubileo trompéta ipu va’erãmo’ã oñepyrũ guive opa peve, mba’érepa pe séptimo trompéta osẽ jave ára kuérape, Ñandejára ñemimby oñemohu’ã. Apocalipsis capítulo diez-pe, upe trompéta, ha’éva Jubileo trompéta, ha avei pe mbohapyha jehasa asy guasu trompéta, oñepyrũ okororõ 22 jasypa octubre ary 1844-pe.</w:t>
      </w:r>
    </w:p>
    <w:p>
      <w:pPr>
        <w:pStyle w:val="ArticleScripture"/>
        <w:jc w:val="left"/>
      </w:pPr>
      <w:r>
        <w:rPr>
          <w:rFonts w:ascii="Times New Roman" w:hAnsi="Times New Roman" w:eastAsia="Times New Roman" w:cs="Times New Roman"/>
        </w:rPr>
        <w:t>Ha umi ánhel che ahecha vaekue oñembo'y hag̃ua yguasu ári ha yvy ári omopu'ã ipo yvágape, ha oñe'ẽ ñehẽme upe oikovéva opa ára g̃uarã, pe ojapóva yvága, ha umi mba'e ipype oĩva, ha yvy, ha umi mba'e ipype oĩva, ha yguasu, ha umi mba'e ipype oĩva, ndaiporimo'ãvéimahaha ára: ha katu umi ára pe ánhel sieteháva ñe'ẽme, ha'e oñepyrũ vove ombopu hag̃ua, Tupã remimbo'e kañymby oñemohu'ãta, he'i haguéicha hembiguái profétakuérape. Apocalipsis 10:5–7.</w:t>
      </w:r>
    </w:p>
    <w:p>
      <w:pPr>
        <w:pStyle w:val="ArticleBody"/>
        <w:jc w:val="left"/>
      </w:pPr>
      <w:r>
        <w:rPr>
          <w:rFonts w:ascii="Times New Roman" w:hAnsi="Times New Roman" w:eastAsia="Times New Roman" w:cs="Times New Roman"/>
        </w:rPr>
        <w:t>Pe purificación de prueba oñepyrũ vaekue 22 jasypa 1844-pe, ha’éva pe tesape oñemotenondéva ángel mbohapývagui, oñepyrũ Daniel capítulo ocho, versículo catorce pe tesape reheve, ha opa Daniel capítulo ocho, versículo trece pe tesape reheve. Oñepyrũ versículo catorce mbohovái reheve, ha opa versículo trece porandu reheve.</w:t>
      </w:r>
    </w:p>
    <w:p>
      <w:pPr>
        <w:pStyle w:val="ArticleBody"/>
        <w:jc w:val="left"/>
      </w:pPr>
      <w:r>
        <w:rPr>
          <w:rFonts w:ascii="Times New Roman" w:hAnsi="Times New Roman" w:eastAsia="Times New Roman" w:cs="Times New Roman"/>
        </w:rPr>
        <w:t>Umi diecinueve ary ojehechauka kuri Isaías ñe’ẽmondo kyhyje’ẽrã oguahẽvo Acaz mburuvichápe, Judá añeteguápe, peteĩ ñorairõ tetãygua ryepýpe oikóva guive yvate ha yvy gotyo mbytépe. Umi diecinueve ary opa kuri mburuvicha yvate guáre, oguerahávo Israel tembiguáiramo. Umi diecinueve ary ohechauka kuri mbohapyha ánhel oguahẽha ary 1844-pe, pe pu’ã jevýpe 1863-pe peve. Pe tesape oñemotenondéva mbohapyha ánhel rehegua ojehechauka kuri Isaías ñe’ẽmondópe.</w:t>
      </w:r>
    </w:p>
    <w:p>
      <w:pPr>
        <w:pStyle w:val="ArticleBody"/>
        <w:jc w:val="left"/>
      </w:pPr>
      <w:r>
        <w:rPr>
          <w:rFonts w:ascii="Times New Roman" w:hAnsi="Times New Roman" w:eastAsia="Times New Roman" w:cs="Times New Roman"/>
        </w:rPr>
        <w:t>Pe tesape hag̃ua pe tesakã oho hag̃ua tenonderã omoĩ opa Millerita ñemongu’épe, ha upe aravo jehecha hag̃uame pe Movimiento Millerita Filadelfiagua oñembohasa pe Iglesia Laodiceagua-pe. Umi diecinueve ary oñepyrũ va’ekue 742 a.C.-pe, ha umi diecinueve ary oñepyrũ va’ekue 1844-pe, mokõivéva orrepresenta peteĩ proceso jehecha ha ñemopotĩ rehegua umi ára pahápe, kóva hína pe paha aravo jehecha hag̃ua pe tesakã oho hag̃ua tenonderã mbohapyha ánhel rehegua.</w:t>
      </w:r>
    </w:p>
    <w:p>
      <w:pPr>
        <w:pStyle w:val="ArticleBody"/>
        <w:jc w:val="left"/>
      </w:pPr>
      <w:r>
        <w:rPr>
          <w:rFonts w:ascii="Times New Roman" w:hAnsi="Times New Roman" w:eastAsia="Times New Roman" w:cs="Times New Roman"/>
        </w:rPr>
        <w:t>Upéva pe prueba paha ipahaitépe oñemohuʼãta Ñandejára remikuaa yvypóra ndoikuaáiva. Umi ciento cuarenta y cuatro mil haʼe hína umi ohaʼarõva, ojevýva ha oñembyasýiva sélorupi.</w:t>
      </w:r>
    </w:p>
    <w:p>
      <w:pPr>
        <w:pStyle w:val="ArticleScripture"/>
        <w:jc w:val="left"/>
      </w:pPr>
      <w:r>
        <w:rPr>
          <w:rFonts w:ascii="Times New Roman" w:hAnsi="Times New Roman" w:eastAsia="Times New Roman" w:cs="Times New Roman"/>
        </w:rPr>
        <w:t>Embojoaju pe testimónio, emboty pe léi che remimbo'éra apytépe. Ha che aha'arõta Ñandejárare, omokañýva hova Jacob róga-gui, ha che ama'ẽta hese. Péina ápe, che ha umi mitã Ñandejára ome'ẽ vaekue chéve roĩ techaukaha-rã ha mba'eporã hechapyrãrã Israélpe Ñandejára ipu'akapáva guive, oikóva Sión yvýpe. Isaías 8:16–18.</w:t>
      </w:r>
    </w:p>
    <w:p>
      <w:pPr>
        <w:pStyle w:val="ArticleBody"/>
        <w:jc w:val="left"/>
      </w:pPr>
      <w:r>
        <w:rPr>
          <w:rFonts w:ascii="Times New Roman" w:hAnsi="Times New Roman" w:eastAsia="Times New Roman" w:cs="Times New Roman"/>
        </w:rPr>
        <w:t>Pe período paha ojehecháva hag̃ua tesape oñemotenondéva ángel mbohapyha rehegua ára paha kuérape, oñepyrũ kuri upe pe período ypykue ojehecháva hag̃ua oñepyrũhaguehápe. Oñepyrũ kuri Jesús omopuʼãvo Ipo yvágape ha oikuaaukávo: “ndaiporimoʼãvéima tiempo.” Upéva ojehu kuri 22 jasypa 1844-pe, trompeta 7ha, omomarandúrõ guare pe Jubileo pe ciclo marangatu siete rehegua ñemohuʼãme. Pe ciclo siete ary rehegua, oñembojey siete jey, añetetehápe haʼe kuri cuarenta y nueve ary, térã mokõi su cincuenta ha veinte ára.</w:t>
      </w:r>
    </w:p>
    <w:p>
      <w:pPr>
        <w:pStyle w:val="ArticleBody"/>
        <w:jc w:val="left"/>
      </w:pPr>
      <w:r>
        <w:rPr>
          <w:rFonts w:ascii="Times New Roman" w:hAnsi="Times New Roman" w:eastAsia="Times New Roman" w:cs="Times New Roman"/>
        </w:rPr>
        <w:t>1989 ohechauka “paha ára” pegua peguataha umi cien cuarenta y cuatro mil-pe, ha 1989 avei ohechauka paha umi cien veintiséis ary oñepyrũva’ekue pe pu’aka’ỹme 1863-pe. Pe peguataha umi cien cuarenta y cuatro mil rehegua oñepyrũ “paha ára”pe, peteĩ techaukaha reheve umi “siete tiempos” rehegua, pórke cien veintiséis ha’e peteĩ décima parte docecientos sesenta-gui, ha upéva katu peteĩ mbyte veinticinco ciento veinte-gui.</w:t>
      </w:r>
    </w:p>
    <w:p>
      <w:pPr>
        <w:pStyle w:val="ArticleBody"/>
        <w:jc w:val="left"/>
      </w:pPr>
      <w:r>
        <w:rPr>
          <w:rFonts w:ascii="Times New Roman" w:hAnsi="Times New Roman" w:eastAsia="Times New Roman" w:cs="Times New Roman"/>
        </w:rPr>
        <w:t>Jesús akóinte ohechauka peteĩ mba’e paha peteĩ mba’e ñepyrũ reheve, ha pe ñemongu’e umi cien cuarenta y cuatro mil rehegua ñepyrũ ojehechakuaa va’ekue peteĩ símbolo “siete tiempos” rehegua rupive, péicha avei oiko pe ñemongu’e paha gotyo. Umi ára pe séptimo ánhel ombopuha, jave pe misterio de Dios opa hag̃uáicha, oñepyrũ Apocalipsis capítulo once-pe pe “mbohapy ára mbyte” opa rire. Pe Séptima Trompeta, ha’éva avei pe tercer Ay, ombopu ikõiha nota 7 jasypa 2023-pe, ha ko’ág̃a pe misterio de Dios ohopa hag̃uáicha, he’iháicha ha’e “oikuaauka va’ekue hembiguái kuérape, umi proféta-pe”. Pe ñemongu’e paha ojehechakuaa peteĩ símbolo “siete tiempos” rehegua rupive, péicha avei pe ñepyrũ peteĩchaguaite pe ñemongu’e rehe.</w:t>
      </w:r>
    </w:p>
    <w:p>
      <w:pPr>
        <w:pStyle w:val="ArticleBody"/>
        <w:jc w:val="left"/>
      </w:pPr>
      <w:r>
        <w:rPr>
          <w:rFonts w:ascii="Times New Roman" w:hAnsi="Times New Roman" w:eastAsia="Times New Roman" w:cs="Times New Roman"/>
        </w:rPr>
        <w:t>Paha opaha hag̃ua ára 1798-pe, opa vaekue “umi siete tiempo”, Tupã pochy reino yvategua rehegua; ha Millerita-kuéra ñemongu’e opa jave, umi añetegua ojoajúva “umi siete tiempo” rehe ñemboyke ohechauka pe ñemoĩre 1863-pe. Jesús akóinte ohechauka peteĩ mba’e paha peteĩ mba’e ñepyrũ rupive, ha pe ánhel peteĩha ñemongu’e (Millerita-kuéra), ohechauka pe ánhel mbohapyha ñemongu’e (umi cien cuarenta y cuatro mil). Mokõivéva ñemongu’e oñepyrũ ha opa “umi siete tiempo” reheve. Ndaikatúi rejapo nde akãgui ko’ã mba’e.</w:t>
      </w:r>
    </w:p>
    <w:p>
      <w:pPr>
        <w:pStyle w:val="ArticleBody"/>
        <w:jc w:val="left"/>
      </w:pPr>
      <w:r>
        <w:rPr>
          <w:rFonts w:ascii="Times New Roman" w:hAnsi="Times New Roman" w:eastAsia="Times New Roman" w:cs="Times New Roman"/>
        </w:rPr>
        <w:t>Ko’ápe jajapóta ko ñehesa’ỹijo ñemotenonde hag̃ua pe artíkulo oútavape.</w:t>
      </w:r>
    </w:p>
    <w:p>
      <w:pPr>
        <w:pStyle w:val="ArticleScripture"/>
        <w:jc w:val="left"/>
      </w:pPr>
      <w:r>
        <w:rPr>
          <w:rFonts w:ascii="Times New Roman" w:hAnsi="Times New Roman" w:eastAsia="Times New Roman" w:cs="Times New Roman"/>
        </w:rPr>
        <w:t>“Umi oĩva tembiapoukapy mombyry hag̃uápe ndohova’erãi oñemoambue hag̃ua ko yvy arigua mba’epota rehegua, oñembovy’áva ijehegui ha hepyetereíva ykére, ndaikatúigui ohepyme’ẽ upéva; ha ikatu ramo jepe, Cristo-icha tekoporã ndohejáimo’ãi upéicha ojejapo. Tekotevẽ oñeme’ẽ heta mbo’epy. ‘Mávape piko Ha’e ombo’éta arandu? ha mávape piko ombokatúta oikũmby hag̃ua mbo’epy? umi kámbagui ojepe’áva ha kambuchi ári oĩ haguégui oguejýva. Mbo’epy ningo va’erã mbo’epy ári, mbo’epy mbo’epy ári; línea línea ári, línea línea ári; ko’ápe michĩmi, ha amo michĩmi.’ Péicha Tupã Ñe’ẽ va’erã oñemoĩ mbeguekatu mitãnguéra renondépe ha oñemboguata meme henondépe, túva ha sy Tupã Ñe’ẽ ogueroviáva rupive. ‘Pende jurupy ryrýi ha ñe’ẽ ambuéva rupive Ha’e oñe’ẽta ko tavayguakuérape. Umipe he’i vaekue: Kóva hína pytu’u ikatuhápe pembopytu’u pe kane’õvape; ha kóva hína piro’y: upéicharõ jepe, ndoikuaaséi ohendu. Ha Tupã Ñe’ẽ oiko chuguikuéra hag̃ua mbo’epy mbo’epy ári, mbo’epy mbo’epy ári; línea línea ári, línea línea ári; ko’ápe michĩmi, ha amo michĩmi; ikatu hag̃uáicha oho, ho’a hapykuévo, ojekuaa hag̃ua oñembyaiha, ojepokose hag̃ua chupekuéra, ha ojepokuaa hag̃uáicha.’ Mba’ére piko?—ndojapysakáigui Tupã Ñe’ẽ oguahẽ vaekuére chupekuéra.”</w:t>
      </w:r>
    </w:p>
    <w:p>
      <w:pPr>
        <w:pStyle w:val="ArticleScripture"/>
        <w:jc w:val="left"/>
      </w:pPr>
      <w:r>
        <w:rPr>
          <w:rFonts w:ascii="Times New Roman" w:hAnsi="Times New Roman" w:eastAsia="Times New Roman" w:cs="Times New Roman"/>
        </w:rPr>
        <w:t>“Kóva he’ise umi ndohupytýivape mbo’e, ha katu omomba’éva iñarandu tee, ha oiporavóva omba’apo hag̃ua ijehegui voi hekópe umi iñemoarandu tee reheháicha. Ñandejára ome’ẽ chupekuéra pe prueba, hag̃ua hag̃ua omoĩ hag̃ua hikuái ipuesto oho hag̃ua Hembiapokue rape, térã ombotovévo ha ojapo hag̃ua hekoitépe umi iñemoarandu tee reheháicha, ha upéi Ñandejára ohejáta chupekuéra pe resultado añetépe og̃uahẽ hag̃uáicha. Opavave ñande rape kuérape, opavave ñane rembiapópe Ñandejárape guarã, Ha’e oñe’ẽ ñandéve: ‘Eme’ẽ chéve nde py’a.’ Pe espíritu oñemoĩva guýpe ha ikatúva oñembo’e ha oñembo’e hag̃ua, upéva hína Ñandejára oipotáva. Pe ome’ẽva ñembo’épe imba’eporãite hag̃ua hína pe añetegua ojeheja hag̃ua osẽ peteĩ py’a ohayhúva ha iñe’ẽrendúva guive.”</w:t>
      </w:r>
    </w:p>
    <w:p>
      <w:pPr>
        <w:pStyle w:val="ArticleScripture"/>
        <w:jc w:val="left"/>
      </w:pPr>
      <w:r>
        <w:rPr>
          <w:rFonts w:ascii="Times New Roman" w:hAnsi="Times New Roman" w:eastAsia="Times New Roman" w:cs="Times New Roman"/>
        </w:rPr>
        <w:t>“Ñandejára ojerure heta mbaʼe Itavayguakuérape; haʼekuéra heʼíramo: Ndaikatúi ameʼẽ che pyʼa ajapo hag̃ua ko mbaʼe, upéicharõ Ñandejára oheja chupekuéra toiko hag̃ua tenonderãite iñaranduháramo oimoʼãva rupi, arandu yvagapeguaʼỹre, pe Escritura [Isaías 28:13] oñekumpli peve. Ndovaléi peje: Asegíta Ñandejára ñemoakãrapuʼã peteĩ peve che akãgui oĩ porãhápe, ha upéi pejoko mbarete pene remiandu tee, peñembotovévo pemoheñói hag̃ua pende rekove Ñandejára joguaháicha. Toñeporandu kóva: Kóva piko Ñandejára rembipota? haʼete hag̃uaʼỹre: Kóva piko —– remiandu térã iñemoĩ?”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Pokõiha Po Jurundy hag̃ua peteĩ hag̃ua Sud Número Setenta y Cinco</dc:title>
  <dc:subject>Umi Joja Oñondive Oguerekóva He’iséva: Isaías Marandúgui Umi Revelación Ko’ág̃agua peve</dc:subject>
  <dc:creator>Jeff Pippenger</dc:creator>
  <cp:keywords/>
  <dc:description>Generated by ArticleDigger from daniel\75_daniel.json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