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Papy Poapy peteĩha hag̃ua peteĩ</w:t>
      </w:r>
    </w:p>
    <w:p>
      <w:pPr>
        <w:pStyle w:val="ArticleSubtitle"/>
        <w:jc w:val="left"/>
      </w:pPr>
      <w:r>
        <w:rPr>
          <w:rFonts w:ascii="Arial" w:hAnsi="Arial" w:eastAsia="Arial" w:cs="Arial"/>
        </w:rPr>
        <w:t>Ojehecha hag̃ua pe “revisionismo histórico” Adventismo Laodiceayguápe: Ojehesa’ỹijo pe ñe’ẽjapu “el diario” rehegua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Pe razonamiento oúva mbaʼére guive ipahápe peve ndovaléi mbaʼeverã, pe efecto oñemyesakã vai ramo, ojejapoháicha umi historiadór adventista Laodiceagua ojapo jave ijeheguigua ñeʼẽ guasu umi circunstancia ha umi tekovekuéra rehe oñembojoajúva Conferencia General de 1888 Minneapolis-pe. Pe comentario inspirado ohechauka pe mbaʼe oikóva haʼeha peteĩ jevy pe rebelión Coré, Datán ha Abiram rehegua, oñemombaretéva pe juicio rupive oñemeʼẽvaʼekue chupekuéra oguata hag̃ua pe desiértope cuarenta áño peve omanóramoite. Upe juicioete voi oñemoñeʼẽmavaʼekue Adventismo Laodiceagua rehe.</w:t>
      </w:r>
    </w:p>
    <w:p>
      <w:pPr>
        <w:pStyle w:val="ArticleBody"/>
        <w:jc w:val="left"/>
      </w:pPr>
      <w:r>
        <w:rPr>
          <w:rFonts w:ascii="Times New Roman" w:hAnsi="Times New Roman" w:eastAsia="Times New Roman" w:cs="Times New Roman"/>
        </w:rPr>
        <w:t>Pe ñemoĩ va’ekue oikekuri ñomongeta kañymbykuérape, umi opu’ãva oĩ hag̃uáicha peteĩ pytũ Laodiceagua tuichaitereívape, upéva ojoko hag̃ua chupekuéra ontende hag̃ua Ñandejára oikuaa hague umi ñembosako’i ha pe ñemoĩ ojapóva okẽ mbotypýpe. Koré, Datán ha Abiram okañy haguéicha iñatỹnguérape ha ojapo hag̃ua hikuái iplán ha omyasãi hag̃ua iñemoĩ Moisés rehe, upéicha avei umi karai yma guare 1888 pegua okañy hikuái hóga okẽ mbotypýpe, oñembosako’i hag̃ua Hermana White rehe, ita’ýra rehe ha umi marandu rerahahára ojeporavóvare. Upe guive Hermana White, Jones ha Waggoner oñeñepyrũ va’erã kuri oñembyai hag̃ua.</w:t>
      </w:r>
    </w:p>
    <w:p>
      <w:pPr>
        <w:pStyle w:val="ArticleBody"/>
        <w:jc w:val="left"/>
      </w:pPr>
      <w:r>
        <w:rPr>
          <w:rFonts w:ascii="Times New Roman" w:hAnsi="Times New Roman" w:eastAsia="Times New Roman" w:cs="Times New Roman"/>
        </w:rPr>
        <w:t>Pe Adventísmo rembiasakue irundy ñemoñare oñembotuichave ohóvo iñembopy’arope, Ezequiel aranduka kapítulo ocho ohechaukaháicha. Ta’angamýi kotykuéra, tupão yvy arigua ryepýpe ha tapicha rekove-tupão ryepýpe, oñemoĩ mbarete va’ekue tembiapo vai ha mba’e ñañeimagina vai rehe; ha espiritismo oguapy umi kuimba’e yma guare ári, oñemoĩ va’ekue tavayguakuérape oñangareko hag̃ua. Oguahẽ mboyve 1888, umi kuimba’e yma guare mokõivéva omosarambi ñemongy’a Biblia pokatu rehe, ha upéi Espíritu de Profecía rehe avei; ha ary 1884-pe, umi visión abierta opyta. Kellogg espiritismo panteísta oñepyrũ oike pe tembiasakue 1888 mboyvegua ryepýpe, ha 1888 omarka pe mokõiha ñemoñare oguahẽha. Ikatu Adventista rembiasakuehaihára kuéra nohaikuaái térã ndoregistra porãiri pe testimonio histórico añetéva pe ñembyatyhápe ojehechaukáva ñembopy’aro rehegua; hákatu inspiración he’iháicha, umi Watchers yvagagua “ohendu opa ñe’ẽ ha ohairegistra” umi “ñe’ẽ yvágape kuatiañe’ẽnguérape”.</w:t>
      </w:r>
    </w:p>
    <w:p>
      <w:pPr>
        <w:pStyle w:val="ArticleBody"/>
        <w:jc w:val="left"/>
      </w:pPr>
      <w:r>
        <w:rPr>
          <w:rFonts w:ascii="Times New Roman" w:hAnsi="Times New Roman" w:eastAsia="Times New Roman" w:cs="Times New Roman"/>
        </w:rPr>
        <w:t>Pe rebelión ojehechaukáva Ezequiel “ta’ãngamýi koty ñemi” rupive, ohechauka peteĩ ñorairõ añeteguáva umi fundamento teetéva rehe. Ohechauka peteĩ ñorairõ profetísa ha umi mensahéro poravopyre rehe, ha ombojekuaa espiritualismo og̃uahẽha. Upe generación-pe, pe ótro ñorairõ guasu oútava kuri Satanás rupi, ojapo hag̃ua William Miller fundamento-kuéra añetetéva rehe.</w:t>
      </w:r>
    </w:p>
    <w:p>
      <w:pPr>
        <w:pStyle w:val="ArticleBody"/>
        <w:jc w:val="left"/>
      </w:pPr>
      <w:r>
        <w:rPr>
          <w:rFonts w:ascii="Times New Roman" w:hAnsi="Times New Roman" w:eastAsia="Times New Roman" w:cs="Times New Roman"/>
        </w:rPr>
        <w:t>Miller omopyenda vaʼekue opa hembiporu profético ñemohendapy rehe pe entendimiento ári mokõi mbarete ohundiha, oñemombeʼúva Daniel kapítulo ocho, versículo trece-pe, ohechauka hague paganismo, upéi papalismo. Áño 1901-pe, Lewis Conradi, peteĩ tendota adventismo laodicensepegua Alemania-pe, omoingejey pe ñemoarandu protestante hoʼáva, heʼíva “pe ára ha ára” pe kuatiañeʼẽ Daniel-pe ohechauka hag̃ua Cristo rembiapo pe santuario-pe.</w:t>
      </w:r>
    </w:p>
    <w:p>
      <w:pPr>
        <w:pStyle w:val="ArticleBody"/>
        <w:jc w:val="left"/>
      </w:pPr>
      <w:r>
        <w:rPr>
          <w:rFonts w:ascii="Times New Roman" w:hAnsi="Times New Roman" w:eastAsia="Times New Roman" w:cs="Times New Roman"/>
        </w:rPr>
        <w:t>1888-pe guive Minneapolis aty rire oikóva tembiasakue ára pukukue jave, pohã rapykuéri omyakãva espiritismo okakuaave ohóvo, ha mburuvichakuéra apytépe ojejuehegui ñemomombyry osegi, Jones ha Waggoner marandu ojepe’ávo guare rembiapo vai osegi oheja hag̃ua ipochyry. Aravo pyahu ñepyrũme, W. W. Prescott, peteĩ Adventista Laodiceagua mburuvicha, ohupyty va’ekue teología rehegua mboajepyréva protestantismo apóstata mbo’ehao kuéragui, ogueraha Satanás ao hag̃ua hag̃ua omokyre’ỹ Conradi remiandu “pe ára ha ára” rehegua, ha tapiaite oikoháicha “ipu’akáva kuéra ohai tembiasakue.”</w:t>
      </w:r>
    </w:p>
    <w:p>
      <w:pPr>
        <w:pStyle w:val="ArticleBody"/>
        <w:jc w:val="left"/>
      </w:pPr>
      <w:r>
        <w:rPr>
          <w:rFonts w:ascii="Times New Roman" w:hAnsi="Times New Roman" w:eastAsia="Times New Roman" w:cs="Times New Roman"/>
        </w:rPr>
        <w:t>Umi ánhel marangatu ohai pe tembiasakue añeteguáva, péro pe Adventísmo laodicense omoheñói peteĩ ñemoĩha tembiasakue rehegua pe ñorairõme oñemboykéva rupi pe entendimiento milleríta rehegua “memegua” rehe, upéva oheja hag̃ua oimeraẽva umi “ndoikuaáivape” Adventísmo laodicense-pe oguerovia hag̃ua pe definición “memegua” rehegua, pe Hermana White he’iva’ekue ouha “umi ánhel yvágagui oñemosẽ vaʼekuegui”, ha’eha añetehápe peteĩ doctrina añeteguáva. Siglo veinte ñepyrũme W. W. Prescott otenonde omoheñóivo peteĩ kuatiañe’ẽ oñehenóiva The Protestant. Pe kuatiañe’ẽ pyenda tuichakue ha’eva’ekue ombo’e hag̃ua pe entendimiento Miller rehegua “memegua” rehe ndoikóiha, ha pe protestantísmo apóstata, moõguipa ha’e ohupytykuri iñemoarandu teológico rehegua mboaje, oĩ porãha ome’ẽvo peteĩ símbolo satanico Cristo-pe. Upe tembiasakuepe A. G. Daniells (Presidente de la Conferencia General) ombojoaju imbaretekuéra Prescott ndive pe ataque satánico añeteguáre, jepe Sister White omoneĩhague directamente pe perspectiva Miller rehegua “memegua” rehe hekopete hag̃ua.</w:t>
      </w:r>
    </w:p>
    <w:p>
      <w:pPr>
        <w:pStyle w:val="ArticleScripture"/>
        <w:jc w:val="left"/>
      </w:pPr>
      <w:r>
        <w:rPr>
          <w:rFonts w:ascii="Times New Roman" w:hAnsi="Times New Roman" w:eastAsia="Times New Roman" w:cs="Times New Roman"/>
        </w:rPr>
        <w:t>“Ñandejára ohechauka chéve pe carta 1843 guaréva ojejapo hague ipópe ha'e ojapoukávape, ha ndaikatuiha oñemoambue mba'eve ichugui; umi papapykuéra oĩ hague ha'e oipotaháicha. Ipógui oĩ hague ári ha omokañy peteĩ jejavy amoĩva umi papapy apytépe, ikatu hag̃uáicha avave ndohechái, peve ipó ojepe'a meve.</w:t>
      </w:r>
    </w:p>
    <w:p>
      <w:pPr>
        <w:pStyle w:val="ArticleScripture"/>
        <w:jc w:val="left"/>
      </w:pPr>
      <w:r>
        <w:rPr>
          <w:rFonts w:ascii="Times New Roman" w:hAnsi="Times New Roman" w:eastAsia="Times New Roman" w:cs="Times New Roman"/>
        </w:rPr>
        <w:t>“Upéi ahecha pe ‘Sapy’ rehegua, pe ñe'ẽ ‘sacrificio’ yvypóra arandu rupive oñemoĩhague, ha ndaha'éiha pe texto pegua; ha Ñandejára ome'ẽ hague hesegua jehechakuaa hekopete umi ome'ẽ va'ekuépe pe ára juicio sapukái. Oĩrõ guare joaju, 1844 mboyve, haimete maymáva oĩ joajúpe pe jehecha hekopete rehe pe ‘Sapy’ rehe; ha 1844 guive, pe jepy'apy ha sarambi apytépe, ambue jehecha oñemoneĩ, ha pytũ ha sarambi ou hapykuéri.” Review and Herald, November 1, 1850.</w:t>
      </w:r>
    </w:p>
    <w:p>
      <w:pPr>
        <w:pStyle w:val="ArticleBody"/>
        <w:jc w:val="left"/>
      </w:pPr>
      <w:r>
        <w:rPr>
          <w:rFonts w:ascii="Times New Roman" w:hAnsi="Times New Roman" w:eastAsia="Times New Roman" w:cs="Times New Roman"/>
        </w:rPr>
        <w:t>Prescott ha Daniells opuʼãrõ guare pe añeteguáre “the daily” rehe, Prescott ha Daniells ohechauka kuri peteĩ opinión michĩvéva ko mbaʼére; ha pe aty guasu aja, Sister White ñeʼẽmondo umi mokõivévape g̃uarã haʼe kuri tokirirĩ, jepe heʼi hag̃ua upéva peteĩ ñeʼẽme’ẽ ivevúivape, haʼetéva “kirirĩme oĩ pende arandu.” Oñemoñeʼẽrõ guare chupekuéra pe ijehechakuaa javy rehe, avei omombaʼeguasu pe tema “the daily” rehegua ndojejapói hag̃ua chugui peteĩ porandu-ñehaʼãrã. Umi histórico revisionista-kuéra, pe revisionismo haʼéva peteĩ método histórico oñeʼemeʼẽva oñepyrũ hague pe orden jesuita Iglesia Católica-pe, oipuru hikuái iñeʼẽnguéra “the daily” ndojejapói hag̃ua peteĩ porandu-ñehaʼãrã, ikatu hag̃uáicha ojoko peteĩ evaluación hekopeteva pe doctrina rehegua. Haʼekuéra ombohovái vai iñeʼẽnguéra, pórke tapiaite oheja rei pe mbaʼe haʼe omboʼe jave ani hag̃ua oñemyakãratĩ pe tema “the daily” rehegua, haʼe akóinte omyesakã iñeʼẽnguéra ñeʼẽnguéraichagua ndive, haʼetéva “ko tiempo-pe,” térã “koʼág̃agua circunstancia-kuéra guýpe.”</w:t>
      </w:r>
    </w:p>
    <w:p>
      <w:pPr>
        <w:pStyle w:val="ArticleBody"/>
        <w:jc w:val="left"/>
      </w:pPr>
      <w:r>
        <w:rPr>
          <w:rFonts w:ascii="Times New Roman" w:hAnsi="Times New Roman" w:eastAsia="Times New Roman" w:cs="Times New Roman"/>
        </w:rPr>
        <w:t>Maranduhára kuñáramo, ha’e oñeha’ãkuri ojoko hag̃ua peteĩ ñembyaty vai okakuaáva, oĩmava tuichaiterei hag̃ua omboja’o hag̃ua pe iglesia tuichakue, peteĩ michĩva tapichakuéra apytégui oimo’ãva, mburuvichakuéra rupi, oguerekoha pokatu omotenonde hag̃ua opa mba’e ha’ekuéra odesidíva añeteguáramo. Ha pe Ñandejára, hembiapo rupive, ojoko pe Satanás rembiapo ani hag̃ua osẽ oho mombyry, peve ha’e omano. Upéi, ary 1931-pe, oñepyrũ jey peteĩ ñeha’ã pyahu ojejahéi hag̃ua pe añetegua “pe ára ha ára” rehegua, ha ipahápe upéva oñemoañete. Ko árape pe comprensión añeteguáva pe “pe ára ha ára” he’isévare ha’e pe entendimiento peteĩ michĩva rehegua Adventísmo Laodicéape, ha umi circunstancia ko’ág̃agua guýpe, “pe ára ha ára” ha’e ko’ág̃a katuete peteĩ porandu prueba rehegua.</w:t>
      </w:r>
    </w:p>
    <w:p>
      <w:pPr>
        <w:pStyle w:val="ArticleBody"/>
        <w:jc w:val="left"/>
      </w:pPr>
      <w:r>
        <w:rPr>
          <w:rFonts w:ascii="Times New Roman" w:hAnsi="Times New Roman" w:eastAsia="Times New Roman" w:cs="Times New Roman"/>
        </w:rPr>
        <w:t>Pe opinión hetave oguerekórõ guare pe entendimiento añetegua, ndaha’éi vaʼekue peteĩ prueba; ha katu oimeraẽ añeteguáva oñemyesakã javy ramo, upévare upérõ oiko peteĩ prueba. Upe aty manuscrito-kuéra rehegua hérava *Manuscript Releases* oñemoherakuã rire ary 1980 rupi, térã hi’aguĩhápe, upérõ ojekuaa peteĩ artículo ha’éva peteĩchaite hesakã porã iñemoĩ hag̃ua Prescott ha Daniells remiandu rehe “the daily” rehe, ha’éichaite avei iñemoneĩ Miller remiandu rehe.</w:t>
      </w:r>
    </w:p>
    <w:p>
      <w:pPr>
        <w:pStyle w:val="ArticleScripture"/>
        <w:jc w:val="left"/>
      </w:pPr>
      <w:r>
        <w:rPr>
          <w:rFonts w:ascii="Times New Roman" w:hAnsi="Times New Roman" w:eastAsia="Times New Roman" w:cs="Times New Roman"/>
        </w:rPr>
        <w:t>“Ko etapa ko’ẽme ñande jeikove rehegua ndajahejava’erãi ñande apytuʼũ ojegueraha hag̃ua mombyry pe tesape especial oñemeʼẽ vaʼekue [ñandéve] jahecha hag̃ua pe aty guasúpe ñane conferenciapegua. Ha upépe oĩkuri pe hermano Daniells, ha iapytuʼũme pe enemigo ombaʼapo hína kuri; ha nde apytuʼũ ha anciano Prescott apytuʼũme avei ombaʼapo hína kuri umi ánhel ojemosẽ vaʼekue yvágagui. Satanás rembiapo vaʼekue hína ojere hag̃ua pende apytuʼũkuéra ani hag̃ua peñemoĩ pe tesape rehe, ha hag̃ua umi detalle michĩva oñemoingue pype, umi mbaʼe Ñandejára ndopenái vaʼekue peẽme pegueru hag̃ua. Umi mbaʼe ndahaʼéi vaʼekue tekotevẽtéva. Péro kóva heʼise heta mbaʼe añetegua káusape g̃uarã. Ha pende apytuʼũme oguahẽva umi idea, peẽ pejeheja ramo pejegueraha hag̃ua umi detalle michĩvape, upéva haʼe peteĩ tembiapo Satanás oikuaaukáva. Pemohenda porã hag̃ua umi mbaʼe michĩva umi aranduka ojehaívaʼekuépe, peẽ peimoʼã ikatu hag̃uáicha pejapo peteĩ tembiapo tuicha. Péro chéve oñekarga: Kirirĩ haʼe ñeʼẽkuaa.”</w:t>
      </w:r>
    </w:p>
    <w:p>
      <w:pPr>
        <w:pStyle w:val="ArticleScripture"/>
        <w:jc w:val="left"/>
      </w:pPr>
      <w:r>
        <w:rPr>
          <w:rFonts w:ascii="Times New Roman" w:hAnsi="Times New Roman" w:eastAsia="Times New Roman" w:cs="Times New Roman"/>
        </w:rPr>
        <w:t>“Che a’e ha’e va’erã, Peheja peneñe’ẽ vai vai. Kóva ñemoĩmbyrã aña rehegua ikatu hag̃uáicha oñemboguata, upéicharõ peẽme g̃uarã ojehechauka pende rembiapo ojehecharamoitereitaha iñemoheñóipe. Ha’e va’ekue enemigo rembiaporã ogueru hag̃ua opa umi mba’e oñeimo’ãva iñañáva, umi opaichagua apytu’ũ ndoguerojeroviái peteĩchahápe hag̃ua.”</w:t>
      </w:r>
    </w:p>
    <w:p>
      <w:pPr>
        <w:pStyle w:val="ArticleScripture"/>
        <w:jc w:val="left"/>
      </w:pPr>
      <w:r>
        <w:rPr>
          <w:rFonts w:ascii="Times New Roman" w:hAnsi="Times New Roman" w:eastAsia="Times New Roman" w:cs="Times New Roman"/>
        </w:rPr>
        <w:t>—Ha upéi mbaʼe? Ojehupytyta pe tembiapo voi oguerohorýva Aña. Oñemeʼẽta umi okapeguápe peteĩ taʼanga ndahaʼéiva ñande jerovia rehegua, ha katu pe añetegua oĩporãtava chupekuéra, ha upéva omongakuaáta tekokuaa reko oguerútava tuicha ñemyangekói ha omoñembyatyta umi aravo órova, tekotevẽva ojepuru kyreʼỹme oñemoĩ hag̃ua pe marandu guasu tavayguakuéra renondépe. Umi ñemyesakã ojejapóva oimeraẽ mbaʼe rehe, ñande ñambaʼapóhaguére hese, ndaikatúi opavave oñondive ojoaju porã, ha umi ipaháva haʼéta omboapañuãiva umi ojeroviáva ha umi ndogueroviáivape akã. Kóva voi hína pe mbaʼe Satanás ombosakoʼi vaʼekue oiko hag̃ua—oimeraẽ mbaʼe ikatúva oñembotuicha hag̃ua peteĩ joavyramo.</w:t>
      </w:r>
    </w:p>
    <w:p>
      <w:pPr>
        <w:pStyle w:val="ArticleScripture"/>
        <w:jc w:val="left"/>
      </w:pPr>
      <w:r>
        <w:rPr>
          <w:rFonts w:ascii="Times New Roman" w:hAnsi="Times New Roman" w:eastAsia="Times New Roman" w:cs="Times New Roman"/>
        </w:rPr>
        <w:t>“Elee Ezequiel, capítulo 28. Koʼág̃a, koʼápe oĩ peteĩ tembiapo tuichaitereíva, upépe umi espíritu extraño ikatu ojehechauka. Ha Ñandejára oguereko peteĩ tembiapo ojejapóvaʼerã oñesalva hag̃ua umi ánga ojehundi hag̃uápe; ha umi tenda Satanás, oñemokañývo ambueicha, ikatúva oike omyenyhẽ hag̃ua, oguerúvo ñembotavy ñande aty ryepýpe, haʼe ojapóta iporã hag̃uáichaite, ha opa umi michĩmi joavy oñembotuichavéta, ojehechaukavéta hag̃ua.”</w:t>
      </w:r>
    </w:p>
    <w:p>
      <w:pPr>
        <w:pStyle w:val="ArticleScripture"/>
        <w:jc w:val="left"/>
      </w:pPr>
      <w:r>
        <w:rPr>
          <w:rFonts w:ascii="Times New Roman" w:hAnsi="Times New Roman" w:eastAsia="Times New Roman" w:cs="Times New Roman"/>
        </w:rPr>
        <w:t>“Ha cheve ojechauka ñepyrũmby guive Ñandejára ndojapói hague ni umi Mbo’ehára Daniells ni Prescott-pe ko tembiapo pohýi guasúpe g̃uarã. Oñemoingéramo Satanás rembipuru ñembotavy, ha ko “Ára ha ára” oiko ramo mba’e tuichaitéva oñemoingévo hag̃ua oñembopy’a apytĩ hag̃ua umi akãnguéra ha ojokóvo tembiapo ñemotenonde ko ára iñimportánteva jave? Ndovaléi upéva, taha’e ha’éva. Ko mba’e noñemoingéi va’erã, pórke pe espíritu oñemoingétava oiméta ojokóva, ha Lucifer oma’ẽ porã opaite ñemongu’ére. Umi tembiguái satanás guigua oñepyrũta hembiapo, ha ñembyai ha sarambi oñemoingéta ñande atykuérape. Nde ndereguerekói ñehenói rehapykueho hag̃ua pe joavy ñe’ẽme’ẽ rehegua ndaha’éiva porandu ñeporanduha; nde kirirĩ katu ñe’ẽkuaa hína. Che aikuaa porãite ko mba’e tuichakue javeve. Pe aña ikatúrire ombohyru peteĩva jepe ñande rehegua ko’ã mba’épe, hembipota hag̃uáicha, Satanás rembiapo osẽ porãta. Ko’ág̃a tembiapo pya’e’ỹre oñepyrũ va’erã, ha ani oñemyasãi mba’eveichagua joavy ñe’ẽme’ẽ rehegua.”</w:t>
      </w:r>
    </w:p>
    <w:p>
      <w:pPr>
        <w:pStyle w:val="ArticleScripture"/>
        <w:jc w:val="left"/>
      </w:pPr>
      <w:r>
        <w:rPr>
          <w:rFonts w:ascii="Times New Roman" w:hAnsi="Times New Roman" w:eastAsia="Times New Roman" w:cs="Times New Roman"/>
        </w:rPr>
        <w:t>“Satana omokyre’ỹta umi kuimba’e osẽ vaekuépe ñande apytégui oñembojoaju hag̃ua ángel aña ndive ha ombotapykue hag̃ua ñane rembiapo porandu mba’e’ỹre, ha mba’eichaitépa ovy’áta upéva enemigo táva’ípe. Peñombyaty, peñombyaty. Toñeñotỹ opaichagua joavy. Ko’ág̃a ñane rembiapo hína ñame’ẽmba hag̃ua opa ñande retepy mbarete ha apytu’ũ kangue nervio rehegua ko’ã joavy ñambohasapa hag̃ua tape’águi, ha opavave tañemoĩ peteĩ ñe’ẽme. Satana ikatúrire, iñarandu guasu noñemomarangatúivape, ohejáramo oñemboguata hag̃ua michĩmi jepe, [ovy’áta].”</w:t>
      </w:r>
    </w:p>
    <w:p>
      <w:pPr>
        <w:pStyle w:val="ArticleScripture"/>
        <w:jc w:val="left"/>
      </w:pPr>
      <w:r>
        <w:rPr>
          <w:rFonts w:ascii="Times New Roman" w:hAnsi="Times New Roman" w:eastAsia="Times New Roman" w:cs="Times New Roman"/>
        </w:rPr>
        <w:t>“Koʼág̃a, ahechávo mbaʼéichapa rembaʼapo, che akã oikuaa porã pe tekópaite ha umi mbaʼe osẽtava, reho hag̃ua tenondépe ha remeʼẽ hag̃ua umi tapicha ñandehegui ojei vaʼekuépe jepe pe michĩvéva paʼũ ogueru hag̃ua ñembyasy ñande aty ryepýpe. Nde aranduʼỹ reiko vaʼerãmoʼã kuri pe Satanás oipotaháichaite. Nde ñeʼẽhatã rerekóva ndahaʼéi Espíritu Santo ñeñandu rupive. Che amyesakãkuri ndéve hag̃ua haʼe hag̃ua ndéve ne rembojavyha, reheka rupi jejavy kuéra umi kuatiajehai kuimbaʼekuéra rehegua oñemboguata vaʼekue Tupã rupive, ndahaʼeiha Tupã omoingove vaʼekue. Ha koʼãramo kóva haʼe pe arandu Elder Daniells omeʼẽséva tavayguakuérape, ani hag̃uáichaite peẽ pemeʼẽ chupe peteĩ tenda oficial, ndaikatúigui ombojoaju kuaa mbaʼe rapykueri ha ipahápe oúva. Nde kirirĩ ko mbaʼe rehegua haʼe nde arandu. Koʼág̃a, opa mbaʼe ojoguáva jejavy jehekápe umi kuatiañeʼẽ osẽva kuimbaʼe ndoikovéimavape guare, ndahaʼéi tembiapo Tupã omeʼẽva peẽme pejapo hag̃ua. Pórke koʼã kuimbaʼe—Elders Daniells ha Prescott—omoirũ rire vaʼerãmoʼã pe ñeʼẽmondo oñemeʼẽ vaʼekue tavaguasu kuérape oñembaʼapo hag̃ua, heta, hetaiterei, oñekonvense vaʼerãmoʼã kuri pe añetegua rehe ha oñekonverti vaʼerãmoʼã avei, kuimbaʼe ikatupyrýva, umi [koʼág̃a] oĩva tenda kuérape arakaʼeve ndojehupytymoʼãi hag̃ua.”</w:t>
      </w:r>
    </w:p>
    <w:p>
      <w:pPr>
        <w:pStyle w:val="ArticleScripture"/>
        <w:jc w:val="left"/>
      </w:pPr>
      <w:r>
        <w:rPr>
          <w:rFonts w:ascii="Times New Roman" w:hAnsi="Times New Roman" w:eastAsia="Times New Roman" w:cs="Times New Roman"/>
        </w:rPr>
        <w:t>“Opaite yvy ape ári ojehechava’erã peteĩ tuicha familia ramo. Ha peẽ perekóramo koichagua ykua tuicháva arandu rehegua pégui peguenohẽ hag̃ua, mba’ére peya ko yvy ape ári ojehundi hag̃ua heta áño aja umi testimonio Ñandejára Jesucristo ome’ẽ vaekue reheve? Pe religión añeteguáva ñanembo’e jahecha hag̃ua mayma kuimba’e ha kuña peteĩ tapicha ramo ikatuhápe jajapo chupekuéra iporãva.”</w:t>
      </w:r>
    </w:p>
    <w:p>
      <w:pPr>
        <w:pStyle w:val="ArticleScripture"/>
        <w:jc w:val="left"/>
      </w:pPr>
      <w:r>
        <w:rPr>
          <w:rFonts w:ascii="Times New Roman" w:hAnsi="Times New Roman" w:eastAsia="Times New Roman" w:cs="Times New Roman"/>
        </w:rPr>
        <w:t>“Kóva oĩma kuatiañe’ẽme heta áñoma: ‘Peteĩ Akã peteĩchapa oĩva’, peteĩ testimónio Elder Andrews-pe g̃uarã. Pe akã ikatu oñembokatupyry oiko hag̃ua peteĩ pu’aka oikuaa hag̃ua araka’e oñeñe’ẽ va’erã ha mba’e pohýi oñemopu’ãva’erã ha oñegueraháva’erã, Cristo niko nde Mbo’ehára. Ha akyhyje eterei nderehe [ahechávo ndéve] remomba’eguasúvo ne arandu ha reseguívo peteĩ tape oguerúva hag̃ua joavy opiñõme. Ñandejára ohenói kuimba’e arandu ikatúva oguereko hag̃ua ikirirĩha arandu ramo chupekuéra ojapo hag̃ua upéva. Reikose ramo reiko peteĩ kuimba’e kompleto ramo, reikotevẽ ñembosanto Jesucristo rupive. Ko’ág̃a oĩ peteĩ tembiapo oñepyrũmíva añoite, ha tojehecha arandu opa ministeriópe, opa presidente conferencia-[pe]gua ryepýpe. Péro ko’ápe oĩ peteĩ tembiapo ndéve g̃uarã reñepyrũ hag̃ua hese heta áño guive, upe reñeikotevẽ haguépe remopu’ã nde ñe’ẽ ko tembiapoite rehehápe. Cristo ome’ẽ opa Itavayguápe mbo’esyry ñembo’eve’ẽ porãite mba’épa ojapova’erã hikuái ha umi mba’e ndajajapói va’erã. Ha sa’i aravoite hemby ñandéve ñamba’apo hag̃ua Ñandejára tekojoja rehe. Nde ikatu reikuaa Ñandejára rape. Ahecha ne rembipota regueraha hag̃uáicha umi mba’e ndejeheguínte remohendava’ekueicha, rire remoĩ rire nde rehe presidente ramo. Reimo’ã va’ekue rejapotaha mba’e hechapyrãva, upéva ha’éta peteĩ tembiapo Tupã ndoĩri va’ekue nde pópe rejapo hag̃uáicha. Ko’ág̃a, ne rembiapo ndaha’éi rejopy hag̃ua, síno resãso hag̃ua opa tekotevẽ ikatuháicha Ñandejára ne moneĩramo reservi hag̃ua. Péro pyhareve guive voi rehechauka kuri arandu ha juicio oñembosantifikáva ndojehechaukái hague nde rehe. Remyasãi sapy’ánte umi mba’e ndaikatumo’ãi hag̃uáicha oñemoneĩ, Ñandejára ome’ẽ’ỹramo tesakã.”</w:t>
      </w:r>
    </w:p>
    <w:p>
      <w:pPr>
        <w:pStyle w:val="ArticleScripture"/>
        <w:jc w:val="left"/>
      </w:pPr>
      <w:r>
        <w:rPr>
          <w:rFonts w:ascii="Times New Roman" w:hAnsi="Times New Roman" w:eastAsia="Times New Roman" w:cs="Times New Roman"/>
        </w:rPr>
        <w:t>“Ojehekombo’e va’ekue chéve ko’ã ñemongu’e pya’eterei nojejapói va’erãmo’ã hague, taha’e pene poravóvo peñemoĩ hag̃ua presidente ramo pe conferencia-pe, ni peteĩ áño ambuépe jepe. Ha Ñandejára nomoneĩvéi ko’ãichagua tembiapo pya’eterei ojapo hag̃ua, pe mba’e noñemoĩ mboyve Ñandejára renondépe ñembo’épe; ha ndéve oguahẽma hague pe marandu omombe’úva tembiapo Ñandejára rehegua oĩva presidente ári ha’eha peteĩ tembiaporã tuichaitereíva ha marangatuetéva, ndereguerekói kuri derecho moral reñepyrũ hag̃uáicha repu’ã mbarete upe “Daily” rehegua mba’ére, ha reikuaa hag̃uáicha ne influencia ombohováita pe porandu. Oĩkuri anciano Haskell, ogueraháva’ekue umi tembiapo pohýi, ha oĩ anciano Irwin ha heta kuimba’e ambue ikatúva amombe’u, oguerekóva umi tembiapo pohýi.”</w:t>
      </w:r>
    </w:p>
    <w:p>
      <w:pPr>
        <w:pStyle w:val="ArticleScripture"/>
        <w:jc w:val="left"/>
      </w:pPr>
      <w:r>
        <w:rPr>
          <w:rFonts w:ascii="Times New Roman" w:hAnsi="Times New Roman" w:eastAsia="Times New Roman" w:cs="Times New Roman"/>
        </w:rPr>
        <w:t>—Moõpa peẽme penembojerovia’y vaʼekue umi kuimbaʼe hiʼarivevape? Mbaʼe autorida piko peiporu kuaa vaʼerã raʼe peʼykeʼỹre opa umi kuimbaʼe oguerekóva tembiapo pohýi pehecha hag̃ua ko mbaʼe? Péro koʼág̃a tañamyesakã ko mbaʼe. Koʼág̃a tekotevẽ jajepyʼamongeta jeýta hag̃ua, umi tembiapo oñemboykéva renondépe, peẽ pehechaukávo pene kyreʼỹ pemotenonde hag̃ua pe tembiapo peteĩ aryve, tahaʼe piko upéva Ñandejára juicio. Pejoguerekóramo pe tembiapo peteĩ aryve, umi pytyvõrã oñondive hag̃ua pende ndive rupive, tekotevẽta oiko peteĩ ñemoambue pende pype ha Elder Prescott pype. Ha peñemomirĩ pene korasõme Ñandejára renondépe. Ñandejára ohecha vaʼerã pende pype peteĩ jeikove hag̃ua ambuéva jehechauka, mbaʼérepa, oĩrõ guare kuimbaʼe oikotevẽva oñekonverti jeývo ko árape, upéva hína Elder Daniells ha Elder Prescott.</w:t>
      </w:r>
    </w:p>
    <w:p>
      <w:pPr>
        <w:pStyle w:val="ArticleScripture"/>
        <w:jc w:val="left"/>
      </w:pPr>
      <w:r>
        <w:rPr>
          <w:rFonts w:ascii="Times New Roman" w:hAnsi="Times New Roman" w:eastAsia="Times New Roman" w:cs="Times New Roman"/>
        </w:rPr>
        <w:t>“Porundy kuimba’e toiporavova’erã, ha’e hag̃ua kuimba’e arandu ha Tupã gracia rembiapópe [ome’ẽ] hag̃ua techaukaha peteĩ jevyjeyrãgui. Oimérõ guáicha kuimba’e oñembotavyeterei ha ndaikatúi oñemoĩ porã mba’érehegui mba’épe, omboykévo umi kuimba’e oguerovahague pe tembiapo rembiaporã ha umi konferénsia mburuvicha, [ha] umi kuimba’e [o]guerojáva pe tembiapo hetave mokõi ary-gui noñemomba’evéiri ha upéicha peteĩ tapicha py’arasy guive osẽ peteĩ mba’e vaiete, kuimba’e kuéra oheja hag̃uáicha pe tembiapo voi oñemoĩva’ekue henondépekuéra heta ary pukukue—pe tembiapo táva guasukuérape—ha ndaipóri, térã michĩeterei, ñangareko umi tuja kuimba’ére consejo rehehápe, ha upéi omyasãimínte umi mba’e ha’ekuéra oiporavóva ome’ẽ hag̃ua tavayguakuérape, upéva voi ohechauka porã mba’éichapa ndaikatui hag̃uáicha ojerovia umi kuimba’ére oñeme’ẽ hag̃ua chupekuéra ko tembiapo tuicha ha hechapyrãva.”</w:t>
      </w:r>
    </w:p>
    <w:p>
      <w:pPr>
        <w:pStyle w:val="ArticleScripture"/>
        <w:jc w:val="left"/>
      </w:pPr>
      <w:r>
        <w:rPr>
          <w:rFonts w:ascii="Times New Roman" w:hAnsi="Times New Roman" w:eastAsia="Times New Roman" w:cs="Times New Roman"/>
        </w:rPr>
        <w:t>“Cristo ndaha’éi omano. Araka’eve nohejáimo’ãi ojegueraha hag̃ua Hembiapo ko tape ñepyrũmby’ỹicha. Peheja umi lívro oĩ hag̃uáicha. Oĩramo tekotevẽha ojejapo peteĩ ñemoambue, Tupã oguerekóta upe ñemoambuépe peteĩ joaju oĩporãva hendive; ha peteĩ marandu oñeme’ẽ rire kuimba’épe umi tembiaporã tuicháva reheve, [Tupã] ojerure jerovia hag̃uáicha omba’apótava mborayhú rupive ha omopotĩva ánga. Karai Daniells ha Prescott mokõivéva oikotevẽ oñekonverti jey. Oike peteĩ tembiapo iñypytũva, ha ndaha’éi peteĩ mba’e ojoajúva pe tembiapo Cristo ou va’ekue ko ñande yvy ape ári ojapo hag̃ua rehe; ha opa umi añetehápe oñekonvertíva ojapóta Cristo rembiapo.”</w:t>
      </w:r>
    </w:p>
    <w:p>
      <w:pPr>
        <w:pStyle w:val="ArticleScripture"/>
        <w:jc w:val="left"/>
      </w:pPr>
      <w:r>
        <w:rPr>
          <w:rFonts w:ascii="Times New Roman" w:hAnsi="Times New Roman" w:eastAsia="Times New Roman" w:cs="Times New Roman"/>
        </w:rPr>
        <w:t>“Opaite ñambaʼapo hag̃ua pe tembiapo ombotuicháva Túvape. Jahupyty pe apañuãig̃uasupe: térã ñambojoja Jesucristo rekokatu rehe ñande rekove ko aravo ñembosakoʼihápe, térã ani hag̃ua jañehaʼã. Karai Daniells, nde ndereñeñanduivaʼerã reimeha sãso hag̃uáicha rehendu hag̃ua nde ñeʼẽ yvatehápe, rejapo haguéicha ambue hendáicha koʼãichagua circunstancia-pe. Ha peikuaa, peteĩ conferencia mburuvicha ndahaʼéi peteĩ oisãmbyhýva guasu. Ombaʼapo joajúpe umi kuimbaʼe arandu ndive oĩva mburuvicha-kuéra rendápe, umívape Ñandejára omoneĩ vaʼekue. Haʼe ndorekói sãso ojepokuaa hag̃ua umi jehaipyre oĩva lívro kuéra oñembokuatiáva-pe, osẽva umi plúma kuéragui Ñandejára omoneĩ vaʼekue. Umíva ndoguerekovéima hag̃ua pokatu, ndokuaaukáiramo saʼive pe puʼaka mburuvicha ha ojopy hag̃ua oiporúva. Pe apañuãig̃uasu oguahẽma, Ñandejára oñemotĩguáicha hag̃uére.”</w:t>
      </w:r>
    </w:p>
    <w:p>
      <w:pPr>
        <w:pStyle w:val="ArticleScripture"/>
        <w:jc w:val="left"/>
      </w:pPr>
      <w:r>
        <w:rPr>
          <w:rFonts w:ascii="Times New Roman" w:hAnsi="Times New Roman" w:eastAsia="Times New Roman" w:cs="Times New Roman"/>
        </w:rPr>
        <w:t>“Mba’éichapa Ñandejára oma’ẽ umi táva oñemba’apohaguére’ỹ rehe? Cristo oĩ yvágape. Ko’ág̃a ikatu hag̃uáicha oje’e: ‘Ndaipóri mburuvicha guasu poguýpe ñemotenonde. Ha ko’ág̃a hína ko yvy ape ári oikóva pe ára pahaite. Ko’ág̃a che hína pe Pokatu osalva térã ohundi hag̃ua. Ko’ág̃a hína pe ára opavave rekove rape oĩha Che popegua. Ame’ẽ Che rekove hag̃ua as salva hag̃ua ko yvy ape ári oikóva. Ha “Che, jepe chemopu’ãramo yvate,” pe grásia salvadora ame’ẽtava ohechaukáta maymáva ojejapótavape pe Tupã joguaha ta’angáicha ha oĩtava peteĩnte chendive, omba’apotaha Che amba’apoháicha, Che pokatu grásia porosãmbyhy rupive.’ Oimeraẽ oipotáva, [tojapyhy] iñirũnguérandi hag̃ua ojapo pe tembiapo oñeme’ẽva’ekue chupekuéra tojapo hag̃ua, oĩ jave tenda heko hag̃uaresponsablepe Ñandejára ome’ẽva consejo guýpe, ha toheka kyre’ỹ eterei hag̃ua omba’apo joaju hag̃uáicha peteĩchaite Hendive, pe ohayhuetévape ko yvy ape ári oikóvape pe ome’ẽva’ekue Hekove sakrifísio completo ramo ko yvy ape ári oikóva salvación rehehápe. Añe’ẽ ñane ministrokuérape, ikatu hag̃uáicha oike jave tembiapópe ñane távakuérape, toguata Ñe’ẽ ministerio ndive peteĩ py’aguapy marangatu. Ndikatúi jajapo pe impresión oĩporãva tavayguakuéra akãme ñande hag̃ua...”</w:t>
      </w:r>
    </w:p>
    <w:p>
      <w:pPr>
        <w:pStyle w:val="ArticleScripture"/>
        <w:jc w:val="left"/>
      </w:pPr>
      <w:r>
        <w:rPr>
          <w:rFonts w:ascii="Times New Roman" w:hAnsi="Times New Roman" w:eastAsia="Times New Roman" w:cs="Times New Roman"/>
        </w:rPr>
        <w:t>“Akopia che Diario-gui. Pe añetegua oĩháicha Jesúspe—eñe’ẽ hese, eñembo’e hese, erovia opa iñe’ẽ he’iséva iporãitehápe. Mba’épa rehupytýta remoguahẽramo jejavykuéra umi kuimba’e renondépe ojei va’ekue jeroviágui ha ojapysaka va’ekue espíritu mbotavyhára rehe, kuimba’e ndahi’aréi va’ekue oĩ ñanendive pe jeroviápe? ¿Nde repytátapa Aña ykére? Emoĩ ne atención umi kokue ndojeporúivape gueteri. Peteĩ tembiapo opavave yvy ape ári guarã oĩ ñane renondépe. Che ame’ẽva’ekue chéve ta’angamýi John Kellogg rehegua.”</w:t>
      </w:r>
    </w:p>
    <w:p>
      <w:pPr>
        <w:pStyle w:val="ArticleScripture"/>
        <w:jc w:val="left"/>
      </w:pPr>
      <w:r>
        <w:rPr>
          <w:rFonts w:ascii="Times New Roman" w:hAnsi="Times New Roman" w:eastAsia="Times New Roman" w:cs="Times New Roman"/>
        </w:rPr>
        <w:t>Peteĩ ava rechapyrã porãiterei ohechauka hína umi apytuʼũrã peʼỹva argumento mbeguemi ojoguáva añeteguápe rupive haʼe opresentáva, ñeʼẽrã iñambuéva añetegua Biblia pegua-gui. Ha umi ijyʼuhéiva ha iñembyahýiva mbaʼe pyahúre ohóma hína omotenondévo umi apytuʼũrã [upéichaite peve ojoguáva añeteguápe] upévare karai Prescott oĩkuri tuicha peligro-pe. Karai Daniells oĩkuri avei tuicha peligro-pe oike hag̃uáicha peteĩ javy guasúpe, oguerovia hag̃uáicha koʼã ñeʼẽrã ikatúramo oñemyasãi opa hendápe, upéva haʼetéta peteĩ mundo pyahu.</w:t>
      </w:r>
    </w:p>
    <w:p>
      <w:pPr>
        <w:pStyle w:val="ArticleScripture"/>
        <w:jc w:val="left"/>
      </w:pPr>
      <w:r>
        <w:rPr>
          <w:rFonts w:ascii="Times New Roman" w:hAnsi="Times New Roman" w:eastAsia="Times New Roman" w:cs="Times New Roman"/>
        </w:rPr>
        <w:t>“Heẽ, upéicha vaʼerãmoʼã, ha katu iñakãnguekuéra oĩ aja upéicha ojepyʼapyetereíva, ojehechauka chéve pe ermáno Daniells ha pe ermáno Prescott ombojoajuha hikuái ijehasápe temimoʼãnguéra peteĩ jehecha espiritual[ista]-icha rehegua, ha oguerahaha ñande retãyguápe temimoʼã porã porãva gotyo, ombotavýtava, ikatúrõ, umi jeiporavopyre voi. Aikotevẽ amohenda che plúmape [ko añetegua] koʼã ermáno ohechataha mbaʼe vai umi hikuái remimoʼã mbotavývape, omoĩtava pe añetegua peteĩ maranduʼỹme; ha [upéicharõ jepe] haʼekuéra [opýtata] ojehechauka hag̃ua [guáicha oguerekóva] peteĩ kuaapy espiritual tuichaiteva. Koʼág̃a aikotevẽ amombeʼu chupekuéra [kóva] ahechárõ guare ko mbaʼe, Elder Daniells omopuʼãvo iñeʼẽ peteĩ trompétaicha omoherakuãvo hemiandu pe “Daily” rehegua, umi mbaʼe oikótava upe rire ojehechauka chéve. Ñande retãyguakuéra oñepyrũkuri oñembyavy. Ahecha pe ipahague, ha upéi oñemeʼẽ chéve ñeñangareko hag̃ua, Elder Daniells, ndojepokuaáiramo pe ipahápe, upéicha oñandu ha ohejáta gueteri ijehe oguerovia hag̃ua oĩha Tupã inspiración guýpe, mokõikuaaʼỹ ha pyʼamokõi oñeñotỹta ñande apytépe mamove, ha jaháta pe tenda Satanás oguerahahápe imarandu. Ñemogueroviaʼỹ ha pyʼamokõi añetéva oñeñotỹta yvypóra apytuʼũme, ha ñemitỹ vai hag̃uaʼỹva hendaguépe oikevaʼerã pe añetegua.” Manuscript Releases, volume 20, 17–22.</w:t>
      </w:r>
    </w:p>
    <w:p>
      <w:pPr>
        <w:pStyle w:val="ArticleBody"/>
        <w:jc w:val="left"/>
      </w:pPr>
      <w:r>
        <w:rPr>
          <w:rFonts w:ascii="Times New Roman" w:hAnsi="Times New Roman" w:eastAsia="Times New Roman" w:cs="Times New Roman"/>
        </w:rPr>
        <w:t>Mokõiha ñemoñare rembiasakue ohechauka peteĩ ñembotuichave ñepu’ãme. Pe espirituálismo ojehechaukáva Ezequiel ta’ãngakotýpe ohechauka porã “Hermano Daniells ha Hermano Prescott omoinge hikuái ijehupytyrãme temiandu oguerekóva peteĩ jehechapy espiritualista ha ogueraha ñande tavayguakuérape temiandu porãite hag̃ua, ikatúrire, ombotavy hag̃ua umi poravopyre jepe”. Pe espirituálismo ojoajúva pe jehecha japu rehegua “pe ára ha ára”, ha’e pe símbolo mba’éva, ikatúrire, ombotavyta umi poravopyre jepe. Ha’e ombojoaju pe espirituálismo panteísta omoherakuãva’ekue Kellogg, Prescott ha Daniells oñemomba’eguasu rupi omyesakã hag̃ua “pe ára ha ára” Cristo pegua pe tembiapo tupaópe.</w:t>
      </w:r>
    </w:p>
    <w:p>
      <w:pPr>
        <w:pStyle w:val="ArticleBody"/>
        <w:jc w:val="left"/>
      </w:pPr>
      <w:r>
        <w:rPr>
          <w:rFonts w:ascii="Times New Roman" w:hAnsi="Times New Roman" w:eastAsia="Times New Roman" w:cs="Times New Roman"/>
        </w:rPr>
        <w:t>Ha’e omomarandu chupekuéra oheja hag̃ua umi aranduka opyta hag̃uáicha, upéva rupive oñe’ẽ hína kuri Prescott ha Daniells ñembopyahurã rehe ojehaijeývo Uriah Smith aranduka, *Daniel and the Revelation*, ikatu hag̃uáicha ojeipe’a iñembo’e “the daily” rehegua, ha’éichaite voi Miller ombohérakuri haguéicha upéva. Umi tembiasakue moambueha Laodiceagua, Isaías ombohérava “umi arandu”, ojapo peteĩ tembiapo tuicháva Adventismo-pegua ndorekóivare arandu ári; pórke ombojehe’a vai hikuái pe testimonio tembiasakuegua ogueraha hag̃uáicha umi apysa jopóivape ha umi sa’i ohesa’ỹijóvape oguerovia hag̃ua pe mba’e “the daily” rehegua naimportanteiha, ha Miller oĩhague jejavýpe upe mba’épe. Upe tembiasakue moambue rembiapo ha’e peteĩ parte umi yty Miller ohechaukáva’ekue chupe, oñemopotĩ va’erãha pe kuimba’e yvykyryi rerahaha rupive, upe ára pe Tupã pu’aka jehechauka *Midnight Cry*-pe oñembopyahu jey vove.</w:t>
      </w:r>
    </w:p>
    <w:p>
      <w:pPr>
        <w:pStyle w:val="ArticleBody"/>
        <w:jc w:val="left"/>
      </w:pPr>
      <w:r>
        <w:rPr>
          <w:rFonts w:ascii="Times New Roman" w:hAnsi="Times New Roman" w:eastAsia="Times New Roman" w:cs="Times New Roman"/>
        </w:rPr>
        <w:t>Ñamboguejýta ñaneñehesa’ỹijo pe generación mokõiháva Adventismo Laodicense rehegua pe artículo oúvape.</w:t>
      </w:r>
    </w:p>
    <w:p>
      <w:pPr>
        <w:pStyle w:val="ArticleScripture"/>
        <w:jc w:val="left"/>
      </w:pPr>
      <w:r>
        <w:rPr>
          <w:rFonts w:ascii="Times New Roman" w:hAnsi="Times New Roman" w:eastAsia="Times New Roman" w:cs="Times New Roman"/>
        </w:rPr>
        <w:t>Pe ñe’ẽmondo “Tapeho tenonderã” gueteri oñehendu ha oñemombaʼevaʼerã. Umi mbaʼe oikóva opaichagua ñande yvy ape ári ohenói tembiapo ombohováiva koʼã ñemoambue ijojahaʼỹva. Ñandejára oikotevẽ kuimbaʼekuéra hãimbéva ha hesakã porãva espíritu rehegua, kuimbaʼekuéra Espíritu Santo ombaʼapóva hese kuéra, ha añetehápe ohupytýva maná pyahu yvágagui. Umiichagua apytuʼũme Tupã Ñeʼẽ omimbi tesape, ohechauka hag̃ua chupekuéra hetave arakaʼeve ojehechaháicha pe tape hag̃ua jerovia hag̃ua. Espíritu Santo ombaʼapo apytuʼũ ha korasõ ári. Og̃uahẽma pe ára, Tupã remimbou rupive, pe kuatiañeʼẽ apyka oñembotyvaʼekue oñemboguatáva ko yvy ape ári. Umi mboʼehára ñane mboʼehao kuérape arakaʼeve ndojejokovaʼerãi oñeñemboʼévo chupekuéra omboʼevaʼerãha añoite upe oñemboʼévaʼekue yma guive. Tojeipeʼa koʼã ñemboty. Oĩ peteĩ Tupã omeʼẽ hag̃ua pe ñeʼẽmondo Itavayguakuéra oikuaauka vaʼerã. Ani avave ministro oñandu oñeñapytĩ hag̃uáicha térã tojehaʼãjoja yvypóra taʼanga hag̃ua. Pe evangelio oñekumplivaʼerã hekopete umi ñeʼẽmondo Tupã omondóva heʼiháicha. Upe Tupã omeʼẽva Hemimbiguáipe oñeʼẽ hag̃ua ko árape, ikatu hag̃uáicha ndahaʼéi kuri añetegua koʼág̃agua mokõipa ary mboyve, ha katu haʼe hína Tupã ñeʼẽmondo ko árape guarã.”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Papy Poapy peteĩha hag̃ua peteĩ</dc:title>
  <dc:subject>Ojehecha hag̃ua pe “revisionismo histórico” Adventismo Laodiceayguápe: Ojehesa’ỹijo pe ñe’ẽjapu “el diario” rehegua hag̃ua</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