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Kuatiañe'ẽ Daniel rehegua - Papapy Mokõiha Papyrypa Mokõipa</w:t>
      </w:r>
    </w:p>
    <w:p>
      <w:pPr>
        <w:pStyle w:val="ArticleSubtitle"/>
        <w:jc w:val="left"/>
      </w:pPr>
      <w:r>
        <w:rPr>
          <w:rFonts w:ascii="Arial" w:hAnsi="Arial" w:eastAsia="Arial" w:cs="Arial"/>
        </w:rPr>
        <w:t>Ojepe’a pe Marandu Profético Rysýi: Ñantende hag̃ua Daniel 11 rembiasakue ha pe “Diario” rehegua he’iséva Adventismo-pe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2024-02-15</w:t>
      </w:r>
    </w:p>
    <w:p>
      <w:pPr>
        <w:pStyle w:val="ArticleBody"/>
        <w:jc w:val="left"/>
      </w:pPr>
      <w:r>
        <w:rPr>
          <w:rFonts w:ascii="Times New Roman" w:hAnsi="Times New Roman" w:eastAsia="Times New Roman" w:cs="Times New Roman"/>
        </w:rPr>
        <w:t>Oñeha’ã rire ñahesa’ỹijo hag̃ua pe tembiasakue ary 1863 guive pe ára paha peve ary 1989-pe, Ezequiel capítulo ocho pegua irundy mbaʼe jeguaru vai ryepýpe, ohechaukáva Adventismo pegua irundy generación, upéi ñamoĩta ñande atención pe arandu okakuaáva ojepeʼáva’ekue ary 1989-pe. Upe arandu okakuaáva haʼe vaʼekue Daniel capítulo once pegua seis versículo paha rehegua. Ary 1989-pe, ore aty michĩva estudio sábado pegua ojuhu Biblia profecía pegua reforma rape, Future for America heta jey omombeʼúva, ha umíva omopyenda mbaʼe apopyrã rape ojehóva opaite reforma rapepe; ha upéva katu omoneĩ peteĩ profecía estudiante-pe ojeporu hag̃ua pe metodología amandáu pyahu rehegua “línea sobre línea”.</w:t>
      </w:r>
    </w:p>
    <w:p>
      <w:pPr>
        <w:pStyle w:val="ArticleBody"/>
        <w:jc w:val="left"/>
      </w:pPr>
      <w:r>
        <w:rPr>
          <w:rFonts w:ascii="Times New Roman" w:hAnsi="Times New Roman" w:eastAsia="Times New Roman" w:cs="Times New Roman"/>
        </w:rPr>
        <w:t>Mboyve ary mboyve rire (1992-pe), ahai peteĩ kuatia oikéva Daniel 11-pe umi seis téra paha rehe. Pe kuatia ojehai che py’aguerory hag̃uánte, ndaikatúigui ni ndarekóigui tembiapoukapy térã intención ambogue hag̃ua tetãyguasu hag̃uáicha ko estudio. 1994 peve, pe kuatia og̃uahẽ peteĩ ministerio adventista oñemongakuaa hag̃uápe ijehegui, ha 1995-pe, peteĩ aty peteĩha once artículo rehegua, oikéva Daniel 11-pe umi seis téra paha rehe, oñepyrũ oñemoherakuã peteĩ revista jasygua oguenohẽva upe ministerio. Ndahetái umi referencia peteĩchaitegua Daniel 11 rehegua Espíritu de Profecía jehaipykuérape, ha umi apytépe pe iñimportantevéva opyta peteĩ argumento mbytépe omoneĩ hag̃ua pe aplicación amosẽva umi téra rehe.</w:t>
      </w:r>
    </w:p>
    <w:p>
      <w:pPr>
        <w:pStyle w:val="ArticleScripture"/>
        <w:jc w:val="left"/>
      </w:pPr>
      <w:r>
        <w:rPr>
          <w:rFonts w:ascii="Times New Roman" w:hAnsi="Times New Roman" w:eastAsia="Times New Roman" w:cs="Times New Roman"/>
        </w:rPr>
        <w:t>“Ndajaikuaái tiempo ñaperde hag̃ua. Oĩ ñande renondépe ára py’ahatãva. Ko yvy tuichakue oñemongu’e ñorairõ espíritu reheve. Pya’eterei oikóta umi mba’e hasýva oñe’ẽhague profecíakuérape. Pe profecía oĩva Daniel kapítulo once-pe hi’aguĩma oñemyenyhẽmba hag̃ua. Heta pe tembiasakue oikova’ekue ko profecía ñemyenyhẽme oñeñepyrũ jeýta. Pe versíkulo treinta-pe oñeñe’ẽ peteĩ pu’akáre ‘oñembyasýtava, [Daniel 11:30–36 quoted.]”</w:t>
      </w:r>
    </w:p>
    <w:p>
      <w:pPr>
        <w:pStyle w:val="ArticleScripture"/>
        <w:jc w:val="left"/>
      </w:pPr>
      <w:r>
        <w:rPr>
          <w:rFonts w:ascii="Times New Roman" w:hAnsi="Times New Roman" w:eastAsia="Times New Roman" w:cs="Times New Roman"/>
        </w:rPr>
        <w:t>“Umi escena ojoguáva umi oñemombeʼúva koʼã ñeʼẽme oikóta.” Manuscript Releases, número 13, 394.</w:t>
      </w:r>
    </w:p>
    <w:p>
      <w:pPr>
        <w:pStyle w:val="ArticleBody"/>
        <w:jc w:val="left"/>
      </w:pPr>
      <w:r>
        <w:rPr>
          <w:rFonts w:ascii="Times New Roman" w:hAnsi="Times New Roman" w:eastAsia="Times New Roman" w:cs="Times New Roman"/>
        </w:rPr>
        <w:t>Hermana White he’i porã 1798 ha’eha “ara paha”.</w:t>
      </w:r>
    </w:p>
    <w:p>
      <w:pPr>
        <w:pStyle w:val="ArticleScripture"/>
        <w:jc w:val="left"/>
      </w:pPr>
      <w:r>
        <w:rPr>
          <w:rFonts w:ascii="Times New Roman" w:hAnsi="Times New Roman" w:eastAsia="Times New Roman" w:cs="Times New Roman"/>
        </w:rPr>
        <w:t>“Ha pe ára paha, he’i maranduhára, ‘Heta oiko va’erã oho ha ou, ha arandu oñemboheta va’erã’.” Daniel 12:4.... Ary 1798 guive Daniel kuatiañe’ẽ oñemboty’ỹma; marandu profecía rehegua oñemboheta, ha heta omombe’u pe marandu pohýi juicio hi’aguĩmava rehegua.” The Great Controversy, 356.</w:t>
      </w:r>
    </w:p>
    <w:p>
      <w:pPr>
        <w:pStyle w:val="ArticleBody"/>
        <w:jc w:val="left"/>
      </w:pPr>
      <w:r>
        <w:rPr>
          <w:rFonts w:ascii="Times New Roman" w:hAnsi="Times New Roman" w:eastAsia="Times New Roman" w:cs="Times New Roman"/>
        </w:rPr>
        <w:t>Daniel 11:40 oñepyrũ ko ñeʼẽme: “Ha ára paha jave.”</w:t>
      </w:r>
    </w:p>
    <w:p>
      <w:pPr>
        <w:pStyle w:val="ArticleScripture"/>
        <w:jc w:val="left"/>
      </w:pPr>
      <w:r>
        <w:rPr>
          <w:rFonts w:ascii="Times New Roman" w:hAnsi="Times New Roman" w:eastAsia="Times New Roman" w:cs="Times New Roman"/>
        </w:rPr>
        <w:t>Ha pe ára paha opávo, mburuvicha guasu ñemby gotyogua ojopyta hese; ha mburuvicha guasu yvate gotyogua outa hese yvytu atyicha, kárrokuéra reheve, kavaju ári guáva reheve, ha heta várko reheve; ha ha’e oike va’erã tetãnguéra rupi, ojaho’íta ha ohasáta. Daniel 11:40.</w:t>
      </w:r>
    </w:p>
    <w:p>
      <w:pPr>
        <w:pStyle w:val="ArticleBody"/>
        <w:jc w:val="left"/>
      </w:pPr>
      <w:r>
        <w:rPr>
          <w:rFonts w:ascii="Times New Roman" w:hAnsi="Times New Roman" w:eastAsia="Times New Roman" w:cs="Times New Roman"/>
        </w:rPr>
        <w:t>Ojekuaa porã, jepe ndoikói ramo pe Ñe’ẽngatu profético ñemoneĩ directa, pe versíkulo irundypa ohechauka oñepyrũha peteĩ tembiasakue joaju oñepyrũva’ekue ary 1798-pe. Umi mba’e oikóva ogueraha yvyporakuéra tiempo de gracia paha peve, pórke Daniel capítulo 12 versíkulo peteĩha he’i: “Ha upe jave Miguel opu’ãta”, ha Hermana White omyesakã porã Miguel opu’ãvo, oñembotyha yvyporakuéra tiempo de gracia.</w:t>
      </w:r>
    </w:p>
    <w:p>
      <w:pPr>
        <w:pStyle w:val="ArticleScripture"/>
        <w:jc w:val="left"/>
      </w:pPr>
      <w:r>
        <w:rPr>
          <w:rFonts w:ascii="Times New Roman" w:hAnsi="Times New Roman" w:eastAsia="Times New Roman" w:cs="Times New Roman"/>
        </w:rPr>
        <w:t>“‘Upe ramo Miguel opuʼãta, pe mburuvicha guasu oñemoĩva nde retãygua raʼykuéra rehehápe: ha oĩta peteĩ ára jehasa asy, arakaʼeve ndoikóivaichagua guive oĩ haguére tetã pe ára peve; ha upe ramo nde retãyguakuéra oñesalváta, opa umi ojejuhúva ojehaipyre pe lívrope.’ Daniel 12:1.</w:t>
      </w:r>
    </w:p>
    <w:p>
      <w:pPr>
        <w:pStyle w:val="ArticleScripture"/>
        <w:jc w:val="left"/>
      </w:pPr>
      <w:r>
        <w:rPr>
          <w:rFonts w:ascii="Times New Roman" w:hAnsi="Times New Roman" w:eastAsia="Times New Roman" w:cs="Times New Roman"/>
        </w:rPr>
        <w:t>“Pe mbohapyha ánhel marandu oñembotývo, poriahuvereko ndojeruréima umi yvy arigua hembiapo vaívare. Tupã tavayguakuéra omohu’ãma hembiapo. Ha’ekuéra ohupytýma ‘ama paha’, ‘pytu’u pyahu Ñandejára renondégui’, ha oĩma oñembosako’i hag̃ua pe aravo jejopy vaietéva oúvape guarã. Umi ánhel pya’e oho ha ou yvágape. Peteĩ ánhel ou jeýva yvýgui omombe’u hembiapo oñemohu’ãmahague; pe jeha’a paha oguahẽmava’ekue arapýpe, ha opa umi ohechaukáva iñe’ẽrendutaha umi tembiapoukapy yvagapeguápe ohupytýma ‘Tupã oikovéva séllo.’ Upérõ Jesús opytu’u heñói hag̃ua pe Santuario yvateguápe. Omopu’ã ipo ha ñe’ẽ hatãme he’i: ‘Oñemohu’ãma;’ ha opa umi ehérsito angelical oipe’a ijeguaka kuéra, Ha’e ome’ẽ aja pe marandu ipohyietéva: ‘Pe hekojojáva’ỹ, tekojoja’ỹme toiko gueteri; ha pe ky’a, toñemongy’a gueteri: ha pe hekojojáva, tekojojápe toiko gueteri: ha pe imarangatúva, toñemomarangatu gueteri.’ Apocalipsis 22:11. Peteĩteĩ káso oñedecidíma tekovépe térã ñemanópe g̃uarã.” The Great Controversy, 613.</w:t>
      </w:r>
    </w:p>
    <w:p>
      <w:pPr>
        <w:pStyle w:val="ArticleBody"/>
        <w:jc w:val="left"/>
      </w:pPr>
      <w:r>
        <w:rPr>
          <w:rFonts w:ascii="Times New Roman" w:hAnsi="Times New Roman" w:eastAsia="Times New Roman" w:cs="Times New Roman"/>
        </w:rPr>
        <w:t>Daniel 11, versíkulo cuarenta, oñepyrũ 1798-pe, ha versíkulo cuarenta y cinco-pe, pe mburuvicha yvate gotyo guigua (papado), oguahẽvo ipaha peve ha ndaipóri avave oipytyvõva chupe, opa yvypóra aravo ojehechahague hag̃ua oñemoĩ hag̃ua ijyvýre térã oñehundi hag̃ua; pe versíkulo oúvape he’i: “Ha upe ára upévape”, upéicha ojekuaaukávo pe “ára” ojehechaukáva pe versíkulo mboyveguápe, ha’éva Daniel 11:45. Pe mburuvicha yvate gotyo guigua (papado) oguahẽ ipaha peve yvypóra aravo ojehechahague hag̃uápe oñemoĩ hag̃ua ijyvýre térã oñehundi hag̃uápe ñemboty hag̃uápe.</w:t>
      </w:r>
    </w:p>
    <w:p>
      <w:pPr>
        <w:pStyle w:val="ArticleBody"/>
        <w:jc w:val="left"/>
      </w:pPr>
      <w:r>
        <w:rPr>
          <w:rFonts w:ascii="Times New Roman" w:hAnsi="Times New Roman" w:eastAsia="Times New Roman" w:cs="Times New Roman"/>
        </w:rPr>
        <w:t>Upévare, Daniel 11 pegua mbohapyha ha irundyha versíkulo pahague rembiasakue ohechauka peteĩ tembiasakue joapy oñepyrũva ary 1798-pe ha opa yvypóra tiémpo de grásia ñembotýpe. Kuñakarai White oikove jave, 1798 niko hesarái yma guaréva tembiasakuepe. Haʼe heʼi ramo guare “profesía Daniel kuatiañeʼẽ pehẽngue 11-pegua oguahẽma hiʼaguĩme iñemyenyhẽmbaitére”, ikatu hag̃uáicha ohechauka añoite tembiasakue oikóva 1798 rire ha Michael opuʼã mboyve. Upéi haʼe heʼi porãite “heta ko profesía ñemyenyhẽme oikovaʼekue rembiasakue ojere jeýta”, upéicha omboʼe profesía remimboʼépe Daniel 11 pahague rembiasakue, upe “oguahẽma vaʼekue hiʼaguĩme iñemyenyhẽmbaitére”, ojehechaukaha hague yma ambue tembiasakuépe oñemoĩva Daniel kuatiañeʼẽ pehẽngue 11-pe.</w:t>
      </w:r>
    </w:p>
    <w:p>
      <w:pPr>
        <w:pStyle w:val="ArticleBody"/>
        <w:jc w:val="left"/>
      </w:pPr>
      <w:r>
        <w:rPr>
          <w:rFonts w:ascii="Times New Roman" w:hAnsi="Times New Roman" w:eastAsia="Times New Roman" w:cs="Times New Roman"/>
        </w:rPr>
        <w:t>Peteĩ jevy omoĩ hag̃ua énfasis pe mba’eveichaite iñimportantevéva profético clave rehe, upéi ombohapyñe’ẽ umi versíkulo treinta guive treinta y seis peve, ha he’i: “Oikóta escena ojoguáva umi oñemombe’úva ko’ã ñe’ẽme.” Inspiración ome’ẽ peteĩ clave umi profecía estudiántekuérape, oipotávape ontende Daniel 11 rembiapokue paha ñemoañete. Pe clave va’ekue kóva: pe historia umi seis versíkulo paha Daniel 11-pe ohojoja pe historia ojehechaukáva umi versíkulo treinta guive treinta y seis peve ndive. Hetaeterei tesape ou ko revelación-gui, péro ko’ápe tekotevẽ ojehechakuaa kóva: Daniel 11:31-pe, “pe ára ha ára”, ojeipe’a.</w:t>
      </w:r>
    </w:p>
    <w:p>
      <w:pPr>
        <w:pStyle w:val="ArticleBody"/>
        <w:jc w:val="left"/>
      </w:pPr>
      <w:r>
        <w:rPr>
          <w:rFonts w:ascii="Times New Roman" w:hAnsi="Times New Roman" w:eastAsia="Times New Roman" w:cs="Times New Roman"/>
        </w:rPr>
        <w:t>Ojeikuaa hag̃ua hekopete pe tembiasakue ohechaukáva umi mba’e oikóva joapy pe omoguahẽva yvypóra ñeha’arõha opa hag̃uápe, peteĩ temimbo’e marandurã rehegua oikotevẽ oguereko hag̃ua pe ñemyesakã hekopete “pe ára ha ára” rehegua. Pe versíkulo treinta y uno ohechaukaramo Cristo rembiapo pe santuario-pe ojeipe’aha, térã ohechaukáramo paganisismo ojeipe’aha, upéicharõ tuichaiterei tekotevẽ ojeikuaa hag̃ua hekopete, reipotáramo rentende porã hag̃ua pe tembiasakue joja Sister White omombe’u va’ekue ohai jave: “Tembiapo ojojáva umi ñe’ẽme oñemombe’úva ko’ápe oikóta.”</w:t>
      </w:r>
    </w:p>
    <w:p>
      <w:pPr>
        <w:pStyle w:val="ArticleBody"/>
        <w:jc w:val="left"/>
      </w:pPr>
      <w:r>
        <w:rPr>
          <w:rFonts w:ascii="Times New Roman" w:hAnsi="Times New Roman" w:eastAsia="Times New Roman" w:cs="Times New Roman"/>
        </w:rPr>
        <w:t>Añete, pe Adventismo Laodicense ndohechakuaái Daniel once, versíkulo cuarenta ñemoañeteha, ohechaukáva Unión Soviética ho’apa hague ary 1989-pe; ha upéicharõ jepe, pe versíkulo omombe’u umi mba’e oikóva voi. Umi oipotávape ontende porã pe arandupy ñemongakuaa profétika og̃uahẽva’ekue pe versíkulo cuarenta ñemoañete rupive ary 1989-pe, pe ñeikũmby hekopete “pe ára ha ára guigua” rehegua upérõ oiko añetegua ko’ag̃agua. Pe siglo veinte ñepyrũrãme, pe ñeikũmby hekopete iñimportánte va’ekue, ha’égui peteĩ tembiporu tekotevẽva umi añetegua pyenda rehegua apytépe Ñandejára oipurúva’ekue William Miller rupive omopyenda hag̃ua.</w:t>
      </w:r>
    </w:p>
    <w:p>
      <w:pPr>
        <w:pStyle w:val="ArticleBody"/>
        <w:jc w:val="left"/>
      </w:pPr>
      <w:r>
        <w:rPr>
          <w:rFonts w:ascii="Times New Roman" w:hAnsi="Times New Roman" w:eastAsia="Times New Roman" w:cs="Times New Roman"/>
        </w:rPr>
        <w:t>Ha katu, siglo veinte ñepyrũha peteĩ década ha mbyte jave, pe jehecha protestánte satánico he’íva “pe ára ha ára” ohechauka Cristo rembiapo Isantuariope niko peteĩ aty michĩva añoite vaekue, ha ndovaléi kuri ojeheja hag̃ua oñepyrũ peteĩ controversia pe añetegua rehegua, he’íva “pe ára ha ára” ha’eha peteĩ símbolo paganismo rehegua. Upévare rehendu va’erã umi revisionista histórico Laodiceagua-gui he’iha pe tema “pe ára ha ára” rehegua “ani hag̃ua ojejapo chugui peteĩ porandu prueba-rã”, térã “pe tema ‘pe ára ha ára’ rehegua ani hag̃ua oñemyakãratĩ.” Pe umi revisionista tapiaite omboyke jave omotenonde hag̃ua umi ndoikuaáivape ko ñomongeta particular-pe, ha’e pe ñemyesakã porã inspiracióngui tapiaite oñemoĩva’ekue pe tema ári. Ko pasáhe ojehechauka Elder Haskell-pe.</w:t>
      </w:r>
    </w:p>
    <w:p>
      <w:pPr>
        <w:pStyle w:val="ArticleBody"/>
        <w:jc w:val="left"/>
      </w:pPr>
      <w:r>
        <w:rPr>
          <w:rFonts w:ascii="Times New Roman" w:hAnsi="Times New Roman" w:eastAsia="Times New Roman" w:cs="Times New Roman"/>
        </w:rPr>
        <w:t>Karai Haskell ogueraha hína pe ñemo’ã pe ñentendeporã rehegua “pe ára ha ára” rehe, umi Prescott ha Daniells oñorairõva’ekue hese siglo veinte ñepyrũha peteĩha ha mokõiha década aja. Eñatende porãiterei, Sister White araka’eve ndohechaukaái Haskell ñentendeporã “pe ára ha ára” rehegua ivaikueha; ha’e añoite ombo’e chupe ani hag̃ua ohejarei pe jeiko hag̃ua pe ñemyakãrapu’ã, Ñandejára ndoipotái rupi ome’ẽ peteĩ plataforma tapia hag̃uáicha añetegua rembiayhukuérape (Prescott ha Daniells), ikatu hag̃uáicha osegi omyasãi iñembo’e japu. Pe pasáhepe Haskell oñemongavaju “pe ta’anga” rehe, ha pe ta’anga oñeñe’ẽha hína ha’e pe ta’anga 1843-peguáicha. Haskell ojapojeykuri pe ta’anga 1843-peguáicha peteĩ techaukaha ramo upe ñorairõme. Péro ndaha’éi oikóntemava ojapojey; omoĩ avei pe ta’anga yvýpe Sister White ñe’ẽryru, upépe ha’e he’i: “pe ta’anga 1843-peguáva ojeporavo va’ekue Ñandejára po rupive ha ndojehechamo’ãvéi va’erã.” Relee aja pe pasáhe, epapa mboy jeypa ha’e he’i, “ko’ág̃aite.”</w:t>
      </w:r>
    </w:p>
    <w:p>
      <w:pPr>
        <w:pStyle w:val="ArticleScripture"/>
        <w:jc w:val="left"/>
      </w:pPr>
      <w:r>
        <w:rPr>
          <w:rFonts w:ascii="Times New Roman" w:hAnsi="Times New Roman" w:eastAsia="Times New Roman" w:cs="Times New Roman"/>
        </w:rPr>
        <w:t>“‘Che aipota voi hag̃ua peẽme kóicha, Ani pehupi ko tiempo-pe, pe Review ryepýpe, porandu ikatúva omongu’e pypuku hag̃ua umi apytuʼũ.... Ndajajapói koʼág̃a tiempo jaike hag̃ua ñomongeta reiete ha tekotevẽʼỹvape, síno kyreʼỹme ñahesaʼỹijo vaʼerã tekotevẽha jaheka Ñandejárape pyʼa ha tekove ñemoambue añetéva rehehápe. Ojejapo vaʼerã ñehaʼã mbarete hag̃ua ojeguerohory ñesãso marangatu ánga ha apytuʼũme.’”</w:t>
      </w:r>
    </w:p>
    <w:p>
      <w:pPr>
        <w:pStyle w:val="ArticleScripture"/>
        <w:jc w:val="left"/>
      </w:pPr>
      <w:r>
        <w:rPr>
          <w:rFonts w:ascii="Times New Roman" w:hAnsi="Times New Roman" w:eastAsia="Times New Roman" w:cs="Times New Roman"/>
        </w:rPr>
        <w:t>“Oñeme’ẽma chéve ñeñangareko rehegua ñemoñe’ẽ umi tekotevẽ rehe ñande jajoko hag̃ua peteĩ ñembo’y joajúpe. Kóva ha’e peteĩ mba’e iñimportánteva ñandéve ko tiempope. Mba’éicha tapicha tee ramo, tekotevẽ ñamba’apo ñangarekópe tuichavéva reheve.</w:t>
      </w:r>
    </w:p>
    <w:p>
      <w:pPr>
        <w:pStyle w:val="ArticleScripture"/>
        <w:jc w:val="left"/>
      </w:pPr>
      <w:r>
        <w:rPr>
          <w:rFonts w:ascii="Times New Roman" w:hAnsi="Times New Roman" w:eastAsia="Times New Roman" w:cs="Times New Roman"/>
        </w:rPr>
        <w:t>“Ahai Elder Prescott-pe, ha he’íva chupe toñangareko eterei hag̃ua ani hag̃ua omoingove hag̃ua umi mba’e ñe’ẽme’ẽme Review-pe ikatúvaicha ohechauka apañuãi térã jejavy ñande rembiasakue ohasava’ekuépe. Ha’e chupe ko mba’e, ha’e ogueroviahápe oĩ hague jejavy, ndaha’éi porandu tekotevẽitereíva; ha ko’ág̃a oñemomba’eguasúramo, ñande rayhue’ykuéra oiporukuaata upe mba’e, ha ojapóta chugui yvyty peteĩ ita’i guive.”</w:t>
      </w:r>
    </w:p>
    <w:p>
      <w:pPr>
        <w:pStyle w:val="ArticleScripture"/>
        <w:jc w:val="left"/>
      </w:pPr>
      <w:r>
        <w:rPr>
          <w:rFonts w:ascii="Times New Roman" w:hAnsi="Times New Roman" w:eastAsia="Times New Roman" w:cs="Times New Roman"/>
        </w:rPr>
        <w:t>“Ndéve avei ha’e ko mba’e [PE “MÁVA PA HA’E PE “TAPIAITEGUA” DANIEL 8-PEGUA.] ndovalei oñemongu’e ko’ág̃a. Nahániri, che ryvy, añandu ko aravo vai ñande rekove rembiasápe pe ta’anga rehegua nde reñembopyahu va’ekue noñemosarãi va’erãiha. Rejavy ko mba’épe. Satanás omba’apo hatã porã oikóvo ogueru hag̃ua mba’e oheñóitava sarambi. Oĩ umi ovy’aitereítava ohechávo ñane ministrokuéra ojokupytýramo peteĩ apañuãime ko porandúre, ha ha’ekuéra ojapóta chugui peteĩ mba’e guasu.”</w:t>
      </w:r>
    </w:p>
    <w:p>
      <w:pPr>
        <w:pStyle w:val="ArticleScripture"/>
        <w:jc w:val="left"/>
      </w:pPr>
      <w:r>
        <w:rPr>
          <w:rFonts w:ascii="Times New Roman" w:hAnsi="Times New Roman" w:eastAsia="Times New Roman" w:cs="Times New Roman"/>
        </w:rPr>
        <w:t>“Oje’e chéve, ko porandu rehegua mokõive ladope ikatúva oñeñe’ẽva rehe, ko’ág̃a hag̃ua hag̃ua hag̃ua hag̃ua silencio ha’eha ñe’ẽporãite. Satanás omañáma ohekávo peteĩ oportunidad omoheñói hag̃ua división ñande ministro tenondegua apytépe. Jejavy va’ekue peemoherakuã pe cuadro peñembyaty hag̃ua mboyve peẽ maymáva ha peguahẽ hag̃ua peteĩ ñe’ẽme’ẽ peteĩcha ko mba’e rehe. Napeiko arandúpe pemotenondévo peteĩ tema omoheñóitava katuete ñomongeta ha oguenohẽva opaichagua opinión, pórke káda punto oñembojepytasóta ha oñemoñe’ẽta he’isévaicha peteĩ mba’e ndaha’éiva ambuéva sino ojapova’erãva perjuicio pe causa rehe. Maymáva ñande jaguereko heta tembiapo roñangareko hag̃ua umi ñe’ẽ japu rehe umi ohechaukava’ekue oĩha dispuésto ogueraha hag̃ua testimonio japu.” Manuscript Releases, volúmen 9, 106, 107.</w:t>
      </w:r>
    </w:p>
    <w:p>
      <w:pPr>
        <w:pStyle w:val="ArticleBody"/>
        <w:jc w:val="left"/>
      </w:pPr>
      <w:r>
        <w:rPr>
          <w:rFonts w:ascii="Times New Roman" w:hAnsi="Times New Roman" w:eastAsia="Times New Roman" w:cs="Times New Roman"/>
        </w:rPr>
        <w:t>Pe artíkulo mboyveguápe jahechakuaa Ellen White he’i hague umi ome’ẽva’ekue pe huísio ára sapukái oguerekoha pe jehecha hekopeteva “pe ára ha ára rehegua” rehe, ha pe jehecha Prescott ha Daniells oguerekóva, he’íva “pe ára ha ára rehegua” orrepresentaha Cristo rembiapo Isantuariope, ou hague Satanás-gui. Ha’e omoñe’ẽ porã’ỹ Haskell-pe oheja haguére pe ñorairõ hag̃ua oñemboguata meme, ha katu ndaha’éi ipytu’ũ reko rehe pe añetegua “pe ára ha ára rehegua” orrepresentáva rehe. Upéramo pe hetave gueteri oguerovia pe kuaapy ypykue rehegua “pe ára ha ára rehegua”, ha iñimportantevéva, pe versíkulo Daniel 11-pe oĩva, ojeipe’a va’erãva “opa ára”pe ary 1989-pe, gueteri heta ary oĩ tenonde gotyo. Upéramo (1989), tekotevẽta pe jehecha hekopeteva “pe ára ha ára rehegua” rehegua. Umi revisionista tapiaite ohejarei Ellen White remombe’u umi ñemyesakã oñembohekopyréva upe períodope añoite, omoĩ hag̃ua hymba tembi’urã mombe’upy japu ryepýpe. Eipapa pe aravo rehegua ñemyesakã ko jehasápe.</w:t>
      </w:r>
    </w:p>
    <w:p>
      <w:pPr>
        <w:pStyle w:val="ArticleScripture"/>
        <w:jc w:val="left"/>
      </w:pPr>
      <w:r>
        <w:rPr>
          <w:rFonts w:ascii="Times New Roman" w:hAnsi="Times New Roman" w:eastAsia="Times New Roman" w:cs="Times New Roman"/>
        </w:rPr>
        <w:t>“Che areko ñeʼẽ amombeʼúva hag̃ua umi Ermáno Butler, Loughborough, Haskell, Smith, Gilbert, Daniells, Prescott ha opavave umi oĩva hembiapópe omotenondévo ijehecha ‘pe ára ha ára’ heʼiséva rehe Daniel 8-pe. Kóva ndojejapovaʼerãi peteĩ porandu-rã de prueba ramo, ha pe jepyʼapy ojeporúgui péicha iporãʼỹiterei rakaʼe. Oiko hag̃ua sarambi, ha umi ñane ermáno apytuʼũ oĩva’ekue ojeipeʼa pe ñehesaʼỹijo pypuku-gua-gui oñemeʼẽ vaʼerãmoʼã kuri pe tembiapópe Ñandejára heʼíva vaʼekue ojapo vaʼerãha ko tiempope ñane táva guasúpe. Kóva ombovyʼa vaʼekue pe ñane rembiapo enemigo guasúpe.”</w:t>
      </w:r>
    </w:p>
    <w:p>
      <w:pPr>
        <w:pStyle w:val="ArticleScripture"/>
        <w:jc w:val="left"/>
      </w:pPr>
      <w:r>
        <w:rPr>
          <w:rFonts w:ascii="Times New Roman" w:hAnsi="Times New Roman" w:eastAsia="Times New Roman" w:cs="Times New Roman"/>
        </w:rPr>
        <w:t>“Pe tesape oñeme'ẽva chéve ha’e ndaipóri mba’eve ojejapova’erã ombohetave hag̃ua ko porandu rehegua jepy’apy. Ani toñemoingeguasu ñane ñe’ẽmondópe, ni toñembohovái puku peteĩ mba’e tuicha mba’évaramo. Ore renondépe oĩ peteĩ tembiapo guasu, ha ndorekói peteĩ aravo jepe ñaperde va’erã umi tembiapo tekotevẽvévagui ojejapova’erã. Tañañemboja ñane rembiapo hag̃ua opavave renondépe umi añetegua tuicha mba’éva jehechaukarã añónte rehe, umi rehe jaikuaa porãhápe tesape.”</w:t>
      </w:r>
    </w:p>
    <w:p>
      <w:pPr>
        <w:pStyle w:val="ArticleScripture"/>
        <w:jc w:val="left"/>
      </w:pPr>
      <w:r>
        <w:rPr>
          <w:rFonts w:ascii="Times New Roman" w:hAnsi="Times New Roman" w:eastAsia="Times New Roman" w:cs="Times New Roman"/>
        </w:rPr>
        <w:t>“Ajerurese peẽ aténsio Cristo ñembo’e paha rehe, oñeñe’ẽháicha Juan 17-pe. Oĩ heta mba’e ñañe’ẽkuaaha hese, — añetegua marangatu, ojehecháva ha ombohasa asýva, iporãva iñesỹiete reheve. Umívare ikatu peñemboja py’aguasúpe ha kyre’ỹme. Ha ani pemoingévo ko’ág̃a ‘pe ára ha ára guigua’, térã ambue mba’e omopu’ãtava joavy ha ñorairõ ryepýpe pehẽ peñemoirũva apytépe; ko’ã mba’e niko omombegue ha ojoko pe tembiapo Ñandejára oipotáva ñane ryepýpe ñane pehẽngue kuéra akãguapy oñemboguata hese ko’ág̃aite. Ani ñamokyre’ỹ porandu térã apañuãi ohechaukátava peteĩ joavy tuicha opinión rehegua; upéva rangue, ñaguenohẽ Ñandejára Ñe’ẽgui umi añetegua marangatu oñe’ẽva pe Léi Ñandejára rehegua jerure joajúva ha jejopykue rehe.”</w:t>
      </w:r>
    </w:p>
    <w:p>
      <w:pPr>
        <w:pStyle w:val="ArticleScripture"/>
        <w:jc w:val="left"/>
      </w:pPr>
      <w:r>
        <w:rPr>
          <w:rFonts w:ascii="Times New Roman" w:hAnsi="Times New Roman" w:eastAsia="Times New Roman" w:cs="Times New Roman"/>
        </w:rPr>
        <w:t>“Ore rembijokuái oheka vaerã ohechauka hag̃ua añetegua iporãvéva rupi. Ikatuháicha, ta maymáva ñeʼẽ peteĩcha. Umi ñemongeta toiko hag̃ua hesakã ha isãsóva, oñeñeʼẽvo umi mbaʼe iñimportantevévare ikatúva oñentende pyaʼe. Opa ore rembijokuái ohechávo tekotevẽha oñemomichĩ, upérõ Ñandejára ikatúta ombaʼapo hendivekuéra. Koʼág̃a ñaikotevẽ jajevy hag̃ua ñañemoambue, Tupã angelkuéra ikatu hag̃uáicha ombaʼapo ñanendive, omoĩ hag̃ua peteĩ impresión marangatu umi tapicha apytuʼũme, umi rehe ñambaʼapóva.”</w:t>
      </w:r>
    </w:p>
    <w:p>
      <w:pPr>
        <w:pStyle w:val="ArticleScripture"/>
        <w:jc w:val="left"/>
      </w:pPr>
      <w:r>
        <w:rPr>
          <w:rFonts w:ascii="Times New Roman" w:hAnsi="Times New Roman" w:eastAsia="Times New Roman" w:cs="Times New Roman"/>
        </w:rPr>
        <w:t>“Ñañembojeheʼa vaʼerã oñondive Cristo-icha joaju hag̃uáme; upéicharõ ñane rembiapo ndahaʼemoʼãi rei. Pejapyhy porã joaju renda peteĩcha hag̃ua, ha ani hag̃ua ojeike marãve ñorairõ térã joavy. Pehechauka añetegua mombarete omojoajúva, ha kóva omoheñóita peteĩ temimoĩmbarete ipoderósova yvypóra apytuʼũme. Joajúpe oĩ mbarete.”</w:t>
      </w:r>
    </w:p>
    <w:p>
      <w:pPr>
        <w:pStyle w:val="ArticleScripture"/>
        <w:jc w:val="left"/>
      </w:pPr>
      <w:r>
        <w:rPr>
          <w:rFonts w:ascii="Times New Roman" w:hAnsi="Times New Roman" w:eastAsia="Times New Roman" w:cs="Times New Roman"/>
        </w:rPr>
        <w:t>“Ndaha’éi ára ñambojehecharamove hag̃ua umi mba’e iñimportánsia’ỹva ñembojoavy rehegua. Oĩramo algunos ndorekóiva peteĩ joaju mbarete ha oikovéva Ñandejára ndive, ha ohechauka ko yvy ári ivaiha ikristiáno rekove rehegua experiencia, upéicharõ añetegua ñane rayhúva, ojesarekóva ñanderehe porãiterei, oiporu hag̃uáicha upéva tuichavévaicha, ha ñane rembiapo oñembotapykue. Maymáva toñemongakuaa py’aguapýpe, ha ta’ekuaarã mbo’epy pe Ipy’aguapy ha Iñemomirĩvagui.”</w:t>
      </w:r>
    </w:p>
    <w:p>
      <w:pPr>
        <w:pStyle w:val="ArticleScripture"/>
        <w:jc w:val="left"/>
      </w:pPr>
      <w:r>
        <w:rPr>
          <w:rFonts w:ascii="Times New Roman" w:hAnsi="Times New Roman" w:eastAsia="Times New Roman" w:cs="Times New Roman"/>
        </w:rPr>
        <w:t>“Pe mba’épa pe ‘kóintegua’ rehegua ndaiporikuaái va’erã omoñepyrũ hag̃ua umi ñemongu’e ojapóma haguéicha. Ko mba’e oñemotenonde haguére kuimba’ekuéra mokõive lado pe porandu rehegua rupive, opu’ãma polémica ha osẽ hag̃ua peteĩ ñembotavy.”</w:t>
      </w:r>
    </w:p>
    <w:p>
      <w:pPr>
        <w:pStyle w:val="ArticleScripture"/>
        <w:jc w:val="left"/>
      </w:pPr>
      <w:r>
        <w:rPr>
          <w:rFonts w:ascii="Times New Roman" w:hAnsi="Times New Roman" w:eastAsia="Times New Roman" w:cs="Times New Roman"/>
        </w:rPr>
        <w:t>“Pe Ermáno Larry Smith rembiapo, omoherakuãvo peteĩ traktádo oguerekóva ñe’ẽ ñemboyke ha ñemongy’a iñermáno kuérape ha ijeroviáre, ndoguerekói Tupã moneĩ. Ha Elder Prescott-pe ha’éta: Ñandejára ndoikuaaukái ndéve ko mba’ére peteĩ karga.”</w:t>
      </w:r>
    </w:p>
    <w:p>
      <w:pPr>
        <w:pStyle w:val="ArticleScripture"/>
        <w:jc w:val="left"/>
      </w:pPr>
      <w:r>
        <w:rPr>
          <w:rFonts w:ascii="Times New Roman" w:hAnsi="Times New Roman" w:eastAsia="Times New Roman" w:cs="Times New Roman"/>
        </w:rPr>
        <w:t>“Añandu hasy asy ahendu rupi karai guasu Daniells, oikuaávo ore pehengue tenondegua apytépe oĩ hague joavy ñemoĩme ko mba’ére, omotenonde hag̃ua ko mba’e péichaite, ojapoháicha mokõi térã ambue hendápe.</w:t>
      </w:r>
    </w:p>
    <w:p>
      <w:pPr>
        <w:pStyle w:val="ArticleScripture"/>
        <w:jc w:val="left"/>
      </w:pPr>
      <w:r>
        <w:rPr>
          <w:rFonts w:ascii="Times New Roman" w:hAnsi="Times New Roman" w:eastAsia="Times New Roman" w:cs="Times New Roman"/>
        </w:rPr>
        <w:t>“Ambue ñande pehenguégui ndojeguerahái arandúpe, ha noñemongeta porãikuri mba’éichapa peteĩ mba’égui osẽ ambue mba’e iñakãrapu’ãvo umi tembiapo odefende hag̃ua hikuái ijehechakuaa ‘pe ára ha ára’ ñemyesakã rehegua. Ko’ág̃a gueteri oĩ aja ko mba’e rehegua joavy jehecha hag̃ua, ani toñemomba’eguasu. Topa opa ñorairõ ñe’ẽ rehegua. Péicha hag̃uáicha peteĩ ára-pe, kirirĩha hína ñe’ẽ porãite.”</w:t>
      </w:r>
    </w:p>
    <w:p>
      <w:pPr>
        <w:pStyle w:val="ArticleScripture"/>
        <w:jc w:val="left"/>
      </w:pPr>
      <w:r>
        <w:rPr>
          <w:rFonts w:ascii="Times New Roman" w:hAnsi="Times New Roman" w:eastAsia="Times New Roman" w:cs="Times New Roman"/>
        </w:rPr>
        <w:t>“Ko’ẽrãme Tupã rembiguái-kuéra rembiaporã hína omyasãi hag̃ua Ñe’ẽ umi táva guasúpe. Cristo oukuri osalva hag̃ua ánga-kuérape, ha ñande, ha’éva Iporiahuvereko mbyasohára, tekotevẽ ñame’ẽ umi tava guasu oikóvape peikuaa hag̃ua Iñe’ẽ añetegua oporosalvávare.” Pamphlets, number 20, 11, 12.</w:t>
      </w:r>
    </w:p>
    <w:p>
      <w:pPr>
        <w:pStyle w:val="ArticleBody"/>
        <w:jc w:val="left"/>
      </w:pPr>
      <w:r>
        <w:rPr>
          <w:rFonts w:ascii="Times New Roman" w:hAnsi="Times New Roman" w:eastAsia="Times New Roman" w:cs="Times New Roman"/>
        </w:rPr>
        <w:t>Pe ermáno Larry Smith, rehechava’ekue hese ha’e oiko porãeterei pochy pe situación rehe, ha’égui itúva kuatiañe’ẽ, *Daniel and the Revelation*, pe Prescott ha Daniells oipotáva omoambue hag̃ua pe ha’e ohai va’ekue “the daily” rehegua. Pe ermáno Smith odefende kuri pe añetegua, ha avei itúvape. Ha’e omyesakã jey jey pe controversia ñe’ẽme, “ko tiempope”, ha ipahávo he’i: “Oĩ aja ko’ág̃a ko joavy opinión rehegua ko mba’e rehe, ani hag̃ua oñemomba’eguasu.” Mayma Adventismo mbo’ehao guasu ombo’éva “the daily” ko árape, ombo’e pe Satanás remiandu. Hesakã porã ndaha’eiha peteĩcha umi condición ko árape ha umi oĩva’ekue upe tiempope.</w:t>
      </w:r>
    </w:p>
    <w:p>
      <w:pPr>
        <w:pStyle w:val="ArticleBody"/>
        <w:jc w:val="left"/>
      </w:pPr>
      <w:r>
        <w:rPr>
          <w:rFonts w:ascii="Times New Roman" w:hAnsi="Times New Roman" w:eastAsia="Times New Roman" w:cs="Times New Roman"/>
        </w:rPr>
        <w:t>Mokõiha generación Adventismo rehegua oñepyrũ 1888-pe oiko jave pe ñemoĩ hag̃ua, ha espiritismo oñemopyenda mburuvichakuéra apytépe. Upe tekopy oñemoinge hag̃ua okẽ pe ñemotenonde hag̃ua mba’e guasuve ñembotavy espiritista rehegua oguerútava peteĩ tekohápe jeheja ha ñemboja’o, kuimba’ekuéra tembiapo ñangarekorãme oĩva odesidi rupi omotenonde hag̃ua opa mba’e ha’ekuéra voi ohechakuaáva añetegua ramo. Kuimba’ekuéra Daniells, Prescott ha Kellogg-icha oiko símbolo ramo upe tembiasakue rehegua, Ezequiel ohechauka haguépe umi setenta karai guasu, “Israel róga yma guare”, mba’épa “ojapóta pytũmbýpe, peteĩ-teĩva ta’ãngamýi kotykuérape; he’i rupi hikuái: Ñandejára ndohechái oréve.”</w:t>
      </w:r>
    </w:p>
    <w:p>
      <w:pPr>
        <w:pStyle w:val="ArticleBody"/>
        <w:jc w:val="left"/>
      </w:pPr>
      <w:r>
        <w:rPr>
          <w:rFonts w:ascii="Times New Roman" w:hAnsi="Times New Roman" w:eastAsia="Times New Roman" w:cs="Times New Roman"/>
        </w:rPr>
        <w:t>Upéva pe generaciónpe umi marandu rerahaha 1888 pegua mokõivéva okañy umi ñembyaty vai, jejavy ha espiritísmo omongu’éva Ezequiel remimbo’éva setenta myakãhára, umi ta’angamýi omoheñóiva’ekue pe témplo murallakuéra rehe, ha avei iñakã kuéra murallakuéra rehe. Pe tembiapo tesãi rehegua oñemboguejy Keller espiritísmo rupi, ha upéicharõ jepe umi omoambuéva Adventísmo Laodicea pegua ombotavy umi ndoikuaaporãivape oguerovia hag̃ua oĩhague mba’éichagua ipu’aka osẽva pe caos-gui upe generaciónpe. Oĩkuri peteĩ tembiasakue ojojaáva Jueces tiempope, upépe pe atyguasu Jueces rembiasakue rehegua oñemoĩ porãite ko período rehe, pórke pe versíkulo paha Jueces-pe he’i:</w:t>
      </w:r>
    </w:p>
    <w:p>
      <w:pPr>
        <w:pStyle w:val="ArticleScripture"/>
        <w:jc w:val="left"/>
      </w:pPr>
      <w:r>
        <w:rPr>
          <w:rFonts w:ascii="Times New Roman" w:hAnsi="Times New Roman" w:eastAsia="Times New Roman" w:cs="Times New Roman"/>
        </w:rPr>
        <w:t>Umi ára pe, ndaipóri vaʼekue mburuvicha guasu Israel-pe: káda kuimbaʼe ojapo vaʼekue pe iporãva ichupe g̃uarã ijehegui. Jueces 21:25.</w:t>
      </w:r>
    </w:p>
    <w:p>
      <w:pPr>
        <w:pStyle w:val="ArticleBody"/>
        <w:jc w:val="left"/>
      </w:pPr>
      <w:r>
        <w:rPr>
          <w:rFonts w:ascii="Times New Roman" w:hAnsi="Times New Roman" w:eastAsia="Times New Roman" w:cs="Times New Roman"/>
        </w:rPr>
        <w:t>Koʼã artíkulo ñambohapévo, rohechaukáta mbaʼérepa Jueces rembiasakue okorresponde pe mokõiha generación adventismo rembiasakuére; ha katu ojehechakuaavaʼerã, oñehesaʼỹijóvo Laodicea-pegua adventismo rembiasakue, pe tembiasakue ndahasýiva hag̃uáicha ojejuhu hag̃ua omeʼẽ umi oiporúva tembiasakue ñemoambue japu. Katuete Hermana White ndahaʼéi vaʼekue oipotáva pe mbaʼe “pe ára ha ára gua” oñemyakãraku hag̃ua upe tembiasakue aja, pórke añetehápe saʼieterei kuimbaʼeʼikuérare ae haʼe heʼi vaʼekue oisãmbyhyha chupekuéra “ánhelkuéra oñemosẽ vaʼekue yvágagui”, ha upéicha oñemeʼẽ chupekuéra peteĩ plataforma pública ikatu hag̃uáicha omyasãi umi hekoavy vai. Péro oñeʼẽ hag̃uáicha Hermana White arakaʼeve omombarete hague pe idea oĩ porãha jejavy ñembyaty, upéva hína exactamente pe oñemoĩva ijerére umi mbaʼe haʼe oguerovia vaʼekuégui.</w:t>
      </w:r>
    </w:p>
    <w:p>
      <w:pPr>
        <w:pStyle w:val="ArticleScripture"/>
        <w:jc w:val="left"/>
      </w:pPr>
      <w:r>
        <w:rPr>
          <w:rFonts w:ascii="Times New Roman" w:hAnsi="Times New Roman" w:eastAsia="Times New Roman" w:cs="Times New Roman"/>
        </w:rPr>
        <w:t>“Che pehẽnguéra, Cristo remimbou ramo ahai peẽme peñatendéke koʼã mbaʼe ykeguáre, oguerekóva pyʼỹi pe tendénsia omomombyry hag̃ua apytuʼũ añeteguágui. Jejavy ndaikatúi arakaʼeve haʼe mbaʼe ndojapóiva ivaíva. Arakaʼeve nomarangatúi, ha katu tapiaite ogueru sarambi ha joavy. Tapiaite ipeligroso. Pe enemigo oreko tuicha pokatu umi akãre ndopytáiva mbarete hag̃ua oñemboʼe rupive ha oñemopyenda porãva Biblia añeteguápe.” Testimonios, volúmen 5, 292.</w:t>
      </w:r>
    </w:p>
    <w:p>
      <w:pPr>
        <w:pStyle w:val="ArticleBody"/>
        <w:jc w:val="left"/>
      </w:pPr>
      <w:r>
        <w:rPr>
          <w:rFonts w:ascii="Times New Roman" w:hAnsi="Times New Roman" w:eastAsia="Times New Roman" w:cs="Times New Roman"/>
        </w:rPr>
        <w:t>Ñamotenondéta ko estudio pe artíkulo oúvape.</w:t>
      </w:r>
    </w:p>
    <w:p>
      <w:pPr>
        <w:pStyle w:val="ArticleScripture"/>
        <w:jc w:val="left"/>
      </w:pPr>
      <w:r>
        <w:rPr>
          <w:rFonts w:ascii="Times New Roman" w:hAnsi="Times New Roman" w:eastAsia="Times New Roman" w:cs="Times New Roman"/>
        </w:rPr>
        <w:t>“Ndarekói ára ñambohasáva hag̃uáicha. Ára ivaíva oĩ ñande renondépe. Yvy tuichakue oñemongu’e ñorairõ espíritu reheve. Pya’eite oikóta umi mba’e ñemyangekói rehegua oñeñe’ẽva profesía-kuérape. Daniel kapítulo 11-pe oĩva profesía haimete oguahẽma imboaje pahaite peve. Heta mba’e oikóva’ekue ko profesía ñemboajehápe ojejapóta jey. Pe versíkulo 30-pe oñeñe’ẽ peteĩ pokatu rehe, he’íva: ‘haʼe oñembyasyta, ha ojevýta, ha ipochýta pe ñe’ẽme’ẽ marangatu rehe: upéicha ojapóta; jepe ojevýta, ha oñemoirũta umi ohejávandi pe ñe’ẽme’ẽ marangatu. Ha ehérsito-kuéra oñembo’ýta ipártepe, ha omongy’áta pe tupaó marangatu mbareteha, ha oipe’áta pe sacrificio ára ha ára oñeme’ẽva, ha omoĩta pe mba’e jeguarúva omoñehundíva. Ha umi ojapóva tekoañáva pe ñe’ẽme’ẽ rehe, haʼe ombotavýta ñe’ẽ porã rupive; ha pe tavayguakuéra oikuaáva Ijára, imbaretéta ha ojapóta tembiapo guasu. Ha umi iñarandúva tavayguakuéra apytépe ombo’éta heta tapichápe: upéicharõ jepe, ho’áta kyse puku rupive, tata rupive, ñembyaty hag̃ua prisionéroramo, ha mba’e ypykue ñemonda rupive, heta ára pukukue. Ha ho’a jave hikuái, oñepytyvõta chupekuéra peteĩ pytyvõ michĩ reheve: ha heta oñembojoajúta hendivekuéra japu porã rupive. Ha umi iñarandúva apytégui oĩta ho’áva, ojeha’ã hag̃ua chupekuéra, omopotĩ hag̃ua, ha omorotĩ hag̃ua chupekuéra, pe ára paha peve: mba’ére piko upéva gueteri oĩ peteĩ ára oñemoĩmava peve g̃uarã. Ha pe mburuvicha guasu ojapóta hembipota hag̃uáicha; ha oñemomba’eguasúta ha ombotuicháta ijehe opaite tupã ári, ha he’íta ñe’ẽ hechapyrãva Tupã kuéra Tupã rehe, ha oñakãrapu’ãta pe pochy oñemohu’ã peve: mba’ére pe oñemboguapýva ojejapóta.’ Daniel 11:30–36.”</w:t>
      </w:r>
    </w:p>
    <w:p>
      <w:pPr>
        <w:pStyle w:val="ArticleScripture"/>
        <w:jc w:val="left"/>
      </w:pPr>
      <w:r>
        <w:rPr>
          <w:rFonts w:ascii="Times New Roman" w:hAnsi="Times New Roman" w:eastAsia="Times New Roman" w:cs="Times New Roman"/>
        </w:rPr>
        <w:t>“Oikóta umi ñe’ẽme oñemombeʼu hag̃uáicha oikóta. Jahecha porã mbaʼéichapa Satanás pyaʼe ohupyty yvypóra akãngue ñangareko, umi ndorekóivape Tupã kyhyje henondépe. Topavave tolee ha toikũmby ko aranduka marandu hag̃uáva, ñande niko koʼág̃a jaikehína pe jehasa asy ára oñeʼẽmava hese:</w:t>
      </w:r>
    </w:p>
    <w:p>
      <w:pPr>
        <w:pStyle w:val="ArticleScripture"/>
        <w:jc w:val="left"/>
      </w:pPr>
      <w:r>
        <w:rPr>
          <w:rFonts w:ascii="Times New Roman" w:hAnsi="Times New Roman" w:eastAsia="Times New Roman" w:cs="Times New Roman"/>
        </w:rPr>
        <w:t>“‘Ha upe ára-pe Miguel opu'ãta, pe mburuvicha guasu oĩva ne retãygua ra'ykuéra rehehápe; ha oĩta peteĩ jehasa asy araka'eve ndoikóiva'ekue peteĩ tetã oĩ guive pe ára peve; ha upe ára-pe ne retãyguakuéra ojeipe'áta, maymáva ojejuhúva ojehaíva pe kuatiañe'ẽme. Ha heta umi okeva'ekue yvy ku'ípe opáyta, oĩva tekove opa'ỹvape, ha oĩva ñemotĩ ha jehecharamo vai opa'ỹvape. Ha umi arandu ojajáita yvága mbyja rendyicha; ha umi oguerúva heta tapichápe tekojojápe, mbyjakuéraicha opa ára g̃uarã. Ha nde, Daniel, emboty ko'ã ñe'ẽ ha emokyre'ỹ pe kuatiañe'ẽ paha ára peve: heta oguata hag̃ua ko'ápe ha upépe, ha arandu okakuaáta.’ Daniel 12:1–4.” Manuscript Releases, número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Kuatiañe'ẽ Daniel rehegua - Papapy Mokõiha Papyrypa Mokõipa</dc:title>
  <dc:subject>Ojepe’a pe Marandu Profético Rysýi: Ñantende hag̃ua Daniel 11 rembiasakue ha pe “Diario” rehegua he’iséva Adventismo-pe</dc:subject>
  <dc:creator>Jeff Pippenger</dc:creator>
  <cp:keywords/>
  <dc:description>Generated by ArticleDigger from daniel\82_daniel.json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