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aranduka — Papy Poapy Mbohapyha’ẽmbýva</w:t>
      </w:r>
    </w:p>
    <w:p>
      <w:pPr>
        <w:pStyle w:val="ArticleSubtitle"/>
        <w:jc w:val="left"/>
      </w:pPr>
      <w:r>
        <w:rPr>
          <w:rFonts w:ascii="Arial" w:hAnsi="Arial" w:eastAsia="Arial" w:cs="Arial"/>
        </w:rPr>
        <w:t>Irundy ñemoñare Adventismo Laodicensepegua rehegua: Ojehesa’ỹijo umi ñaña vai vai ojupi ha ojupi hag̃uáicha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2024-02-16</w:t>
      </w:r>
    </w:p>
    <w:p>
      <w:pPr>
        <w:pStyle w:val="ArticleBody"/>
        <w:jc w:val="left"/>
      </w:pPr>
      <w:r>
        <w:rPr>
          <w:rFonts w:ascii="Times New Roman" w:hAnsi="Times New Roman" w:eastAsia="Times New Roman" w:cs="Times New Roman"/>
        </w:rPr>
        <w:t>Ezequiel capítulo ocho, omotenonde irundy ñembojeguaru ojeporavóva ohóvo tuichavéva, ohechaukáva irundy generación Adventismo Laodiceagua rehegua. Pe ñemboyke 1863-pe, omoheñói peteĩ mba’e gua’u Habacuc mokõi tabla rehegua, peteĩcha Aarón ojapo haguéicha peteĩ ta’anga gua’u ñembyasyrã, hymba vaka óro reheve, upe javeete Tupã ome’ẽrõ guare Moisés-pe pe mokõi tabla Diez Mandamiento rehegua. Oñepyrũ rire Adventismo Laodiceagua pe tembiapo ombogue hag̃ua umi añetegua pyendaguasu, ojehechaukaháicha William Miller kerayvoty-pe, pe generación peteĩha ruvichakuéra oñepyrũ omboyke hag̃ua Biblia autorida, ha upéi pe Espíritu de Profecía-pe. Pe ñemboyke okakuaa va’ekue oguahẽ peve peteĩ punto-pe, ha upérõ Kellogg espiritismo (panteísmo) oguahẽ historia-pe michĩmi mboyve 1888.</w:t>
      </w:r>
    </w:p>
    <w:p>
      <w:pPr>
        <w:pStyle w:val="ArticleBody"/>
        <w:jc w:val="left"/>
      </w:pPr>
      <w:r>
        <w:rPr>
          <w:rFonts w:ascii="Times New Roman" w:hAnsi="Times New Roman" w:eastAsia="Times New Roman" w:cs="Times New Roman"/>
        </w:rPr>
        <w:t>Pe ñemboyke hag̃ua 1888-pe, pe espiritismo ojehechaukáva Ezequiel rembiasakuerã kotýpe og̃uahẽ peteĩ punto-pe umi mensahéro Minneapolis-gua, profetisa ha jepe Espíritu Santo oñemboyke hague.</w:t>
      </w:r>
    </w:p>
    <w:p>
      <w:pPr>
        <w:pStyle w:val="ArticleScripture"/>
        <w:jc w:val="left"/>
      </w:pPr>
      <w:r>
        <w:rPr>
          <w:rFonts w:ascii="Times New Roman" w:hAnsi="Times New Roman" w:eastAsia="Times New Roman" w:cs="Times New Roman"/>
        </w:rPr>
        <w:t>“Rohecha ñande experiencia rupive mba’éichapa, pe Ñandejára omondo jave tesape rendykuéra pe santuario rokẽ ojepe’áva guive Itavayguakuérape, Satanás omokyre’ỹ heta tapicha akãme. Péro ndaha’éi gueteri upéva paha. Oĩta umi opu’ãtava pe tesape rehe ha ojopy vaíta umi Ñandejára ojapova’ekue ichanel-ramo ombohasávo tesape. Umi mba’e espiritual ndoikuaái espiritualmente. Umi ñangarekohára ndohupytýi pe Ñandejára providencia ojepe’áva ndive, ha pe marandu añete yvágagui ouva’ekue ha umi mensaherokuéra oñembohory hese.”</w:t>
      </w:r>
    </w:p>
    <w:p>
      <w:pPr>
        <w:pStyle w:val="ArticleScripture"/>
        <w:jc w:val="left"/>
      </w:pPr>
      <w:r>
        <w:rPr>
          <w:rFonts w:ascii="Times New Roman" w:hAnsi="Times New Roman" w:eastAsia="Times New Roman" w:cs="Times New Roman"/>
        </w:rPr>
        <w:t>“Oĩta ko aty guasúgui osẽta kuimba’e he’íva oikuaa hag̃ua pe añetegua, ha ombyaty hína i’ánga ári ao ndaha’éiva ñemboguata yvágagui oñeñapỹiva. Pe espíritu oguerekóva ko’ápe ogueraháta hendivekuéra. Che ryryi ñande rembiapo renonderã rehe. Umi ndopytáiva ko tenda-pe oñeme’ẽ hag̃ua pe ñe’ẽme’ẽ porã Tupã ome’ẽ va’ekue, oñorãirõta ijoyke’ykuéra rehe, umi Tupã oiporúva. Ha’ekuéra ombohasy etereíta, oguahẽ vove umi oportunidad ikatuhápe omotenonde ha ombohovái meme upeichagua ñorãirõ peve omotenondéva’ekue ko’ág̃a peve. Ko’ã kuimba’e oguerekóta oportunidad ojeconvencé hag̃ua oĩ hague oñorãirõ hikuái Tupã Espíritu Santo rehe. Oĩta ojeconvencétava; ambue katu ojokóta hatã ijespíritu tee. Noñemano mo’ãi hikuái ijeheguiete hag̃ua, ni ndohejamo’ãi Ñandejára Jesús oike ipy’akuérape. Oñembotavýta hetave ha hetave peve ndaikatumo’ãi ohechakuaa añetegua ha tekojoja. Ha’ekuéra, ambue espíritu poguýpe, ohekáta omoĩ hag̃ua tembiapo ári peteĩ molde Tupã ndojeguerohorýiva; ha oñeha’ãta omboheko hag̃ua Satanás rekome’ẽnguéra, oguapy hag̃ua yvypóra apytu’ũ ári ñangarekóvo, ha upéicha oguereko hag̃ua poguýpe tembiapo ha Tupã rembiapo.”</w:t>
      </w:r>
    </w:p>
    <w:p>
      <w:pPr>
        <w:pStyle w:val="ArticleScripture"/>
        <w:jc w:val="left"/>
      </w:pPr>
      <w:r>
        <w:rPr>
          <w:rFonts w:ascii="Times New Roman" w:hAnsi="Times New Roman" w:eastAsia="Times New Roman" w:cs="Times New Roman"/>
        </w:rPr>
        <w:t>“Ojeguere ñande joyke’ykuéra ohasáta rire ayuno ha oñembo’e ha omomirĩ va’ekue ikorasõnguéra Tupã renondépe ko atyhápe, ha oguapy mbeguekatu hag̃ua oñondive oikuaa hag̃ua hag̃ua hag̃ua hag̃ua hag̃ua hag̃ua hag̃ua hag̃ua hag̃ua hag̃ua hag̃ua hag̃ua hag̃ua hag̃ua hag̃ua hag̃ua hag̃ua hag̃ua hag̃ua hag̃ua hag̃ua hag̃ua hag̃ua hag̃uáicha Ñandejára Ñe’ẽ, upéicharõ Tupã oñemomba’eguasu va’erãmo’ã kuri. Ha pe prejuísio espíritu oguerúva’ekue upe atyhápe omboty pe okẽ pe jehovasa iporãvéva Tupãgui, ha umi oguerekóva ko espíritu ndaipóri va’erã peteĩ tenda porãme ohecha hag̃ua pe tesape peñearrepenti mboyve Tupã renondépe ha oguereko mboyve peteĩ ñandu michĩmi jepe mba’éichapa hi’aguĩ kuri ojapo hag̃ua vai Espíritu Santo rehe ha oguereko hag̃ua ambue espíritu.” The 1888 Materials, 832.</w:t>
      </w:r>
    </w:p>
    <w:p>
      <w:pPr>
        <w:pStyle w:val="ArticleBody"/>
        <w:jc w:val="left"/>
      </w:pPr>
      <w:r>
        <w:rPr>
          <w:rFonts w:ascii="Times New Roman" w:hAnsi="Times New Roman" w:eastAsia="Times New Roman" w:cs="Times New Roman"/>
        </w:rPr>
        <w:t>1888 rire, Hermana White “okyhyjeýkuri pe tenonderã rehe” Tupã iglesia ha hembiapo rehe. Ha’e ohechakuaa pe aty oguerutaha peteĩ ñorairõ espiritual oñemotenondéva umi kuimba’e apytépe, ha’éva umi mburuvicha Adventismo Laodicensepe, ha pe ñembyaty “pe ára pukukue” rehegua, ha’e peteĩ mba’e rechaukaha he’íva iñe’ẽmarandu oñekumpli hague upe generación rehe ae. Upérõ oñemotenonde peteĩ ñorairõ umi kuimba’e rupive ndojejokói va’ekue “oñeme’ẽ hag̃ua pe prueba Tupã ome’ẽ va’ekue” omopyendáva pe “marandu ha maranduhára yvágagui ou va’ekue,” ha umi kuimba’e oñorairõ “Tupã Espíritu Santo rehe.” Pe mokõiha generación oma’ẽkuri ohechávo pe óga ombyatýva kuatiañe’ẽ ha pe sanitário ohapypaite hague yvýre Tupã juicio tata rupive.</w:t>
      </w:r>
    </w:p>
    <w:p>
      <w:pPr>
        <w:pStyle w:val="ArticleScripture"/>
        <w:jc w:val="left"/>
      </w:pPr>
      <w:r>
        <w:rPr>
          <w:rFonts w:ascii="Times New Roman" w:hAnsi="Times New Roman" w:eastAsia="Times New Roman" w:cs="Times New Roman"/>
        </w:rPr>
        <w:t>“Ko árape ahupyty peteĩ kuatia Elder Daniells-gui, oñeʼẽva Review róga oñehundi haguére tata rupive. Chepyʼapyeterei ajepyʼamongetávo pe ñehundi tuichaitévare ko tembiapópe g̃uarã. Aikuaa kóva haʼeha peteĩ ára hasyetereíva umi joykeʼy omoakãvape tembiapo ha umi ombaʼapóvape pe oficina-pe g̃uarã. Che ajepyʼapy opa umi ohasa asývandi. Péro ndachemondýiri pe marandu ñembyasy, pórke pyhare jehechápe ahecha peteĩ ánhel oĩva peteĩ kyse tata joguávandi ojepyso Battle Creek ári. Peteĩ jey, arakue jave, che pluma che pópe aja, akañy che akãguigui, ha chéveicha pe kyse tata rendýva ojereha raẽ peteĩ hendápe ha upéi ambue hendápe. Ojekuaa vaʼekue mbaʼe vai oúha peteĩ rire ambue, pórke Tupã oñemotĩ vaʼekue umi tapicha remimoʼã rupive ojeguerohory ha oñemombaʼeguasuségui hag̃ua ijehe.”</w:t>
      </w:r>
    </w:p>
    <w:p>
      <w:pPr>
        <w:pStyle w:val="ArticleScripture"/>
        <w:jc w:val="left"/>
      </w:pPr>
      <w:r>
        <w:rPr>
          <w:rFonts w:ascii="Times New Roman" w:hAnsi="Times New Roman" w:eastAsia="Times New Roman" w:cs="Times New Roman"/>
        </w:rPr>
        <w:t>“Ko pyhareve añembo’e kyre’ỹme, ajerure asýpe Ñandejárape toisãmbyhy hag̃ua opa umi oĩva joajúpe Review and Herald rembiapoha ndive, toheka hag̃ua kyre’ỹme, ikatu hag̃uáicha ohecha mba’épepa omboykékuri heta marandu Tupã ome’ẽ vaʼekue.”</w:t>
      </w:r>
    </w:p>
    <w:p>
      <w:pPr>
        <w:pStyle w:val="ArticleScripture"/>
        <w:jc w:val="left"/>
      </w:pPr>
      <w:r>
        <w:rPr>
          <w:rFonts w:ascii="Times New Roman" w:hAnsi="Times New Roman" w:eastAsia="Times New Roman" w:cs="Times New Roman"/>
        </w:rPr>
        <w:t>“Yma guive peteĩ tiempo mboyve pehẽnguekuéra oĩva Review rembiaporã renda-pe ojerure che consejo ambue óga ñemopu’ã rehegua. Upérõ ha’e va’ekue pe umi oimeva’erãicha omomba’éva oñemoĩ hag̃ua ambue óga Review and Herald rembiaporã renda rehe, oguerekóramo hikuái tenonderã ojehechaukapyréva henondépekuéra, ikatúramo ohecha mba’épa oikóta Battle Creek-pe, ndaiporimo’ãi va’erã chupekuéra porandu oñemopu’ã hag̃ua ambue óga upépe. Tupã he’i: ‘Che ñe’ẽ oñembohory ha oñemboyke; ha che ajere jeýta ha ambojerepa jeýta.’”</w:t>
      </w:r>
    </w:p>
    <w:p>
      <w:pPr>
        <w:pStyle w:val="ArticleScripture"/>
        <w:jc w:val="left"/>
      </w:pPr>
      <w:r>
        <w:rPr>
          <w:rFonts w:ascii="Times New Roman" w:hAnsi="Times New Roman" w:eastAsia="Times New Roman" w:cs="Times New Roman"/>
        </w:rPr>
        <w:t>“Pe Conferencia General-pe, ojejapova’ekue Battle Creek-pe ary 1901-pe, Ñandejára ome’ẽ Itavayguápe mba’echa he’íva ohenóiha reforma rehe. Umi apytu’ũ oñemokyre’ỹ hag̃ua ojejoko hag̃ua, ha umi korasõ oñemboguata; péro tembiapo añetehápe hyepypegua ndojejapói. Umi korasõ hatãva upérõ oñembyai rire arrepentimiento-pe Ñandejára renondépe, ojehecháva’erãmo’ã peteĩva umi jehechauka tuichavéva Ñandejára pu’aka rehegua, araka’eve ojehecháva apytégui. Péro Ñandejára noñemomba’eguasúi. Itestimonio Espíritu rehegua ndojejapysakái. Kuimba’ekuéra ndojepe’ái umi jepokuaa-gui oĩva hesakã porã hag̃uáicha oñemoĩha añetegua ha tekojoja rembiporukuéra rovái, ha umíva tapiaite oñeñangareko va’erã Ñandejára rembiapópe.</w:t>
      </w:r>
    </w:p>
    <w:p>
      <w:pPr>
        <w:pStyle w:val="ArticleScripture"/>
        <w:jc w:val="left"/>
      </w:pPr>
      <w:r>
        <w:rPr>
          <w:rFonts w:ascii="Times New Roman" w:hAnsi="Times New Roman" w:eastAsia="Times New Roman" w:cs="Times New Roman"/>
        </w:rPr>
        <w:t>“Umi marandu oñeme'ẽva pe iglesia Éfeso-pe ha pe iglesia Sardis-pe rehegua oñemombe’u jey jevy chéve Añaite ome'ẽva chéve mbo'e hag̃ua Itavayguakuérape. ‘Ehai pe ángel pe iglesia Éfeso-pegua-pe; Péicha he'i pe oguerekóva umi siete mbyja Ipo akatúa-pe, ha oguatáva umi siete candelero óropegua mbytépe; Che aikuaa nde rembiapokue, ha ne remba'apo asýva, ha ne paciencia, ha mba'éichapa ndaikatúi regueropu'aka umi ivaíva: ha reikuaa porã hag̃ua umi he'íva ijehe apóstolha, ha ndaha'éiva, ha rejuhu chupekuéra ijapuha: ha regueropu'aka, ha reko paciencia, ha Che réra rehe reñeha'ãmbaite remba'apo, ha nderekyhyjei ni nderekanýi py'a. Upéicharõ jepe, areko mba'e nde rehe, rehejágui nde mborayhu peteĩha. Nemandu'a hag̃ua upévare moõ guive re'a hague, ha eñembyasy, ha ejapo umi tembiapo peteĩha; ndaupéichairamo aju pya'e ne rendápe, ha amongu'éta nde candelero ipyrenda guive, ndereñembyasýiramo.’ Apocalipsis 2:1–5.”</w:t>
      </w:r>
    </w:p>
    <w:p>
      <w:pPr>
        <w:pStyle w:val="ArticleScripture"/>
        <w:jc w:val="left"/>
      </w:pPr>
      <w:r>
        <w:rPr>
          <w:rFonts w:ascii="Times New Roman" w:hAnsi="Times New Roman" w:eastAsia="Times New Roman" w:cs="Times New Roman"/>
        </w:rPr>
        <w:t>“‘Ha pe ángelpe pe tupao Sardis-pegua rehe ehai; Péicha he’i pe oguerekóva umi siete Espíritu Tupãgui, ha umi siete mbyja; Che aikuaa nde rembiapokue, reguerekoha peteĩ téra reikoveha, ha nde reime omanóvaicha. Eñatendéke, ha emombarete umi mba’e hembýva, oĩva omanombapotaitéma hag̃uáicha: ndachejuhúi nde rembiapokue iporãmbaitéva Tupã renondépe. Nemandu’a hag̃ua upévare mba’éichapa rerresivi ha rehendu, ha ejoko hatã, ha ejevy. Upévare, ndereñatendéiramo, aju ne ári peteĩ mondahaicha, ha ndereikuaamo’ãi mba’e aravópepa aju ne ári.’ Apocalipsis 3:1–3.”</w:t>
      </w:r>
    </w:p>
    <w:p>
      <w:pPr>
        <w:pStyle w:val="ArticleScripture"/>
        <w:jc w:val="left"/>
      </w:pPr>
      <w:r>
        <w:rPr>
          <w:rFonts w:ascii="Times New Roman" w:hAnsi="Times New Roman" w:eastAsia="Times New Roman" w:cs="Times New Roman"/>
        </w:rPr>
        <w:t>“Rohesahína ko’ã ñe’ẽmondo ñembohovái. Araka’eve ndaipóri va’ekue Ñandejára Ñe’ẽ ojejapo hag̃uáicha hendaitépe ha mbaretevéva ko’ãvaicha.”</w:t>
      </w:r>
    </w:p>
    <w:p>
      <w:pPr>
        <w:pStyle w:val="ArticleScripture"/>
        <w:jc w:val="left"/>
      </w:pPr>
      <w:r>
        <w:rPr>
          <w:rFonts w:ascii="Times New Roman" w:hAnsi="Times New Roman" w:eastAsia="Times New Roman" w:cs="Times New Roman"/>
        </w:rPr>
        <w:t>“Umi kuimbaʼe ikatu omopuʼã umi óga oñemopuʼã porãitereíva, tata ndoikéiva; ha katu peteĩ pokapy añoite Tupã popegua, peteĩ chispa añoite yvágagui, ohundipata opaite tenda ñemíra.”</w:t>
      </w:r>
    </w:p>
    <w:p>
      <w:pPr>
        <w:pStyle w:val="ArticleScripture"/>
        <w:jc w:val="left"/>
      </w:pPr>
      <w:r>
        <w:rPr>
          <w:rFonts w:ascii="Times New Roman" w:hAnsi="Times New Roman" w:eastAsia="Times New Roman" w:cs="Times New Roman"/>
        </w:rPr>
        <w:t>“Ojeporandu chéve aipóramo arekópa mba’eve amonandiva’erã. Che aime vaʼekue amonandíma pe ñemoñeʼẽ Tupã omeʼẽ vaʼekue chéve, aikóvo ahecha hag̃uáicha ani hag̃ua hoʼa pe kyse puku tatatĩ rehegua oñemonguʼe hag̃uáicha oĩvaʼekue Battle Creek ári. Koʼág̃a katu pe mbaʼe che akyhyje hague oguahẽma—pe marandu pe óga Review and Herald rehegua okaipa hague. Oguahẽvo chéve ko marandu, ndaipóri vaʼekue che surprénda, ha ndarekói vaʼekue ñeʼẽ haʼe hag̃ua mba’eve. Pe che haʼe vaʼekue sapyʼánte ñemboʼeʼỹrã ha ñeñatõihápe, ndoguerekói vaʼekue ambue resultado ndahaʼéi hag̃ua ombohatã umi ohendúva, ha koʼág̃a ikatu añeʼẽnte haʼévo: Añeñandu vaieterei, vaietereiete, tekotevẽ hague ou ko ñembyasy. Oñemeʼẽma vaʼekue hesakã porã hag̃uáicha. Ojejapóramo hese, nañekotevẽmoʼãvéima ambue tesape.” Testimonies, volúmen 8, 97–99.</w:t>
      </w:r>
    </w:p>
    <w:p>
      <w:pPr>
        <w:pStyle w:val="ArticleBody"/>
        <w:jc w:val="left"/>
      </w:pPr>
      <w:r>
        <w:rPr>
          <w:rFonts w:ascii="Times New Roman" w:hAnsi="Times New Roman" w:eastAsia="Times New Roman" w:cs="Times New Roman"/>
        </w:rPr>
        <w:t>Pe mokõiha generación Adventismo-gua ndaha’éi peteĩ jehupytyporã, ha Ezequiel capítulo 8 oñemoañetévo, pe ñepu’ãreko oñembotuichave meme.</w:t>
      </w:r>
    </w:p>
    <w:p>
      <w:pPr>
        <w:pStyle w:val="ArticleScripture"/>
        <w:jc w:val="left"/>
      </w:pPr>
      <w:r>
        <w:rPr>
          <w:rFonts w:ascii="Times New Roman" w:hAnsi="Times New Roman" w:eastAsia="Times New Roman" w:cs="Times New Roman"/>
        </w:rPr>
        <w:t>“Marandu jehaipyre rupive ha tata rupive Ñandejára oikuaauka porãma ha’e oipotaha ipuévlo osẽ hag̃ua Battle Creek-gui. Tupã toñepytyvõ ñandéve jahendu hag̃ua iñe’ẽ. ¿Mba’eve piko ndovaléi ñandéve pe mokõi ñane institución tuichavéva Battle Creek-pe tata ogueraha hag̃uéicha? Ikatu peje: ‘Péro pe Sanitarium pyahu oguereko heta hasývape.’ Heẽ; péro upépe oĩramo jepe heta mil hasýva, upéva ndaha’éi mba’eveichavérõ peteĩ argumento ohechaukáva ñane retãygua omopu’ã vaerãha hóga Battle Creek-pe ha opyta hag̃ua upépe.”</w:t>
      </w:r>
    </w:p>
    <w:p>
      <w:pPr>
        <w:pStyle w:val="ArticleScripture"/>
        <w:jc w:val="left"/>
      </w:pPr>
      <w:r>
        <w:rPr>
          <w:rFonts w:ascii="Times New Roman" w:hAnsi="Times New Roman" w:eastAsia="Times New Roman" w:cs="Times New Roman"/>
        </w:rPr>
        <w:t>“Ñemongu’e ha ñemo’ã ojupi ohóvo. Yvyporakuéra omboyke pe tesape Tupã ombou va’ekue Ijeroviaha’ã kuéra rupive Ijapytu’ũgui, ha ha’ekuéra oiporavo ijehegui guaréva ha iñembosako’i tee. ¿Yvyporakuéra piko osegíta ojepe’a Tupãgui? ¿Tekotevẽ piko ha’e ohechauka iva’erãha peteĩ hendáicha guasuvéva pe ohechauka va’ekue yma guive?” Pamphlets, SpTB06, 45.</w:t>
      </w:r>
    </w:p>
    <w:p>
      <w:pPr>
        <w:pStyle w:val="ArticleBody"/>
        <w:jc w:val="left"/>
      </w:pPr>
      <w:r>
        <w:rPr>
          <w:rFonts w:ascii="Times New Roman" w:hAnsi="Times New Roman" w:eastAsia="Times New Roman" w:cs="Times New Roman"/>
        </w:rPr>
        <w:t>Kuimbaʼekuéra “oiporavo hína ijeheguínte ivaíva ha hembiapoʼarãnguéra”, ojehechaukaháicha umi setenta myakãhára Ezequiel kapítulo ocho-pe pe taʼãngakuéra kotykuérape, haʼekuéra heʼíva: “Ñandejára ndohechái ñandéve.” Ñandejára omoñepyrũ peteĩ maranduhára kuña ha omeʼẽ chupe “jehecha hesakãva” exactamente cuarenta áño pukukue, 1884 peve. Haʼe omoĩ hiʼapytépe héra ko don ári, pórke Haʼe voi omeʼẽ kuri ha omohuʼã peteĩ táva hérava Portland-pe, ha omeʼẽ kuri upéva cuarenta áño pukukue. “Jehecha hesakãva” opa mboyveʼimi, umi kuimbaʼe ymaguare oñepyrũ ombyaipa hag̃ua la Biblia ha Espíritu de Profecía autorida 1881 ha 1882-pe. Upéicharõ, umi “jehecha hesakãva” opa 1884-pe, ha irundy áño rire Coré, Datán ha Abiram ñembyepoti jejapóva ojevyjey General Conference 1888-pe.</w:t>
      </w:r>
    </w:p>
    <w:p>
      <w:pPr>
        <w:pStyle w:val="ArticleBody"/>
        <w:jc w:val="left"/>
      </w:pPr>
      <w:r>
        <w:rPr>
          <w:rFonts w:ascii="Times New Roman" w:hAnsi="Times New Roman" w:eastAsia="Times New Roman" w:cs="Times New Roman"/>
        </w:rPr>
        <w:t>Pe ñemoĩ vaʼekue 1888-pe oguenohẽ peteĩ jeikakuaa guasuve pe ñemoĩme, ha upéva ohechauka Tupã oikeha hag̃ua peteĩchaite Laodicea Adventismo rembiasakuepe, haʼe ohapypa rupi pe tembiasakue ñembohasaha ha pe tembiapo tesãi rehegua. Upéicharõ jepe, umi juicio directo ndovaléi omokangy hag̃ua pe ñemoĩ oikóva vaʼekue. Áño 1919-pe oiko peteĩ Aty Bíblica, upépe peteĩva umi ñemoĩhára tenondegua mokõiha generación-gua, William Warren Prescott, pe teólogo oñembokatupyry vaʼekue umi mboʼehaovusu protestantismo apóstata-guape, oĩ vaʼekue tenonde hag̃ua omyasãi pe hechapy satánico heʼíva “pe ára ha ára” ogueraha hag̃ua Cristo pe itupao marangatu rembiapo rehegua, omeʼẽ peteĩ serie presentación-kuéra.</w:t>
      </w:r>
    </w:p>
    <w:p>
      <w:pPr>
        <w:pStyle w:val="ArticleBody"/>
        <w:jc w:val="left"/>
      </w:pPr>
      <w:r>
        <w:rPr>
          <w:rFonts w:ascii="Times New Roman" w:hAnsi="Times New Roman" w:eastAsia="Times New Roman" w:cs="Times New Roman"/>
        </w:rPr>
        <w:t>Tembiasakue ohechakuaa kuri upe aty Bíblico-pe ary 1919-pe, Prescott opresentaha peteĩ evangelio oguerekóva opa peteĩteĩva umi principio pe marandu profético rehegua umi Millerita-kuéra oikuaava’ekue ñemboyke ramo. Ha’e voi oñeha’ãkuri omboyke umi mokõi mil trescientos ára, péro ndaikatúi ojapo upéva. Upéicharõ jepe, opresenta peteĩ evangelio oĩmbáva nandi ramo umi entendimiento profético umi Millerita-kuéra rehegua. Ievangelio oñemboyke kuri upe aty-pe, péro upeichavérõ umi mburuvicha ohecha’ỹva odesidi ojapyhy isérie de presentaciones ha omohenda hag̃ua peteĩ aranduka hérava, The Doctrine of Christ. Upe aranduka oiko pe símbolo ramo oñeguahẽma hague pe mbohapyha generación Adventismo Laodicense rehegua.</w:t>
      </w:r>
    </w:p>
    <w:p>
      <w:pPr>
        <w:pStyle w:val="ArticleBody"/>
        <w:jc w:val="left"/>
      </w:pPr>
      <w:r>
        <w:rPr>
          <w:rFonts w:ascii="Times New Roman" w:hAnsi="Times New Roman" w:eastAsia="Times New Roman" w:cs="Times New Roman"/>
        </w:rPr>
        <w:t>Pe kuatiañe’ẽ ohechauka ambue evangelio pe evangelio Millerita-gui Habacuc kapítulo mokoihápegua, ha Pablo ñanemomarandu ambue evangelio ndaha’éiha evangelio mba’eve.</w:t>
      </w:r>
    </w:p>
    <w:p>
      <w:pPr>
        <w:pStyle w:val="ArticleScripture"/>
        <w:jc w:val="left"/>
      </w:pPr>
      <w:r>
        <w:rPr>
          <w:rFonts w:ascii="Times New Roman" w:hAnsi="Times New Roman" w:eastAsia="Times New Roman" w:cs="Times New Roman"/>
        </w:rPr>
        <w:t>Añeñandu hag̃ua peẽ pya’eterei pejeiha pe ohenóiva’ekue peẽme Cristo gracia-pe peteĩ ambue evangelio gotyo: ha upéva ndaha’éi ambue; síno oĩ peteĩva ha ambueva pene moangekóiva, ha omboyke hag̃ua Cristo evangelio. Ha ore térã peteĩ ángel yvágagui opredikáramo peẽme ambue evangelio, ndaha’éiva pe ore romombe’uva’ekue peẽme, toiko maldito. Ro’e haguéicha yma, upéicha ha’e jey ko’ág̃a: oĩramo avave opredikáva peẽme ambue evangelio, ndaha’éiva pe pejapyhy va’ekue, toiko maldito. Gálatas 1:6–9.</w:t>
      </w:r>
    </w:p>
    <w:p>
      <w:pPr>
        <w:pStyle w:val="ArticleBody"/>
        <w:jc w:val="left"/>
      </w:pPr>
      <w:r>
        <w:rPr>
          <w:rFonts w:ascii="Times New Roman" w:hAnsi="Times New Roman" w:eastAsia="Times New Roman" w:cs="Times New Roman"/>
        </w:rPr>
        <w:t>Pe mbohapyha generación Adventismo rehegua ojehechauka Ezequiel mbohapyha ñembojeguaru vai rupive, upépe umi kuña hasẽhína Tammuz rehe. Tammuz ha’e va’ekue peteĩ tupã Mesopotamia rehegua, oñembojoajúva mba’eporãrãme ha ka’avo rekove jerekuéra rehe. Sapy’ánte ojehechauka Tammuz-pe peteĩ ovecha rerekua térã peteĩ mitãrusu ramo, oñembojoajúva ára ary iñambuekuéra ha ñemitỹ okakuaa rehe. Tammuz mano ha upéi jeikove jey oñembojoaju va’ekue pe ñemitỹ arary rehe. Pe mitología he’iháicha, Tammuz omanóta térã okañýta pe verano jasykuérape, ha upéva ojehecha va’ekue ramo peteĩ techaukaha ka’avo ipirupa rehe pe ára haku ha isekáva pukukue jave. Pe hasẽ Tammuz rehe ha’e va’ekue peteĩ ñembyasy ñembo’e guasu, oikéva pype oñembyasy hag̃ua Tammuz mano térã okañyha rehe pe verano jasykuérape, ha upéi oñevy’a jeývo ijeikove jey rehe, upéva ohechaukáva ka’avo ñembopyahu ha tekove ñemitỹ rehegua ñembopyahu.</w:t>
      </w:r>
    </w:p>
    <w:p>
      <w:pPr>
        <w:pStyle w:val="ArticleBody"/>
        <w:jc w:val="left"/>
      </w:pPr>
      <w:r>
        <w:rPr>
          <w:rFonts w:ascii="Times New Roman" w:hAnsi="Times New Roman" w:eastAsia="Times New Roman" w:cs="Times New Roman"/>
        </w:rPr>
        <w:t>Jase Tammuz rehe ohechauka peteĩ marandu kyvyrã ára pahague rehegua gua’u, ha upéva hína pe evangelio W. W. Prescott rehegua ohechaukáva. Pe ñemongu’e hag̃ua mombyry pe pyenda profético, oñepyrũva’ekue pe ñemoĩ hag̃ua 1863-pe, og̃uahẽ peteĩ punto 1919-pe, upérõ pe Adventismo Laodiceagua omoneĩ hag̃ua pe evangelio japu oñemopyenda hag̃ua. Upe evangelio japu oñemopyendaite va’ekue pe metodología protestantismo apóstata rehe. Ijapohára ypykue va’ekue W. W. Prescott, ha ojoguaháicha William Miller rehe, mokõivéva kuimba’e evangelio oñemopyenda va’ekue iñentendimiento ypykue rehegua “pe ára ha ára,” Daniel arandukápe. Mokõive evangelio rehechauka pe pasáhe 2 Tesalonicenses-pe, upépe Miller raẽvete ojuhu va’ekue “pe ára ha ára” ohechaukaha paganismo. Pe pasáhepe oĩ peteĩ aty Miller rehechaukapy, omoneĩva pe añetegua Pablo omoĩva’ekue, ha ambue aty ndorekóiva mborayhu pe añetegua rehe.</w:t>
      </w:r>
    </w:p>
    <w:p>
      <w:pPr>
        <w:pStyle w:val="ArticleBody"/>
        <w:jc w:val="left"/>
      </w:pPr>
      <w:r>
        <w:rPr>
          <w:rFonts w:ascii="Times New Roman" w:hAnsi="Times New Roman" w:eastAsia="Times New Roman" w:cs="Times New Roman"/>
        </w:rPr>
        <w:t>Peteĩ atygua umi ára pahápe, ojehechauka hag̃ua Miller rupive, “ohechakuaa” ha orresivi pe ama pahápegua, ha ambue aty, ojehechauka hag̃ua Prescott rupive, orresivi mbotavy guasu. Pe mbotavy guasu orresivíva oñemopyenda peteĩ evangelio japu ári, ndaha’éiva evangelio mba’eveichavérõ, ha upéva ombojekuaa peteĩ marandu japu pe ama pahápeguáre. Upévare, pe mbohapyha ñembojeguaru Ezequiel-peguápe ha’e umi kuña (iglesiakuéra Adventismo Laodiceagua), hasẽva Tammuz rehe. Iñarasã ára hasẽnguekuéra (ama) ojejapo hag̃ua hi’a pe mbyaja.</w:t>
      </w:r>
    </w:p>
    <w:p>
      <w:pPr>
        <w:pStyle w:val="ArticleBody"/>
        <w:jc w:val="left"/>
      </w:pPr>
      <w:r>
        <w:rPr>
          <w:rFonts w:ascii="Times New Roman" w:hAnsi="Times New Roman" w:eastAsia="Times New Roman" w:cs="Times New Roman"/>
        </w:rPr>
        <w:t>Mokõiichagua yvyra'oky paha rehegua marandu apytégui ojekuaa opaite Biblia ha Profecía Espíritu-pe. Biblia heta jevy omombe'u porã yvyra'oky oñembotoveha peteĩ tavayguakuéra naiñe'ẽrendúivape.</w:t>
      </w:r>
    </w:p>
    <w:p>
      <w:pPr>
        <w:pStyle w:val="ArticleScripture"/>
        <w:jc w:val="left"/>
      </w:pPr>
      <w:r>
        <w:rPr>
          <w:rFonts w:ascii="Times New Roman" w:hAnsi="Times New Roman" w:eastAsia="Times New Roman" w:cs="Times New Roman"/>
        </w:rPr>
        <w:t>Ha’ekuéra he’i: Oiméramo kuimba’e omosẽ hembireko, ha ha’e oho chugui ha oiko ambue kuimba’éva, piko ou jeýta hendápe? Ndopolluipái piko tuichaite pe yvy? Ha nde katu reñemoakãratĩ heta rayhúharakuéra ndive; upéicharõ jepe, eju jey che rendápe, he’i Ñandejára. Emopu’ã nde resa umi tenda yvatépe, ha ehecha moõpa ndereñenói kuri. Tape rupi reguapy kuri chupekuéra rehehápe, árabe oĩháicha desiértope; ha remongy’a pe yvy nde reñemoakãratĩ reheve ha nde teko vaípe. Upévare ama osyrýva ojokopyre, ha ndaipóri kuri ama paha; ha nde reko peteĩ kuña rekovai rováicha, reñembotove hag̃ua reñetĩ. Jeremías 3:1–3.</w:t>
      </w:r>
    </w:p>
    <w:p>
      <w:pPr>
        <w:pStyle w:val="ArticleBody"/>
        <w:jc w:val="left"/>
      </w:pPr>
      <w:r>
        <w:rPr>
          <w:rFonts w:ascii="Times New Roman" w:hAnsi="Times New Roman" w:eastAsia="Times New Roman" w:cs="Times New Roman"/>
        </w:rPr>
        <w:t>Laodicea-pegua Adventismo oñepyrũ oñemoakãratĩ hag̃ua 1863-pe, ha upé guive pe ama rykuéra oñejoko. Haʼekuéra ndoipotái otĩ iñemoĩre, ha upe ndaipóriha ñemomichĩ omeʼẽ chupekuéra peteĩ kuña rekovai rova atã; ha pe kuña rekovai Biblia maranduhai profético-pe haʼe hína pe papado. Pe mbohapyha ñemoñarepe ojejapo pe tembiapo paha oñembosakoʼívo oñesũ hag̃uáicha pe kuña rekovai Roma-pegua marca renondépe. Pe ñembosakoʼi irundyha ñemoñarepe g̃uarã ojejapo pe mbohapyha ñemoñarepe, peteĩ marandu japu reheve pe ama pahagua rehegua. Oiko haguéicha pe ñemoĩ 1863-pe, ha pe ñemoĩ 1888-pe, pe ñemoĩ 1919-pe oñemohenda peteĩcha septiembre 11, 2001 ndive, pórke upérõ oguejy ramo guare yvýpe Nueva York táva róga yvatekuéra, pe ángel mbarete Apocalipsis 18-pegua oguejy, ha pe ama pahagua añetegua oñepyrũ.</w:t>
      </w:r>
    </w:p>
    <w:p>
      <w:pPr>
        <w:pStyle w:val="ArticleScripture"/>
        <w:jc w:val="left"/>
      </w:pPr>
      <w:r>
        <w:rPr>
          <w:rFonts w:ascii="Times New Roman" w:hAnsi="Times New Roman" w:eastAsia="Times New Roman" w:cs="Times New Roman"/>
        </w:rPr>
        <w:t>“Oký riregua ama hoʼáva oñohẽvaʼerã Tupã tavayguakuéra ári. Peteĩ ánhel mbarete oguejyvaʼerã yvágagui, ha opa yvy tuichakue henyhẽvaʼerã iñemimbipa reheve.” Review and Herald, 21 de abril de 1891.</w:t>
      </w:r>
    </w:p>
    <w:p>
      <w:pPr>
        <w:pStyle w:val="ArticleBody"/>
        <w:jc w:val="left"/>
      </w:pPr>
      <w:r>
        <w:rPr>
          <w:rFonts w:ascii="Times New Roman" w:hAnsi="Times New Roman" w:eastAsia="Times New Roman" w:cs="Times New Roman"/>
        </w:rPr>
        <w:t>Pe ama oky oúva amo ñepyrũvo, umi kuimba’e itujáva Adventismo Laodiceaguágui ndoikuaamo’ãi vaʼekue chupe oky pahávaramo, oñemboʼéguire chupekuéra peteĩ marandu japu rehe oky paháva rehegua, Ezequiel ohechaukaháicha umi kuña hasẽva Tammuz rehe, ha iporupyrãpe peteĩ marandu pyʼaguapy ha tekove jerovia rehegua.</w:t>
      </w:r>
    </w:p>
    <w:p>
      <w:pPr>
        <w:pStyle w:val="ArticleScripture"/>
        <w:jc w:val="left"/>
      </w:pPr>
      <w:r>
        <w:rPr>
          <w:rFonts w:ascii="Times New Roman" w:hAnsi="Times New Roman" w:eastAsia="Times New Roman" w:cs="Times New Roman"/>
        </w:rPr>
        <w:t>“Umi oikovéva añetetéva pe tesape orekóvape añoite ohupytýta tesape tuichavéva. Ndajajapóiramo ára ha ára ñane tenondépe pehechauka hag̃ua umi teko porã cristiano kyre’ỹme omba’apóva, ndaikatumo’ãi jahechakuaa Espíritu Santo jehechauka kuéra pe ama pahápe. Ikatu hína ho’a ñande jerére opa korasõ ári, ha katu ndajaikuaamo’ãi ni ndajahupytymo’ãi.” Testimonies to Ministers, 507.</w:t>
      </w:r>
    </w:p>
    <w:p>
      <w:pPr>
        <w:pStyle w:val="ArticleBody"/>
        <w:jc w:val="left"/>
      </w:pPr>
      <w:r>
        <w:rPr>
          <w:rFonts w:ascii="Times New Roman" w:hAnsi="Times New Roman" w:eastAsia="Times New Roman" w:cs="Times New Roman"/>
        </w:rPr>
        <w:t>Ndikatúi vaʼekue tavayguakuéra ñangarekoharakuérape ohechakuaa hag̃ua pe ama paha oguahẽha, pórke iñeʼẽ porã marãʼỹ japu rehegua, peteĩ ama paha japu rehegua, ombotovékuri ikatuha ojehechauka mbaʼeveichagua Tupã pokatu, yma guarékue ára rupi ojehechaukahaguéicha.</w:t>
      </w:r>
    </w:p>
    <w:p>
      <w:pPr>
        <w:pStyle w:val="ArticleScripture"/>
        <w:jc w:val="left"/>
      </w:pPr>
      <w:r>
        <w:rPr>
          <w:rFonts w:ascii="Times New Roman" w:hAnsi="Times New Roman" w:eastAsia="Times New Roman" w:cs="Times New Roman"/>
        </w:rPr>
        <w:t>“Oĩta tupaópe peteĩ ñemyesakã hechapyrãva Tupã pokatu rehegua; ha katu ndopokomo’ãi umi ndoñemomichĩiva’ekue Ñandejára renondépe, ha ndoipe’áiva ikorasõ rokẽ ñe’ẽmombe’u ha hag̃ua ñembyasy rupive. Upe pokatu ojehechauka jave, omimbipáva yvy Tupã mimbipa reheve, ha’ekuéra ohecháta peteĩ mba’e añoite, ha’ekuéra py’ỹi rehe oimo’ãva ivaíva térã ipeligrosóva, peteĩ mba’e omombýitava ichugui kyhyje, ha oñembosako’íta hag̃ua oñemoĩ hese. Ñandejára ndomba’apói rupi ha’ekuéra remiandu ha oha’arõháicha, oñemoĩta hikuái tembiapo rehe. ‘Mba’ére piko,’ he’i hikuái, ‘ndajaikuaái va’erã Tupã Espíritu, roĩ rupi ko tembiapópe heta áñore?’—Ndorohoryséi rupi umi ñeñandu hag̃uáicha, umi jerure asy marandu Tupãgui ouva’ekue, síno akóinte he’i: ‘Che rico, areko heta mba’e, ha ndaikotevẽi mba’eve.’ Katupyry, ha heta arýre tembiasakue, ndogueromo’ãi kuimba’épe tesape rape hag̃ua, ndohupytýiramo hikuái oñemoĩ hag̃ua Tekoporã Kuarahy overáva resape guýpe, ha ndaha’éiramo hikuái ohenóiva, ojeporavóva ha oñembosako’íva Espíritu Santo me’ẽ reheve. Umi kuimba’e omba’apóva mba’e marangatu rehe oñemomichĩ vove Tupã po mbarete guýpe, upépe Ñandejára omopu’ãta chupekuéra. Ojapóta chuguikuéra kuimba’e oikuaáva oñehesa’ỹijo porã hag̃ua—kuimba’e rico ivaíva’ỹva Ijespíritu gracia reheve. Ijepokuaa mbarete ha teko ijeheguigua, ijapysaka’ỹ ha iñakãhatã, ojehecháta Tesape Yvygua Resape omimbíva rupi. ‘Ajúta nde rendápe pya’e, ha aroíta nde kandeléro tenda guive, ndereñembyasýiramo.’ Reka ramo Ñandejárape nde py’aite guive, rejuhúta chupe.” Review and Herald, December 23, 1890.</w:t>
      </w:r>
    </w:p>
    <w:p>
      <w:pPr>
        <w:pStyle w:val="ArticleBody"/>
        <w:jc w:val="left"/>
      </w:pPr>
      <w:r>
        <w:rPr>
          <w:rFonts w:ascii="Times New Roman" w:hAnsi="Times New Roman" w:eastAsia="Times New Roman" w:cs="Times New Roman"/>
        </w:rPr>
        <w:t>Ezequiel capítulo ocho-pegua kuakuaáva oguerovia peteĩ evangelio py’aguapy ha tekorosã rehegua ary 1919-pe, ha og̃uahẽvo septiembre 11, 2001, upe ñemboyke ojupíjovaháicha hi’a ojehechauka ikatu’ỹ hag̃uéicha oikuaa hag̃ua ama paha og̃uahẽha. Pe tembiasakue oñepyrũva ára paha guive ary 1989-pe, Tupã ombojevy jey pe movimiento Millerita peteĩ letra peve. Miller ha’eva’ekue peteĩ símbolo Elías rehegua, ha Elías he’i mbaretépe Acab-pe ndaiporimo’ãiha ama, ndaha’éiramo Elías ñe’ẽ rupive.</w:t>
      </w:r>
    </w:p>
    <w:p>
      <w:pPr>
        <w:pStyle w:val="ArticleBody"/>
        <w:jc w:val="left"/>
      </w:pPr>
      <w:r>
        <w:rPr>
          <w:rFonts w:ascii="Times New Roman" w:hAnsi="Times New Roman" w:eastAsia="Times New Roman" w:cs="Times New Roman"/>
        </w:rPr>
        <w:t>Rojapytáta ñanehesa’ỹijo pe mbohapyha ñemoñare adventismo rehegua pe artíkulo oúvape.</w:t>
      </w:r>
    </w:p>
    <w:p>
      <w:pPr>
        <w:pStyle w:val="ArticleScripture"/>
        <w:jc w:val="left"/>
      </w:pPr>
      <w:r>
        <w:rPr>
          <w:rFonts w:ascii="Times New Roman" w:hAnsi="Times New Roman" w:eastAsia="Times New Roman" w:cs="Times New Roman"/>
        </w:rPr>
        <w:t>“Umi ndohasýiva hag̃ua iñemboguejy ijehegui espiritualpe, ha ndojahe’óiva ambuekuéra angaipakuérare, opytáta Tupã séllo’ỹre. Ñandejára omondo hembiguái kuérape, umi kuimba’e oguerekóva ipópe tembiporu jejukaha: ‘Peho hapykuéri chupe táva rupi, ha pejuka: ani peheja pene resa poriahuvereko’ỹre, ha ani peiporiahuvereko: pejukaite ituja ha imitãva, kuñataĩnguéra, mitã michĩ ha kuñanguéra; ha ani pemoaguĩ avavépe orekóvare pe techaukaha; ha peñepyrũ Che santuariope. Upérõ oñepyrũ hikuái umi kuimba’e itujáva oĩ vaʼekuépe óga renondépe.’”</w:t>
      </w:r>
    </w:p>
    <w:p>
      <w:pPr>
        <w:pStyle w:val="ArticleScripture"/>
        <w:jc w:val="left"/>
      </w:pPr>
      <w:r>
        <w:rPr>
          <w:rFonts w:ascii="Times New Roman" w:hAnsi="Times New Roman" w:eastAsia="Times New Roman" w:cs="Times New Roman"/>
        </w:rPr>
        <w:t>“Ko’ápe jahecha pe iglesia—Tupã Ñandejára rógaguasu marangatuha—ha’e hague pe tenondete ohasa va’ekue Tupã pochy ñehundi rehegua. Umi karai itujáva, umi Tupã ome’ẽ va’ekue ichupekuéra tesape guasu ha oñemoĩ va’ekue teta retãgua mba’epota espirituál rehe ñangarekohára ramo, oity hikuái pe jerovia oñeme’ẽ va’ekue ichupekuéra. Ha’ekuéra oguereko va’ekue pe ñemoĩ: ndajajehesarekomo’ãiha milagrokuéra rehe térã Tupã pokatu jehechauka hesakãva rehe yma guaréicha. Ára kuéra iñambuéma. Ko’ã ñe’ẽ omombarete ijapyka’ỹ, ha he’i hikuái: Ñandejára ndajajapomo’ãi iporãva, ni ndajajapomo’ãi ivaíva. Haimeteeterei iporiahuvereko hag̃ua ojehechaukávo ipuévlo rehe huísio rupive. Péicha ‘Py’aguapy ha tekove jerovia’ ha’e sapukái umi kuimba’e rehegua, umi araka’eve noñotỹmo’ãvéi ijuru turu púicha ohechauka hag̃ua Tupã puévlope hembiapo vai ha Jacob rógape iñangaipa. Ko’ã jagua kirirĩ, ndosapukáiséiva, ha’e umi ohupytyva’erã Tupã ipochy va’ekue ñevengapy hekopete. Kuimba’e, kuñataĩ, ha mitã michĩnguéra opavave oñehundi oñondivepa.”</w:t>
      </w:r>
    </w:p>
    <w:p>
      <w:pPr>
        <w:pStyle w:val="ArticleScripture"/>
        <w:jc w:val="left"/>
      </w:pPr>
      <w:r>
        <w:rPr>
          <w:rFonts w:ascii="Times New Roman" w:hAnsi="Times New Roman" w:eastAsia="Times New Roman" w:cs="Times New Roman"/>
        </w:rPr>
        <w:t>“Pe umi mbaʼe jeguaru, umi rupi umi jeroviapyre osuspira ha osapukái vaʼekue, haʼe hína opa mbaʼe ikatúva ojehechakuaa tesa yvypóra finíto rupive; ha katu hetaiterei ivaivéva, umi angaipa ombojeguarúva Ñandejára marangatu ha potĩme ha omoñepyrũva ipyʼaro ñemombaʼeguasu hag̃ua, ndojehechaukapái vaʼekue. Pe Korasõ Rekaha Guasu oikuaa opa angaipa ojejapóva ñemíme umi tekoaña apoha kuéra rehe. Koʼã tapicha oñepyrũ oñandu hag̃ua oĩha jerovia hag̃ua iñembotavýpe, ha, Haʼe ipasiénsia puku rupi, heʼi hikuái Ñandejára ndohechaiha; upéi katu oiko kuéra ku Haʼe oheja hag̃uáicha ko yvy. Haʼe katu oikuaaukáta iñambue guaʼu, ha oikuaaukáta ambuekuérape umi angaipa haʼekuéra oñangarekómi hague oñomi hag̃ua.”</w:t>
      </w:r>
    </w:p>
    <w:p>
      <w:pPr>
        <w:pStyle w:val="ArticleScripture"/>
        <w:jc w:val="left"/>
      </w:pPr>
      <w:r>
        <w:rPr>
          <w:rFonts w:ascii="Times New Roman" w:hAnsi="Times New Roman" w:eastAsia="Times New Roman" w:cs="Times New Roman"/>
        </w:rPr>
        <w:t>“Ndaha’éi peteĩ superioridad de rango, tekopotĩ térã arandu yvypóra rehegua, ni peteĩ tenda tembiapo marangatúpe, omonguerovia hag̃uáicha kuimba’épekuérape ani hag̃ua osakrifika pe principio ojeheja jave ijeheguiete ikorasõ mbotavyhápe. Umi ojehechakuaava’ekue tekokatu ha hekojojáva ramo, ojehechauka hikuái apostasia ruvicha tenondegua ramo ha techapyrã hag̃ua ñemboyke ha Tupã poriahuvereko jehepyme’ẽvaipe. Hembiapo aña ndohejamo’ãvéima Ha’e, ha ipochy reheve ombohovái chupekuéra ndorekóiva poriahuvereko.”</w:t>
      </w:r>
    </w:p>
    <w:p>
      <w:pPr>
        <w:pStyle w:val="ArticleScripture"/>
        <w:jc w:val="left"/>
      </w:pPr>
      <w:r>
        <w:rPr>
          <w:rFonts w:ascii="Times New Roman" w:hAnsi="Times New Roman" w:eastAsia="Times New Roman" w:cs="Times New Roman"/>
        </w:rPr>
        <w:t>“Ojepy’apyka Ñandejára oipe’águi Ijyke’ýgui umi ojerehovasáva’ekue tesape tuichavéva reheve ha oikuaava’ekue pe ñe’ẽ pokatu oipytyvõvo ambuépe. Peteĩ jey ha’ekuéra va’ekue Hembiguái jeroviaha, ojehovasáva Ijapytépe ha Ijeguíape; ha katu ojei Chugui ha ogueraha ambuépe jejavýpe, ha upévare oguejy hikuái Tupã ndovy’áiha guýpe.” Testimonies, volúmen 5, 211, 212.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aranduka — Papy Poapy Mbohapyha’ẽmbýva</dc:title>
  <dc:subject>Irundy ñemoñare Adventismo Laodicensepegua rehegua: Ojehesa’ỹijo umi ñaña vai vai ojupi ha ojupi hag̃uáicha</dc:subject>
  <dc:creator>Jeff Pippenger</dc:creator>
  <cp:keywords/>
  <dc:description>Generated by ArticleDigger from daniel\83_daniel.json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