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Lívro de Daniel - Papapy Poapýha Irundy hag̃ua’ẽ peteĩ hag̃ua}</w:t>
      </w:r>
    </w:p>
    <w:p>
      <w:pPr>
        <w:pStyle w:val="ArticleSubtitle"/>
        <w:jc w:val="left"/>
      </w:pPr>
      <w:r>
        <w:rPr>
          <w:rFonts w:ascii="Arial" w:hAnsi="Arial" w:eastAsia="Arial" w:cs="Arial"/>
        </w:rPr>
        <w:t>Ojehechauka mokõi ypykue Irundy Tekove Laodicea Adventismo rehegua: Peteĩ Jeguata Paralelismo Bíblico ha Jehechajoja Profético rupive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2024-02-17</w:t>
      </w:r>
    </w:p>
    <w:p>
      <w:pPr>
        <w:pStyle w:val="ArticleBody"/>
        <w:jc w:val="left"/>
      </w:pPr>
      <w:r>
        <w:rPr>
          <w:rFonts w:ascii="Times New Roman" w:hAnsi="Times New Roman" w:eastAsia="Times New Roman" w:cs="Times New Roman"/>
        </w:rPr>
        <w:t>Añetegua oñemopyenda mokõi térã mbohapy testimóniore, ha Ezequiel kapítulo poapy pegua irundy mba’ejeguaru vai jejapo, Laodicea-pegua Adventísmo ñemoñare irundy ramo, oguereko heta testígo. Artíkulo kuéra yma guarépe ojehechauka vaʼekue pe Apocalipsis kapítulo mokõi ha mbohapy pegua siete iglésia ndahaʼéi añónte ohechaukáva Israel moderno rembiasakue apóstol-kuéra ára guive pe mundo paha peve, síno avei umi siete iglésia ohechauka Israel yma guare rembiasakue Moisés ára guive Cristo ára peve.</w:t>
      </w:r>
    </w:p>
    <w:p>
      <w:pPr>
        <w:pStyle w:val="ArticleBody"/>
        <w:jc w:val="left"/>
      </w:pPr>
      <w:r>
        <w:rPr>
          <w:rFonts w:ascii="Times New Roman" w:hAnsi="Times New Roman" w:eastAsia="Times New Roman" w:cs="Times New Roman"/>
        </w:rPr>
        <w:t>Éfeso pegua tupao ohechauka mokõivéva: peteĩha, kristiáno yma guare tupao; ha avei Israel yma guare, Moisés guive Jueces ára peve. Esmirna pegua tupao ohechauka pe ñembyasýpe jehasa rehegua ára, temimbo’ekuéra guive emperador romano Constantino peve; ha avei Jueces ára, maymáva ojapo hague umi mba’e ha’e ohecháva hekojoja hag̃ua ijehegui. Pérgamo pegua tupao ohechauka pe joavy ha ñemoĩporã’ỹ rehegua ára, Constantino guive papado oñepyrũ meve ary 538-pe; ha avei pe ára Israel yma guare omboyke haguépe Tupãme ha oiporavo mburuvicha guasu, ha tapiaite oñemoĩporã’ỹ haguépe umi tetãnguéra pagáno ijerére oĩvare ndive. Irundyha tupao, Tiatira pegua, Jezabel rehe ojehechaukáva, ha’e pe papado poguýpe oĩhague ára ary 538 guive 1798 peve, ha avei pe 70 ary ñembyaty hag̃ua Babilóniape Israel yma guare rehe.</w:t>
      </w:r>
    </w:p>
    <w:p>
      <w:pPr>
        <w:pStyle w:val="ArticleBody"/>
        <w:jc w:val="left"/>
      </w:pPr>
      <w:r>
        <w:rPr>
          <w:rFonts w:ascii="Times New Roman" w:hAnsi="Times New Roman" w:eastAsia="Times New Roman" w:cs="Times New Roman"/>
        </w:rPr>
        <w:t>Umi irundy tupão guasu avei ohechauka pe irundy generación Adventismo rehegua, ha ome’ẽ peteĩ testimónio ikatúva hag̃ua ojeporu Ezequiel irundy mba’e vaieterei pe irundy generación rehe. Pe ñemoĩrõ 1863-pe ojehechauka kuri Israel yma guaréva peteĩha generación rupive, ojekuaaukaháicha Aarón vakara’y óro rehegua ñemoĩrõme. Pe peteĩha generación oike pe consejo oñeme’ẽva Éfeso tupão guasúpe, omombe’úva Tupã tavaygua ohejahague iñehayhu peteĩha, ha oikotevẽha oñembyasy hag̃ua ha ojevy hag̃ua iñehayhu peteĩhápe. Ary 1863-pe, pe mborayhu peteĩha, ojehechaukáva William Miller jeguaka rupive (umi añetegua pyenda rehegua, tenonderãite “umi siete tiempos”), oñembo’yke kuri, ha Tupã tavayguápe oñeconseha ojevy hag̃ua.</w:t>
      </w:r>
    </w:p>
    <w:p>
      <w:pPr>
        <w:pStyle w:val="ArticleScripture"/>
        <w:jc w:val="left"/>
      </w:pPr>
      <w:r>
        <w:rPr>
          <w:rFonts w:ascii="Times New Roman" w:hAnsi="Times New Roman" w:eastAsia="Times New Roman" w:cs="Times New Roman"/>
        </w:rPr>
        <w:t>Upéicharamo jepe, areko peteĩ mbaʼe nde rehe, regueroviaʼỹ haguére nde mborayhu peteĩha. Nemanduʼa hag̃ua upévare moõgui reʼa hague, ha eñearrepenti, ha ejapo umi tembiapo peteĩha; ndaupéichairamo aju pyaʼe ndéve, ha aipeʼáta nde kandelerogui ijapyteguágui, ndereñearrepentíriramo. Apocalipsis 2:4, 5.</w:t>
      </w:r>
    </w:p>
    <w:p>
      <w:pPr>
        <w:pStyle w:val="ArticleBody"/>
        <w:jc w:val="left"/>
      </w:pPr>
      <w:r>
        <w:rPr>
          <w:rFonts w:ascii="Times New Roman" w:hAnsi="Times New Roman" w:eastAsia="Times New Roman" w:cs="Times New Roman"/>
        </w:rPr>
        <w:t>Umi Millerita-kuéra oñorãirõva’ekue protestantismo apóstata ndive, Jeremías ohenóiva’ekue “aty oñembohoryháva”, ha oha’arõkuri paciencia reheve pe visión og̃uahẽ hag̃ua, pórke og̃uahẽ vove ndijapumo’ãi. Pe “aty oñembohoryháva” ojehechauka va’ekue pe proféta yma guarépe ijapu va’ekue pe proféta Judá-gua-pe, omyasãiva’ekue pe ñeñangareko Jeroboam rembiapo ñemomba’e gua’u rehe.</w:t>
      </w:r>
    </w:p>
    <w:p>
      <w:pPr>
        <w:pStyle w:val="ArticleScripture"/>
        <w:jc w:val="left"/>
      </w:pPr>
      <w:r>
        <w:rPr>
          <w:rFonts w:ascii="Times New Roman" w:hAnsi="Times New Roman" w:eastAsia="Times New Roman" w:cs="Times New Roman"/>
        </w:rPr>
        <w:t>Che aikuaa ne rembiapokuekuéra, ne remba’apo, ne paciencia, ha mba’éichapa nde ndaikatui regueropu’aka umi ivaívape; ha reha’ã umi he’íva ijehekuéra apóstolha, ha ndaha’éi, ha rejuhu chupekuéra ijapuha; ha regueropu’aka, ha reguereko paciencia, ha che réra rehe reñeha’ãmbaite remba’apo hag̃ua, ha nerekañýi. Apocalipsis 2:2, 3.</w:t>
      </w:r>
    </w:p>
    <w:p>
      <w:pPr>
        <w:pStyle w:val="ArticleBody"/>
        <w:jc w:val="left"/>
      </w:pPr>
      <w:r>
        <w:rPr>
          <w:rFonts w:ascii="Times New Roman" w:hAnsi="Times New Roman" w:eastAsia="Times New Roman" w:cs="Times New Roman"/>
        </w:rPr>
        <w:t>Pe mokõiha iglesia Esmirna-pe ohechauka pe ára ñembojepota rehegua pe iglesia cristiana yma guarépe, oĩhaguépe mártir añetéva ha ambuekuéra oguerúva ñembojepota hi’ári voi motivación ndaha’éiva marangatu añetéva rehe. Avei ohechauka pe ára Juez-kuéra guare, peteĩteĩva Israel yma guarépe ojapórõ guare opa mba’e ojehecháva hekopete ijehegui. Pe generación pu’aka’ẽ rehegua oñepyrũva’ekue 1888-pe, ohechauka peteĩ ára ñembojepota rehegua pe Espíritu de Profecía rehe, umi mensajero ojeporavóva pe aravo guápe, ha pe Espíritu Santo rehe. Omoingéma avei peteĩ ára umi kuimba’e yma guare Adventismo Laodicense-pe oiporavo hague ojapo hag̃ua opa mba’e ojehecháva hekopete ijehegui, ojehechaháicha kuimba’e kuéraicha Kellogg, Prescott ha Daniells.</w:t>
      </w:r>
    </w:p>
    <w:p>
      <w:pPr>
        <w:pStyle w:val="ArticleBody"/>
        <w:jc w:val="left"/>
      </w:pPr>
      <w:r>
        <w:rPr>
          <w:rFonts w:ascii="Times New Roman" w:hAnsi="Times New Roman" w:eastAsia="Times New Roman" w:cs="Times New Roman"/>
        </w:rPr>
        <w:t>Umi mbovyete oĩva upe ára-pe oĩ vaʼerãkuri peteĩ ñorairõ espiritual omanóva rupi peteĩ aty ndive heʼíva haʼeha judío, ha ndahaʼéi. Jepénte oguereko hikuái tendota renda, haʼekuéra niko Satanás sinagógagui, ohechaukaháicha Sy White omombeʼúvo oĩ hague unos “ángel yvágagui oñemosẽ vaʼekue” omoakãva chupekuéra. Heʼi hikuái iñaranduha, péro itavy. Ndaipóri vaʼekue ñembojovake umi iñarandúvare upe ára-pe, síno peteĩ ñemokyreʼỹ ojerovia hag̃ua omano peve. Ary 1915-pe, umi ñeʼẽ pahague Sy White arakaʼeve heʼivaʼekue haʼe kuri: “Che aikuaa mávarepa ajerovia,” haʼe niko ijeroviaite vaʼekue omano peve.</w:t>
      </w:r>
    </w:p>
    <w:p>
      <w:pPr>
        <w:pStyle w:val="ArticleScripture"/>
        <w:jc w:val="left"/>
      </w:pPr>
      <w:r>
        <w:rPr>
          <w:rFonts w:ascii="Times New Roman" w:hAnsi="Times New Roman" w:eastAsia="Times New Roman" w:cs="Times New Roman"/>
        </w:rPr>
        <w:t>Che aikuaa nde rembiapokue, ne jehasa asy ha nde mboriahu, (háke nde ningo rererekóva mba’eta), ha aikuaa umi ñe’ẽ vai umi he’íva ha’eha judío, ha judío’ỹva, Satanás kuéra atyha katu. Ani rekyhyje mba’eve umi mba’e reguerekótavagui rehasa asy hag̃ua: péina, Aña omombo va’erã pene apytégui peteĩva kuérape kárselpe, pejeha’a hag̃ua; ha pehasáta jehasa asy pa ára pukukue: eñemombarete jerovia rehe pe mano peve, ha ame’ẽta ndéve tekove akã rehegua. Apocalipsis 2:9, 10.</w:t>
      </w:r>
    </w:p>
    <w:p>
      <w:pPr>
        <w:pStyle w:val="ArticleBody"/>
        <w:jc w:val="left"/>
      </w:pPr>
      <w:r>
        <w:rPr>
          <w:rFonts w:ascii="Times New Roman" w:hAnsi="Times New Roman" w:eastAsia="Times New Roman" w:cs="Times New Roman"/>
        </w:rPr>
        <w:t>Pe iglesia Pérgamo ohechauka kuri pe ñomongeta’ỹ añetegua ha jejavy apytépe, paganismo ha cristianismo apytépe, mburuvicha guasu Constantino árape, ha avei pe ñomongeta’ỹ Israel ymaguare rehegua oiko va’ekue mburuvichakuéra rembiasakue aja. Ohechauka kuri añetegua ha jejavy ñembojehe’a, ikatúva ogueru año jejavy. Ojehechauka kuri pe aty bíblico ary 1919-pe, upépe oñemoherakuã hag̃ua pe aranduka “The Doctrine of Christ”, ikatu hag̃uáicha oñemoheñói peteĩ marandu Adventista ohechauka porãve hag̃ua pe marandu porã japu protestantismo apóstata rehegua. Ha’e va’ekue pe mbohapyha generación Adventismo-pe, upépe oiko hague umi tuichavéva añetegua ñomongeta’ỹ.</w:t>
      </w:r>
    </w:p>
    <w:p>
      <w:pPr>
        <w:pStyle w:val="ArticleBody"/>
        <w:jc w:val="left"/>
      </w:pPr>
      <w:r>
        <w:rPr>
          <w:rFonts w:ascii="Times New Roman" w:hAnsi="Times New Roman" w:eastAsia="Times New Roman" w:cs="Times New Roman"/>
        </w:rPr>
        <w:t>Upéva pe generaciónpe, oñepyrũva 1919-pe, pe iglesia oñepyrũ pe ñeñemoĩ peteĩ ñe’ẽme oproduci va’ekue pe Church Manual. Upéva pe generaciónpe, oñepyrũva 1919-pe, pe iglesia oñepyrũ pe ñeñemoĩ peteĩ ñe’ẽme oikotevẽva acreditación mokõivévape, tesãi ha religión mbo’ehaópe. Upéva pe generaciónpe oñemoñepyrũ pe jeguata umi Biblia moderna oguerekóva iñepyrũ católico rehe. Upéva pe tembiasakuepe ojehechauka pe mburuvichakuéra kyre’ỹ omopyenda hag̃ua joaju umi régimen hendivekuéra oĩva hesakã hag̃uáicha anticristiano.</w:t>
      </w:r>
    </w:p>
    <w:p>
      <w:pPr>
        <w:pStyle w:val="ArticleBody"/>
        <w:jc w:val="left"/>
      </w:pPr>
      <w:r>
        <w:rPr>
          <w:rFonts w:ascii="Times New Roman" w:hAnsi="Times New Roman" w:eastAsia="Times New Roman" w:cs="Times New Roman"/>
        </w:rPr>
        <w:t>Pe jepokuaa heñói mitãme pe Ñorairõ Tetãygua aja, araka’e pe mburuvichakuéra Laodiceagua omoheñói peteĩ joaju legal Tetã peteĩ reko Estados Unidos ndive, ikatu hag̃uáicha ojehupyty peteĩ osẽ porãvéva umi mitãkuimba’e tupaopegua oñembosako’íva oñembohasávo pe ñorairõ iporã’ỹvévape América rembiasakuepe, ha upéva ojejapo jey Ñorairõ Guasu peteĩha ñepyrũmbýpe, araka’e pe Mboaty Guasu mburuvicha, A. G. Daniells, oñemongeta Alemániagui pe gobierno ndive, ome’ẽvo imoneĩ Alemánia ohenói hag̃ua mitãkuimba’épe ha ombojere hag̃ua chupekuéra oservi hag̃ua mbarete ñorairõme, ha ogueraha hag̃ua armas, ha omboyke hag̃ua pe sábado. Upe tembiapo Daniells rembiapokue ogueru peteĩ ñemboyke ojapo va’ekue umi aty’i peteĩteĩva pe Movimiento de Reforma Adventista del Séptimo Día rehegua, oĩva ko árape peve.</w:t>
      </w:r>
    </w:p>
    <w:p>
      <w:pPr>
        <w:pStyle w:val="ArticleBody"/>
        <w:jc w:val="left"/>
      </w:pPr>
      <w:r>
        <w:rPr>
          <w:rFonts w:ascii="Times New Roman" w:hAnsi="Times New Roman" w:eastAsia="Times New Roman" w:cs="Times New Roman"/>
        </w:rPr>
        <w:t>Upéva ñemondive’o osegi kuri Hitler Alemania nazi ndive, ha upe rire tetãnguéra omoheñoiva’ekue Unión Soviética ndive, ha ko ára peve gueteri oñemombarete régimen-kuérape China-icha. Mbohapyha generación ñemondive’o iñembojoajúpe mba’e Estado reheguáre ojehechauka va’ekue yma Israel mburuvichakuéra ñemondive’o ha Constantino rehe, oñesimbolisáva iglesia de Pérgamo-pe. Upe ára avei ohechauka ikerayvoty ñemondive’o evangelio japu py’aguapy ha seguridad rehegua ndive, ojehechaukáva Prescott rembiapópe “The Doctrine of Christ”.</w:t>
      </w:r>
    </w:p>
    <w:p>
      <w:pPr>
        <w:pStyle w:val="ArticleScripture"/>
        <w:jc w:val="left"/>
      </w:pPr>
      <w:r>
        <w:rPr>
          <w:rFonts w:ascii="Times New Roman" w:hAnsi="Times New Roman" w:eastAsia="Times New Roman" w:cs="Times New Roman"/>
        </w:rPr>
        <w:t>Che aikuaa nde rembiapokue ha moõpa reiko, upépe oĩhápe Satanás renda guasu; ha rejoko hatã che réra, ha nererenegái che jerovia rehe, umi ára jepe Antipas ha’ékuri che mártir jerovia hag̃uáva, ojejukáva pene apytépe, upépe Satanás oikoha. Péro areko mbovymi mba’e nderehe, pórke upépe rereko umi ojejokóva Balaam mbo’epy rehe, pe ombo’éva Balac-pe omoĩ hag̃ua peteĩ ñepysanga Israel ra’ykuéra renondépe, ho’u hag̃ua umi mba’e oñekuave’ẽva ta’ãngamýipe, ha toñemoakãratĩ hag̃ua. Apocalipsis 2:13, 14.</w:t>
      </w:r>
    </w:p>
    <w:p>
      <w:pPr>
        <w:pStyle w:val="ArticleBody"/>
        <w:jc w:val="left"/>
      </w:pPr>
      <w:r>
        <w:rPr>
          <w:rFonts w:ascii="Times New Roman" w:hAnsi="Times New Roman" w:eastAsia="Times New Roman" w:cs="Times New Roman"/>
        </w:rPr>
        <w:t>Tekovai ohechauka pe Conferencia General rembiapo, omoĩ hag̃ua ijehe tetãnguéra ndive ha’eháicha Alemania Nazi ha Unión Soviética, ombohováiramo tekotevẽha oñemantene tembiapo joaju umi gobierno ikyvakuére ndive, oheja hag̃uáicha ykére umi jerovia hag̃uava umi tetãme, ohasa’asy va’ekue jehupytyrã umi opaichagua régimen-gui umi ha’ekuéra ojoaju hague ndive. Tembi’u ta’angakuérape oñekuave’ẽ va’ekue orrepresenta pe metodología japu protestantismo apóstata ha catolicismo rehegua, upe jave oñemopyenda mbarete va’ekue umi universidad-kuérape Adventismo Laodiceagua ryepýpe, omoañete va’ekue oñegovernata hag̃ua metodología apóstata ñemoirũrãme, mokõivéva religión ha tesãi reheguápe.</w:t>
      </w:r>
    </w:p>
    <w:p>
      <w:pPr>
        <w:pStyle w:val="ArticleBody"/>
        <w:jc w:val="left"/>
      </w:pPr>
      <w:r>
        <w:rPr>
          <w:rFonts w:ascii="Times New Roman" w:hAnsi="Times New Roman" w:eastAsia="Times New Roman" w:cs="Times New Roman"/>
        </w:rPr>
        <w:t>Jesús omombeʼu hag̃ua mbohapyha generación paha, ojapohaguéicha iñepyrũme; haʼe omarka irundyha generación oguahẽha pe aranduka, Questions on Doctrine, oñemoherakuãva 1957-pe, rupive; ko aranduka oipeʼaite pe distinción tenonderã rehegua salvación-pe oĩva añetegua ha umi temimoʼã jejavy apóstata protestantismo ha catolicismo apytépe. Katuete pe aranduka oguereko heta mboʼepy jejavy, ha katu iñessénsia-pe omboʼe ndaikatuiha ojeiko puʼaka hag̃ua Cristo-pe, peteĩ tapicha noñemoambuéiramo milagrosamente pe Mokõiha Jejuýpe rire. Pe aranduka omarka pe generación ñepyrũ, upépe umi veinticinco kuimbaʼe yma guare oñesũ vaʼerã kuarahy renondépe. Umi elemento político ha religioso oñeikotevẽva hag̃ua pe iglesia Adventista Laodicense omoneĩ hag̃ua pe domingo ñemombaʼe pe arakaʼeveʼỹrõguáicha ou hag̃uáicha pe léi domingo, oguahẽma kuri.</w:t>
      </w:r>
    </w:p>
    <w:p>
      <w:pPr>
        <w:pStyle w:val="ArticleBody"/>
        <w:jc w:val="left"/>
      </w:pPr>
      <w:r>
        <w:rPr>
          <w:rFonts w:ascii="Times New Roman" w:hAnsi="Times New Roman" w:eastAsia="Times New Roman" w:cs="Times New Roman"/>
        </w:rPr>
        <w:t>Pe irundyha vai Ezequiel rehegua oiko aja pe mbovymi jeroviapyrã oĩva capítulo nueve-pe ohupyty peteĩ sello hoguerojera hag̃ua ijeko’ẽ ári, mboyve umi ánhel oñehundíva omoñepyrũ hag̃ua hembiapo. Pe visión oñepyrũ versículo peteĩpe, capítulo ocho-pe, ára pohápe, jasy potĩha seispe, ary seispe. Pe visión oñepyrũ peteĩ ára mboyve pe huício jejapo umi kuéra oñesũva kuarahýre, upéva hína pe marca pe autoridad papal rehegua, ha héra papapy ha’e “666.”</w:t>
      </w:r>
    </w:p>
    <w:p>
      <w:pPr>
        <w:pStyle w:val="ArticleBody"/>
        <w:jc w:val="left"/>
      </w:pPr>
      <w:r>
        <w:rPr>
          <w:rFonts w:ascii="Times New Roman" w:hAnsi="Times New Roman" w:eastAsia="Times New Roman" w:cs="Times New Roman"/>
        </w:rPr>
        <w:t>Tembiapo oñembotýva rehegua umi cien cuarenta y cuatro mil oñepyrũkuri 11 jasyporundy 2001-pe, pe ñorairõ ojejapóva’ekue pe mymba yvy rehegua rehe, omotenondéva islam mbohapyha ñembyasy guasu. Upe ñorairõ ombopochy umi tetãnguéra, ha ohechauka pe ama pytãngue pahague og̃uahẽmaha. Ha pe ama pytãngue pahague ojekuaáta vaʼekue umi oñembosakoʼíva añónte ojererahajevy hag̃ua Adventismo pyenda ypykuépe, ohecha hag̃ua Islam mbohapy Ñembyasy Guasuha hína peteĩ añetegua pyendapyréva. Upe ára guive, umi ojererahajevýva tape yma guarépe, Jeremías ohenóiva “pytuʼu” ramo (upéva hína pe ama pytãngue pahague), térã oikóta chuguikuéra ñangarekohára ombopu vaʼekue pe turu mbohapyha Ñembyasy Guasu rehegua, térã oikóta umi nohenduséiva pe turu pu, ha upéicha rupi omboykéva oguata hag̃ua umi tape yma guarépe.</w:t>
      </w:r>
    </w:p>
    <w:p>
      <w:pPr>
        <w:pStyle w:val="ArticleBody"/>
        <w:jc w:val="left"/>
      </w:pPr>
      <w:r>
        <w:rPr>
          <w:rFonts w:ascii="Times New Roman" w:hAnsi="Times New Roman" w:eastAsia="Times New Roman" w:cs="Times New Roman"/>
        </w:rPr>
        <w:t>Upéi rire ojehaʼã hikuái itúva kuéra puʼakaʼỹva angaipa rehe 1863-pe. Upe peteĩ javeite oguahẽ peteĩ marandu Cristo tekojoja rehegua, ha upéva hína “jehechauka tekojoja rupi jerovia añetegua”. Upéva vaʼekue pe marandu Laodiceagua Jones ha Waggoner rehegua, ha vaʼekue avei pe marandu Ezequiel omeʼẽva kanguekue omanóva ha ipirúva-pe, oguahẽva’ekue “irundy yvytu” guive, ha umíva hína peteĩ taʼanga Islam rehegua, mbohapyha ñembyasy guasu rehegua (pe “kavaju pochy” ohekáva osẽ hag̃ua). Upéi umi mbovymi jeroviaha ojehaʼã itúva kuéra puʼakaʼỹva angaipa rehe 1888-pe, pe ánhel mbarete Apocalipsis mokõiha pateĩ guive oguejy jave umi óga tuichaitéva Nueva York táva pegua oñemombo yvýpe, ha Apocalipsis kapítulo 18, versíkulo 1 guive 3 peve oñekumpli.</w:t>
      </w:r>
    </w:p>
    <w:p>
      <w:pPr>
        <w:pStyle w:val="ArticleBody"/>
        <w:jc w:val="left"/>
      </w:pPr>
      <w:r>
        <w:rPr>
          <w:rFonts w:ascii="Times New Roman" w:hAnsi="Times New Roman" w:eastAsia="Times New Roman" w:cs="Times New Roman"/>
        </w:rPr>
        <w:t>Upéi oñeha’ãkuaa hikuái pe mensáhe ama paha rehegua rupive. ¿Pe ama paha piko ha’e va’ekue peteĩ jehechauka Tupã pu’aka rehegua yma guaréicha, térãpa Tupã pu’aka jehechauka-kuéra oiko va’ekue añoite yma? Upérõ pe mbovymi jerovia hag̃uava oñeha’ãkuaa iñemoñarekuéra ru kuéra ñemopu’ã vai rupive ary 1919-pe. Mba’éichapa pe mbovymi jerovia hag̃uava ohasa ko’ã mbohapy ñeha’ã, upéva ohechauka térã oguerohorytaha hikuái Tupã séllo iñakã renondépe, térãpa ojuhutaha ijupekuéra kuarahy renondépe oñesũ hag̃uáicha pe mokõi pa po irundyhiava tendota guasu ndive Adventísmo Laodicéagua-pe.</w:t>
      </w:r>
    </w:p>
    <w:p>
      <w:pPr>
        <w:pStyle w:val="ArticleBody"/>
        <w:jc w:val="left"/>
      </w:pPr>
      <w:r>
        <w:rPr>
          <w:rFonts w:ascii="Times New Roman" w:hAnsi="Times New Roman" w:eastAsia="Times New Roman" w:cs="Times New Roman"/>
        </w:rPr>
        <w:t>Opaite umi tembiapo vai po irundy generación oúva Adventismo Laodiceagua rehegua ojuhu ijojaha 11 jasyporundy 2001-pe. Upe ára, Isaías omombe'uva'ekue “arahaku yvytu kuarahyresẽgua ára” ramo, ohechauka ñepyrũha ára ñembotysýi rehegua umi cien cuarenta y cuatro mil-pe, ha pe tiempo de sellamiento ha'e peteĩ período aravo rehegua. Pe período paha ojehechauka va'ekue iñepyrũ rupive, Jesús akóinte ohechaukágui peteĩ mba'e paha peteĩ mba'e ñepyrũ rupive. Umi movimiento paha pe proceso de sellamiento-pe, umi prueba ojehechaukava'ekue pe período ñepyrũme ojere jey ha oñemoañete jey.</w:t>
      </w:r>
    </w:p>
    <w:p>
      <w:pPr>
        <w:pStyle w:val="ArticleBody"/>
        <w:jc w:val="left"/>
      </w:pPr>
      <w:r>
        <w:rPr>
          <w:rFonts w:ascii="Times New Roman" w:hAnsi="Times New Roman" w:eastAsia="Times New Roman" w:cs="Times New Roman"/>
        </w:rPr>
        <w:t>11 jasyporundýpe ary 2001-pe, umi prueba ohasáva'ekue vai Laodicéa Adventismo rebelde-kuéra, ojehechaukáva umi irundy mba’e vaiete Ezequiel-pe, ha umi irundy iglesia tenondetegua Apocalipsis capítulokuéra mokõi ha mbohapy-pe, oguahẽ, ha upéva omboja’o peteĩ proceso de prueba ogueraháva térã mymba rysa marandurã gotyo, térã Tupã sellorã gotyo, umi oikuaaukáva ijeheha Séptimo Día Adventista-ramo guarã.</w:t>
      </w:r>
    </w:p>
    <w:p>
      <w:pPr>
        <w:pStyle w:val="ArticleBody"/>
        <w:jc w:val="left"/>
      </w:pPr>
      <w:r>
        <w:rPr>
          <w:rFonts w:ascii="Times New Roman" w:hAnsi="Times New Roman" w:eastAsia="Times New Roman" w:cs="Times New Roman"/>
        </w:rPr>
        <w:t>Liderkuéra Adventísmo Laodicéagui ojepytaso ijehegua ñembotavykuéra ñapytĩha rehe, ha haimete ndaikatúi hag̃ua chupekuéra “oikuaa” peteĩ jevyjey Ñandejára pu’aka jehechaukarãgui, ojehechaukaháicha umi yma guare ñemoambue atýpe, oikehápe pe movimiento reformista omoingovéva’ekue Adventísmo tekovépe. Umi kuimba’e ymaguare omyasãi ha omo’ã va’ekue umi doctrina ojehechaukáva Miller joyakuéra rehe umi viru gua’u ha joya gua’u reheve. Pe ryru oguerekóva pe Biblia King James oñemboguejy arcaico ñe’ẽ ára rehe, ha oñemyengovia Biblia-kuéra ñe’ẽ pyahu rehegua reheve, ojehaíva kuimba’e angaipáva ñe’ẽtépe.</w:t>
      </w:r>
    </w:p>
    <w:p>
      <w:pPr>
        <w:pStyle w:val="ArticleBody"/>
        <w:jc w:val="left"/>
      </w:pPr>
      <w:r>
        <w:rPr>
          <w:rFonts w:ascii="Times New Roman" w:hAnsi="Times New Roman" w:eastAsia="Times New Roman" w:cs="Times New Roman"/>
        </w:rPr>
        <w:t>Oiméramo umi kuimba'e yma guaréva ohechami hag̃ua pe posibilidad pe marandu ama pyharekuegua ndaha'éiha peteĩ marandu py'aguapy ha jerovia jeréva rehegua, hasyetereíta kuri chupekuéra oikuaa hag̃ua umi jehechauka Tupã pu’aka rehegua ojehechava’ekue umi tembiasakue marangatu yma guarépe ha’eha umi mba’e tee ohechauka porãva pe ñemboty peteĩ cien cuarenta y cuatro mil rehegua. Ha ijetu’uvéntema chupekuéra oikuaa hag̃ua umi tembiasakue marangatu ohechaukavéva pe ñemboty peteĩ cien cuarenta y cuatro mil rehegua ha’eha umi tembiasakue marangatu omboajepáva Malaquías capítulo tres-pe; pórke Malaquías capítulo tres omopyenda porã oĩha meme peteĩ mensajero ombosako’íva tape pe Mensajero del Pacto ou hag̃uáicha sapy’aitépe. Pe mensajero ojehechauka va’ekue profeta Elías rupive, omombe’u mbarete va’ekue ndaiporimo’ãiha ama hembiasakuepe, ndaha’éiramo ou hag̃ua imba’eporã rupive.</w:t>
      </w:r>
    </w:p>
    <w:p>
      <w:pPr>
        <w:pStyle w:val="ArticleBody"/>
        <w:jc w:val="left"/>
      </w:pPr>
      <w:r>
        <w:rPr>
          <w:rFonts w:ascii="Times New Roman" w:hAnsi="Times New Roman" w:eastAsia="Times New Roman" w:cs="Times New Roman"/>
        </w:rPr>
        <w:t>Ezequiel remimbó mokõi pa ary mokõi anciano-kuéra ohechava’erãmo ñembohoryrãicha pe ojeguerovia hag̃ua ijehekuéra he’iha hikuái ha’eha Ñandejára templo, ndaipóriha fundamento, ha añetehápe ohechauka peteĩ tetãgua rembikuaa ojepyta hag̃uáicha ykére, peteĩcha pe parral oñeme’ẽ haguéicha umi oguerúva hi’a oikóva parral-pe guarã. Pe marandu pe mbohapyha Aipochy rehegua, pe mensajero ombosako’íva tape, pe parral purahéi, opaite ko’ãva otestifika hesekuéra umi tradición ha jepokuaa rehe, umi rehe ha’ekuéra omoĩ va’ekue ijerovia, ha oiko hag̃ua peteĩ mba’e’asy haimete ndaikatúiva ojejapo hag̃ua hag̃ua oñemomandu’a pe ama paha rehe.</w:t>
      </w:r>
    </w:p>
    <w:p>
      <w:pPr>
        <w:pStyle w:val="ArticleBody"/>
        <w:jc w:val="left"/>
      </w:pPr>
      <w:r>
        <w:rPr>
          <w:rFonts w:ascii="Times New Roman" w:hAnsi="Times New Roman" w:eastAsia="Times New Roman" w:cs="Times New Roman"/>
        </w:rPr>
        <w:t>Pe omohu’ãvo umi cien cuarenta y cuatro mil oñemohu’ãha, ojehechauka avei umi prueba peteĩchaite umi he’íva oikuaa hague Islam rembiapo pe mbohapyha Aipo rehegua. Pe “jeikuaapy ñembohetave” omoñepyrũva’ekue pe movimiento Millerita rehegua oñepyrũ “siete tiempos” paha gotyo ary 1798-pe. Pe “jeikuaapy ñembohetave” omoñepyrũva pe movimiento umi cien cuarenta y cuatro mil rehegua oñepyrũ peteĩ “siete tiempos” simbólico paha gotyo (ciento veintiséis ary) ary 1989-pe. Umi ciento veintiséis ary pukukue, apostasia oñembohetave aja, Adventismo Laodiceagua oguahẽ hembiasakue irundyha ha paha generación-pe.</w:t>
      </w:r>
    </w:p>
    <w:p>
      <w:pPr>
        <w:pStyle w:val="ArticleBody"/>
        <w:jc w:val="left"/>
      </w:pPr>
      <w:r>
        <w:rPr>
          <w:rFonts w:ascii="Times New Roman" w:hAnsi="Times New Roman" w:eastAsia="Times New Roman" w:cs="Times New Roman"/>
        </w:rPr>
        <w:t>Ha’e hína mbohapyha ha irundyha ñemoñarepe peteĩ tetã térã tavayguakuéra omyenyhẽha ikuá py’aguapy ára oñeha’ãha guive, ha upe ára og̃uahẽma ko’ág̃a. Pe “jekuaa oñembohetavéva” Daniel kuatiágui, ojehechaukáva Hiddekel Ysyry rupive, ha’e avei pe jekuaa oñembohetavéva, oñemboty’ỹ jave Jesucristo Revelación, pe ñembotove mboyve.</w:t>
      </w:r>
    </w:p>
    <w:p>
      <w:pPr>
        <w:pStyle w:val="ArticleBody"/>
        <w:jc w:val="left"/>
      </w:pPr>
      <w:r>
        <w:rPr>
          <w:rFonts w:ascii="Times New Roman" w:hAnsi="Times New Roman" w:eastAsia="Times New Roman" w:cs="Times New Roman"/>
        </w:rPr>
        <w:t>Pe artíkulo oúvape ñahesa’ỹijóta Daniel aranduka mbohapy kapítulo paha.</w:t>
      </w:r>
    </w:p>
    <w:p>
      <w:pPr>
        <w:pStyle w:val="ArticleScripture"/>
        <w:jc w:val="left"/>
      </w:pPr>
      <w:r>
        <w:rPr>
          <w:rFonts w:ascii="Times New Roman" w:hAnsi="Times New Roman" w:eastAsia="Times New Roman" w:cs="Times New Roman"/>
        </w:rPr>
        <w:t>“Hi’aguĩma og̃uahẽta umi ára oĩtahápe tuicha jepy’apy ha ñemondýi. Satanás, oñemonde va’ekue ánhel ao rehe, ombotavyta, ikatúrõ, umi poravopyre jepe. Oĩta heta tupã ha heta karaí. Opa yvytu doctrina rehegua oipejéta. Umi ome’ẽ va’ekue iñakã guasuetepe pe ‘ciencia japu hérava’ ndaha’éimo’ãi upérõ umi tenondegua. Umi ojerovia va’ekue akã rehe, arandu porã rehe térã katupyry rehe ndopytamo’ãi upérõ oñemoĩ hag̃ua tenonde pe aty ryepýpe. Ha’ekuéra ndohupytýi pe tesape ndive. Umi ohechauka va’ekue ijerovia’ỹha ndoguerekomo’ãi upérõ pe oñangarekóvo pe atýre. Pe tembiapo pahápe, solemne ha marangatuetéva, sa’i kuimba’e guasu oike va’erãta. Ha’ekuéra ojerovia ijeheguinte, ijehegui oiko Tupã’ỹre, ha Ha’e ndaikatumo’ãi oipuru chupekuéra. Ñandejára oreko tembiguái jeroviaha, ha umi ára oñembokacha, oñeha’ã ha oñeha’ãrõguápe, ojekuaaukáta ojehecha hag̃uáicha. Oĩ ko’ág̃a hepyetéva oñemíava gueteri noñesũiva’ekue Baal renondépe. Ndojapói gueteri hikuái pe tesape osẽva’ekue nde ári peteĩ hendáicha, hatã ha mbarete porã. Upéicharõ jepe, ikatu peteĩ ape ári hasy ha ndajaipotavéiva guýpe ojehechauka pe mimbipa potĩ peteĩ carácter cristiano añetéva rehegua. Árape jajesareko yvágare, péro ndajahechái umi mbyja. Oĩ upépe, hatã oñemoĩva yvága guasupe, péro tesa ndaikatúi omyesakã chupekuéra. Pyharépe katu jahecha imimbipa añetéva.” Testimonios, volúmen 5, 80, 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Lívro de Daniel - Papapy Poapýha Irundy hag̃ua’ẽ peteĩ hag̃ua}</dc:title>
  <dc:subject>Ojehechauka mokõi ypykue Irundy Tekove Laodicea Adventismo rehegua: Peteĩ Jeguata Paralelismo Bíblico ha Jehechajoja Profético rupive</dc:subject>
  <dc:creator>Jeff Pippenger</dc:creator>
  <cp:keywords/>
  <dc:description>Generated by ArticleDigger from daniel\84_daniel.json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