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Papapy mokõipa poapyha</w:t>
      </w:r>
    </w:p>
    <w:p>
      <w:pPr>
        <w:pStyle w:val="ArticleSubtitle"/>
        <w:jc w:val="left"/>
      </w:pPr>
      <w:r>
        <w:rPr>
          <w:rFonts w:ascii="Arial" w:hAnsi="Arial" w:eastAsia="Arial" w:cs="Arial"/>
        </w:rPr>
        <w:t>Ojepe’a pe Viaje Profético: pe Joaju Divino umi Hito Histórico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Ciento veintiséis ary rire pe ñemoĩ hag̃ua 1863-pe, ary 1989-pe ojeipe’a umi seis versíkulo paha Daniel once-gui. Pe kuaapy tenonderã ojeipe’áva upe arýpe ha’e va’ekue pe jehechakuaa umi reforma rape historia sagráda rehegua, ha pe jehechauka opaite umíva ojoja ojuehe. Upéi ary 1992-pe, pe tesape umi seis versíkulo paha rehegua oñepyrũ ojekuaa porãve. Umi ñe’ẽmondo peteĩha opavavépe ko’ã añetegua rehegua ojejapo va’ekue 1994-pe, ha pe mba’e oñeñe’ẽ hague ha’e va’ekue umi reforma rape. Ary 1996-pe, osẽ peteĩ revista hérava The Time of the End, upépe ojehechauka umi seis versíkulo paha Daniel once-gui.</w:t>
      </w:r>
    </w:p>
    <w:p>
      <w:pPr>
        <w:pStyle w:val="ArticleBody"/>
        <w:jc w:val="left"/>
      </w:pPr>
      <w:r>
        <w:rPr>
          <w:rFonts w:ascii="Times New Roman" w:hAnsi="Times New Roman" w:eastAsia="Times New Roman" w:cs="Times New Roman"/>
        </w:rPr>
        <w:t>1996 ha’e va’ekue pe arýpe oñemohendaha pe marandu hekopete, ha upéva ha’e peteĩ techaukaha ojoajúva William Miller rembiapo ñemohenda hekopete rehe ary 1831-pe. Miller marandu ha’e va’ekue pe marandu oñeñepyrũha huísio, ha Daniel once pahapy mokõi versíkulo pahaguéva ha’e va’ekue pe marandu oñembotýha huísio. Pe mba’e Miller marandu rehegua ha’e va’ekue ára profétiko ojehechaukáva Biblia-pe. Pe mba’e Daniel once pahapy mokõi versíkulo pahaguéva rehegua ha’e va’ekue Roma ko’ág̃agua (mburuvicha yvate guive japu). Pe tapereko oñembyesakãva Miller-pe ha’e va’ekue i 14 Regla de Interpretación Profética. Pe tapereko oñembyesakãva ary 1989-pe katu, ha’e va’ekue pe “línea sobre línea” umi movimiento de reforma rehegua.</w:t>
      </w:r>
    </w:p>
    <w:p>
      <w:pPr>
        <w:pStyle w:val="ArticleBody"/>
        <w:jc w:val="left"/>
      </w:pPr>
      <w:r>
        <w:rPr>
          <w:rFonts w:ascii="Times New Roman" w:hAnsi="Times New Roman" w:eastAsia="Times New Roman" w:cs="Times New Roman"/>
        </w:rPr>
        <w:t>Miller rembiapo oike pe Ñandejára Ñe’ẽ mbarete porãha tekoviaháicha, ojoavy hag̃uáicha umi tradición ha jepokuaa papal rehe, oisãmbyhýva’ekue ko yvy ári mil mokõi sute ha sesenta ary pukukue. Upévare, Miller marandu ojekuaauka raẽ vaekue ary 1831-pe (upéicha oñemohenda hag̃ua Miller marandu), ha upéva oiko exactamente mokõi sute ha veinte ary rire oñemoheñói hague pe Biblia King James. Future for America rembiapo katu vaekue pe ojekuaa hag̃ua Estados Unidos rembiaporã omongueraha hag̃ua pe papado jeréva omanóva pe léi domingo hi’aguĩmbaitéva rupive. Upévare, pe revista The Time of the End ojekuaauka vaekue ary 1996-pe (upéicha oñemohenda hag̃ua pe marandu), ha upéva oiko exactamente mokõi sute ha veinte ary rire oñepyrũ hague Estados Unidos ary 1776-pe.</w:t>
      </w:r>
    </w:p>
    <w:p>
      <w:pPr>
        <w:pStyle w:val="ArticleBody"/>
        <w:jc w:val="left"/>
      </w:pPr>
      <w:r>
        <w:rPr>
          <w:rFonts w:ascii="Times New Roman" w:hAnsi="Times New Roman" w:eastAsia="Times New Roman" w:cs="Times New Roman"/>
        </w:rPr>
        <w:t>Pe jehechakuaa mokõi ciento veinte ary oguerekoha peteĩ joaju ombojoajúva káda movimiento de reforma peteĩ punto de referencia histórico ndorekói vaʼekue jehechakuaa peve rire añoite 11 de septiembre de 2001, pórke ndaipóri vaʼekue pe mbohapyha ñembyasy ou rire upe árape pe Ñandejára ogueraha jey hag̃ua Itavayguápe umi tape yma guarépe Jeremías kapítulo 6, versículos 16 ha 17-pe. Upépe pe tesape “siete veces” rehegua ojuhu jey vaʼekue, ha upe tesape oñemoakãrapuʼã aja ojekuaa porã vaʼekue mokõi ciento veinteha pe papapy ombojoajúva Daniel 8, versículos 13 ha 14. Pe versículo 13-pe ojehechauka pe visión “chazon” historia profética rehegua, ha pe versículo 14-pe ojehechauka pe visión “mareh” rehegua, heʼiséva “la apariencia”. Pe joaju oĩva koʼã mokõi versículo apytépe haʼe hína upe Gabriel ou vaʼekue omboʼe hag̃ua Daniel-pe, ha Daniel orrepresenta Tupã tavayguakuérape umi ára pahápe ohupytýva hikuái ontende hag̃ua pe joaju oĩva koʼã mokõi visión apytépe.</w:t>
      </w:r>
    </w:p>
    <w:p>
      <w:pPr>
        <w:pStyle w:val="ArticleBody"/>
        <w:jc w:val="left"/>
      </w:pPr>
      <w:r>
        <w:rPr>
          <w:rFonts w:ascii="Times New Roman" w:hAnsi="Times New Roman" w:eastAsia="Times New Roman" w:cs="Times New Roman"/>
        </w:rPr>
        <w:t>Pe visión mbohapypaapyha ohechauka umi “siete tiempo” (mokõi su quinientos ha veinte ary), ha pe visión irundyha ohechauka umi dos mil trescientos ára (ary). Umi “siete tiempo” oúva pe rréino yvy gotyo pegua Judá rehe, ha’éva peteĩ ta’anga Judá, Jerusalén ha pe santuario rehegua, oñepyrũ 677 ary Cristo mboyve, ha umi dos mil trescientos ary omombe’úva Jerusalén ha pe santuario ñemyatyrõ oñepyrũ 457 ary Cristo mboyve.</w:t>
      </w:r>
    </w:p>
    <w:p>
      <w:pPr>
        <w:pStyle w:val="ArticleBody"/>
        <w:jc w:val="left"/>
      </w:pPr>
      <w:r>
        <w:rPr>
          <w:rFonts w:ascii="Times New Roman" w:hAnsi="Times New Roman" w:eastAsia="Times New Roman" w:cs="Times New Roman"/>
        </w:rPr>
        <w:t>Mokõi ciento ha veinte ary ombojoaju ko'ã mokõi visión, ha pe papapy mokõi ciento ha veinte ojehechakuaa va'ekue peteĩ símbolo ramo pe joaju rehegua pe ñemombo yvýre pe ehérsito ha pe santuario rehe, umi pokatu ombyaíva paganguéra ha papaguéra rupi, upéva hína oñembohéra peteĩ ñemosarambi ha Tupã pochy ramo. Umi mokõi ciento ha veinte ary ombojoaju pe visión oñe'ẽva pe rembiapo satán rehegua omombo yvýre hag̃ua pe santuario, pe visión oñe'ẽva pe rembiapo marangatu rehegua omoĩjey hag̃ua pe templo peteĩcha. Upévare umi mokõi ciento ha veinte ary ha'e peteĩ símbolo ohechaukáva peteĩ joaju marangatu.</w:t>
      </w:r>
    </w:p>
    <w:p>
      <w:pPr>
        <w:pStyle w:val="ArticleBody"/>
        <w:jc w:val="left"/>
      </w:pPr>
      <w:r>
        <w:rPr>
          <w:rFonts w:ascii="Times New Roman" w:hAnsi="Times New Roman" w:eastAsia="Times New Roman" w:cs="Times New Roman"/>
        </w:rPr>
        <w:t>Opaichaguáicha pe movimiento Millerita oñemohuʼã hague pe ñepuʼãvai ary 1863-pe, ha upéi, ciento veintiséis ary rire, og̃uahẽ pe movimiento pe ánhel mbohapyha rehegua, upéicha oñemombaʼeguasu hag̃ua mokõi movimiento ojoajúva pe simbolismo “siete tiempos” rehe (ciento veintiséis), mokõi ciento veinte ary ombojoaju Miller omopyenda hague pe marandu Bíblico ary 1831-pe, pe King James Bible ojejapo hague ary 1611-pe ndive; upéicha avei pe mismo periodo de tiempo ombojoaju Future for America América ñepyrũ rehe, ohechaukávo América paha.</w:t>
      </w:r>
    </w:p>
    <w:p>
      <w:pPr>
        <w:pStyle w:val="ArticleBody"/>
        <w:jc w:val="left"/>
      </w:pPr>
      <w:r>
        <w:rPr>
          <w:rFonts w:ascii="Times New Roman" w:hAnsi="Times New Roman" w:eastAsia="Times New Roman" w:cs="Times New Roman"/>
        </w:rPr>
        <w:t>22 jasypa 1844-pe, Ñe’ẽmondoha Ñe’ẽme’ẽmegua oúma pya’e pe témplo ha’e omopu’ã va’ekuépe irundy-pa poteĩ ary ryepýpe, 1798 guive, pe pochy peteĩha paha guive, peve 1844, pe pochy pahaguéva paha. Ijeike pe témplope oñemotenonde va’ekue Espíritu Santo ñehẽgui pe Mombe’u Pyhare Mbytegua jeguatápe, oñehesakãmava’ekue Cristo oike jevy ñemomba’eguasúpe Jerusalénpe rupive. Ko’ã mokõi testígo omoĩ hag̃ua hag̃ua porã, pe Mombe’u Pyhare Mbytegua jeguata ojejapo jey vove ára pahápe, Cristo omopu’ãma hague pe témplo umi cien cuarenta y cuatro mil rehegua. Mokõi jeguata, upépe oñembotýva pe Mombe’u Pyhare Mbytegua pe parábola umi diez vírgenes rehegua, ojoja oñondive.</w:t>
      </w:r>
    </w:p>
    <w:p>
      <w:pPr>
        <w:pStyle w:val="ArticleScripture"/>
        <w:jc w:val="left"/>
      </w:pPr>
      <w:r>
        <w:rPr>
          <w:rFonts w:ascii="Times New Roman" w:hAnsi="Times New Roman" w:eastAsia="Times New Roman" w:cs="Times New Roman"/>
        </w:rPr>
        <w:t>“Py’ỹi oñembojoaju che rehe umi pa’ũ rehegua ñembo’e’ỹrã diez kuñataĩ rehegua, po umi iñarandúva ha po umi itavýva. Ko ñembojojaha ojejapo va’ekue ha ojejapóta peve peteĩteĩ letra peve, pórke oguereko peteĩ aplicación especial ko ára rehe, ha, pe marandu mbohapyha ánhel reheguáicha, ojejapo va’ekue ha opytáta añetegua ko’ág̃agua ramo pe ára paha peve.” Review and Herald, 19 de agosto de 1890.</w:t>
      </w:r>
    </w:p>
    <w:p>
      <w:pPr>
        <w:pStyle w:val="ArticleBody"/>
        <w:jc w:val="left"/>
      </w:pPr>
      <w:r>
        <w:rPr>
          <w:rFonts w:ascii="Times New Roman" w:hAnsi="Times New Roman" w:eastAsia="Times New Roman" w:cs="Times New Roman"/>
        </w:rPr>
        <w:t>Umi Millerita rembiasakue (pe peteĩha ánhel rembiapo) ohechauka peteĩ jehechauka ojupi ohóvo Tupã pu’aka rehegua, oñepyrũva’ekue Daniel kuatiañe’ẽ ojepe’árõ guare 1798-pe. Pe pu’aka okakuaa pe ánhel Apocalipsis diezgua oguejýramo guare agosto 11, 1840-pe. Upéi oguahẽ pe peteĩha ñembyasy guasu abril 19, 1844-pe, ha ipahápe ogueraha pe Espíritu Santo oñeñohẽ hag̃ua Exeter aty guasúpe, oñepyrũva’ekue agosto 12, 1844-pe, ha ojekuaapy ohóvo peteĩ yguasu rendyicha pe tetã tuichakue javeve octubre 22, 1844 peve.</w:t>
      </w:r>
    </w:p>
    <w:p>
      <w:pPr>
        <w:pStyle w:val="ArticleBody"/>
        <w:jc w:val="left"/>
      </w:pPr>
      <w:r>
        <w:rPr>
          <w:rFonts w:ascii="Times New Roman" w:hAnsi="Times New Roman" w:eastAsia="Times New Roman" w:cs="Times New Roman"/>
        </w:rPr>
        <w:t>Future for America rembiasakue (mbohapyha ánhel rembiapo) ohechauka peteĩ jehechaukarã ojupi hag̃ua ohóvo Tupã pu’aka rehegua, oñepyrũva’ekue Daniel aranduka ojeipe’a jave ára 1989-pe. Pe pu’aka oñembotuichave Apocalipsis 18-pegua ánhel oguejy ramo guare septiembre 11, 2001-pe. Upéi og̃uahẽ pe peteĩha ñembyasýi julio 18, 2020-pe, upéva ipahápe oguerúta Espíritu Santo oñehenóiva ñehẽ pytekuépe, ha upéva oñemosarambíta tata ñemyendyicha yvy ape ári tuichakue javeve Miguel opu’ã meve ha yvypóra ára ñembohovái oñemboty.</w:t>
      </w:r>
    </w:p>
    <w:p>
      <w:pPr>
        <w:pStyle w:val="ArticleBody"/>
        <w:jc w:val="left"/>
      </w:pPr>
      <w:r>
        <w:rPr>
          <w:rFonts w:ascii="Times New Roman" w:hAnsi="Times New Roman" w:eastAsia="Times New Roman" w:cs="Times New Roman"/>
        </w:rPr>
        <w:t>22 jasypa 1844-pe, heta profesía oñekumpli, upéicha ohechauka hag̃ua pe domingo-pegua léi pya’éte oútavape, heta profesía oñekumpli jeýta. Peteĩva umi profesía apytégui ha’e pe visión are hag̃ua, oñerrepresentaháicha Habacuc capítulo mokõihápe. Habacuc capítulo mokõi ohechauka pe experiencia mokõive pe primer ha tercer ángel remiguápe. Mokõive remiandu oñembohovái peteĩ ñe’ẽjovake rehegua pe metodología bíblica añeteguáre, oñemboguapýva umi representantekuéra pe movimientopegua ha umi tavayguakuéra ymaite guive ojeporavóva apytépe, ojejahéiha hikuái pe debate rape rupi.</w:t>
      </w:r>
    </w:p>
    <w:p>
      <w:pPr>
        <w:pStyle w:val="ArticleBody"/>
        <w:jc w:val="left"/>
      </w:pPr>
      <w:r>
        <w:rPr>
          <w:rFonts w:ascii="Times New Roman" w:hAnsi="Times New Roman" w:eastAsia="Times New Roman" w:cs="Times New Roman"/>
        </w:rPr>
        <w:t>Pe marandu tekotevẽ vaʼekue oñeñangareko hag̃ua hese umi ñangarekohára ángel peteĩha rembiasakuepe, haʼe vaʼekue pe jehechakuaa umi añetegua rehegua (Miller rembirepykuéra), ipahápe ojehechauka vaʼekue mokõi taʼanga marangatu ary 1843 ha 1850-pe. Pe ñomongeta joavy rape rupi oikóta peteĩ ñembyasy guasu omarkáta peteĩ ñemombyry mokõi aty ojoavyetereívagui, ha peteĩ ñehenói ñemboyke hag̃ua ipypukuvévo umi jeroviapývape.</w:t>
      </w:r>
    </w:p>
    <w:p>
      <w:pPr>
        <w:pStyle w:val="ArticleBody"/>
        <w:jc w:val="left"/>
      </w:pPr>
      <w:r>
        <w:rPr>
          <w:rFonts w:ascii="Times New Roman" w:hAnsi="Times New Roman" w:eastAsia="Times New Roman" w:cs="Times New Roman"/>
        </w:rPr>
        <w:t>Upéi Habacuc ohechauka porã pe joavy mokõi aty oĩva pe prueba rape umi añetegua yvyraro’ỹrã rehegua. Upéva prueba rape, oikehápe pe ñe’ẽjoavy mokõi aty apytépe, opytáva’ekue kirirĩhápe 22 jasypa mokõi, 1844-pe, opa kuri upe hendápe voi moõpa opa Habacuc capítulo mokõi.</w:t>
      </w:r>
    </w:p>
    <w:p>
      <w:pPr>
        <w:pStyle w:val="ArticleScripture"/>
        <w:jc w:val="left"/>
      </w:pPr>
      <w:r>
        <w:rPr>
          <w:rFonts w:ascii="Times New Roman" w:hAnsi="Times New Roman" w:eastAsia="Times New Roman" w:cs="Times New Roman"/>
        </w:rPr>
        <w:t>Ha Ñandejára oĩ itemplo marangatuetépe; tokyhyje ha tokirirĩ opa yvy henondépe. Habacuc 2:20.</w:t>
      </w:r>
    </w:p>
    <w:p>
      <w:pPr>
        <w:pStyle w:val="ArticleBody"/>
        <w:jc w:val="left"/>
      </w:pPr>
      <w:r>
        <w:rPr>
          <w:rFonts w:ascii="Times New Roman" w:hAnsi="Times New Roman" w:eastAsia="Times New Roman" w:cs="Times New Roman"/>
        </w:rPr>
        <w:t>Ñandejára oike pya’eterei Itémplo Millerita-pe, ha upérõ opa yvy arigua okirirĩva’erã kuri, pe ára Expiasiõ antitípica oguahẽma haguére ha umi omanóva juicio oñepyrũma haguére. Habacuc arandukápe mokõiha kapítulo-pe oĩva tembiasakue profética opa kuri 22 jasypa 1844-pe, ha Jesús akóinte ombojoaju peteĩ mba’e paha peteĩ mba’e ñepyrũ reheve. Umi mokõi visión oñepyrũha, mokõi mil quinientos veinte ary pukukue oñembohasa hag̃ua yvýpe pe santuario ha pe hueste, ha pe visión oñe’ẽva pe santuario ha pe hueste ñemyatyrõ rehe, oñepyrũ vaʼekue oñondive; hákatu ojoavy mokõi ciento veinte ary rupive, ha opa rire, ojekuaa hag̃ua opamaha, oñemombe’u Habacuc arandukápe MOKÕIHA kapítulo MOKÕIPA versíkulo-pe.</w:t>
      </w:r>
    </w:p>
    <w:p>
      <w:pPr>
        <w:pStyle w:val="ArticleBody"/>
        <w:jc w:val="left"/>
      </w:pPr>
      <w:r>
        <w:rPr>
          <w:rFonts w:ascii="Times New Roman" w:hAnsi="Times New Roman" w:eastAsia="Times New Roman" w:cs="Times New Roman"/>
        </w:rPr>
        <w:t>Pe léi domingo oñemboajéta hag̃uáicha oúvape, heta profesía oñekumplíta. Peteĩva umi profesía apytégui ha’e pe visión oñembotare’ỹva ojehechaukaháicha Habacuc kapítulo mokõihápe. Habacuc kapítulo mokõi ohechauka mokõive pe primer ha pe tercer ángel rembiapo jeguata rehegua. Mokõive pe jeguata oñembohovái peteĩ ñomongeta joavy rehe pe metodología bíblica añeteguáre, ha upéva oñemohu’ã umi pe movimiento rehegua representantekuéra ha umi ymaite guive pueblo ojeporavóva apytépe, umívape ojehejáva tapykue gotyo pe ñemongeta joavy rape pukukue jave.</w:t>
      </w:r>
    </w:p>
    <w:p>
      <w:pPr>
        <w:pStyle w:val="ArticleBody"/>
        <w:jc w:val="left"/>
      </w:pPr>
      <w:r>
        <w:rPr>
          <w:rFonts w:ascii="Times New Roman" w:hAnsi="Times New Roman" w:eastAsia="Times New Roman" w:cs="Times New Roman"/>
        </w:rPr>
        <w:t>Pe marandu ojehupyty vaerã umi ñangarekohára ángel mbohapyha rembiasakue rehe ha’e hína pe jehechakuaa umi añetegua rehe (Miller rembiapo jeguaka), ipahápe ojehechaukáva’ekue umi mokõi ta’anga marangatu 1843 ha 1850 arýpe. Pe ñomongeta rupi oĩ va’ekue peteĩ ñembyasýi guasu omarkáva peteĩ ñemboja’o umi mokõi aty ojoavy ha oñemoĩva ojuavy hag̃uápe apytépe, ha peteĩ ñehenói ipypukuvéva ñemomarangatu rehe umi jerovia hag̃ua katu hag̃uápe. Upéi Habacuc ohechauka porã pe joavy umi mokõi aty oikeva’ekue pe prueba rapepe umi añetegua pyendaguasu rehegua. Pe prueba rape, ojehechaukava’ekue pe ñomongeta rupive umi mokõi aty apytépe, opaite hag̃uáta añetépe pe arapokõindy rekoguáva pya’e ou hag̃uápe, exactamente upe tenda rupi Habacuc mokõiha kapítulo opa hague.</w:t>
      </w:r>
    </w:p>
    <w:p>
      <w:pPr>
        <w:pStyle w:val="ArticleScripture"/>
        <w:jc w:val="left"/>
      </w:pPr>
      <w:r>
        <w:rPr>
          <w:rFonts w:ascii="Times New Roman" w:hAnsi="Times New Roman" w:eastAsia="Times New Roman" w:cs="Times New Roman"/>
        </w:rPr>
        <w:t>Ha Ñandejára oĩ itemplo marangatuetépe; tokyta opavave yvy henondépe. Habacuc 2:20.</w:t>
      </w:r>
    </w:p>
    <w:p>
      <w:pPr>
        <w:pStyle w:val="ArticleBody"/>
        <w:jc w:val="left"/>
      </w:pPr>
      <w:r>
        <w:rPr>
          <w:rFonts w:ascii="Times New Roman" w:hAnsi="Times New Roman" w:eastAsia="Times New Roman" w:cs="Times New Roman"/>
        </w:rPr>
        <w:t>Pe Ñandejára oike hag̃uáicha sapy’aitépe pe témplo de los ciento cuarenta y cuatro mil-pe, ha upérõ opa yvy arigua okirirĩta, pe ára jehepyme’ẽ rehegua antitípico og̃uahẽtaháre umi oikovéva juicio-pe. Pe tembiasakue profético Habacuc kapítulo mokõi rehegua opa pe léi domingo oúta hag̃uápe ko’ẽrõite, ha Jesús akóinte ombojoaju peteĩ mba’e paha peteĩ mba’e ñepyrũ rehe.</w:t>
      </w:r>
    </w:p>
    <w:p>
      <w:pPr>
        <w:pStyle w:val="ArticleBody"/>
        <w:jc w:val="left"/>
      </w:pPr>
      <w:r>
        <w:rPr>
          <w:rFonts w:ascii="Times New Roman" w:hAnsi="Times New Roman" w:eastAsia="Times New Roman" w:cs="Times New Roman"/>
        </w:rPr>
        <w:t>Pe juicio umi oikovéva rehegua oñepyrũkuri septiembre 11, 2001-pe, ha pe juicio ha’e peteĩ proceso. Upéva oñepyrũ Ñandejára róga rehe, ha upéi oguahẽ peteĩ punto-pe, upérõ pe juicio oguahẽ umi oĩva Ñandejára róga okápe ári. Umi tuichaitereíva óga New York City-pe oñemboguejýramo guare, pe juicio ojehechaukáva pe ánhel oselláva ohasávo Jerusalén rupi ha omoĩvo peteĩ techaukaha umi osuspiráva ha hasẽva umi jehechaukáva vai rehe ojapóva tupãópe, ha avei umi jehechaukáva vai ojapóva pe tetãme, oñepyrũ. Pe are hag̃uaitéma oútava domingo léi jave, Cristo omohu’ãma va’erã pe tembiapo omopu’ã hag̃ua pe templo umi cien cuarenta y cuatro mil rehegua, ha umi ánhel ohundíva oguerúta juicio Jerusalén ári.</w:t>
      </w:r>
    </w:p>
    <w:p>
      <w:pPr>
        <w:pStyle w:val="ArticleBody"/>
        <w:jc w:val="left"/>
      </w:pPr>
      <w:r>
        <w:rPr>
          <w:rFonts w:ascii="Times New Roman" w:hAnsi="Times New Roman" w:eastAsia="Times New Roman" w:cs="Times New Roman"/>
        </w:rPr>
        <w:t>Upéi umi ciento cuarenta y cuatro mil oñemopuʼã peteĩ poyvi ramo, ha pe juicio umi oikovévare oñepyrũ ambue aty ovechakuérape g̃uarã, ojehechaukáva Edom, Moab ha umi taʼýra Amón pegua ijyvatevéva rupive Daniel capítulo once, versículo cuarenta y uno-pe.</w:t>
      </w:r>
    </w:p>
    <w:p>
      <w:pPr>
        <w:pStyle w:val="ArticleBody"/>
        <w:jc w:val="left"/>
      </w:pPr>
      <w:r>
        <w:rPr>
          <w:rFonts w:ascii="Times New Roman" w:hAnsi="Times New Roman" w:eastAsia="Times New Roman" w:cs="Times New Roman"/>
        </w:rPr>
        <w:t>Taha’épa oñehesa’ỹijo ramo pe ángel peteĩha rembiapo Millerita térã pe ángel mbohapyha rembiapo tuichaite, pe tembiasakue tuichakue pe movimiento reformador rehegua ohechauka peteĩ jehechauka añetegua ojepysóva ohóvo, ha upéva oguahẽ ipahápe pe Espíritu Santo oñehẽvo. Pe Espíritu Santo oñehẽvo ha’e pe mba’e umi profecía ára pahápegua ombohapevéva. Upévare umi virgen itavýva ndorekói aséite, ha umi arandúva oguereko. Pe aséite ha’e pe ama.</w:t>
      </w:r>
    </w:p>
    <w:p>
      <w:pPr>
        <w:pStyle w:val="ArticleScripture"/>
        <w:jc w:val="left"/>
      </w:pPr>
      <w:r>
        <w:rPr>
          <w:rFonts w:ascii="Times New Roman" w:hAnsi="Times New Roman" w:eastAsia="Times New Roman" w:cs="Times New Roman"/>
        </w:rPr>
        <w:t>He’i, Oĩ ramo peteĩ kuimba’e omosẽ va’ekue hembireko, ha ha’e oho chugui ha oiko ambue kuimba’épe guarã, piko ou jeýta hendápe? ndopoluipaite mo’ãi piko upe yvy? ha nde katu reñemongy’a heta rehayhuháre ndive; upéicharõ jepe, eju jey che rendápe, he’i Ñandejára. Ehupi nde resa umi tenda yvatépe, ha ema’ẽ moõpa ndereñenoirũi va’ekue. Tape rupi reguapy va’ekue reha’arõ hag̃ua chupekuéra, pe árabe oĩháicha ñu mbytépe; ha remongy’a pe yvy nde rekuái reheve ha nde tekoañágui. Upévare, ama’ẽky ojejoko va’ekue, ha ndaipóri va’ekue ama araro’y; ha reguereko va’ekue peteĩ kuña rekuái rova, reñembotavýkuri hag̃ua reñemotĩ. Ndaresapukáita piko ko’ág̃a guive chéve: Che Ru, nde hína che mitãrusukue ruvicha? Jeremías 3:1–4.</w:t>
      </w:r>
    </w:p>
    <w:p>
      <w:pPr>
        <w:pStyle w:val="ArticleBody"/>
        <w:jc w:val="left"/>
      </w:pPr>
      <w:r>
        <w:rPr>
          <w:rFonts w:ascii="Times New Roman" w:hAnsi="Times New Roman" w:eastAsia="Times New Roman" w:cs="Times New Roman"/>
        </w:rPr>
        <w:t>Pe pasáhepe (ha opaite proféta oñe’ẽ ára paháre), Tupã ohechauka Itavaygua okuave’ẽ hague ijehe kuña reko vaípe, peve oguereko hag̃ua peteĩ kuña heko vaietereíva rovapegua. Pe kuña reko vai ára pahaguápe ha’e pe pokatu papal, ha pe rova tenondegua ohechauka peteĩ ñemoĩmbyre jejapopyre. Tupã tavaygua ára pahaguápe niko iñaña, ha upéicharõ jepe Tupã ome’ẽ hína peteĩ ñehenói paha, jepe oguahẽma peteĩ tenda oñemohenda haguépe hikuái upe kuña reko vai ndive peteĩchaite ñemoĩmbyrépe. Ha’ekuéra omongakuaa peteĩ tekotee ojehechaukáva pe irundyha generación rupive, upépe oñembosako’i hag̃ua kuarahy ñemomba’erã, ojehechaukaháicha pe irundyha generaciónpe Ezequiel kapítulo 8-pe.</w:t>
      </w:r>
    </w:p>
    <w:p>
      <w:pPr>
        <w:pStyle w:val="ArticleScripture"/>
        <w:jc w:val="left"/>
      </w:pPr>
      <w:r>
        <w:rPr>
          <w:rFonts w:ascii="Times New Roman" w:hAnsi="Times New Roman" w:eastAsia="Times New Roman" w:cs="Times New Roman"/>
        </w:rPr>
        <w:t>“Og̃uahẽma pe ára pe tesape añetegua ohesape hag̃ua tekoñañápe. Pe mbohapyha ánhel marandu oñemondo kuri ko yvy arapýpe, oñe’ẽ hag̃ua yvypórape ani hag̃ua oguereko mymba ra’ãnga térã i ta’ãnga rechaukaha ipytyvópe térã ipopekuéra. Oguereko hag̃ua ko techaukaha he’ise ojehupyty hag̃ua peteĩ ñe’ẽme’ẽ peteĩcha pe mymba ojapoháicha, ha oñemombe’u hag̃ua umi temimo’ã peteĩchaite, Tupã Ñe’ẽ rehe oñemoĩ hag̃uáicha hesakã porãme. Opavave oguerokéva ko techaukaha rehe, Tupã he’i: ‘Upéva voi ho’úta Tupã pochykue víno, oñohẽmbyre jehe’a’ỹre ipochy ryrupe; ha oñembohasa asýta tata ha asúfre rupive umi ánhel marangatu renondépe, ha pe Ovecha Ra’y renondépe.’” Review and Herald, July 13, 1897.</w:t>
      </w:r>
    </w:p>
    <w:p>
      <w:pPr>
        <w:pStyle w:val="ArticleBody"/>
        <w:jc w:val="left"/>
      </w:pPr>
      <w:r>
        <w:rPr>
          <w:rFonts w:ascii="Times New Roman" w:hAnsi="Times New Roman" w:eastAsia="Times New Roman" w:cs="Times New Roman"/>
        </w:rPr>
        <w:t>Jeremías ohechauka Ñandejára retãyguakuéra ára pahápeguápe oguerekómaha kuña rekovai syva. Oĩma hikuái mbytépe ohupyty hag̃uá mymba ñaña marka, “iñañágui.” Pe jehasa ñe’ẽramóme oñehenóiva Sister White osegi he’i:</w:t>
      </w:r>
    </w:p>
    <w:p>
      <w:pPr>
        <w:pStyle w:val="ArticleScripture"/>
        <w:jc w:val="left"/>
      </w:pPr>
      <w:r>
        <w:rPr>
          <w:rFonts w:ascii="Times New Roman" w:hAnsi="Times New Roman" w:eastAsia="Times New Roman" w:cs="Times New Roman"/>
        </w:rPr>
        <w:t>“Ojehechaukaramo ndéve pe añeteguá renda, oikuaaukávo ndéve pe sábado pe irundyha mandamiéntogua, ha ohechaukávo ndaiporiha fundamento Ñandejára Ñeʼẽme pe domingo ñemboyke hag̃ua ára marangatu ramo, ha upéicharõ jepe reñakãhatã gueteri pe sábado japu rehe, remboykévo remarangatu hag̃ua pe sábado Ñandejára ohenóiva ‘Che ára marangatu’, upéicharõ rerresivi pe mymba ñaña marka. ¿Arakaʼe piko péva oiko?—Nde nerendúiramo pe decreto omandáva ndéve repytuʼu hag̃ua tembiapógui domingope ha reradora hag̃ua Ñandejárape, ha reikuaávo ndaiporiha ni peteĩ ñeʼẽ Biblia-pe ohechaukáva domingoha ambue mbaʼe ndahaʼéi hag̃ua peteĩ ára común tembiaporã, nde reimeháicha eñemoĩ hag̃uáicha rerresivi pe mymba ñaña marka, ha rembotovévo Ñandejára séllo. Ñanderesiviramo ko marka ñande rovakuápe térã ñande pópe, umi jehuskia oñemoĩva umi naiñeʼẽrendúivare katuete hoʼavaʼerã ñande ári. Ñandejára oikovéva séllo katu oñemoĩ umi oñangarekóvare kyreʼỹme Tupã Ñandejára sábado rehe.”</w:t>
      </w:r>
    </w:p>
    <w:p>
      <w:pPr>
        <w:pStyle w:val="ArticleScripture"/>
        <w:jc w:val="left"/>
      </w:pPr>
      <w:r>
        <w:rPr>
          <w:rFonts w:ascii="Times New Roman" w:hAnsi="Times New Roman" w:eastAsia="Times New Roman" w:cs="Times New Roman"/>
        </w:rPr>
        <w:t>“‘Ha Tupã ohecha yvypóra rekoaña tuicha etereiha yvy ape ári, ha ipy’a remiandu ha hemiandu oikóva opavave ára rei ivaíva añoha…. Yvy avei oñembyaipa Tupã renondépe, ha henyhẽ vaʼekue mbaretépe…. Ha Tupã he’i Noépe: Oguahẽma che renondépe opa yvypóra roʼo paha; yvy henyhẽgui mbaretépe hesekuéra rupi; ha, péina, ahundíta chupekuéra yvy reheve.’ Ojeipeʼavaʼerã kuri, omongyʼágui hikuái pe yvy Tupã ojapo vaʼekue ojevyʼa hag̃ua hese peteĩ tetã hekojojáva.”</w:t>
      </w:r>
    </w:p>
    <w:p>
      <w:pPr>
        <w:pStyle w:val="ArticleScripture"/>
        <w:jc w:val="left"/>
      </w:pPr>
      <w:r>
        <w:rPr>
          <w:rFonts w:ascii="Times New Roman" w:hAnsi="Times New Roman" w:eastAsia="Times New Roman" w:cs="Times New Roman"/>
        </w:rPr>
        <w:t>“‘Noé árape oikohaguéicha’, he’i Cristo, ‘upéicha avei oikóta Yvypóra Ra’y árape.’ Ha ndajajuhúi piko upéicha? Oimeraẽ ojesarekóva kuatiahaipyre ára ha ára osẽvare ikatu ohecha peteĩ lista puku tembiapo vai rehegua—ka’u, mondaha, ñemonda, viru ñemonda, jejuka. Sapy’ánte oguahẽ peve ojejukapa hag̃ua ogaygua kompletoite, ikatu hag̃uáicha upe kuimba’épe oñemyatyrõ hembipota oguerekose hag̃ua viru térã mba’erepy ndaha’éiva imba’e. Añetehápe, ko mundo ojoguave hína Noé árape oikohaguéicha, yvyporakuéra hesakã hag̃uáicha nohenduséi Ñandejára mandamiénto.” Review and Herald, July 13, 1897.</w:t>
      </w:r>
    </w:p>
    <w:p>
      <w:pPr>
        <w:pStyle w:val="ArticleBody"/>
        <w:jc w:val="left"/>
      </w:pPr>
      <w:r>
        <w:rPr>
          <w:rFonts w:ascii="Times New Roman" w:hAnsi="Times New Roman" w:eastAsia="Times New Roman" w:cs="Times New Roman"/>
        </w:rPr>
        <w:t>Jeremías ohechauka Ñandejára tavayguakuérape umi ára pahápe oĩmavape omoakãity hag̃ua kuarahýpe renondépe, ha upéva ojapóvo he’i porã: “ama oky hag̃ua oñemboty, ha ndaipóri ama paha; ha nde rova kuña rekovai rehegua, nde nerenói hag̃ua neñemotĩ.” Umi “aña” Ñandejára tavayguakuéra apytépe umi ára pahápe noñohẽri ama paha, ha ndopotáiri oñemotĩ, pórke iñapytuʼũgui osẽ meme ivaíva tapiaite, Noé rembiasápe ojehechauka haguéicha, ha avei taʼãngamýi kotykuérape Ezequiel capítulo ocho-pe, mokõiha mbaʼe hag̃ua oñembojeguarúva rehe.</w:t>
      </w:r>
    </w:p>
    <w:p>
      <w:pPr>
        <w:pStyle w:val="ArticleBody"/>
        <w:jc w:val="left"/>
      </w:pPr>
      <w:r>
        <w:rPr>
          <w:rFonts w:ascii="Times New Roman" w:hAnsi="Times New Roman" w:eastAsia="Times New Roman" w:cs="Times New Roman"/>
        </w:rPr>
        <w:t>Jeremías ombohechauka Ñandejára tavayguakuéra apytépe umi ñaña ndotĩvéivape umi ára pahápe tojahe’o hag̃ua “guive” pe “ára” upe “mitãrõme” guare “mboguatahára” rendápe. Adventismo mitãrõme guare mboguatahára vaʼekue mokõi Habacuc tabla ha umi joya upépe ojehechaukáva. Pe esperánsa añoite oñesẽ hag̃ua pe ñañágui hi’aguĩmava ogueru hag̃ua mano hag̃ua opa ára g̃uarã Ñandejára tavayguakuéra apytépe umi ñaña ári umi ára pahápe ha’e ojahe’o hag̃ua Ñandejárape, ha’éva pe mboguatahára iñepyrũmby guive, og̃uahẽva’ekue pe “paha ára”pe ary 1798-pe.</w:t>
      </w:r>
    </w:p>
    <w:p>
      <w:pPr>
        <w:pStyle w:val="ArticleBody"/>
        <w:jc w:val="left"/>
      </w:pPr>
      <w:r>
        <w:rPr>
          <w:rFonts w:ascii="Times New Roman" w:hAnsi="Times New Roman" w:eastAsia="Times New Roman" w:cs="Times New Roman"/>
        </w:rPr>
        <w:t>Pe mbaʼe iñimportánteva pe tembiasakue pe ánhel peteĩha térã mbohapyha rehegua ha’e nderecibípa térã nahániripa pe ama pahápegua. Pe ama pahápegua oñepyrũ umi tetãnguéra ipochy jave 11 jasyporundy 2001-pe.</w:t>
      </w:r>
    </w:p>
    <w:p>
      <w:pPr>
        <w:pStyle w:val="ArticleScripture"/>
        <w:jc w:val="left"/>
      </w:pPr>
      <w:r>
        <w:rPr>
          <w:rFonts w:ascii="Times New Roman" w:hAnsi="Times New Roman" w:eastAsia="Times New Roman" w:cs="Times New Roman"/>
        </w:rPr>
        <w:t>“Upérõ pe ára, pe tembiapo ñepysyrõ rehegua og̃uahẽvo hu’ãme, jejopy vai ou vaʼerã ko yvy ári, ha umi tetãnguéra ipochyta; upéicharõ jepe, ojejokóta ani hag̃ua ojoko pe tembiapo ángel mbohapyha rehegua. Upérõ pe ‘ama paha,’ térã pe piro’y Ñandejára renondégui, og̃uahẽta omeʼẽ hag̃ua pu’aka pe ñeʼẽ hatãme ángel mbohapyha rehegua, ha ombosakoʼi hag̃ua umi marangatupe opyta hag̃ua mbarete pe ára umi siete plaga paha oñeñohẽtahápe.” Early Writings, 85.</w:t>
      </w:r>
    </w:p>
    <w:p>
      <w:pPr>
        <w:pStyle w:val="ArticleBody"/>
        <w:jc w:val="left"/>
      </w:pPr>
      <w:r>
        <w:rPr>
          <w:rFonts w:ascii="Times New Roman" w:hAnsi="Times New Roman" w:eastAsia="Times New Roman" w:cs="Times New Roman"/>
        </w:rPr>
        <w:t>Pe “ama okẽ” mokõiha ojekuaa hag̃ua avei “pe ñembopy’aguapy”, oñepyrũ umi tetãnguéra ipochy jave, ha upe jave “pe tembiapo salvación rehegua” oñepyrũ oñemboty hag̃ua. Umi irundy ánhel Apocalipsis siete-pe ojoko umi irundy yvytu oñembogue hag̃ua, aja oñemboguata pe sellado umi cien cuarenta y cuatro mil rehegua, ha Ezequiel kapítulo nueve-pe, upe tembiapo ojehechauka umi ánhel omoĩramo peteĩ techaukaha umi osuspiráva ha osapukáiva umi ñaña ojapóva Jerusalén-pe rehe. 11 jasyporundy 2001-pe umi ánhel oñepyrũ pe tembiapo paha omoĩ hag̃ua pe techaukaha umi cien cuarenta y cuatro mil syváre.</w:t>
      </w:r>
    </w:p>
    <w:p>
      <w:pPr>
        <w:pStyle w:val="ArticleBody"/>
        <w:jc w:val="left"/>
      </w:pPr>
      <w:r>
        <w:rPr>
          <w:rFonts w:ascii="Times New Roman" w:hAnsi="Times New Roman" w:eastAsia="Times New Roman" w:cs="Times New Roman"/>
        </w:rPr>
        <w:t>Pe ángel mbohapyha rembiapo paha oñemboguata ama pyharevegua oñehẽ jave, ha upéva avei hína “pytu’u porã jeju”, peteĩ marandu.</w:t>
      </w:r>
    </w:p>
    <w:p>
      <w:pPr>
        <w:pStyle w:val="ArticleScripture"/>
        <w:jc w:val="left"/>
      </w:pPr>
      <w:r>
        <w:rPr>
          <w:rFonts w:ascii="Times New Roman" w:hAnsi="Times New Roman" w:eastAsia="Times New Roman" w:cs="Times New Roman"/>
        </w:rPr>
        <w:t>Ha’e he’i haguépe: Kóva hína pe pytu’u pembohasy’ỹ hag̃uáicha pe ikane’õvape; ha kóva hína pe mbopyahu: upéicharõ jepe, ndohendusevéi hikuái. Isaías 28:12.</w:t>
      </w:r>
    </w:p>
    <w:p>
      <w:pPr>
        <w:pStyle w:val="ArticleBody"/>
        <w:jc w:val="left"/>
      </w:pPr>
      <w:r>
        <w:rPr>
          <w:rFonts w:ascii="Times New Roman" w:hAnsi="Times New Roman" w:eastAsia="Times New Roman" w:cs="Times New Roman"/>
        </w:rPr>
        <w:t>Pe mensáhe ha’ekuéra ndoikosevéiva ohendu Isaíaspe niko pe mensáhe oñeme’ẽva ñe’ẽ jekytĩ jekytĩ rupive, ha ha’e pe mensáhe ojekuaauka hag̃ua ñandejeroviarã, ohechaukáva pe tembiaporã rape “línea ári línea”.</w:t>
      </w:r>
    </w:p>
    <w:p>
      <w:pPr>
        <w:pStyle w:val="ArticleScripture"/>
        <w:jc w:val="left"/>
      </w:pPr>
      <w:r>
        <w:rPr>
          <w:rFonts w:ascii="Times New Roman" w:hAnsi="Times New Roman" w:eastAsia="Times New Roman" w:cs="Times New Roman"/>
        </w:rPr>
        <w:t>Ha Ñandejára ñe'ẽ oiko hag̃ua chupekuéra mbo'e porã ári mbo'e porã, mbo'e porã ári mbo'e porã; línea ári línea, línea ári línea; ko'ápe michĩmi, ha upépe michĩmi; ikatu hag̃uáicha oho, ha ho'a hag̃ua hapykuéguio, ha oñembyai, ha oñembohapy hag̃ua ñuhãme, ha ojepokuaa hag̃ua. Upévare, pehendu Ñandejára ñe'ẽ, peẽ kuimba'e ñembohoryhára, peisãmbyhýva ko tetãygua oĩva Jerusalénpe. Péina, peẽ peje haguére: Ore rojapo peteĩ ñe'ẽme'ẽ ñemanóndi, ha Añaretã ndive roguereko peteĩ ñe'ẽjoaju; pe kastígo osyryguasúva ohasávo, ndoúi mo'ãi ore ári; ore rojapo hag̃ua japu ore ñemo'ãrã, ha japu guýpe roñemokañy. Isaías 28:13–15.</w:t>
      </w:r>
    </w:p>
    <w:p>
      <w:pPr>
        <w:pStyle w:val="ArticleBody"/>
        <w:jc w:val="left"/>
      </w:pPr>
      <w:r>
        <w:rPr>
          <w:rFonts w:ascii="Times New Roman" w:hAnsi="Times New Roman" w:eastAsia="Times New Roman" w:cs="Times New Roman"/>
        </w:rPr>
        <w:t>Ñandejára Ñe'ẽ, ha'éva upe marandu pytu'u ha py'aguapy rehegua (ama paha guasu), ombohasáva chupekuéra “oho hag̃ua, ha ho'a hag̃ua hapykuévo, ha oñembyai hag̃ua, ha oñemongoa hag̃ua ñuhãme, ha ojepokuaa hag̃ua,” oñeme'ẽ “umi kuimba'e ñembohoryhárape, oisãmbyhývape ko tetãygua oĩvape Jerusalén-pe.” Jerusalén ha'e upe tenda umi ánhel ohechaukahápe umi ojahe'óva ha osapukáiva, ha umi kuimba'e yma guarã, ombotavýva hembiapo jerovia rehegua, ha'e umi peteĩha ho'áva.</w:t>
      </w:r>
    </w:p>
    <w:p>
      <w:pPr>
        <w:pStyle w:val="ArticleScripture"/>
        <w:jc w:val="left"/>
      </w:pPr>
      <w:r>
        <w:rPr>
          <w:rFonts w:ascii="Times New Roman" w:hAnsi="Times New Roman" w:eastAsia="Times New Roman" w:cs="Times New Roman"/>
        </w:rPr>
        <w:t>“Ñemosãsõ rechaukaha rehegua marca oñemoĩma umi ‘opy’ỹva ha osapukáiva opa umi ñaña ojapóva rehe.’ Koʼág̃a pe ánhel ombohasáva mano osẽ ohóvo, oñemohaʼãngáva Ezequiel visión-pe umi kuimbaʼe oguerekóva tembiporu jejuka reheve, umi oñemeʼẽva chupekuéra ko tembiapoukapy: ‘Pejukaite tuja ha mitãrusukuéra, kuñataĩnguéra ha mitãʼi, ha kuñanguéra avei; ha ani peñemoaguĩ avavére orekóvare pe marca; ha peñepyrũ Che santuario guive.’ Heʼi proféta: ‘Haʼekuéra oñepyrũ umi kuimbaʼe tuja oĩva óga renondépe.’ Ezequiel 9:1–6. Pe tembiapo ñehundi rehegua oñepyrũ umi ojeʼe vaʼekue hese kuéra haʼe hague tavayguakuéra ñangarekoha espiritual. Umi ñangarekoha japu haʼe hína umi peteĩha hoʼáva. Ndaipóri avave ombyasy térã oheja hag̃uáicha. Kuimbaʼe, kuña, kuñataĩ ha mitãʼi oñehundi oñondivepa.” The Great Controversy, 656.</w:t>
      </w:r>
    </w:p>
    <w:p>
      <w:pPr>
        <w:pStyle w:val="ArticleBody"/>
        <w:jc w:val="left"/>
      </w:pPr>
      <w:r>
        <w:rPr>
          <w:rFonts w:ascii="Times New Roman" w:hAnsi="Times New Roman" w:eastAsia="Times New Roman" w:cs="Times New Roman"/>
        </w:rPr>
        <w:t>Romoñe’ẽta ñande rapykue pe jeikuaapy ñembohetave oguahẽ vaʼekue ary 1989-pe, pe artículo oúva-pe.</w:t>
      </w:r>
    </w:p>
    <w:p>
      <w:pPr>
        <w:pStyle w:val="ArticleScripture"/>
        <w:jc w:val="left"/>
      </w:pPr>
      <w:r>
        <w:rPr>
          <w:rFonts w:ascii="Times New Roman" w:hAnsi="Times New Roman" w:eastAsia="Times New Roman" w:cs="Times New Roman"/>
        </w:rPr>
        <w:t>“Pe Ohecha ára guýpe, omoñe’ẽva opa kuimba’e akã ha py’a, he’i umi oguerekova’ekue tesape tuicháva rehe: ‘Ndojehechái ni ndojegueromandu’ái hikuái iñembyasývo ha oñemondýivo iñemohenda tekoporã ha espirituál rehe.’ Añetehápe, ha’ekuéra oiporavo hekove rape tee, ha ipy’a ovy’a umi mba’e iñañaetevévare. Che avei aiporavóta iñembotavýva, ha amoĩta hi’ári umi mba’e okyhyjéva; ág̃a che ahenói ramo, avave norrespondei; che añe’ẽ ramo, ndohendúi; upéva rangue ojapo ivaíva che resa renondépe, ha oiporavo pe che ndavy’ái hese.” “Tupã omondóta chupekuéra ñembotavy mbarete, oguerovia hag̃ua peteĩ japu,” “ndorohayhúigui pe añetegua, ikatu hag̃uáicha ojesalva,” “ha ovy’a rangue tekojoja’ỹme.” Isaías 66:3, 4; 2 Tesalonicenses 2:11, 10, 12.</w:t>
      </w:r>
    </w:p>
    <w:p>
      <w:pPr>
        <w:pStyle w:val="ArticleScripture"/>
        <w:jc w:val="left"/>
      </w:pPr>
      <w:r>
        <w:rPr>
          <w:rFonts w:ascii="Times New Roman" w:hAnsi="Times New Roman" w:eastAsia="Times New Roman" w:cs="Times New Roman"/>
        </w:rPr>
        <w:t>“Pe Mbo’ehára yvagapegua oporandu: ‘¿Mba’e mbotavy imbaretevéva piko ikatu ombotavy pe apytu’ũgui ndéve reguerekoha pe jeikove reñemopu’ã hag̃ua pe yvyra’apo añetéva ári ha Tupã omoneĩha ne rembiapo, ha añeteguápe remboguata heta mba’e ko yvy arandupy rehegua rupi ha reñangaipa Jehová rehe? ¡Ái, peteĩ ñembotavy tuichaitéva, peteĩ jejavy porãite ojagarráva apytu’ũnguéra rehe, kuimba’ekuéra peteĩ jeýma oikuaáva pe añetegua, ojavy jave pe tupãrayhuha ra’ãnga rehe ha oimo’ã upéva hague pe espíritu ha ipokatu; ha oimo’ã jave hikuái imba’ereta ha ombohetaveha mba’erepy ha ndoikotevẽiha mba’eve rehe, ha añeteguápe oikotevẽ opa mba’e rehe.’” Testimonies, volúmen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Papapy mokõipa poapyha</dc:title>
  <dc:subject>Ojepe’a pe Viaje Profético: pe Joaju Divino umi Hito Histórico rehegua</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