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Kuatiañe'ẽ Daniel rehegua - Papyri Ocho Pa Mokõi’ẽ hag̃ua**</w:t>
      </w:r>
    </w:p>
    <w:p>
      <w:pPr>
        <w:pStyle w:val="ArticleSubtitle"/>
        <w:jc w:val="left"/>
      </w:pPr>
      <w:r>
        <w:rPr>
          <w:rFonts w:ascii="Arial" w:hAnsi="Arial" w:eastAsia="Arial" w:cs="Arial"/>
        </w:rPr>
        <w:t>Ojehechaukávo pe Parábola de las Diez Vírgenes: Peteĩ Viaje Pypuku Adventista Rekoasakue Rupive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Pe parábola umi diez vírgen rehegua ohechauka porã umi tapicha adventista rembiasakue.</w:t>
      </w:r>
    </w:p>
    <w:p>
      <w:pPr>
        <w:pStyle w:val="ArticleScripture"/>
        <w:jc w:val="left"/>
      </w:pPr>
      <w:r>
        <w:rPr>
          <w:rFonts w:ascii="Times New Roman" w:hAnsi="Times New Roman" w:eastAsia="Times New Roman" w:cs="Times New Roman"/>
        </w:rPr>
        <w:t>“Mateo 25-pe oĩva pa parable diez kuña marangatu rehegua avei ohechauka umi adventista tavayguakuéra rembiasakue.” The Great Controversy, 393.</w:t>
      </w:r>
    </w:p>
    <w:p>
      <w:pPr>
        <w:pStyle w:val="ArticleBody"/>
        <w:jc w:val="left"/>
      </w:pPr>
      <w:r>
        <w:rPr>
          <w:rFonts w:ascii="Times New Roman" w:hAnsi="Times New Roman" w:eastAsia="Times New Roman" w:cs="Times New Roman"/>
        </w:rPr>
        <w:t>Adventista Miller-gua ojapo pe parábola he’iháichaite.</w:t>
      </w:r>
    </w:p>
    <w:p>
      <w:pPr>
        <w:pStyle w:val="ArticleScripture"/>
        <w:jc w:val="left"/>
      </w:pPr>
      <w:r>
        <w:rPr>
          <w:rFonts w:ascii="Times New Roman" w:hAnsi="Times New Roman" w:eastAsia="Times New Roman" w:cs="Times New Roman"/>
        </w:rPr>
        <w:t>“Py’ỹinte oje’e chéve umi paʼãnga diez kuñataĩ rehegua, cinco iñarandu ha cinco itavyvaʼekue. Ko paʼãnga oñekumpli vaʼekue ha oñekumplíta peve iñeʼẽrupiite, oguerekógui peteĩ aplicación especial ko árape guarã, ha, pe marandu mbohapyha ángel reheguáicha, oñekumpli vaʼekue ha osegíta oĩramo añetegua koʼág̃agua ramo pe ára paha peve.” Review and Herald, August 19, 1890.</w:t>
      </w:r>
    </w:p>
    <w:p>
      <w:pPr>
        <w:pStyle w:val="ArticleBody"/>
        <w:jc w:val="left"/>
      </w:pPr>
      <w:r>
        <w:rPr>
          <w:rFonts w:ascii="Times New Roman" w:hAnsi="Times New Roman" w:eastAsia="Times New Roman" w:cs="Times New Roman"/>
        </w:rPr>
        <w:t>Pe ánhel peteĩha ñemongu’e rembiasakue ohechauka pe ánhel mbohapyha ñemongu’e, ha pe ñe’ẽtekokuaa ñembojoaju paha oñecentra hag̃ua pe porandu rehe: umi kuñataĩ ikatu piko oguereko pe aséite, upéva hína pe y oký paha marandu.</w:t>
      </w:r>
    </w:p>
    <w:p>
      <w:pPr>
        <w:pStyle w:val="ArticleScripture"/>
        <w:jc w:val="left"/>
      </w:pPr>
      <w:r>
        <w:rPr>
          <w:rFonts w:ascii="Times New Roman" w:hAnsi="Times New Roman" w:eastAsia="Times New Roman" w:cs="Times New Roman"/>
        </w:rPr>
        <w:t>“Oĩ peteĩ yvy oĩva mba’evai poguýpe, ñembotavy ha tavy añetévape, pe ñemano ta’ãngakúi voi guýpe,—oke, oke. Mávapa oñandu hína angaipa hasýva ipypekuéra omombáy hag̃ua chupekuéra? Mba’e ñe’ẽpa ikatu og̃uahẽ hendápekuéra? Che akãme og̃uahẽ pe ára oútava, pe techaukaha oñeme’ẽ vove, ‘Pema’ẽ, pe Novio ou; pesẽ pejotopa hag̃ua Hese.’ Ha oĩta umi ombotapykue vaʼekue ohupyty hag̃ua pe aséite omyenyhẽjey hag̃ua ilámpara, ha ipahápe oikuaáta hikuái, areeteitereíma rire, pe tekokatu, pe aséite ohechaukáva, ndaikatuiha oñembohasa ambuévape. Upéva pe aséite hína Cristo tekojoja. Ha’e ohechauka pe carácter, ha pe carácter ndaikatúi oñembohasa. Avave kuimba’e ndaikatúi ohupyty ambue rehehápe. Káda peteĩ tekotevẽ ohupyty ijehegui peteĩ carácter oñemopotĩva opaichagua angaipa ky’águi.” Bible Echo, 4 de mayo de 1896.</w:t>
      </w:r>
    </w:p>
    <w:p>
      <w:pPr>
        <w:pStyle w:val="ArticleBody"/>
        <w:jc w:val="left"/>
      </w:pPr>
      <w:r>
        <w:rPr>
          <w:rFonts w:ascii="Times New Roman" w:hAnsi="Times New Roman" w:eastAsia="Times New Roman" w:cs="Times New Roman"/>
        </w:rPr>
        <w:t>Pe “aséite” pe parábola ohechauka “tekokatu”, ha avei “Cristo rekopotĩ”. Peteĩ tekokatu oñemomarangatúva ojejapo año umi ho'úva Tupã Ñe'ẽ.</w:t>
      </w:r>
    </w:p>
    <w:p>
      <w:pPr>
        <w:pStyle w:val="ArticleScripture"/>
        <w:jc w:val="left"/>
      </w:pPr>
      <w:r>
        <w:rPr>
          <w:rFonts w:ascii="Times New Roman" w:hAnsi="Times New Roman" w:eastAsia="Times New Roman" w:cs="Times New Roman"/>
        </w:rPr>
        <w:t>Emongarai chupekuéra nde añetegua rupive; nde ñe'ẽ hína añetegua. Juan 17:17.</w:t>
      </w:r>
    </w:p>
    <w:p>
      <w:pPr>
        <w:pStyle w:val="ArticleBody"/>
        <w:jc w:val="left"/>
      </w:pPr>
      <w:r>
        <w:rPr>
          <w:rFonts w:ascii="Times New Roman" w:hAnsi="Times New Roman" w:eastAsia="Times New Roman" w:cs="Times New Roman"/>
        </w:rPr>
        <w:t>Pe “aséite” ha’e avei Tupã Espíritu marandu kuéra.</w:t>
      </w:r>
    </w:p>
    <w:p>
      <w:pPr>
        <w:pStyle w:val="ArticleScripture"/>
        <w:jc w:val="left"/>
      </w:pPr>
      <w:r>
        <w:rPr>
          <w:rFonts w:ascii="Times New Roman" w:hAnsi="Times New Roman" w:eastAsia="Times New Roman" w:cs="Times New Roman"/>
        </w:rPr>
        <w:t>“Ñandejára oñemomirĩ’ỹ hag̃ua nda jajapói jave upe marandu ha’e omondóva ñandéve. Péicha roñembotove pe aséite órova ha’e ohenoĩséva ñane ánga kuérape, oñembohasávo umi oĩvape pytũmbýpe.” Review and Herald, 20 de julio de 1897.</w:t>
      </w:r>
    </w:p>
    <w:p>
      <w:pPr>
        <w:pStyle w:val="ArticleBody"/>
        <w:jc w:val="left"/>
      </w:pPr>
      <w:r>
        <w:rPr>
          <w:rFonts w:ascii="Times New Roman" w:hAnsi="Times New Roman" w:eastAsia="Times New Roman" w:cs="Times New Roman"/>
        </w:rPr>
        <w:t>Pe “aceite” ha’e umi marandu Ñandejára Ñe’ẽgua ogueraháva Cristo hekojoja omopotĩva jehechakuaa oĩha. Pa parábola umi diez virgen rehegua, ha upéva avei profecía Habacuc kapítulo mokõiguáva, pe marandu Pyhare Mbytegua Sapy’a Hatãva, ha’éva Cristo hekojoja marandu, ojehechauka haguéicha Jones ha Waggoner marandu rupive pe rebelión ary 1888-pe.</w:t>
      </w:r>
    </w:p>
    <w:p>
      <w:pPr>
        <w:pStyle w:val="ArticleScripture"/>
        <w:jc w:val="left"/>
      </w:pPr>
      <w:r>
        <w:rPr>
          <w:rFonts w:ascii="Times New Roman" w:hAnsi="Times New Roman" w:eastAsia="Times New Roman" w:cs="Times New Roman"/>
        </w:rPr>
        <w:t>“Ñandejára, iporiahuvereko tuichaitévape, omondo peteĩ marandu iporãitereíva Itávayguakuérape umi anciano Waggoner ha Jones rupive. Ko marandu ogueru vaʼekue, peteĩ hendápe ojehechauka hag̃ua ko yvy ape ári Salvádor oñemopuʼãva, pe sakrifísio opaite yvypóra rembiapo vaikue rehehápe. Oikuaauka hag̃ua pe ñemomarangatu jerovia rupive pe Garantía rupi; ohenói hag̃ua tavayguakuérape oguerohory hag̃ua Cristo tekojoja, ojehechaukáva opaite Ñandejára mandamiento ñeʼẽrendúpe. Heta yma ndohechavéima Jesúspe. Tekotevẽ kuri oñembohape chupekuéra hesa hikuái iPersona divina gotyo, hembaʼeporãkuéra gotyo, ha imborayhu ndopytamoʼãiva yvypóra ñemoñare rehe. Opa puʼaka oñemeʼẽ Ipópe, ikatu hag̃uáicha omeʼẽ yvypórape mbaʼe porãeta, ha oikuaauka hag̃ua pe jopói hepyʼỹva, hekojoja tee, pe tembiguái yvypóra ikangývape. Kóva hína pe marandu Ñandejára omanda vaʼekue oñemeʼẽ hag̃ua ko yvy ape ári. Kóva hína pe mbohapyha ánhel marandu, oikuaaukavaʼerã hatã ñeʼẽme, ha oñondive oguahẽva Ijespíritu oñehẽ guasu reheve.” Testimonies to Ministers, 91.</w:t>
      </w:r>
    </w:p>
    <w:p>
      <w:pPr>
        <w:pStyle w:val="ArticleBody"/>
        <w:jc w:val="left"/>
      </w:pPr>
      <w:r>
        <w:rPr>
          <w:rFonts w:ascii="Times New Roman" w:hAnsi="Times New Roman" w:eastAsia="Times New Roman" w:cs="Times New Roman"/>
        </w:rPr>
        <w:t>Pe marandu ha’e pe ama pyharegua paha marandu.</w:t>
      </w:r>
    </w:p>
    <w:p>
      <w:pPr>
        <w:pStyle w:val="ArticleScripture"/>
        <w:jc w:val="left"/>
      </w:pPr>
      <w:r>
        <w:rPr>
          <w:rFonts w:ascii="Times New Roman" w:hAnsi="Times New Roman" w:eastAsia="Times New Roman" w:cs="Times New Roman"/>
        </w:rPr>
        <w:t>“Oky rire paha o’arýva ho’ava’erã Tupã tavayguakuéra ári. Peteĩ ánhel ipokatuetéva oguejyva’erã yvágagui, ha opa ko yvy renyhẽva’erã iñemimbipa reheve.” Review and Herald, 21 de abril de 1891.</w:t>
      </w:r>
    </w:p>
    <w:p>
      <w:pPr>
        <w:pStyle w:val="ArticleBody"/>
        <w:jc w:val="left"/>
      </w:pPr>
      <w:r>
        <w:rPr>
          <w:rFonts w:ascii="Times New Roman" w:hAnsi="Times New Roman" w:eastAsia="Times New Roman" w:cs="Times New Roman"/>
        </w:rPr>
        <w:t>Pe ánhel ipoderósova oguejy vaʼekue 11 jasyporundy 2001-pe, okyrỹi hag̃ua oñepyrũ ama paha, ha oñepyrũ jey oñemboguejy hag̃ua Millerita-kuéra rembiasakue, ojehechauka haguéicha umi paʼãnga diez virgen rehegua ha Habacuc kapítulo mokõihápe. Upérõ Tupã ára pahapegua tavayguakuéra hoʼu pe kuatiañeʼẽ oĩva pe ánhel pópe, ha upéicha rupi oñegueraha jeykuéra Jeremías rape yma guarépe, ha upéicha oiko chuguikuéra umi ñangarekohára ombopu vaʼerãva pe trompéta marandu hag̃ua. Pe ñehenói trompéta rehegua haʼe vaʼekue pe marandu Laodicea guigua, Isaías ohechauka haguéicha peteĩ sapukái hatã ramo.</w:t>
      </w:r>
    </w:p>
    <w:p>
      <w:pPr>
        <w:pStyle w:val="ArticleScripture"/>
        <w:jc w:val="left"/>
      </w:pPr>
      <w:r>
        <w:rPr>
          <w:rFonts w:ascii="Times New Roman" w:hAnsi="Times New Roman" w:eastAsia="Times New Roman" w:cs="Times New Roman"/>
        </w:rPr>
        <w:t>Esapukái hatã, ani rejoko; emopu’ã nde ñe’ẽ trompétaicha, ha eikuaauka che retãme hembiapo vai, ha Jacob róga-pe ipekádo kuéra. Isaías 58:1.</w:t>
      </w:r>
    </w:p>
    <w:p>
      <w:pPr>
        <w:pStyle w:val="ArticleBody"/>
        <w:jc w:val="left"/>
      </w:pPr>
      <w:r>
        <w:rPr>
          <w:rFonts w:ascii="Times New Roman" w:hAnsi="Times New Roman" w:eastAsia="Times New Roman" w:cs="Times New Roman"/>
        </w:rPr>
        <w:t>Pe reforma rekove peteĩha ha mbohapyha ánhel rehegua oñepyrũ peteĩ “ára paha” jave. Upépe oĩ peteĩ “arandu hetave”, ha upéva omboykeko hag̃ua upe generación oikovévape upe jave, péro arandu upevaite oñemoherakuã rire añoite peteĩ marandu oñembohape porãramo. Upe rire, upe marandu oñembohape porãva “oñembopu’akapáva”, ha upe ñembopu’aka ojehechauka peteĩ ánhel oguejy rupi. Pe ánhel oguejyva ohechauka Habacuc ñomongeta, ha mokõi aty oñepyrũ ohechakuaa peteĩ marandu ha’éva térã añetehápe pe ama pahaguápe guare marandu, térã pe japúpeguáva. Upéi umi jeroviapýva oiko Tupã ñangarekohára ramo ha oñepyrũ ombopu peteĩ marandu trompéta de advertencia rehegua.</w:t>
      </w:r>
    </w:p>
    <w:p>
      <w:pPr>
        <w:pStyle w:val="ArticleBody"/>
        <w:jc w:val="left"/>
      </w:pPr>
      <w:r>
        <w:rPr>
          <w:rFonts w:ascii="Times New Roman" w:hAnsi="Times New Roman" w:eastAsia="Times New Roman" w:cs="Times New Roman"/>
        </w:rPr>
        <w:t>Pe marandu mimbipa añeteguáva oñemopyenda pe tesape rehe ojehechaukáva Habacuc mokõi tabla ári. Ha’e hína pe ñe’ẽmondo ñe’ẽñemi Laodiceápe g̃uarã, ha pe ñe’ẽñemi omombe’úva Tupã tavayguakuéra angaipa. Pe ñomongeta hatãve ohóvo pe ñembotavy peteĩha peve, upérõ peteĩ aty oiko “pukañyhẽhára aty”, ha pe ñangarekohára añeteguáva oñehenói hag̃ua ojevy jey hag̃ua pe kyre’ỹ pe marandu rehe ohechaukava’ekue yma pe ñembotavy mboyve. Umi ñangarekohára ojevy jey rire, ohechakuaa hikuái oĩha pe “aravo oha’arõha”pe, ha pe marandu ndojehupytýiva’ekue añetehápe ojejapótaha, hákatu Tupã ordenpe. Upéva pe marandu oñemoakãrapu’ã peteĩ aravo mbykymi aja pukukue (háke peteĩ aravo pukukue upéicharõ jepe), ha pe marandu oguahẽ vove ojehechauka pe marandu “Pyharepyte Sapu”ramo, ha upéva niko peteĩ ñembohetave añoite pe marandu oñepyrũva’ekue oñemombarete hag̃ua pe ánhel oguejy rire.</w:t>
      </w:r>
    </w:p>
    <w:p>
      <w:pPr>
        <w:pStyle w:val="ArticleBody"/>
        <w:jc w:val="left"/>
      </w:pPr>
      <w:r>
        <w:rPr>
          <w:rFonts w:ascii="Times New Roman" w:hAnsi="Times New Roman" w:eastAsia="Times New Roman" w:cs="Times New Roman"/>
        </w:rPr>
        <w:t>Pe marandu og̃uahẽvo, ojejapo porãmbaite peteĩ ñemboja’o umi omoneĩva’ekue pe tenda ñangarekohára-ramo ángel oguejy jave, ha umi ombotovéva’ekue apytépe. Upéva ñemboja’o ohechauka pe punto oñemoĩhápe pe sell ojejapóva pe cien cuarenta y cuatro mil ári, pe ama paha ñehẽkue oñeñohẽ mboyve, pe “medición” oĩ’ỹre pe ama paha ñehẽ rehe, upe oñepyrũva’ekue ángel oguejy jave.</w:t>
      </w:r>
    </w:p>
    <w:p>
      <w:pPr>
        <w:pStyle w:val="ArticleBody"/>
        <w:jc w:val="left"/>
      </w:pPr>
      <w:r>
        <w:rPr>
          <w:rFonts w:ascii="Times New Roman" w:hAnsi="Times New Roman" w:eastAsia="Times New Roman" w:cs="Times New Roman"/>
        </w:rPr>
        <w:t>Temimoĩ Marangatu oñemombe’úva umi Millerita rehegua ha’e peteĩ ta’ãngamýi ama pahápe guare rehegua umi cien cuarenta y cuatro mil oñemboty hag̃ua aja. Upe temimoĩme, Habacuc ñomongeta oñemopyenda vaʼekue peteĩ marandu añeteguáre ha peteĩ marandu japu rehe ama pahápe guare rehegua. Pablo omombe’u peteĩ atyha umi oguerekóva mborayhu pe añeteguáre; ha ambue atyha katu umi orresivíva mbotavy hatã, ndoguerekói rupi mborayhu pe añeteguáre, ha oguerovia haguére peteĩ “japu”.</w:t>
      </w:r>
    </w:p>
    <w:p>
      <w:pPr>
        <w:pStyle w:val="ArticleBody"/>
        <w:jc w:val="left"/>
      </w:pPr>
      <w:r>
        <w:rPr>
          <w:rFonts w:ascii="Times New Roman" w:hAnsi="Times New Roman" w:eastAsia="Times New Roman" w:cs="Times New Roman"/>
        </w:rPr>
        <w:t>Pe movimiento Millerita ohechauka peteĩ ñemotenonde añeteguápe ogueru hetave kuaapy ha pokatu “paha ára guive”, opaite tape rupi pe Espíritu Santo oñeñohẽ pe Sapukái Pyharepyte peve. Pe movimiento Millerita ohechakuaa vaekue ciertos hito térã techaukaha específico oñembojoguáva, ha’eháicha peteĩ “paha ára”, peteĩ “ñemboheko formal” pe marandu rehegua ojehechaukáva “kuaa ñembotuichave” rupive, peteĩ “ñemombarete” pe marandúpe ojehechaukáva peteĩ ánhel oguejyha rupive, peteĩ “primera desilusión” omoñepyrũva pe parábola umi diez vírgenes rehegua, peteĩ ñeñohẽ Espíritu Santo rehegua ojehechaukáva “pe Sapukái Pyharepyte” ramo, ha upéi peteĩ paha “segunda desilusión”, upépe peteĩ okẽ dispensacional “oñemboty” ha ambue okẽ dispensacional “ojepe’a”.</w:t>
      </w:r>
    </w:p>
    <w:p>
      <w:pPr>
        <w:pStyle w:val="ArticleScripture"/>
        <w:jc w:val="left"/>
      </w:pPr>
      <w:r>
        <w:rPr>
          <w:rFonts w:ascii="Times New Roman" w:hAnsi="Times New Roman" w:eastAsia="Times New Roman" w:cs="Times New Roman"/>
        </w:rPr>
        <w:t>“Ñandejára ome’ẽ Apocalipsis 14 marandu-kuérape hendaguã marandu’ypy rapepe, ha hembiapo ndaikatúi opa peve ko yvy rembiasakue paha. Peteĩha ha mokõiha ánhel rembiayhu marandu gueteri añetegua ko árape g̃uarã, ha oikova’erã oñondive, peteĩcha, ko upe oúva hapykuéri ndive. Mbohapyha ánhel omoherakuã iñe’ẽmondýi peteĩ ñe’ẽ hatãme. ‘Ko’ã mba’e rire,’ he’i Juan, ‘ahecha ambue ánhel oguejy yvágagui, oguerekóva tuicha pokatu, ha yvy ohesape iñemimbipa rupi.’ Ko tesape’ápe, oñembojoaju opa mbohapy marandu resape.” The 1888 Materials, 804.</w:t>
      </w:r>
    </w:p>
    <w:p>
      <w:pPr>
        <w:pStyle w:val="ArticleBody"/>
        <w:jc w:val="left"/>
      </w:pPr>
      <w:r>
        <w:rPr>
          <w:rFonts w:ascii="Times New Roman" w:hAnsi="Times New Roman" w:eastAsia="Times New Roman" w:cs="Times New Roman"/>
        </w:rPr>
        <w:t>Pe movimiento Millerita, oikuaaukáva umi peteĩ cien cuarenta y cuatro mil rembiapokuéra, oĩva’ekue oñembojoajúvo umi profesía rehe umi mokõi mil trescientos ára ary ha umi mokõi mil quinientos veinte ary rehegua Daniel capítulo ocho, versículos trece ha catorce-pe. “Pe ára paha”, og̃uahẽ va’ekue opa rire “siete tiempos” Tupã pochy peguigua Israel retã yvate gotyo guáre. Miller marandu oñemoañetegua hag̃ua 1831-pe, og̃uahẽ mokõi cientos veinte ary rire oñemoheñói haguére pe Biblia King James.</w:t>
      </w:r>
    </w:p>
    <w:p>
      <w:pPr>
        <w:pStyle w:val="ArticleScripture"/>
        <w:jc w:val="left"/>
      </w:pPr>
      <w:r>
        <w:rPr>
          <w:rFonts w:ascii="Times New Roman" w:hAnsi="Times New Roman" w:eastAsia="Times New Roman" w:cs="Times New Roman"/>
        </w:rPr>
        <w:t>“Karai Miller, umi ambue tetãme ko marandu rupi oñemongu’évaicha, iñepyrũrãme oimo’ã ikatu hag̃uáicha omohu’ã hembiaporã ohai ha omoherakuãvo tetãygua kuatiakuéra ha panfletokuérape. Ha’e raẽ omoherakuã hembiapo Vermont Telegraph-pe, peteĩ kuatiahaipyre Bautista, oñemboguapýva Brandon, Vt.-pe. Kóva oiko kuri ary 1831-pe.” John Loughborough, The Great Second Advent Movement, 120.</w:t>
      </w:r>
    </w:p>
    <w:p>
      <w:pPr>
        <w:pStyle w:val="ArticleBody"/>
        <w:jc w:val="left"/>
      </w:pPr>
      <w:r>
        <w:rPr>
          <w:rFonts w:ascii="Times New Roman" w:hAnsi="Times New Roman" w:eastAsia="Times New Roman" w:cs="Times New Roman"/>
        </w:rPr>
        <w:t>Pe tercer ánhel remimo’ã “ára paha” rehegua og̃uahẽ 1989-pe, opávo cien veintiséis ary pe ñepu’ãgui 1863-pe guare. “Cien veintiséis” ha’e peteĩ ta’anga “siete tiempos” rehegua. Mokõivéva remimo’ã oñepyrũ peteĩ ñembyatyhupyty “siete tiempos” rehegua ndive.</w:t>
      </w:r>
    </w:p>
    <w:p>
      <w:pPr>
        <w:pStyle w:val="ArticleBody"/>
        <w:jc w:val="left"/>
      </w:pPr>
      <w:r>
        <w:rPr>
          <w:rFonts w:ascii="Times New Roman" w:hAnsi="Times New Roman" w:eastAsia="Times New Roman" w:cs="Times New Roman"/>
        </w:rPr>
        <w:t>Mbohapyha angirũ mbohapyha rembiapo rehegua oñemohenda hag̃ua peteĩ tembiapo tee ramo ary 1996-pe, ojeporavóvo peteĩ aty artíkulo hérava, The Time of the End, ojeheguenohẽva’ekue peteĩ revista héravape, Our Firm Foundation. Umi artíkulo ojeheguenohẽ mokõi sa ary ha mokõi pa ary rire pe Declaración de Independencia 1776-gua. Mokõive ku’e’ẽnguérape, imarandu oñemohenda hag̃ua peteĩ tembiapo tee ramo mokõi sa ary ha mokõi pa ary rire peteĩ tembiasakue oĩva’ekue joajúpe hag̃uaicha pe marandu og̃uahẽva’ekue umi mokõi sa ary ha mokõi pa ary pahápe.</w:t>
      </w:r>
    </w:p>
    <w:p>
      <w:pPr>
        <w:pStyle w:val="ArticleBody"/>
        <w:jc w:val="left"/>
      </w:pPr>
      <w:r>
        <w:rPr>
          <w:rFonts w:ascii="Times New Roman" w:hAnsi="Times New Roman" w:eastAsia="Times New Roman" w:cs="Times New Roman"/>
        </w:rPr>
        <w:t>Papapy “mokõi sa po” ohechauka joajuha (juaju) oĩva “umi siete tiempo” apytépe, he’iséva Tupã pochy ñemby tetã Judá rehe oñepyrũ va’ekue 677 a.C.-pe, ha ñepyrũme umi mokõi mil trescientos ary Daniel kapítulo ocho, versíkulo catorce-pe, 457 a.C.-pe. Papapy mokõi sa po ombojoaju ko mokõi profesía ojuehe, ha ko mokõi profesía oñepresenta va’ekue oñondive umi versíkulo pyenda Adventísmo-pe, ha’éva Daniel kapítulo ocho, versíkulo trece ha catorce. Umi versíkulope Cristo oñemoinge ijehe profesía rupive “pe marangatú peteĩva” ramo, ha upéva hína traducción pe ñe’ẽ hebreo “Palmoni” rehegua, he’iséva “Pe Papapyhára Hendaitépe Porãitereíva”.</w:t>
      </w:r>
    </w:p>
    <w:p>
      <w:pPr>
        <w:pStyle w:val="ArticleBody"/>
        <w:jc w:val="left"/>
      </w:pPr>
      <w:r>
        <w:rPr>
          <w:rFonts w:ascii="Times New Roman" w:hAnsi="Times New Roman" w:eastAsia="Times New Roman" w:cs="Times New Roman"/>
        </w:rPr>
        <w:t>Pe Mombapyré Oipapáva omoñepyrũ mokõi visión ohechaukáva mokõi línea profética, umi mokõi versículope voi, Hermana White ohechakuaáva Adventismo rembiapo yvykua mbytéva ramo. Pe ñepyrũha oñembojoaju pe joaju simbólico mokõi sa ary ha mokõi pa ary rupive ára og̃uahẽhápe iñemyenyhẽ 1844-pe. Habacuc capítulo mokõi opáma versículo veinte-pe, upéicha omoñeñemarka hag̃ua pe papapy “mokõi sa ary ha mokõi pa ary” peteĩ ñe’ẽjoavy ambuéva rupive pe Mombapyré Oipapáva reheve, pe versículo ohechauka rupi peteĩ tekotevẽ tee pe Día Expiación antitípico rehegua oñepyrũva’ekue upe arýpe.</w:t>
      </w:r>
    </w:p>
    <w:p>
      <w:pPr>
        <w:pStyle w:val="ArticleScripture"/>
        <w:jc w:val="left"/>
      </w:pPr>
      <w:r>
        <w:rPr>
          <w:rFonts w:ascii="Times New Roman" w:hAnsi="Times New Roman" w:eastAsia="Times New Roman" w:cs="Times New Roman"/>
        </w:rPr>
        <w:t>Ha Ñandejára oĩ itemplo marangatúpe: tokyreʼỹ opa yvy hese renondépe. Habacuc 2:20.</w:t>
      </w:r>
    </w:p>
    <w:p>
      <w:pPr>
        <w:pStyle w:val="ArticleBody"/>
        <w:jc w:val="left"/>
      </w:pPr>
      <w:r>
        <w:rPr>
          <w:rFonts w:ascii="Times New Roman" w:hAnsi="Times New Roman" w:eastAsia="Times New Roman" w:cs="Times New Roman"/>
        </w:rPr>
        <w:t>Mokõi período profétiko ohechaukáva Adventísmo pe pilar mbytegua, oñemoingéva hag̃ua directamente pe Numerador Maravilloso rupive, ojoaju ojupe mokõi sientos veinte ary reheve; ha Jesús (pe Numerador Maravilloso), araka’eve ombojoajúva peteĩ mba’e paha peteĩ mba’e ñepyrũ ndive, omarka ipaha 22 jasypa 1844-pe, pe papapy mokõi sientos veinte reheve.</w:t>
      </w:r>
    </w:p>
    <w:p>
      <w:pPr>
        <w:pStyle w:val="ArticleBody"/>
        <w:jc w:val="left"/>
      </w:pPr>
      <w:r>
        <w:rPr>
          <w:rFonts w:ascii="Times New Roman" w:hAnsi="Times New Roman" w:eastAsia="Times New Roman" w:cs="Times New Roman"/>
        </w:rPr>
        <w:t>Pe ánhel peteĩha rembiapo, pe ánhel mbohapyha rembiapoicha avei, oñepyrũ peteĩ “ára paha”pe (1798 ha 1989, peteĩteĩme), upépe ojehechauka hag̃ua pe “poapy jey,” Levítico 26-pe oñemombe’úva. Pe ambue techaukaha mokõivéva tembiasakuepe oñemohenda peteĩ mokõi sua ha mokõi pa ary paha rehe, avei ha’éva peteĩ mba’e rechaukaha maranduhára pe “poapy jey” rehegua, pórke mokõive visión ñepyrũha (chazon ha mareh) orrepresenta peteĩ mokõi sua ha mokõi pa ary pukukue ombojoajúva chupekuéra.</w:t>
      </w:r>
    </w:p>
    <w:p>
      <w:pPr>
        <w:pStyle w:val="ArticleBody"/>
        <w:jc w:val="left"/>
      </w:pPr>
      <w:r>
        <w:rPr>
          <w:rFonts w:ascii="Times New Roman" w:hAnsi="Times New Roman" w:eastAsia="Times New Roman" w:cs="Times New Roman"/>
        </w:rPr>
        <w:t>Pe Biblia Rey Jacobo ñembosako’i ary 1611-pe, Miller marandu ñemohendapyre ha oñemoherakuãva Vermont Telegraph kuatiarogue rupive, Independencia Rekávo ñembosako’i, ha The Time of the End ñemoherakuã Our Firm Foundation revista-pe, opa umíva va’ekue kuatiakuéra oñemoherakuãva. Ñepyrũ ha paha mokõive doscientos veinte ary pukukue rehegua ohechauka peteĩ kuatia oñemoherakuãva ramo pe techaukaha histórico. Papapy “doscientos veinte” ha’e peteĩ símbolo peteĩ joaju profético rehegua, ha umi irundy ñemoherakuã oñembojoaju peteĩcha hag̃ua ha’égui ñemoherakuã, ha avei pe marandu reheve ojehechaukáva “arandu okakuaa” ramo hembiasakue peteĩteĩme.</w:t>
      </w:r>
    </w:p>
    <w:p>
      <w:pPr>
        <w:pStyle w:val="ArticleBody"/>
        <w:jc w:val="left"/>
      </w:pPr>
      <w:r>
        <w:rPr>
          <w:rFonts w:ascii="Times New Roman" w:hAnsi="Times New Roman" w:eastAsia="Times New Roman" w:cs="Times New Roman"/>
        </w:rPr>
        <w:t>La Biblia de 1611 ohechauka pe marandu porã ñembohasakue yvágagui yvypórape. Miller marandu oñemoĩkuri aravo marandu’ỹ rehegua contexto-pe, ha mokõi ta’anga marangatu Habacuc pegua ombohesakã porã Miller marandu ojehechaukaha ta’anga rupive tembiasakue línea-kuéra rehe. “Vermont” he’ise “yvyty hovyũ”, ha ñemoarandu rupive “hovyũ” ha’e peteĩ símbolo jerovia rehegua.</w:t>
      </w:r>
    </w:p>
    <w:p>
      <w:pPr>
        <w:pStyle w:val="ArticleScripture"/>
        <w:jc w:val="left"/>
      </w:pPr>
      <w:r>
        <w:rPr>
          <w:rFonts w:ascii="Times New Roman" w:hAnsi="Times New Roman" w:eastAsia="Times New Roman" w:cs="Times New Roman"/>
        </w:rPr>
        <w:t>“Ko kéva ome’ẽ chéve esperánsa. Pe sã hovyũ ohechauka chéve guarã pe jerovia, ha Tupãre jerovia hag̃ua porãite ha ndahasýiva iporãva oñepyrũ hesakã che ánga ári.” Christian Experience and Teachings, 28.</w:t>
      </w:r>
    </w:p>
    <w:p>
      <w:pPr>
        <w:pStyle w:val="ArticleBody"/>
        <w:jc w:val="left"/>
      </w:pPr>
      <w:r>
        <w:rPr>
          <w:rFonts w:ascii="Times New Roman" w:hAnsi="Times New Roman" w:eastAsia="Times New Roman" w:cs="Times New Roman"/>
        </w:rPr>
        <w:t>Miller marandu oñemohenda porã ha oñemyasãi pe tupão jeroviapýgui, peteĩ “yvyty” niko umi ára pahápe ha’e peteĩ “tupão”.</w:t>
      </w:r>
    </w:p>
    <w:p>
      <w:pPr>
        <w:pStyle w:val="ArticleScripture"/>
        <w:jc w:val="left"/>
      </w:pPr>
      <w:r>
        <w:rPr>
          <w:rFonts w:ascii="Times New Roman" w:hAnsi="Times New Roman" w:eastAsia="Times New Roman" w:cs="Times New Roman"/>
        </w:rPr>
        <w:t>Ha oikóta umi ára pahápe, Ñandejára róga yvyty oñemopyenda hag̃ua umi yvyty ru’ã ári, ha oñemomba’eguasúta umi cerro ári; ha opa tetãnguéra osyryta hendápe. Ha heta tavayguakuéra ohóta ha he’íta: Peju, ha jajupi Ñandejára yvytyre, Jacob Jára róga gotyo; ha ha’e ñanembo’éta heko hag̃uare, ha ñande jajapóta haperãnguéra rupi: Sión-gui osẽta niko léi, ha Ñandejára ñe’ẽ Jerusalén-gui. Isaías 2:2, 3.</w:t>
      </w:r>
    </w:p>
    <w:p>
      <w:pPr>
        <w:pStyle w:val="ArticleBody"/>
        <w:jc w:val="left"/>
      </w:pPr>
      <w:r>
        <w:rPr>
          <w:rFonts w:ascii="Times New Roman" w:hAnsi="Times New Roman" w:eastAsia="Times New Roman" w:cs="Times New Roman"/>
        </w:rPr>
        <w:t>Pe marandu jehaipyre Miller rehegua ou pe iglesia jeroviapývagui, ha pe kuatiañe’ẽ hérava The Telegraph ohechauka peteĩ marandu yvágagui, ojapo haguéicha pe Biblia King James, pórke pe ñe’ẽ “telegraph”, ojejapóva mokõi ñe’ẽ griegogui, he’ise peteĩ marandu mombyryguáva. Pe ñe’ẽ peteĩha (tele) he’ise “mombyry térã mombyryete”, ha pe mokõiha (grapho), “jehai térã ñembyaty kuatiápe”. Oñondivepa he’ise “jehai térã ñembohasa mombyry guive”. Ary 1611-pe, Tupã, pe Biblia King James jejapo rupive, ombohasa imarandu yvágagui; ha mokõi ciento mokõipa ary rire, marandu Miller rehegua, oñemohenda ypykue 1831-pe Vermont Telegraph-pe, avei ombohasa Tupã marandu yvágagui. Upe marandu hína pe “mba’ekuaarã ñembohetave” ojepe’ava’ekue “paha ára”pe ary 1798-pe, ha upéi omboheñói peteĩ mbohapy jeku’épe oikóva jeha’ãrã upe generaciónpe g̃uarã. Upe tembiasakue ohechauka hag̃ua pe tembiasakue Future for America rehegua.</w:t>
      </w:r>
    </w:p>
    <w:p>
      <w:pPr>
        <w:pStyle w:val="ArticleBody"/>
        <w:jc w:val="left"/>
      </w:pPr>
      <w:r>
        <w:rPr>
          <w:rFonts w:ascii="Times New Roman" w:hAnsi="Times New Roman" w:eastAsia="Times New Roman" w:cs="Times New Roman"/>
        </w:rPr>
        <w:t>Pe Jehechakuaa’ỹre rehegua ñe’ẽmombe’u, ary 1776-pe, ohechauka pe mboypyha umi mymba yvy rehegua oĩva Apocalipsis capítulo 13-pe. Upéva ohechauka tetã Estados Unidos ñepyrũ, ha upéicha ojapóvo ojekuaa hag̃ua pe jejokopyre independencia rehegua ipahápe Estados Unidos rehegua. Pe marandu Future for America rehegua (téra voi ohechaukaháicha), ohechauka pe paha ojehechaukáva pe ñepyrũme, ojehai ha oñemoherakuãvo Pe Jehechakuaa’ỹre rehegua ñe’ẽmombe’u. Mokõi sua ha mokõi pa ary rire, ary 1996-pe, pe tembiapo ministerio rehegua omoheñóiva pe revista The Time of the End, ohupyty pe tekove tee jurídico ymave hérava Future for America. Upe ary-pe oñemoherakuã pe revista The Time of the End, ojejapóva umi artículo osẽ vaʼekue pe ñemoherakuã héravape Our Firm Foundation.</w:t>
      </w:r>
    </w:p>
    <w:p>
      <w:pPr>
        <w:pStyle w:val="ArticleBody"/>
        <w:jc w:val="left"/>
      </w:pPr>
      <w:r>
        <w:rPr>
          <w:rFonts w:ascii="Times New Roman" w:hAnsi="Times New Roman" w:eastAsia="Times New Roman" w:cs="Times New Roman"/>
        </w:rPr>
        <w:t>Pe téra ministerio Future for America rehegua oñe’ẽ pe Declaración de Independencia rembiasakue rehe, upe kuatiañe’ẽgui niko oñemarka Estados Unidos ñepyrũ, ha Jesús akóinte ohechauka pe paha pe ñepyrũ rupive. Pe kuatiañe’ẽ rérava The Time of the End oñe’ẽ mokõivévare: “pe ára paha” rehe ary 1989-pe, ha avei pe ára de gracia paha rehe, Miguel opu’ã vove. Pe marandu oñembohape ha oñemoañeteva’ekue upe kuatiañe’ẽme (Daniel kapítulo once, versículo cuarenta guive cuarenta y cinco peve), oñemboty’ỹ va’ekue Unión Soviética ho’árõ guare ary 1989-pe (pe ára paha), ha umi versículo oñemboty’ỹ va’ekue ohechauka peteĩ tembiasakue rape oñemotenondéva ary 1989 guive, peve capítulo doce versículo peteĩme, upépe ojehechakuaa Miguel opu’ãha, ha yvypóra tiempo de prueba oñembotýha.</w:t>
      </w:r>
    </w:p>
    <w:p>
      <w:pPr>
        <w:pStyle w:val="ArticleBody"/>
        <w:jc w:val="left"/>
      </w:pPr>
      <w:r>
        <w:rPr>
          <w:rFonts w:ascii="Times New Roman" w:hAnsi="Times New Roman" w:eastAsia="Times New Roman" w:cs="Times New Roman"/>
        </w:rPr>
        <w:t>Pe Ñe’ẽmombe’u Jehepyme’ẽ Ypyguive osẽ hague guive, ary 1776-pe, pe revista The Time of the End osẽ hague peve, ojeguereko mokõisa ha mokõi ary; ha ñepyrũ ha paha mokõivéva oñe’ẽ umi peteĩchagua mba’e profétikore. Pe osẽmby The Time of the End, oñemboaty umi kapítulo reheve, umíva ypykue ojeherakuãkuri artículo-ramo pe osẽmby Our Firm Foundation-pe, ha ohechauka pe añetegua profétika rehegua, ndaikatuiha ojeikuaa pe “arandu hetave” pe “paha ára”pe ary 1989-pe, noñeñongatúiramo umi añetegua ypykue pe movimiento Millerita rehegua (ha’éva “ñande pyenda mbarete”).</w:t>
      </w:r>
    </w:p>
    <w:p>
      <w:pPr>
        <w:pStyle w:val="ArticleBody"/>
        <w:jc w:val="left"/>
      </w:pPr>
      <w:r>
        <w:rPr>
          <w:rFonts w:ascii="Times New Roman" w:hAnsi="Times New Roman" w:eastAsia="Times New Roman" w:cs="Times New Roman"/>
        </w:rPr>
        <w:t>Pe hito ojehechaukáva “pe ára paha”, ha pe hito ohechaukáva pe marandu “ñemohendapyre tee” umi tembiasakue joja peteĩha ha mbohapyha ángel rembiapo ryepýpe, mokõivéva oguereko ipype umi elemento profético rehegua “pokõi tiempo” Levítico mokõipa poteĩme. Pe hito oúva upe rire umi tembiasakue joja ryepýpe ha’e pe marandu ñemombarete, ojehechaukaháicha pe ángel Apocalipsis 10-gua oguejývo, 11 jasypoapy ary 1840-pe, térã pe ángel Apocalipsis 18-gua oguejývo, 11 jasyporundy ary 2001-pe. Pe cumplimiento pe mokõiha ñembyasy guasu Apocalipsis kapítulo 9-pe, ogueru pe ángel Apocalipsis 10-gua oguejy hag̃ua; ha pe cumplimiento pe mbohapyha ñembyasy guasu Apocalipsis kapítulo 10-pe, ogueru pe ángel Apocalipsis kapítulo 18-gua oguejy hag̃ua.</w:t>
      </w:r>
    </w:p>
    <w:p>
      <w:pPr>
        <w:pStyle w:val="ArticleBody"/>
        <w:jc w:val="left"/>
      </w:pPr>
      <w:r>
        <w:rPr>
          <w:rFonts w:ascii="Times New Roman" w:hAnsi="Times New Roman" w:eastAsia="Times New Roman" w:cs="Times New Roman"/>
        </w:rPr>
        <w:t>Umi mokõi tembiasakue joja rupi, ama pahague oñepyrũ “osarambi” upe árape pe ánhel oguejy jave. Upe jave pe marandu “oñemombarete” pe mbaʼe ojeʼekuaa vaʼekue oñemoañetévo. Umi Miller-gua oñondive, kóva haʼe vaʼekue pe Otomano poguýpeguare opa hag̃ua, omoañetévo ára profecía Islam rehegua pe Mokõiha Aigui, Apocalipsis capítulo nueve, versículo quince-pe. Pe aty cien cuarenta y cuatro mil rehegua hag̃ua, kóva haʼe vaʼekue pe “tetãnguéra pochy,” peteĩ profecía Islam rehegua pe Mbohapyha Aigua, oĩva pe trompéta pokõiha ára-pe, Apocalipsis diez, versículo siete-pe, oñemoañetévaʼekue umi óga guasu Nueva York táva pegua hoʼárõ guare.</w:t>
      </w:r>
    </w:p>
    <w:p>
      <w:pPr>
        <w:pStyle w:val="ArticleBody"/>
        <w:jc w:val="left"/>
      </w:pPr>
      <w:r>
        <w:rPr>
          <w:rFonts w:ascii="Times New Roman" w:hAnsi="Times New Roman" w:eastAsia="Times New Roman" w:cs="Times New Roman"/>
        </w:rPr>
        <w:t>Peteĩteĩ umi tuicha mbaʼe rechaukaha umi tembiasakue oñondiveguápe oguereko joaju hag̃uaite pe Wonderful Numberer rembiapo ndive, haʼe omoĩva Isignatúra pe joaju rehe umi mokõi visión ohechaukáva mokõi mil ha mbohapysa cien áño ha mokõi mil ha po cien ha mokõi pa áño. Umi maranduhára profético oñemopuʼãva ánhel oguejy jave ombopu peteĩ trompéta ñeñangarekorãva oikehápe pe marandu Laodiceape, upéva 1856-pe oñembojoaju hag̃uaite vaʼekue pe unsealing rehe pe tesape tuichavéva “siete tiempos” rehegua. Pe rechaukaha Habacuc mokõi tabla rehegua, ojehechaukáva umi karéta pionéro 1843 ha 1850 rehe, mokõivéva taʼangápe ohechaukáva “siete tiempos,” oguahẽ pe ánhel oguejy rire ha pe “primer desengaño” mboyve peteĩteĩ historia paraléla-pe.</w:t>
      </w:r>
    </w:p>
    <w:p>
      <w:pPr>
        <w:pStyle w:val="ArticleBody"/>
        <w:jc w:val="left"/>
      </w:pPr>
      <w:r>
        <w:rPr>
          <w:rFonts w:ascii="Times New Roman" w:hAnsi="Times New Roman" w:eastAsia="Times New Roman" w:cs="Times New Roman"/>
        </w:rPr>
        <w:t>Pe hína “ara pyta” rehegua oĩ joaju hag̃uáicha peteĩchaite pe prediksión ojejavy vaʼekue 1843-pe ndive, ha upéva vaʼekue peteĩ prediksión oñekumpli hag̃uáicha mokõivéva: umi mokõi mil trescientos áño, ha avei umi mokõi mil quinientos veinte áño. Pe marandu Pyhare mbyte Sapukái rehegua vaʼekue pe jehechakuaa oñekumpli pyaʼe hag̃uáicha umi mokõi período ára profétikogua. Pe “okẽ” dispensasional oñembotyvaʼekue pe waymark pahápe ohechauka umi mokõi período profétikogua ñekumplimiento, ha omarka moõpa pe trompéta pokõiha térã Jubileo rehegua oñepyrũ osapukái. Mayma waymark peteĩteĩva káda historia-pe oĩ joaju hag̃ua peteĩchaite umi “siete tiempos” ndive, ha umi “siete tiempos” ohechauka pe hilo ombojoajúva mokõive historia, ha mokõivéva historia ohechauka pe marandu ama kyreʼỹ pahaguéva rehegua.</w:t>
      </w:r>
    </w:p>
    <w:p>
      <w:pPr>
        <w:pStyle w:val="ArticleBody"/>
        <w:jc w:val="left"/>
      </w:pPr>
      <w:r>
        <w:rPr>
          <w:rFonts w:ascii="Times New Roman" w:hAnsi="Times New Roman" w:eastAsia="Times New Roman" w:cs="Times New Roman"/>
        </w:rPr>
        <w:t>Jaguatakéta ko ñande estudio ko mba’e rehegua pe artículo oúvape.</w:t>
      </w:r>
    </w:p>
    <w:p>
      <w:pPr>
        <w:pStyle w:val="ArticleScripture"/>
        <w:jc w:val="left"/>
      </w:pPr>
      <w:r>
        <w:rPr>
          <w:rFonts w:ascii="Times New Roman" w:hAnsi="Times New Roman" w:eastAsia="Times New Roman" w:cs="Times New Roman"/>
        </w:rPr>
        <w:t>“‘Umi oñepysanga vaʼekuérape pe ñeʼẽ rehe, naiñeʼẽrendúi rupi,’ Cristo haʼe peteĩ ita ñepysangarã. Ha katu, ‘pe ita umi omopuʼãvakuéra omboyke vaʼekue, upévaite oiko pe akã ita esquina rehegua.’ Pe ita oñemboyke vaʼekuéicha, Cristo, Hembiapo yvy ariguápe, ogueropuʼaka vaʼekue ñemboyke ha jejahéi vai. Haʼe vaʼekue ‘ojehecharamóvaʼỹ ha oñemboykéva yvypóra apytégui; peteĩ kuimbaʼe mbaʼasy rehegua, ha oikuaáva ñembyasy:... ojehecharamóvaʼỹ vaʼekue, ha ore ndorojapói chugui mbaʼeve.’ Isaías 53:3. Ha hiʼag̃uíma kuri pe ára oñemombaʼeguasu hag̃uáicha chupe. Omano vaʼekue apytégui jeikove jey rupive ojeʼe vaʼerã hese haʼeha ‘Tupã Raʼy puʼakápe.’ Romanos 1:4. Ijuvy mokõihápe ojechauka vaʼerã chupe yvága ha yvy Jára ramo. Umi koʼág̃a oĩva kuri ombosarái hag̃uáicha chupe kurusúre, oikuaa vaʼerãkuri hekopete imbaʼeguasu. Arapy tuichakue renondépe pe ita oñemboyke vaʼekue oiko vaʼerã pe akã ita esquina rehegua.”</w:t>
      </w:r>
    </w:p>
    <w:p>
      <w:pPr>
        <w:pStyle w:val="ArticleScripture"/>
        <w:jc w:val="left"/>
      </w:pPr>
      <w:r>
        <w:rPr>
          <w:rFonts w:ascii="Times New Roman" w:hAnsi="Times New Roman" w:eastAsia="Times New Roman" w:cs="Times New Roman"/>
        </w:rPr>
        <w:t>“ha oimeraẽva ári hoʼáramo, omonguʼíta ichupe kuimbeʼĩramo”. Umi tavayguakuéra omboykévaʼekue Cristo-pe pyaʼe hag̃uáicha ohecháta kuri itáva ha inasión oñehundiha. Iñemombaʼeguasu oñembyaíta ha oñemosarambíta yvytimboicha yvytu renondépe. Ha mbaʼépa pe ohundíva umi judíokuérape? Haʼe pe ita guasu, hiʼári omopuʼãrire hoga, haʼevaʼerãmoʼã ikyreʼỹrã. Haʼe Ñandejára porã reko ojehecharamóvaʼỹ, tekojoja oñembotovéva, poriahuvereko oñemboykéva. Yvyporakuéra oñemoĩ Ñandejára rehe hag̃ua, ha opa mbaʼe oikovaʼerãvaʼekue isalvasiónrã ojere hag̃ua ohundipáramo. Opa mbaʼe Ñandejára omoĩvaʼekue tekoverã, haʼekuéra ojuhu hag̃ua omanórã. Umi judíokuéra oñemosãingóvo Cristo-re oĩ kuri Jerusalén ñehundi. Tuguy oñeñohẽvaʼekue Calvario ári haʼe vaʼekue pe pohýi ombojuvýva chupekuéra ñehundípe ko yvy ape ári ha pe mundo oútavape guarã. Péicha avei oikóta pe ára paha guasúpe, huísio hoʼáramo umi ombotovéva Ñandejára gracia-pe ári. Upérõ Cristo, haʼéva chupekuéra hag̃ua ita guasu omboʼeʼỹva, ojechaukaíta peteĩ yvyty ñeporombojovakehára ramo. Hova mimbipa, umi hekojojávape guarã tekove, umi iñañávape guarã oikóta tata ohapypáva. Mborayhu oñembotove hag̃uére, gracia oñemboyke hag̃uére, pe angaipa apoha oñehundíta.</w:t>
      </w:r>
    </w:p>
    <w:p>
      <w:pPr>
        <w:pStyle w:val="ArticleScripture"/>
        <w:jc w:val="left"/>
      </w:pPr>
      <w:r>
        <w:rPr>
          <w:rFonts w:ascii="Times New Roman" w:hAnsi="Times New Roman" w:eastAsia="Times New Roman" w:cs="Times New Roman"/>
        </w:rPr>
        <w:t>“Hetaiterei techapyrã ha ñe’ẽñemi jey jey rupive, Jesús ohechauka mba’éichapa oikóta umi judío rehe peẽ omboykéramo Tupã Ra’y. Ko’ã ñe’ẽme Ha’e oñe’ẽ kuri opa umi tapicha rehe opa ára oĩvape g̃uarã ndoguerohorýiva chupe iÑepysyrõhára ramo. Mayma ñe’ẽñemi ha’e chupekuéra g̃uarã. Pe tupaópe oñembojarúva, pe ta’ýra naiñe’ẽrendúiva, umi kokue jára gua’u, umi ombotovéva mboypyhára, oreko ijojaha iñangaipa apohára peteĩteĩ rekove rehe. Ndovyevéramo, pe huísio ha’ekuéra ohechaukava’ekue taimbaretéta hese.”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Kuatiañe'ẽ Daniel rehegua - Papyri Ocho Pa Mokõi’ẽ hag̃ua**</dc:title>
  <dc:subject>Ojehechaukávo pe Parábola de las Diez Vírgenes: Peteĩ Viaje Pypuku Adventista Rekoasakue Rupive</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