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Pe Lívro Daniel rehegua - Papapy poapy ha poapy hag̃ua hag̃uami</w:t>
      </w:r>
    </w:p>
    <w:p>
      <w:pPr>
        <w:pStyle w:val="ArticleSubtitle"/>
        <w:jc w:val="left"/>
      </w:pPr>
      <w:r>
        <w:rPr>
          <w:rFonts w:ascii="Arial" w:hAnsi="Arial" w:eastAsia="Arial" w:cs="Arial"/>
        </w:rPr>
        <w:t>Ojepe’ávo pe Ama Kyre’ỹ Japuha: Pe Tape Marandu’i Guive 11 de septiembre de 2001 rehegua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2024-02-21</w:t>
      </w:r>
    </w:p>
    <w:p>
      <w:pPr>
        <w:pStyle w:val="ArticleBody"/>
        <w:jc w:val="left"/>
      </w:pPr>
      <w:r>
        <w:rPr>
          <w:rFonts w:ascii="Times New Roman" w:hAnsi="Times New Roman" w:eastAsia="Times New Roman" w:cs="Times New Roman"/>
        </w:rPr>
        <w:t>Pe proceso de prueba oñepyrũva pe ánhel oguejývo ojehechauka pe prueba rupive oikóva ojehecha hag̃ua ojetopátapa pe kuatiañe’ẽ pe ánhel póguio ha ojekarútapa. Umi oiporavóva okaru hag̃ua pe marandu rehe, upéi oñemoĩ vaʼekue peteĩ ñembyasyme, upépe pe aty ombotovéva okaru hag̃ua opyta tapykuépe. Pe aranduka michĩva vaʼekue ojekaru hag̃uáva orrepresenta peteĩ “jeikuaave” pe marandu rehegua, oñembojaʼoʼỹ mboyve vaʼekue raẽ “paha ára”pe, tahaʼe 1798 térã 1989-pe, ha upéi oñemohenda hag̃ua peteĩ marandurãicha ojeruréva tekovekue upe generación oikovéva upérõgui toñemoĩ hag̃ua responsabilidad-pe pe tesape jeikuaave rehegua renondépe. Mokõive tembiasakue-pe, ojejapopa rire pe profesía Islam rehegua, upémarõ pe marandu ojekaru hag̃uáva pe ánhel pópe oñemoneĩ térã oñembotove. Pe marandu aranduka reheve ojehechaukáva oñembotove ramo, umi ojapóva upéva, ha gueteri oheka hag̃ua omopuʼã hag̃ua pe heʼíva gueteri haʼeha Tupã rembiporavo, oñembojere hag̃ua oproduci hag̃ua peteĩ japu rehegua ama kyreʼỹ pahague marandu.</w:t>
      </w:r>
    </w:p>
    <w:p>
      <w:pPr>
        <w:pStyle w:val="ArticleBody"/>
        <w:jc w:val="left"/>
      </w:pPr>
      <w:r>
        <w:rPr>
          <w:rFonts w:ascii="Times New Roman" w:hAnsi="Times New Roman" w:eastAsia="Times New Roman" w:cs="Times New Roman"/>
        </w:rPr>
        <w:t>11 jasypakõi ary 2001-pe, umi ñemoĩ vai yma guare umi generación Adventismo rehegua ojejapo jey mba’e ojehechava’erãramo peteĩ prueba ramo. Habacuc kapítulo mokõi ohechauka peteĩ ñemongeta oikóva pe tembiasakue profético upépe ojehechaukávape, ha upéva ha’e peteĩ línea profética oñembojojáva pe parábola umi diez vírgenes rehe. Pe ñangarekohára oporandúrõ mba’épa ombohováita pe tembiasakuepe pe parábola umi diez vírgenes rehegua, oñe’ẽ mbohapy chupe “ohai hag̃ua pe visión, ha omyesakã porã hag̃ua tablas ári.” Umi ñangarekohára historia Millerita rehegua ojapo pe cuadro 1843 rehegua ary 1842-pe, ha ijejapo oiko peteĩ señal-rã. Upéva ha’e pe “visión” Habacuc mokõiguápe rehegua, oñemyesakã porã vaʼekue tablas ári, ha’éva oñe’ẽtava pe pahápe.</w:t>
      </w:r>
    </w:p>
    <w:p>
      <w:pPr>
        <w:pStyle w:val="ArticleBody"/>
        <w:jc w:val="left"/>
      </w:pPr>
      <w:r>
        <w:rPr>
          <w:rFonts w:ascii="Times New Roman" w:hAnsi="Times New Roman" w:eastAsia="Times New Roman" w:cs="Times New Roman"/>
        </w:rPr>
        <w:t>Mokõi ary 11 jasypakõi 2001 rire, umi ohechakuaáva Islam rembiapo pe mbohapyha ñembyasy guasúpe, oñemotenonde hag̃ua ojevy hag̃ua Jeremías “tape yma guarépe”, ha oguata hag̃ua ipypekuéra. Umi “tape yma guare” ohechauka kuri pe mbohapy ñembyasy guasu Apocalipsis kapítulo poapy, versíkulo 13-pe ohechaukaha Islam rembiaporã profétika. Upéi pya’e, Future for America oñepyrũ ojapo jey hag̃ua Habacuc kapítulo mokõi rehegua mokõi ta’anga, upeite punto-pe pe tembiasakue joja orekóvape umi Millerita ndive, umi mokõi ta’anga oñemoĩ hag̃ua peteĩ techaukaha-rã, upe va’ekue ojehechauka va’ekue pe ta’anga 1843 guare jejapópe, ary 1842-pe.</w:t>
      </w:r>
    </w:p>
    <w:p>
      <w:pPr>
        <w:pStyle w:val="ArticleScripture"/>
        <w:jc w:val="left"/>
      </w:pPr>
      <w:r>
        <w:rPr>
          <w:rFonts w:ascii="Times New Roman" w:hAnsi="Times New Roman" w:eastAsia="Times New Roman" w:cs="Times New Roman"/>
        </w:rPr>
        <w:t>“Jasypópe 1842-pe, ojejapo peteĩ Conferencia General Boston-pe, [Massachusetts]. Ko aty ñepyrũme, umi hermano Charles Fitch ha Apollos Hale, Haverhill-gua, ohechauka Daniel ha Juan profesía ta’angápe ojejapova’ekue ao ári, umi papapy profétiko reheve, ohechaukáva iñemohu’ã. Hermano Fitch, omyesakãvo ichárta rupive Conferencia renondépe, he’i, ko’ã profesía rehe oma’ẽ jave, oimo’ã hague ikatúrõ oguenohẽ peteĩ mba’e péicha ko’ápe ojehechaukaháicha, omboguejýtataha pe tema ha ojapóta ndive hag̃ua chupe hasy’ỹ hag̃uáicha ombohasa hag̃ua peteĩ aty guasúpe. Ko’ápe oĩve va’ekue tesape ñande rape rehe. Ko’ã hermano ojapo hína kuri upe Ñandejára ohechaukáva’ekue Habacuc-pe ivisiónpe 2.468 ary mboyve, he’ívo: ‘Ehai pe visión ha emboguejy porã tabla-kuérape, ikatu hag̃uáicha osyry pe omoñe’ẽva. Pe visión niko gueteri oĩ peteĩ ára oñemoĩporãvape g̃uarã.’ Habacuc 2:2.”</w:t>
      </w:r>
    </w:p>
    <w:p>
      <w:pPr>
        <w:pStyle w:val="ArticleScripture"/>
        <w:jc w:val="left"/>
      </w:pPr>
      <w:r>
        <w:rPr>
          <w:rFonts w:ascii="Times New Roman" w:hAnsi="Times New Roman" w:eastAsia="Times New Roman" w:cs="Times New Roman"/>
        </w:rPr>
        <w:t>“Oĩmbovy rire sapy’ami ko mba’e rehegua, oñembohérava’erãha peteĩ ñe’ẽme’ẽ peteĩcha ko’ãva rehegua mbohapy sa’y porundy lithografía-pe ojapouka hag̃ua, ojehechakuaa peteĩ ñe’ẽme’ẽ peteĩchaite; ha upéva pya’e ojejapo. Oñembohéra kuri ‘43 gráfiko-kuéra’. Kóva ha’eva’ekue peteĩ Aty Guasu iñimportantetereíva.” The Autobiography of Joseph Bates, 263.</w:t>
      </w:r>
    </w:p>
    <w:p>
      <w:pPr>
        <w:pStyle w:val="ArticleScripture"/>
        <w:jc w:val="left"/>
      </w:pPr>
      <w:r>
        <w:rPr>
          <w:rFonts w:ascii="Times New Roman" w:hAnsi="Times New Roman" w:eastAsia="Times New Roman" w:cs="Times New Roman"/>
        </w:rPr>
        <w:t>“Haʼe vaʼekue pe mokõiha Jejuju oúta hag̃uáme omboʼéva ha umi kuatia osẽva joaju hag̃uápe, oĩ aja ‘pe jerovia ypykue’ ári, pe taʼanga osẽ hag̃ua haʼeha peteĩ ñemyenyhẽ Habacuc 2:2, 3-peguápe. Pe taʼanga haʼéramo peteĩ mbaʼe profesíape oĩva (ha umi upéva omoneĩʼỹva oheja pe jerovia ypykue), upéicharõ neʼĩrã ojehechakuaa hag̃ua ary 457 JC mboyveha pe ary oñepyrũ hag̃ua oñecalcula umi 2300 ára. Tekotevẽ kuri 1843 haʼe hag̃ua pe aravo peteĩha oñemoherakuãva ikatu hag̃uáicha ‘pe visión’ ‘toñembotavy,’ térã oĩ hag̃ua peteĩ ára ñembotavy rehegua, upépe pe aty kuñataĩnguéra oke ha topytuʼu hag̃ua pe ára guasu rehegua mbaʼépe, michĩmi mboyve oikóvo hag̃ua oñemombáy chupekuéra pe Pyharepyte Sapyʼa.” James White, Second Advent Review and Sabbath Herald, Volume I, Number 2.</w:t>
      </w:r>
    </w:p>
    <w:p>
      <w:pPr>
        <w:pStyle w:val="ArticleScripture"/>
        <w:jc w:val="left"/>
      </w:pPr>
      <w:r>
        <w:rPr>
          <w:rFonts w:ascii="Times New Roman" w:hAnsi="Times New Roman" w:eastAsia="Times New Roman" w:cs="Times New Roman"/>
        </w:rPr>
        <w:t>“Koʼág̃a ñane rembiasakue ohechauka oĩhague hetaiterei, saʼiʼỹme saʼirundy, omboʼéva umi taʼanga aravo ohechaukávagui peteĩchaguánte William Miller ojapoháicha, ha opa umi peteĩichaguaete. Upérõ pe marandu peteĩchaite oĩ peteĩ temápe año: Ñandejára Jesucristo ou hag̃ua peteĩ ára mboyve ojehechaukáva, 1844-pe.” Joseph Bates, Early SDA Pamphlets, 17.</w:t>
      </w:r>
    </w:p>
    <w:p>
      <w:pPr>
        <w:pStyle w:val="ArticleBody"/>
        <w:jc w:val="left"/>
      </w:pPr>
      <w:r>
        <w:rPr>
          <w:rFonts w:ascii="Times New Roman" w:hAnsi="Times New Roman" w:eastAsia="Times New Roman" w:cs="Times New Roman"/>
        </w:rPr>
        <w:t>Jeimprimir jeyva 1843 ha 1850-peguáva, tembiasakue pya’e rire 11 jasyporundy, 2001-gua, ha’e kuri upéichaite peteĩ ñembyaty Habacuc mokõiha rehegua, mba’éichapa avei oiko kuri 1843-peguáva tabla ñemoherakuã 1842-pe. Umi tabla jejapo ha’e Habacuc mokõiha kapítulo rembiasakue pehẽngue, ha tekotevẽ va’ekue oiko. 11 jasyporundy, 2001-pe, pe jehuvai 1863-peguáva oñembopyahu jey umi Adventista Laodicea-pegua rehe, umíva omboykékuri oguejy jey hag̃ua Jeremías “tape yma guarã” rendápe.</w:t>
      </w:r>
    </w:p>
    <w:p>
      <w:pPr>
        <w:pStyle w:val="ArticleScripture"/>
        <w:jc w:val="left"/>
      </w:pPr>
      <w:r>
        <w:rPr>
          <w:rFonts w:ascii="Times New Roman" w:hAnsi="Times New Roman" w:eastAsia="Times New Roman" w:cs="Times New Roman"/>
        </w:rPr>
        <w:t>“Pe enemigo oheka ombojevy hag̃ua ñane ermanokuéra ha ñane ermánakuéra akãgui pe tembiapo oñembosako’i hag̃ua peteĩ tavayguakuéra hag̃ua opyta hag̃ua ko’ã ára pahápe. Ijapu aranduka ojejapo hag̃ua ombogue hag̃ua akãnguéra umi mba’e vai ha tembiaporã ko aravopegua-gui. Ha’ekuéra omboyke michĩeterei valor reheve pe tesape Cristo ou va’ekue yvágagui ome’ẽ hag̃ua Juánpe Itavayguakuérape g̃uarã. Oporombo’e umi mba’e ojehechátava ñande renondetépe ndaikatuiha oñemomba’e hag̃ua hag̃ua oñeñangareko hag̃ua hesekuéra peteĩcha hag̃ua. Ha’ekuéra ombojepe’a pe añetegua yvágagui ouva’ekue mbarete, ha omonda Tupã tavayguakuérape iñexperience yma guare, ome’ẽ hag̃ua hendaguépe peteĩ ciencia japu. ‘Péicha he’i Ñandejára: Peñembo’y tape rupi, ha pehecha, ha pejerure umi tape yma guare rehe, moõpa oĩ pe tape porã, ha peguata pype.’ [Jeremiah 6:16.]”</w:t>
      </w:r>
    </w:p>
    <w:p>
      <w:pPr>
        <w:pStyle w:val="ArticleScripture"/>
        <w:jc w:val="left"/>
      </w:pPr>
      <w:r>
        <w:rPr>
          <w:rFonts w:ascii="Times New Roman" w:hAnsi="Times New Roman" w:eastAsia="Times New Roman" w:cs="Times New Roman"/>
        </w:rPr>
        <w:t>“Avave toheka avave ani hag̃ua ore jerovia ñepyrũmby—umi ñepyrũmby oñemopyenda va’ekue ñande rembiapo ñepyrũme, Ñe’ẽ ñembo’e reheve ñehesa’ỹijópe ha revelación rupive. Ko’ã ñepyrũmby ári rojapo hína ore ñemopu’ãrã hetave cincuenta ary pukukue. Yvypóra ikatu oimo’ã ojuhu hague peteĩ tape pyahu, ikatuha omoĩ peteĩ ñepyrũmby imbaretevéva pe oñemoĩmava rangue; ha upéva ningo peteĩ jejavy tuicha. ‘Ambue ñepyrũmby niko avave ndaikatúi omoĩ pe oñemoĩmava ári guive.’ [1 Corinthians 3:11.] Yma, heta oñeha’ã va’ekue omopu’ã peteĩ jerovia pyahu, omopyenda hag̃ua principio pyahu; péro mboy tiémpopa opyta ijyvatépe ijogapo? Pya’e oguejy; ndopytái va’ekue, ndopyendái rupi pe Ita’áriguápe.” Testimonies, volume 8, 296, 297.</w:t>
      </w:r>
    </w:p>
    <w:p>
      <w:pPr>
        <w:pStyle w:val="ArticleBody"/>
        <w:jc w:val="left"/>
      </w:pPr>
      <w:r>
        <w:rPr>
          <w:rFonts w:ascii="Times New Roman" w:hAnsi="Times New Roman" w:eastAsia="Times New Roman" w:cs="Times New Roman"/>
        </w:rPr>
        <w:t>Jeremías ohechauka pe “tapére yma guarépe” jeguataha hína pe “pytu’u” jejuhu hag̃ua, ha pe pytu’u hína “ama riregua”, oñepyrũva’ekue umi tetã nguéra ipochýrõ guare 11 jasyporundy 2001-pe, umi óga guasu New York távape oguejy ramo guare. Umi upérõ ho’úva’ekue pe marandu-gui oiko Habacuc ñangarekohára kuéra ramo, umi oñehenóiva’ekue “ohai hag̃ua pe visión, ha omyesakã porã hag̃ua”. Jeremías ohechauka umi ñangarekohára peteĩchaguaite pe “pytu’u” ára jave, ha upéva hína “ama riregua”.</w:t>
      </w:r>
    </w:p>
    <w:p>
      <w:pPr>
        <w:pStyle w:val="ArticleScripture"/>
        <w:jc w:val="left"/>
      </w:pPr>
      <w:r>
        <w:rPr>
          <w:rFonts w:ascii="Times New Roman" w:hAnsi="Times New Roman" w:eastAsia="Times New Roman" w:cs="Times New Roman"/>
        </w:rPr>
        <w:t>Péicha he'i Ñandejára: Peñembo'y tape kuérape, ha pemaña, ha peporandu umi tape yma guaréva rehe, moõpa oĩ pe tape porã, ha peguata ipype, ha pejuhúta pytu'u pene ánga-kuérape g̃uarã. Ha ha'ekuéra he'i: Ndoroguataséi upérupi. Avei amoĩ pene ári ñangarekoha kuéra, he'ívo: Pehendumi turu pu. Ha ha'ekuéra he'i: Ndorohenduséi. Jeremías 6:16, 17.</w:t>
      </w:r>
    </w:p>
    <w:p>
      <w:pPr>
        <w:pStyle w:val="ArticleBody"/>
        <w:jc w:val="left"/>
      </w:pPr>
      <w:r>
        <w:rPr>
          <w:rFonts w:ascii="Times New Roman" w:hAnsi="Times New Roman" w:eastAsia="Times New Roman" w:cs="Times New Roman"/>
        </w:rPr>
        <w:t>Pe trompéta ha’ekuéra ombopu va’erã hína pe sexta trompéta, pe mokõiha mba’e vai rehegua historia Millerita-pe; ha umi ára pahápe ha’e pe séptima trompéta, pe mbohapyha mba’e vai rehegua. Habacuc rembirechaha kuéra, ha’éva Jeremías rembirechaha kuéra, ombopu peteĩ marandu ñe’ẽmondo rehegua, upéva pe ñemoĩ reípe 1888-pe oñemboyke va’ekue. Pe sexta trompéta oñemboyke va’ekue 1888-pe, ha’e va’ekue pe marandu Laodicea-pe g̃uarã.</w:t>
      </w:r>
    </w:p>
    <w:p>
      <w:pPr>
        <w:pStyle w:val="ArticleScripture"/>
        <w:jc w:val="left"/>
      </w:pPr>
      <w:r>
        <w:rPr>
          <w:rFonts w:ascii="Times New Roman" w:hAnsi="Times New Roman" w:eastAsia="Times New Roman" w:cs="Times New Roman"/>
        </w:rPr>
        <w:t>“Pe marandu oñeme’ẽ vaʼekue ñandéve A. T. Jones ha E. J. Waggoner rupive haʼe Tupã marandu pe iglesia Laodiceaguápe g̃uarã, ha toiko ai oimeraẽvape g̃uarã heʼíva ogueroviaha pe añetegua ha upéicharõ jepe ndohesapevéiva ambuépe umi tesape Tupã omeʼẽva.” The 1888 Materials, 1053.</w:t>
      </w:r>
    </w:p>
    <w:p>
      <w:pPr>
        <w:pStyle w:val="ArticleBody"/>
        <w:jc w:val="left"/>
      </w:pPr>
      <w:r>
        <w:rPr>
          <w:rFonts w:ascii="Times New Roman" w:hAnsi="Times New Roman" w:eastAsia="Times New Roman" w:cs="Times New Roman"/>
        </w:rPr>
        <w:t>Pe séptimo trompéta marandu, ary 1888-pe, oñehenduka raẽ Laodicéape ary 1856-pe, ha upéi pe marandu Laodiceagua oñemoĩ “siete veces” rehegua tesape ojupive ohóvo ryepýpe. 11 jasyporundy ary 2001-pe, pe ñehenói oñevy hag̃ua Jeremías tape yma guarépe, ha ojeguata hag̃ua ipype hag̃uaicha oñeguenohẽ pe marandu ama pahápegua rehegua, oguereko avei pe séptimo Trompéta ñe’ẽmondo ñemomarandu, ojehechaukáva pe marandu Laodicéape guarãramo, ha “siete veces”, ha’éva pe techaukaha umi pyenda rehegua.</w:t>
      </w:r>
    </w:p>
    <w:p>
      <w:pPr>
        <w:pStyle w:val="ArticleBody"/>
        <w:jc w:val="left"/>
      </w:pPr>
      <w:r>
        <w:rPr>
          <w:rFonts w:ascii="Times New Roman" w:hAnsi="Times New Roman" w:eastAsia="Times New Roman" w:cs="Times New Roman"/>
        </w:rPr>
        <w:t>Pe “japu” ohechaukáva profesía ha omoheñóiva pe jejavy mbarete oĩva Pablo jehaípe, oñemoĩ vaʼekue pe mbohapyha generación Adventismo Laodicéape 1931-pe, paʼa su pa poteĩ ary rire profetísa omanóma hague. Pe “japu” oguahẽva pe mbohapyha generación-pe ojejuhu profétikamente pe ára ojehechaukáva ramo “kuña nguéra hasẽva Tammuz rehe,” ha upévare oñembojoaju pe marandu japu ama pyhareve pahápegua ndive.</w:t>
      </w:r>
    </w:p>
    <w:p>
      <w:pPr>
        <w:pStyle w:val="ArticleBody"/>
        <w:jc w:val="left"/>
      </w:pPr>
      <w:r>
        <w:rPr>
          <w:rFonts w:ascii="Times New Roman" w:hAnsi="Times New Roman" w:eastAsia="Times New Roman" w:cs="Times New Roman"/>
        </w:rPr>
        <w:t>Umi detalle mba’éichapa oñemyasãi va’ekue pe “japu” ojeikuaa va’erã, ha avei pe “japu” rembiapo profético ára paha profecía-pe. Umi kuimba’e ñembohoryha oisãmbyhýva Jerusalén pe ama pyahu pahápe, ha’éva pe tiempo oñesellaha pe cien cuarenta y cuatro mil, omoheñói peteĩ marandu japu pe ama pyahu paha rehegua Adventismo ñemoñare mbohapyhápe, ojehechaukaháicha umi “kuña nguahẽva Tammuz rehe” pe capítulo ochoha Ezequiel-pe. Ijapu marandu ama pyahu pahaguáva avei ojehechauka Ezequiel rupive peteĩ cimiento japu ramo, peteĩ muralla japu ñangarekorã ramo, ha peteĩ marandu japu py’aguapy ha tekove porã rehegua ramo.</w:t>
      </w:r>
    </w:p>
    <w:p>
      <w:pPr>
        <w:pStyle w:val="ArticleScripture"/>
        <w:jc w:val="left"/>
      </w:pPr>
      <w:r>
        <w:rPr>
          <w:rFonts w:ascii="Times New Roman" w:hAnsi="Times New Roman" w:eastAsia="Times New Roman" w:cs="Times New Roman"/>
        </w:rPr>
        <w:t>¿Ndapehechái piko peteĩ visión rei, ha ndape’ẽi piko peteĩ adivinación japu, peje ramo: “Ñandejára he’i péicha”; che katu ndaha’éi voi che añe’ẽva’ekue? Upévare péicha he’i Ñandejára Tupã: Pende ñe’ẽgui rei ha pende visión japu rupi, péina ápe, che aime pende rehe, he’i Ñandejára Tupã. Ha che po oĩta umi proféta ári ohecháva mba’e rei ha odivináva japúpe: ndoikemo’ãi hikuái che retãygua aty guasúpe, nojehaimo’ãi Israel róga kuatiañe’ẽme, ha ndoikemo’ãi Israel retãme; ha peikuaáta che ha’eha Ñandejára Tupã. Pórke, añetehápe pórke ombotavýgui hikuái che retãyguápe, he’ívo: “Py’aguapy”; ha ndaipóri py’aguapy; ha peteĩ omopu’ã peteĩ tápia, ha péina, ambuekuéra omoĩ hese argamasa ikangýva: Ere umi omoĩvape hese argamasa ikangýva, ho’ataha; oútane peteĩ ama guasu osyryryvéva; ha peẽ, ó yvy’atã guasu, pe’átane; ha peteĩ yvytu atã omondoróta chupe. Péina, vúrro ho’ávo pe tápia, ndoje’éimo’ãi piko peẽme: “Moõpa pe argamasa pemoĩ va’ekue hese?” Upévare péicha he’i Ñandejára Tupã: Che pochy pýpe amondoróne chupe peteĩ yvytu atãme; che ñemyrõme oútane peteĩ ama guasu osyryryvéva, ha yvy’atã guasu che pochy pýpe ohundíta chupe. Péicha aityne pe tápia pemoĩ va’ekue hese argamasa ikangýva, ha aityne yvýpe, ikatu hag̃uáicha ojehecha ipyenda, ha ho’áta, ha peẽ peñehundíta ijapytepekuépe; ha peikuaáta che ha’eha Ñandejára. Péicha amohu’ãta che pochy pe tápia rehe ha umi omoĩ va’ekue hese argamasa ikangýva rehe, ha ha’éta peẽme: “Pe tápia ndaipóri véima, ni umi omoĩ va’ekue hese argamasa”; kóva hína Israel proféta-kuéra oprofetisáva Jerusalén rehe, ha ohecháva chupe g̃uarã visión py’aguapy rehegua, ha ndaipóri py’aguapy, he’i Ñandejára Tupã. Ezequiel 13:7–16.</w:t>
      </w:r>
    </w:p>
    <w:p>
      <w:pPr>
        <w:pStyle w:val="ArticleBody"/>
        <w:jc w:val="left"/>
      </w:pPr>
      <w:r>
        <w:rPr>
          <w:rFonts w:ascii="Times New Roman" w:hAnsi="Times New Roman" w:eastAsia="Times New Roman" w:cs="Times New Roman"/>
        </w:rPr>
        <w:t>Japu ha ñembotavy umi kuimba'e ñembohoryha Jerusalén-pe omo'ãva guýpe Isaías, kapítulo mokõipa poapy ha mokõipa porundy-pe, ipahápe oñehusga ha oñehundi “ñenupã guasu osyryryva” rupive.</w:t>
      </w:r>
    </w:p>
    <w:p>
      <w:pPr>
        <w:pStyle w:val="ArticleScripture"/>
        <w:jc w:val="left"/>
      </w:pPr>
      <w:r>
        <w:rPr>
          <w:rFonts w:ascii="Times New Roman" w:hAnsi="Times New Roman" w:eastAsia="Times New Roman" w:cs="Times New Roman"/>
        </w:rPr>
        <w:t>Aiporãme avei amoĩta pe regla rupive, ha tekojoja plomada rupive; ha amandáu oitypáta pe tenda oñeñemíha japúpe, ha y ojaho’ipa pe kañyhápe. Ha pene ñe’ẽme’ẽ manóndi ndopytamo’ãi, ha pene ñe’accordo añaretã ndive ndopytamo’ãi mbarete; pe ñembyai osyryryva ohasávo, upérõ peẽ pejeitykuéta hese. Isaías 28:17, 18.</w:t>
      </w:r>
    </w:p>
    <w:p>
      <w:pPr>
        <w:pStyle w:val="ArticleBody"/>
        <w:jc w:val="left"/>
      </w:pPr>
      <w:r>
        <w:rPr>
          <w:rFonts w:ascii="Times New Roman" w:hAnsi="Times New Roman" w:eastAsia="Times New Roman" w:cs="Times New Roman"/>
        </w:rPr>
        <w:t>Isaías “azote oĩva hetaiterei” ha’e Ezequiel “ama guasu osyryryva”, oñemboguejýva umi “omoĩ va’ekue angaipa ñembo’eháicha japu”, oikuave’ẽvo peteĩ “jehecha rei” ha he’ívo “Ñandejára he’i upéicha”, “jepe” Ñandejára “ndoiñe’ẽi va’ekue.” Pe “japu” umi kuimba’e yma guaréva okañyháva guýpe ojehechauka mba’éicha peteĩ mba’e ha’ekuéra he’íva Ñandejára he’i hague, upévare ha’e peteĩ “japu” Tupã Ñe’ẽ rehegua. Térã ha’ekuéra omoĩ peteĩ doctrina Tupã Ñe’ẽgui jejavy ramo, térã ojerovia hag̃uáicha he’i vai ra’e Tupã ombohape hague iñentendimiento (Tupã oñe’ẽ hague) peteĩ doctrina Bíbliare.</w:t>
      </w:r>
    </w:p>
    <w:p>
      <w:pPr>
        <w:pStyle w:val="ArticleBody"/>
        <w:jc w:val="left"/>
      </w:pPr>
      <w:r>
        <w:rPr>
          <w:rFonts w:ascii="Times New Roman" w:hAnsi="Times New Roman" w:eastAsia="Times New Roman" w:cs="Times New Roman"/>
        </w:rPr>
        <w:t>Pe “japu” og̃uahẽva’ekue 1931-pe, ha’e va’ekue peteĩ ñe’ẽme’ẽ he’íva Hermana White omoneĩ hague pe jehecha japu “pe ára ha ára rehegua” rehegua, Daniel arandukápe. Pe jehecha japu he’íva “pe ára ha ára rehegua” orrepresentaha Cristo rembiapo pe santuario-pe, oñemopyenda va’ekue peteĩ “japu” ári, he’íva 1910-pe Ellen White omomarandu hague A. G. Daniells-pe ha’e ha Prescott remiandu “pe ára ha ára rehegua” rehegua, orrepresentáva Cristo rembiapo pe santuario-pe, añetehápe ha’eha husto, jepe hera’ẽre umi ñe’ẽ ojehaíva’ekue hesakã porãva he’íva ambue mba’e.</w:t>
      </w:r>
    </w:p>
    <w:p>
      <w:pPr>
        <w:pStyle w:val="ArticleBody"/>
        <w:jc w:val="left"/>
      </w:pPr>
      <w:r>
        <w:rPr>
          <w:rFonts w:ascii="Times New Roman" w:hAnsi="Times New Roman" w:eastAsia="Times New Roman" w:cs="Times New Roman"/>
        </w:rPr>
        <w:t>Pe “diario” rehegua jepy’amongeta japu, upérõ (1931-pe) oñemopyenda va’ekue Adventismo laodicense ryepýpe, oiko va’ekue pe fundamento teológico ojeporúva oñemopu’ã hag̃ua peteĩ marandu Ezequiel omombe’úva “py’aguapy ha tekorosã” ramo. Umi opaichagua argumento ojeporúva oñemombarete hag̃ua pe fundamento japu hína umi moneda ha umi joya japu Miller ohecha va’ekue ique’ẽme. Ique’ẽ paha peve, ijoya tee ypykuekuéra oñemo’ãmbaite umi mba’e japu ha yty reheve, ha pe yty ha umi joya ha moneda japu ohechauka pe marandu oñemopyendáva hague ijavyha ypykue ári: pe “diario” ohechaukaha Cristo rembiapo pe santuario-pe.</w:t>
      </w:r>
    </w:p>
    <w:p>
      <w:pPr>
        <w:pStyle w:val="ArticleBody"/>
        <w:jc w:val="left"/>
      </w:pPr>
      <w:r>
        <w:rPr>
          <w:rFonts w:ascii="Times New Roman" w:hAnsi="Times New Roman" w:eastAsia="Times New Roman" w:cs="Times New Roman"/>
        </w:rPr>
        <w:t>Ezequiel jehaipyre, umi mba’e ky’a ha umi joya japu ojehechauka peteĩ “murálla” ramo oñemopu’ãva peteĩ apytĩha ikangyetereívape, ndaikatúigui ombo’y pe “yvytu atã” térã pe “amá guasu osyryryva” oúva rehe.</w:t>
      </w:r>
    </w:p>
    <w:p>
      <w:pPr>
        <w:pStyle w:val="ArticleBody"/>
        <w:jc w:val="left"/>
      </w:pPr>
      <w:r>
        <w:rPr>
          <w:rFonts w:ascii="Times New Roman" w:hAnsi="Times New Roman" w:eastAsia="Times New Roman" w:cs="Times New Roman"/>
        </w:rPr>
        <w:t>Proféta naiñe’ẽrendúiva Judágui, oñemoñe’ẽva’ekue Jeroboampe, ipahápe omano peteĩ “mburika” ha peteĩ “león” apytépe. Pe león ohechauka Babilonia, ha pe mburika ohechauka Islam. Mokõi doctrina Adventismo Laodicense ndaikatúiva ohecha, ha ojehechaukáva pe proféta naiñe’ẽrendúiva ñemano rupive, ha’e papado marandu (pe león), ha Islam marandu mbohapyha Aipo’úrõgua rehegua (pe mburika).</w:t>
      </w:r>
    </w:p>
    <w:p>
      <w:pPr>
        <w:pStyle w:val="ArticleBody"/>
        <w:jc w:val="left"/>
      </w:pPr>
      <w:r>
        <w:rPr>
          <w:rFonts w:ascii="Times New Roman" w:hAnsi="Times New Roman" w:eastAsia="Times New Roman" w:cs="Times New Roman"/>
        </w:rPr>
        <w:t>Pe “yvytu atã” Ezequiel rehegua, ha’e peteĩ ta’ãnga Isaías ñe’ẽmeguápe “yvytu pohýi ojejokóva” “yvytu kuarahyresẽgua ára” jave, capítulo mokõipa siete-pe. Pe “yvytu atã” Ezequiel rehegua avei ha’e pe “irundy yvytu” Apocalipsis capítulo siete-pe, ojejokóva Tupã rembiguái kuéra oñembyja peve. Pe “yvytu atã” Ezequiel rehegua ha’e avei hembiayhu “irundy yvytu” guive capítulo treinta y siete-pe, omoingove jevy hag̃ua umi kangue piru omanóva peteĩ ehérsito mbarete guasúicha. Pe “yvytu atã” Ezequiel rehegua omboguejýva pe “tapia oñemopu’ãva argamasa ndijeporavoporãiva reheve,” ha’e pe ama paha marandu pe mbohapyha Aῖ rehegua.</w:t>
      </w:r>
    </w:p>
    <w:p>
      <w:pPr>
        <w:pStyle w:val="ArticleBody"/>
        <w:jc w:val="left"/>
      </w:pPr>
      <w:r>
        <w:rPr>
          <w:rFonts w:ascii="Times New Roman" w:hAnsi="Times New Roman" w:eastAsia="Times New Roman" w:cs="Times New Roman"/>
        </w:rPr>
        <w:t>Ezequiel “ama tuicha oñemboykéva” ha’e peteĩ símbolo papado rehegua, ha iporãve hag̃uáicha he’iséva ha’e pe período pe léi domingo rehegua krísis oñepyrũva pe léi domingo oúvape ko’ág̃aite Estados Unidos-pe. Pe maranduhára naiñe’ẽrendúiva Judá-gua omanóva mburika ha león mbytépe, orrepresenta Laodicea Adventismo ñemano oikóva 11 jasyporundy 2001 guive, og̃uahẽvo pe mburika (pe mbohapyha ñembyasy guasu), ha pe léi domingo oúvape ko’ág̃aite (pe león) peve. Laodicea Adventismo ñemano oiko umi cien cuarenta y cuatro mil oñembotývo aja, oñepyrũva umi tetãnguéra ipochy guive, jepe oñejoko hag̃ua 11 jasyporundy 2001-pe, ha opa pe léi domingo oúvape ko’ág̃aite. Iñemano, ojehechaukaháicha pe maranduhára naiñe’ẽrendúivape, og̃uahẽ oho jey haguére hikuái pe metodología protestantismo apóstata rehegua-pe, jepe oñemomarandu kuri chupekuéra directamente ani hag̃ua araka’eve oho jey pe “aty oñembohoryháva” rendápe.</w:t>
      </w:r>
    </w:p>
    <w:p>
      <w:pPr>
        <w:pStyle w:val="ArticleBody"/>
        <w:jc w:val="left"/>
      </w:pPr>
      <w:r>
        <w:rPr>
          <w:rFonts w:ascii="Times New Roman" w:hAnsi="Times New Roman" w:eastAsia="Times New Roman" w:cs="Times New Roman"/>
        </w:rPr>
        <w:t>Ijejukuaa oiko pe tembiasakuepe oñemboty hag̃ua umi cien cuarenta y cuatro mil. Oñemboty hag̃uáicha Ñandejára retãygua, pyaʼe umi ánhel ombyai hag̃uáva oñepyrũ hembiapo. Ára 11 jasyporundy 2001 guive pe léi domingo hiʼag̃uívape peve, ojejapo pe juicio umi oikovévare Ñandejára iglesia-pe, pe juicio oñepyrũgui Jerusalénpe, ha oñepyrũ umi kuimbaʼe yma guare ndive, haʼevaʼekue oñangareko vaʼerã tavayguakuéra rehe, ha katu oheja rei vaʼekue hembiaporã irundy generación pukukue. Umi ohupytýva pe sello upe tiempope hína pe poyvi oñemopuʼãva tetãnguéra renondépe. Oñemboty hag̃ua chupekuéra pe léi domingo hiʼag̃uiva mboyve, peteĩcha hag̃uánte Ñandejára ambue aty ikatu hag̃uáicha oñemomarandu haʼe hag̃uére ohechávo kuimbaʼe ha kuña kuérape pe apañuãi léi domingo rehegua jave, oguerekóva Ñandejára sello.</w:t>
      </w:r>
    </w:p>
    <w:p>
      <w:pPr>
        <w:pStyle w:val="ArticleScripture"/>
        <w:jc w:val="left"/>
      </w:pPr>
      <w:r>
        <w:rPr>
          <w:rFonts w:ascii="Times New Roman" w:hAnsi="Times New Roman" w:eastAsia="Times New Roman" w:cs="Times New Roman"/>
        </w:rPr>
        <w:t>“Espíritu Santo rembiapo niko oconvencéva ko múndope angaipágui, tekojojágui ha huísiogui. Ko múndo ikatu oñemomarandu añoite ohechávo umi ogueroviáva pe añetegua oñembojehe’apy’ỹmava pe añetegua rupive, omba’apóramo yvate ha marangatu principio-kuéra rehehápe, ohechaukávo peteĩ sentido yvate ha oñembotuicháva rupive pe línea omboja’óva umi oñongatúva Tupã mandamiénto-kuéra, ha umi opyrũva hese iñakã ári. Pe Espíritu santificación ohechauka porã pe joavy oĩva umi oguerekóva Tupã séllo, ha umi oñongatúva peteĩ pytu’u ára japu. Pe prueba oguahẽ vove, ojekuaáta hesakã porã mba’épa pe mymba marka. Upéva hína pe domingo ñongatu. Umi, ohendúma rire pe añetegua, oseguíva gueteri omomba’e ko ára marangaturamo, ogueraha pe kuimba’e angaipa firma, pe opensáva omoambue hag̃ua ára ha léi-kuéra.” Bible Training School, December 1, 1903.</w:t>
      </w:r>
    </w:p>
    <w:p>
      <w:pPr>
        <w:pStyle w:val="ArticleBody"/>
        <w:jc w:val="left"/>
      </w:pPr>
      <w:r>
        <w:rPr>
          <w:rFonts w:ascii="Times New Roman" w:hAnsi="Times New Roman" w:eastAsia="Times New Roman" w:cs="Times New Roman"/>
        </w:rPr>
        <w:t>Laodicéa-pegua adventísmo mano ojejapo pe ama pahápe guare rembiasakue aja, oñepyrũ vaʼekue omyanyhẽʼimi hag̃ua 11 jasyporundy 2001-pe, ha oñeñohẽta hag̃ua medidaʼỹre pe léi domingo hiʼag̃uíma vove, Tupã omoĩmbáma rire ha upéi omopuʼãva peteĩ pueblo poyvi ramo, umi oñemboselláva opa ára g̃uarã.</w:t>
      </w:r>
    </w:p>
    <w:p>
      <w:pPr>
        <w:pStyle w:val="ArticleBody"/>
        <w:jc w:val="left"/>
      </w:pPr>
      <w:r>
        <w:rPr>
          <w:rFonts w:ascii="Times New Roman" w:hAnsi="Times New Roman" w:eastAsia="Times New Roman" w:cs="Times New Roman"/>
        </w:rPr>
        <w:t>Upe ára upe tiémpope, umi oĩva Laodicéape Adventísmope, oñembosako’íva ha omoguahẽtava mymba ñaña maraka, ojehechauka umi mokõipa po peteĩ kuimba’e oñesũva kuarahýpe Ezequiel kapítulo ocho-pe. Ha’ekuéra hína umi omoneĩ va’ekue Ezequiel marandu japu “py’aguapy ha tekorosã rehegua”, upéva ohechaukáva peteĩ japuha pe marandu añetéva ama pahápe guare rehegua, ojejapysakáva umi añetegua ñangarekoha rupive upe tembiasápe. Pe pyenda upe marandu japu ama pahápe guare rehegua hína pe ñemombe’u “pe ára ha ára pegua” Daniel arandukápe ha’eha peteĩ símbolo Cristo rehegua, ha añetehápe katu ha’e peteĩ símbolo Satanás rehegua. Upe jerovia japu pyendaguasu hína pe doctrina umi “kuimba’e ñembohoryha Jerusalén retãyguáre oisãmbyhýva” oiporúva omopu’ã hag̃ua ijyvyra piru’ỹva.</w:t>
      </w:r>
    </w:p>
    <w:p>
      <w:pPr>
        <w:pStyle w:val="ArticleBody"/>
        <w:jc w:val="left"/>
      </w:pPr>
      <w:r>
        <w:rPr>
          <w:rFonts w:ascii="Times New Roman" w:hAnsi="Times New Roman" w:eastAsia="Times New Roman" w:cs="Times New Roman"/>
        </w:rPr>
        <w:t>Pe “sáco ára”, Cristo rehegua ta’anga ramo, ojekuaa hag̃ua oñemoĩ vaʼekue históricamente peteĩ “japu” rupive, ary 1931-pe. Upe guive oñemopuʼã pe tápia oñemezclaʼỹva moneda japu ha ita jeguaka rehegua. Upe “tápia” oñemboguejy hag̃uáicha ojehechakuaa pe kuimbaʼe mbohapyha yvy kyʼa mopĩhára og̃uahẽ vove omopotĩmbaitévo Ipyso. Upe ñemopotĩ ojejapo pe tiempo profético históricogua apytépe pe “yvytu atã vai” (pe mburika 11 jasyporundy 2001-pegua) ha pe “ama guasu otyryrýva” (pe león pe léi domingo og̃uahẽmbotavahína rehegua) mbytépe. Upe historia-pe pe proféta naiñeʼẽrendúiva ojejuka ha oñeñotỹ pe sepultura proféta japu Betel pegua ryepýpe. Hermana White omombeʼu pe “tápia” profecíapegua haʼeha Ñandejára léi.</w:t>
      </w:r>
    </w:p>
    <w:p>
      <w:pPr>
        <w:pStyle w:val="ArticleScripture"/>
        <w:jc w:val="left"/>
      </w:pPr>
      <w:r>
        <w:rPr>
          <w:rFonts w:ascii="Times New Roman" w:hAnsi="Times New Roman" w:eastAsia="Times New Roman" w:cs="Times New Roman"/>
        </w:rPr>
        <w:t>“Ko maranduhára ko’ápe omombe’u peteĩ tavayguakuéra rehe, peteĩ ára añetegua ojehejapa hag̃ua pe añetegua ha tekojoja, ohekáva omyatyro jey hag̃ua umi principio ha’éva Reino Ñandejára rehegua pyenda. Ha’ekuéra hína umi omyatyrõva pe jeka ojejapova’ekue Ñandejára léipe—pe muralla Ha’e omoĩ va’ekue Iporavopyréva jerére iñangarekorã; ha umi mandamiento tekojojáva, añetegua ha ipotĩva rehe ñeñandu hag̃ua iñe’ẽrendúpe oikova’erã chupekuéra g̃uarã peteĩ ñangareko opa ára guarã.”</w:t>
      </w:r>
    </w:p>
    <w:p>
      <w:pPr>
        <w:pStyle w:val="ArticleScripture"/>
        <w:jc w:val="left"/>
      </w:pPr>
      <w:r>
        <w:rPr>
          <w:rFonts w:ascii="Times New Roman" w:hAnsi="Times New Roman" w:eastAsia="Times New Roman" w:cs="Times New Roman"/>
        </w:rPr>
        <w:t>“Ñeʼẽ hesakã porã ha ndaikatúi ojejavy hag̃ua rupive maranduhára ohechauka mbaʼe tembiapo peteĩchaiteva ko tavayguakuéra hembýva, umi omopuʼãva murálla. ‘Rerova ramo nde py pe sábado-gui, ani hag̃ua rejapo nde rembipota Che ára marangatupe; ha rehenói ramo pe sábado vyʼarã, Jehová ára marangatu, iporã ha ñemombaʼeguasurãva; ha remombaʼeguasu ramo Chupe, nderejapói nde rapekuéra tee, nderehekái nde vyʼa tee, ha nereñeʼẽi nde ñeʼẽ tee: upéicharõ revyʼáta Jehováre; ha Che rojapóta reguata hag̃ua yvy renda yvatetereíre, ha romongarúta Jacob, nde ru ypykue, eréncia reheve; Jehová juru niko heʼi upéva.’ Isaías 58:13, 14.” Profetas ha Rréyes, 678.</w:t>
      </w:r>
    </w:p>
    <w:p>
      <w:pPr>
        <w:pStyle w:val="ArticleBody"/>
        <w:jc w:val="left"/>
      </w:pPr>
      <w:r>
        <w:rPr>
          <w:rFonts w:ascii="Times New Roman" w:hAnsi="Times New Roman" w:eastAsia="Times New Roman" w:cs="Times New Roman"/>
        </w:rPr>
        <w:t>Ñepyrũrã irundyha generación Adventismo rehegua ojehechauka peteĩ aranduka osẽ reheve, péicha avei ojeporavókuri mbohapyha generación ñepyrũrã. Mbohapyha generación oñepyrũkuri W. W. Prescott rembiasakue The Doctrine of Christ osẽ reheve, ha upe generación opa Questions on Doctrine osẽ reheve. The Doctrine of Christ ohechauka peteĩ evangelio oñembosako’íva haimete hag̃ua nandiite pe marandu profético Millerita-gui. Questions on Doctrine ohechauka peteĩ evangelio onegáva pe tembiapo santificación rehegua, Cristo rupive oñemboguataháva. The Doctrine of Christ omboyke pe tesape pe visión (chazon) historia profética rehegua, ha Questions on Doctrine omboyke pe tesape pe visión (Mareh) Cristo “ojehechauka hag̃uáicha” rehegua.</w:t>
      </w:r>
    </w:p>
    <w:p>
      <w:pPr>
        <w:pStyle w:val="ArticleBody"/>
        <w:jc w:val="left"/>
      </w:pPr>
      <w:r>
        <w:rPr>
          <w:rFonts w:ascii="Times New Roman" w:hAnsi="Times New Roman" w:eastAsia="Times New Roman" w:cs="Times New Roman"/>
        </w:rPr>
        <w:t>Umi mokõi lívro apytépe oñemoheñói pe marandu japu ára ama pahápegua rehegua, ojehechaukáva “kuñanguéra hasẽva Tammuz rehe” rupive. Upéva vaekue pe tembiasakue oñemyasãihápe “pe japu 1931 gua”. Pe mbohapyha generación (mba’e vaiete) avei ojehechauka pe mbohapyha tupaópegua Pérgamo kompromíso rupive. Pe kompromíso ra’ãnga pe mbohapyha tupaópe ohechauka pe tembiapo ojeheka hag̃uáicha acreditación umi institución yvyrigua mundogua ombohapéva reglakuéra teología rehegua ha reglakuéra pohãnohára rembiapo rehegua. Pe mbohapyha generación-pe ojejapo añete pe añetegua kompromíso, oikehápe pe moinge ha ñemomba’eguasu Biblia-kuéra ojetradusíva manuscrito oñembyaívagui jeporu rehe.</w:t>
      </w:r>
    </w:p>
    <w:p>
      <w:pPr>
        <w:pStyle w:val="ArticleBody"/>
        <w:jc w:val="left"/>
      </w:pPr>
      <w:r>
        <w:rPr>
          <w:rFonts w:ascii="Times New Roman" w:hAnsi="Times New Roman" w:eastAsia="Times New Roman" w:cs="Times New Roman"/>
        </w:rPr>
        <w:t>Ary 1957-pe, pe aranduka *Questions on Doctrine* ohechauka peteĩ ñemono’õ yvýpe pe añetegua tenondegua evangelio rehegua. Upéva hína: Jesús omano ñandesalva hag̃ua angaipágui, ndaha’éi omano ñandesalva hag̃ua angaipa ryepýpe. Pe mbo’epy católico ha protestánte apostata he’íva peteĩ kuimba’e ndaikatuiha iñe’ẽrendu Tupã Ñe’ẽme, upéva hína Satanás ñe’ẽme’ẽ yma guive. Yvypóra ikatu, ha tekotevẽ avei iñe’ẽrendu Tupã Ñe’ẽme, jepevéramo Satanás he’i: “ndere mano mo’ãi añetehápe”. Pe jesareko protestánte apostata ho’áva, he’íva yvyporakuéra ndaikatuiha ipu’aka angaipa rehe, ha upévare ndaikatuiha iñe’ẽrendu Tupã léipe Jesús omoambue mburuvicháicha chupekuéra robot iñe’ẽrendúva ramoite Ijuvy mokõihápe, oñemoinge avei pe aranduka *Questions on Doctrine* mbo’epýpe.</w:t>
      </w:r>
    </w:p>
    <w:p>
      <w:pPr>
        <w:pStyle w:val="ArticleBody"/>
        <w:jc w:val="left"/>
      </w:pPr>
      <w:r>
        <w:rPr>
          <w:rFonts w:ascii="Times New Roman" w:hAnsi="Times New Roman" w:eastAsia="Times New Roman" w:cs="Times New Roman"/>
        </w:rPr>
        <w:t>Ary 1957-pe oñepyrũ Adventísmo Laodiceagua irundyha ñemoñare, ha iykue’ỹva murálla (léi) oñemopyenda va’ekue; upéicha ome’ẽvo pe lógica ohejátava umi mokõipa po kuimba’e yma guarã oñesũ hag̃ua kuarahýre oñemohu’ãvo pe ára oñembyasýva cien cuarenta y cuatro mil. Upe murálla ykue’ỹva, ha’éva pe jerovia Tupã léi ñemboajeha ndaikatuiha, ojeitypa pe “murálla” Iglesia ha Estado mbytépe ñemboja’o rehegua oñembogue jave, pe léi domingo oguahẽ hag̃uápe. Pe léi domingo ha’e umi ama tuicháva osyryryva, térã Isaías he’iháicha, ha’e pe mbotyryrýva ojeheityva; ha upe ysyry guasu oñepyrũ pe léi domingo oguahẽ hag̃uápe Estados Unidos-pe.</w:t>
      </w:r>
    </w:p>
    <w:p>
      <w:pPr>
        <w:pStyle w:val="ArticleBody"/>
        <w:jc w:val="left"/>
      </w:pPr>
      <w:r>
        <w:rPr>
          <w:rFonts w:ascii="Times New Roman" w:hAnsi="Times New Roman" w:eastAsia="Times New Roman" w:cs="Times New Roman"/>
        </w:rPr>
        <w:t>Léi dominikál oñemoĩ jave Estados Unidos-pe, pe enemigo (pápa) oike “y syry guasuicha” (pe mba’asy guasu osyryryvéva), ha upérõite “pe poyvi” oñemopu’ã hese. Upérõite avei pe “muralla ndojehe’áiva” Adventísmo laodicéa omopu’ã va’ekue “pe ára ha ára” jeporu japu ári oñemopotĩpaite.</w:t>
      </w:r>
    </w:p>
    <w:p>
      <w:pPr>
        <w:pStyle w:val="ArticleScripture"/>
        <w:jc w:val="left"/>
      </w:pPr>
      <w:r>
        <w:rPr>
          <w:rFonts w:ascii="Times New Roman" w:hAnsi="Times New Roman" w:eastAsia="Times New Roman" w:cs="Times New Roman"/>
        </w:rPr>
        <w:t>Ha’ekuéra rembiapokuére he’iháicha, upéicha avei ha’e ome’ẽjeyta; pochy hakuetéva umi iñenemigokuérape, jehepyme’ẽ umi hese oñemoĩvape; umi ypa’ũme avei ome’ẽta jehepyme’ẽ. Upéicha okyhyjéta hikuái Ñandejára réra kuarahyreikégui, ha heko mimbipa kuarahysẽgui. Oúrõ enemigo ysyrýicha, Ñandejára Espíritu omopu’ãta peteĩ poyvi hese. Ha Pe Redentor ou va’erã Siónpe, ha umi ojevyva’ekuépe hembiapo vaiágui Jacob-peguakuérape, he’i Ñandejára. Ha che rehegua, kóva hína che ñe’ẽme’ẽ hendivekuéra, he’i Ñandejára; Che Espíritu oĩva nde ári, ha che ñe’ẽ amoĩva nde jurúpe, ndojeipe’amo’ãi nde jurúgui, ni nde ñemoñare jurúgui, ni nde ñemoñare ñemoñare jurúgui, he’i Ñandejára, ko’ág̃agui opa ára g̃uarã. Epu’ã, emimbi; nde resape niko oguahẽma, ha Ñandejára mimbipa osẽma nde ári. Péina, pytũ omo’ãta yvy, ha pytũrusu tavayguakuérape; Ñandejára katu osẽta nde ári, ha heko mimbipa ojehecháta nde ári. Ha umi tetã ambuegua ou va’erã nde resape rendápe, ha mburuvichakuéra nde resẽrendy rendápe. Isaías 59:18–60:3.</w:t>
      </w:r>
    </w:p>
    <w:p>
      <w:pPr>
        <w:pStyle w:val="ArticleBody"/>
        <w:jc w:val="left"/>
      </w:pPr>
      <w:r>
        <w:rPr>
          <w:rFonts w:ascii="Times New Roman" w:hAnsi="Times New Roman" w:eastAsia="Times New Roman" w:cs="Times New Roman"/>
        </w:rPr>
        <w:t>Umi tetã ambuegua ou pe tesape rendápe Tupã mimbipa oĩ jave Ipuévlo ári, ha kóva oiko pe enemigo ou jave ysyryguasúicha. Upe enemigo ou vove, Tupã omoĩ pype peteĩ poyvi (tembe’y rechaukaha) hese. Ñandejára mimbipa oĩva umi tapicha ári, umi tetã ambuegua ombohováiva, ha’e hína Ikarakter, ha Ikarakter ndojejavýi angaipápe. Peteĩ marandu japu py’aguapy ha tekorosã rehegua niko pe ombo’éva kuimba’e ha kuña ndaikatuiha ipu’aka angaipa ári. Upe marandu ha’e peteĩ marandu japu ama paha rehegua, oñemoherakuãva pe ára pe marandu añetegua ama paha rehegua, og̃uahẽva’ekue 11 jasyporundy ary 2001-pe. Upe marandu japu ha’e peteĩ marandu japu Tupã léi rehegua, ha’éva “pe murálla.” Upe doctrina japu oñerrepresenta pe aranduka Questions on Doctrine-pe, omarkáva Laodicea-pegua Adventismo generación irundyha ha pahaitépeguápe og̃uahẽmby.</w:t>
      </w:r>
    </w:p>
    <w:p>
      <w:pPr>
        <w:pStyle w:val="ArticleBody"/>
        <w:jc w:val="left"/>
      </w:pPr>
      <w:r>
        <w:rPr>
          <w:rFonts w:ascii="Times New Roman" w:hAnsi="Times New Roman" w:eastAsia="Times New Roman" w:cs="Times New Roman"/>
        </w:rPr>
        <w:t>11 jasyporundy ary 2001-pe, Adventismo laodiceágua irundy pu’aka oguahẽ oha’ã hag̃ua upe generación paha ituvakuéra angaipakuére. Upe árape Tupã ombohape Itavayguápe ojevy hag̃ua Jeremías rapekuérape yma guaréva, ikatu hag̃uáicha oikuaa ha omoneĩ pe marandu ypykue ojehechaukáva Miller rembijeguakuéra ramo. Ojejapóramo upéicha, ojuhúta hikuái ama paha, Jeremías ohenóiva “pytu’u”. Pe ñehenói ojevy hag̃ua umi tape yma guarépe ha’e peteĩ jehechauka jey pe prueba omoheñóiva’ekue pe pu’aka ary 1863-pe.</w:t>
      </w:r>
    </w:p>
    <w:p>
      <w:pPr>
        <w:pStyle w:val="ArticleBody"/>
        <w:jc w:val="left"/>
      </w:pPr>
      <w:r>
        <w:rPr>
          <w:rFonts w:ascii="Times New Roman" w:hAnsi="Times New Roman" w:eastAsia="Times New Roman" w:cs="Times New Roman"/>
        </w:rPr>
        <w:t>11 jasyporundy ary 2001-pe, ha’éva Isaías “ára kuarahyresẽ ha yvytu pohýi” rehegua, “parralty purahéi” va’erã oñepurahéi umi oĩva Apocalipsis kapítulo catorce, versíkulo mbohapy-pe, ha avei kapítulo quince, versíkulo mbohapy-pe, opurahéiva Moisés ha Cordero purahéi. Pe purahéi ha’e pe marandu Laodiceaguápe, ohechaukáva umi tetã yma ojeporavo va’ekue upe jave ojeheja hapykuépe hague; Tupã niko upe jave ome’ẽ hag̃uáicha hína Iparralty kuimba’e ha kuñanguérape oguerútava pe hi’a oñeha’arõva pe parraltygui. Pe marandu parralty rehegua ha’e pe marandu Laodiceaguápe, upéva hína pe marandu Jones ha Waggoner oikuaaukava’ekue pe pu’aka’ỹme guare ary 1888-pe.</w:t>
      </w:r>
    </w:p>
    <w:p>
      <w:pPr>
        <w:pStyle w:val="ArticleBody"/>
        <w:jc w:val="left"/>
      </w:pPr>
      <w:r>
        <w:rPr>
          <w:rFonts w:ascii="Times New Roman" w:hAnsi="Times New Roman" w:eastAsia="Times New Roman" w:cs="Times New Roman"/>
        </w:rPr>
        <w:t>11 jasypakõi ary 2001-pe oñepyrũ oky rire pahápegua, ha Habacuc kapítulo mokõi ñe’ẽjovakepe ojekuaa peteĩ aty omyasãiva’ekue pe marandu mokõi távlagua rehegua; ha’ekuéra niko ojevy Jeremías rapekue yma guarépe ha ohupytyva’ekue pe “pytu’u ha piro’y”, Isaías ohechaukáva ogueruha umi ijapopyrãva ha’e “línea ári línea”. Pe ñe’ẽjovake oĩhaguépe ha’ekuéra oikeva’ekue oĩkuri oñemoĩ hag̃ua peteĩ marandu japu rehe oky rire pahápeguáre, ojehechaukáva “kuñanguéra hasẽva Tammuz rehe” rupive, omokyre’ỹva’ekue tavayguakuéra Laodiceagua okevape peteĩ marandu py’aguapy ha jerovia tekorosã rehegua ndive.</w:t>
      </w:r>
    </w:p>
    <w:p>
      <w:pPr>
        <w:pStyle w:val="ArticleBody"/>
        <w:jc w:val="left"/>
      </w:pPr>
      <w:r>
        <w:rPr>
          <w:rFonts w:ascii="Times New Roman" w:hAnsi="Times New Roman" w:eastAsia="Times New Roman" w:cs="Times New Roman"/>
        </w:rPr>
        <w:t>Pe marandu py’aguapy ha tekorosã rehegua he’i kuimba’e ha kuñanguéra ndoikuaáiha ani hag̃ua opeka, ha upévare Tupã ikatuha ha oikotaha añoite omombe’uporã chupekuéra “ipype” hembiapo vaipe. Umi kuimba’e oñembohoryva claim pe marandu py’aguapy ha tekorosã rehegua ha’eha pe añetegua marandu joja-mboaje rehegua jerovia rupive, Jones ha Waggoner oikuaauka vaekue; hákatu oheja rei pe añetegua: upe Tupã ombojojáva, upévape avei omongarakuaa; Tupã nomanói hag̃ua osalva tavayguápe ipekádo kuérape, síno osalva hag̃ua chupekuéra ipekádo kuéragui.</w:t>
      </w:r>
    </w:p>
    <w:p>
      <w:pPr>
        <w:pStyle w:val="ArticleBody"/>
        <w:jc w:val="left"/>
      </w:pPr>
      <w:r>
        <w:rPr>
          <w:rFonts w:ascii="Times New Roman" w:hAnsi="Times New Roman" w:eastAsia="Times New Roman" w:cs="Times New Roman"/>
        </w:rPr>
        <w:t>11 jasypoteĩ ary 2001-pe oñemarka oñepyrũha pe ára pe ñembotyha peteĩ cien cuarenta y cuatro mil rehegua, oñemohu’ãva peteĩ aty oguerekóvo Tupã sello, ojehechauka hag̃uáicha umi osuspiráva ha osapukáiva umi mba’e ñanembopochývare tupaópe ha yvýpe, ha ambue aty katu ojereva’ekue tupaogui, upépe oñemboguatahína pe tembiapo paha pe mbohapyha ánhel rehegua, ha ha’ekuéra oñesũ kuarahýme. Umi Millerita rembiasakue ohechauka pe mbohapyha ánhel rembiapo rembiasakue, ha upéicha rupi pe hu’ã guasu ojere pe ama pahague marandu rehe, ha pe jehasa asy oguerúva umi oiporavóva okaru hag̃ua.</w:t>
      </w:r>
    </w:p>
    <w:p>
      <w:pPr>
        <w:pStyle w:val="ArticleBody"/>
        <w:jc w:val="left"/>
      </w:pPr>
      <w:r>
        <w:rPr>
          <w:rFonts w:ascii="Times New Roman" w:hAnsi="Times New Roman" w:eastAsia="Times New Roman" w:cs="Times New Roman"/>
        </w:rPr>
        <w:t>Jaikéta ko estudio pe oúvape artículo oúvape.</w:t>
      </w:r>
    </w:p>
    <w:p>
      <w:pPr>
        <w:pStyle w:val="ArticleScripture"/>
        <w:jc w:val="left"/>
      </w:pPr>
      <w:r>
        <w:rPr>
          <w:rFonts w:ascii="Times New Roman" w:hAnsi="Times New Roman" w:eastAsia="Times New Roman" w:cs="Times New Roman"/>
        </w:rPr>
        <w:t>“Peteĩ ndaipotasei oheja hag̃ua umi temimo’ã oikóma va’ekue, ha omoneĩ hag̃ua ko añetegua, upéva oĩkuri ypyetépe heta pe mba’e vai ojehechauka va’ekue Minneapolis-pe Ñandejára marandu rehe, umi Ermáno Waggoner ha Jones rupive. Oñembopy’aroryvo upe ñe’opu’ãre, Satanás ohupyty hag̃ua omboty ore tavayguakuéragui, tuichaite medida-pe, pe Espíritu Santo pokatu especial Tupã ojaposetereíva ome’ẽ chupekuéra. Pe enemigo ojoko chupekuéra ani hag̃ua ohupyty pe katupyry ikatúva va’ekue imba’e, ogueraha hag̃ua pe añetegua ko yvy tuichakue javeve, umi apóstol-kuéra omombe’u haguéicha Pentekostés ára rire. Pe tesape omyesakã hag̃uáicha ko yvy tuichakue ijavevépe iglória reheve oñemoĩkuri hese, ha ñane ermáno tee rembiapokue rupi oñemomombyrykuri tuichaite medida-pe yvórape.” Selected Messages, lívro 1, 235.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 Lívro Daniel rehegua - Papapy poapy ha poapy hag̃ua hag̃uami</dc:title>
  <dc:subject>Ojepe’ávo pe Ama Kyre’ỹ Japuha: Pe Tape Marandu’i Guive 11 de septiembre de 2001 rehegua</dc:subject>
  <dc:creator>Jeff Pippenger</dc:creator>
  <cp:keywords/>
  <dc:description>Generated by ArticleDigger from daniel\88_daniel.json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