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Poteĩmbopa Su Réi hag̃ua hag̃ua hag̃ua hag̃ua hag̃ua hag̃uavo’ẽ}</w:t>
      </w:r>
    </w:p>
    <w:p>
      <w:pPr>
        <w:pStyle w:val="ArticleSubtitle"/>
        <w:jc w:val="left"/>
      </w:pPr>
      <w:r>
        <w:rPr>
          <w:rFonts w:ascii="Arial" w:hAnsi="Arial" w:eastAsia="Arial" w:cs="Arial"/>
        </w:rPr>
        <w:t>Pe Mbohapy Jejeporu Maranduhápe: Ojeavri hag̃ua Pe Ta’ãngamýi Marandu Rehegua umi Ára Paha-rãme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marandu profétiko ryru ha’e mokõi mbarete ombyaíva paganismo ha upéi papalismo; ha Future for America marandu profétiko ryru ha’e mbohapy mbarete ombyaíva: paganismo, upéi papalismo, upéi Protestantismo apóstata, péro opavave oiko oñondive ipahápe. Peteĩ yave profétika tenondegua Miller comprensión profétikope g̃uarã ha’e va’ekue “pe ára ha ára pegua” kuatia Danielpe ha’eha peteĩ símbolo paganismo rehegua, péva omopyenda rupi joaju mokõi mbarete ombyaíva rehegua, ha upéva oiko chugui marandu profétiko ryru. Peteĩ yave profétika tenondegua Future for America comprensión profétikope g̃uarã avei ha’e hína “pe ára ha ára pegua” kuatia Danielpe ha’eha peteĩ símbolo paganismo rehegua, paganismo ñemohu’ã histórico omopyenda rupi umi mba’e oikótava rape Daniel 11:40–41-pe, ha upéva oiko chugui Future for America comprensión profétiko ryru.</w:t>
      </w:r>
    </w:p>
    <w:p>
      <w:pPr>
        <w:pStyle w:val="ArticleBody"/>
        <w:jc w:val="left"/>
      </w:pPr>
      <w:r>
        <w:rPr>
          <w:rFonts w:ascii="Times New Roman" w:hAnsi="Times New Roman" w:eastAsia="Times New Roman" w:cs="Times New Roman"/>
        </w:rPr>
        <w:t>Oikóramo guáicha opa ára pyahu tesape rehe, pe añetegua oñemotenondéva oñembotýva’ỹre ary 1989-pe Unión Soviética ho’ávo, heta ñe’ẽnguéra opaichagua omoñorãirõ hese. Pe ñemoĩ hag̃ua pe añeteguáre katuete ogueru peteĩ entendimiento hesakãvéva pe añetegua rehe. Umi ypykue ñorairõme pe añetegua rehe ojejuhúva Daniel kapítulo once pahapegua seis versículo-pe, ojekuaa hag̃ua tekotevẽha heta regla profética oĩva la Bíblia-pe, ha’umíva prueba esencial oipytyvõ hag̃ua pe tembikuaa okakuaáva oikórõ guare Daniel kuatiañe’ẽ oñembotýva’ỹre ary 1989-pe. Ko’ág̃a jahesa’ỹijo peteĩ umi regla apytégui, pe ja’éva “mbohapy jey aplicación de la profecía”.</w:t>
      </w:r>
    </w:p>
    <w:p>
      <w:pPr>
        <w:pStyle w:val="ArticleBody"/>
        <w:jc w:val="left"/>
      </w:pPr>
      <w:r>
        <w:rPr>
          <w:rFonts w:ascii="Times New Roman" w:hAnsi="Times New Roman" w:eastAsia="Times New Roman" w:cs="Times New Roman"/>
        </w:rPr>
        <w:t>Ñañepyrũ vaʼekue jahechávo mokõi aplicación triple, peteĩ nivel-pe haʼéva peteĩ línea añoite, ha ambue nivel-pe katu iñambue. Mokõive peteĩha jehechauka Roma rehegua (pagano ha papal), omopyenda mbohapyha jehechauka, haʼéva Roma Moderna. Mokõive peteĩha jehechauka Babilonia rehegua (Babel ha Babilonia), omopyenda mbohapyha jehechauka, haʼéva Babilonia Moderna. Roma Moderna haʼe pe mymba ñarõ Apocalipsis diecisiete-pe, hiʼári Babilonia Moderna oguata ha ogoverna. Ijoavy porã peteĩ cowboy-gui ikavaju rehe, upéicharõ jepe avei oiko kuéra apytépe tekoveʼỹgua ñemongakuaa ñandejárare ndivegua, upévare upe nivel-pe peteĩnte hikuái. Oĩ mokõi ambue aplicación triple profecía rehegua oguerekóva peteĩ relación ojoguáva koʼãvape.</w:t>
      </w:r>
    </w:p>
    <w:p>
      <w:pPr>
        <w:pStyle w:val="ArticleBody"/>
        <w:jc w:val="left"/>
      </w:pPr>
      <w:r>
        <w:rPr>
          <w:rFonts w:ascii="Times New Roman" w:hAnsi="Times New Roman" w:eastAsia="Times New Roman" w:cs="Times New Roman"/>
        </w:rPr>
        <w:t>Mokõi jechauka peteĩha Elíagui (Elías ha Juan el Bautista) omopyenda mbohapyha Elía ára pahápe guápe. Upéicha avei umi mokõi mensahéro peteĩha ombosako’íva tape Pe Mensahéro del Páctope g̃uarã (Juan el Bautista ha William Miller), omopyenda pe mensahéro ombosako’íva tape Pe Mensahéro del Páctope g̃uarã ára pahápe. Oĩ mbohapy punto iñimportánteva jahechakuaa hag̃ua ko’ã mokõi línea aplicación profética mbohapykóivape.</w:t>
      </w:r>
    </w:p>
    <w:p>
      <w:pPr>
        <w:pStyle w:val="ArticleBody"/>
        <w:jc w:val="left"/>
      </w:pPr>
      <w:r>
        <w:rPr>
          <w:rFonts w:ascii="Times New Roman" w:hAnsi="Times New Roman" w:eastAsia="Times New Roman" w:cs="Times New Roman"/>
        </w:rPr>
        <w:t>Peteĩha mbaʼe tenonderã ha’e kóva: mokõive línea mbaʼekuaarã ñeʼẽmarandu rehegua, oguerekóva mbohapy jey jeiporu, umi hembiasakuepegua ñemurãhára añeteguáva ha’e hína esencialmente umi tapicha histórico peteĩchagua; upéicharõ jepe, hembiaporã mokõive taʼãnga jehechaukapýpe iñambue porã porã. Mokõiha punto ha’e jahechakuaa hag̃ua mbaʼépa pe joavy oĩva koʼã mokõi ñeʼẽmarandu rehegua mbohapy jey jeiporu, ojoajúva eterei ojuehe. Pe joavy ha’e kóva: Elías ohechauka peteĩ tembiapo okapeguáva umi ára pahápe, ha pe mensajéro ombosakoʼíva tape pe Mensajéro del Pacto-pe g̃uarã, ohechauka peteĩ tembiapo hyepypegua umi ára pahápe.</w:t>
      </w:r>
    </w:p>
    <w:p>
      <w:pPr>
        <w:pStyle w:val="ArticleBody"/>
        <w:jc w:val="left"/>
      </w:pPr>
      <w:r>
        <w:rPr>
          <w:rFonts w:ascii="Times New Roman" w:hAnsi="Times New Roman" w:eastAsia="Times New Roman" w:cs="Times New Roman"/>
        </w:rPr>
        <w:t>Pe mbohapyha tekotevẽva ñañangarekóvo hese ha’e kóva: Jesús, Alfa ha Omega ramo, omombe’u mba’éichapa pe mbohapyha Elías, ha avei pe mbohapyha mensahéro ombosako’íva tape, ojoajúva peteĩ peteĩha ha peteĩ pahápegua mensahéro Elías rehe, ha peteĩ peteĩha ha pahápegua mensahéro ombosako’íva tape pe Ñe’ẽmondohárape Ñe’ẽme’ẽgui. Pe mensahéro Elías pe ángel peteĩha rehegua ha pe mensahéro Elías pe ángel mbohapyha rehegua ojapo oñondive pe mbohapyha ñemyenyhẽ Elías rehegua, ha pe mensahéro ombosako’íva tape ojehechauka mensahéro ramo umi movimiento-kuéra mokõivéva pe ángel peteĩha ha pe ángel mbohapyha rehegua.</w:t>
      </w:r>
    </w:p>
    <w:p>
      <w:pPr>
        <w:pStyle w:val="ArticleBody"/>
        <w:jc w:val="left"/>
      </w:pPr>
      <w:r>
        <w:rPr>
          <w:rFonts w:ascii="Times New Roman" w:hAnsi="Times New Roman" w:eastAsia="Times New Roman" w:cs="Times New Roman"/>
        </w:rPr>
        <w:t>Proféta Elías ome’ẽ peteĩ ta’anga ohechaukáva ára pahápe oikótava ñorairõ Tupã retãygua ha Roma Moderna joaju mbohapyvegua apytépe, pe ñorairõ oikova’ekue Monte Carmelo-pe.</w:t>
      </w:r>
    </w:p>
    <w:p>
      <w:pPr>
        <w:pStyle w:val="ArticleBody"/>
        <w:jc w:val="left"/>
      </w:pPr>
      <w:r>
        <w:rPr>
          <w:rFonts w:ascii="Times New Roman" w:hAnsi="Times New Roman" w:eastAsia="Times New Roman" w:cs="Times New Roman"/>
        </w:rPr>
        <w:t>Monte Carmelo oĩ Israel yvate gotyo, ypýpe pe para rembe’y Mediterráneo rehe. Oñemyasãi haimete noroéste guive sudéste peve ha omoheñói peteĩ yvyty aty guasu ojeipysóva 39 millas rupi (63 kilómetro). Pe Valle de Meguido, ojekuaáva avei Valle de Jezreel ramo, oĩ Monte Carmelo sudéste gotyo. Monte Carmelo ha pe Valle de Meguido hi’aguĩ relativamente ojuehegui mombyry rehegua ñehesa’ỹijópe. Pe mombyrykue oĩva ijapytepekuéra, peteĩ línea recta-pe (as the crow flies), haimete 20 guive 25 millas peve (32 guive 40 kilómetro peve). Monte Carmelo kuarahyreike gotyo oĩ pe Mar Mediterráneo, ha pe Valle de Meguido ha Valle de Jezreel kuarahyresẽ gotyo oĩ pe Mar de Galilea, ojekuaáva avei Lago Tiberias térã Lago de Kinneret ramo.</w:t>
      </w:r>
    </w:p>
    <w:p>
      <w:pPr>
        <w:pStyle w:val="ArticleBody"/>
        <w:jc w:val="left"/>
      </w:pPr>
      <w:r>
        <w:rPr>
          <w:rFonts w:ascii="Times New Roman" w:hAnsi="Times New Roman" w:eastAsia="Times New Roman" w:cs="Times New Roman"/>
        </w:rPr>
        <w:t>Apocalípsispe pe ñorairõ Armaguedón rehegua ohechauka Meguído Ñu, ha inspiración ndipotáikuri marandu’ypykuéra oimo’ã Apocalípsis kuatiañe’ẽ ombojekuaa iñe’ẽmondo ñe’ẽ tee rupi; upévare, ohenóivo Armaguedónpe (Meguído) Armaguedón ramo, oiporu pe ñe’ẽ “har”, he’iséva yvyty, ohechauka hag̃ua hesakã porã pe ñorairõ ha’eha peteĩ ta’ãnga’ẽ espiritual pe ñorairõ pahápeguáre, upe dragón, mymba vai ha maranduhára japu ogueraháva ko yvy arapýpe.</w:t>
      </w:r>
    </w:p>
    <w:p>
      <w:pPr>
        <w:pStyle w:val="ArticleBody"/>
        <w:jc w:val="left"/>
      </w:pPr>
      <w:r>
        <w:rPr>
          <w:rFonts w:ascii="Times New Roman" w:hAnsi="Times New Roman" w:eastAsia="Times New Roman" w:cs="Times New Roman"/>
        </w:rPr>
        <w:t>Ohechakuaávo Meguídope Armagedón ramo, Juan oasegura vaʼekue ani hag̃ua oñentende chupe peteĩ tenda geográfica añetéva ramo, pórke Meguído niko peteĩ ñu ha ndorekói yvytykuéra. Hiʼaguĩeterei oĩ Karmelo yvyty, upépe Elías oñorairõ Acab ndive ha Jezabel marangatuhára kuéra ndive; upévare Meguído ha Karmelo yvyty mokõivéva taʼãnga ohechaukáva Armagedón ñorairõ paha.</w:t>
      </w:r>
    </w:p>
    <w:p>
      <w:pPr>
        <w:pStyle w:val="ArticleBody"/>
        <w:jc w:val="left"/>
      </w:pPr>
      <w:r>
        <w:rPr>
          <w:rFonts w:ascii="Times New Roman" w:hAnsi="Times New Roman" w:eastAsia="Times New Roman" w:cs="Times New Roman"/>
        </w:rPr>
        <w:t>Remoha hag̃ua peteĩ triángulo Jerusalén, Monte Carmelo ha Valle de Meguído reheve, Jerusalén opytáta pe esquina sudeste-pe upe triángulope, Monte Carmelo noroeste-pe ha Valle de Meguído noreste-pe. Pe área ohechaukáva simbólikamente pe ñorairõ Armagedón rehegua ojere mokõi mar rehe, ha pe mburuvicha guasu yvate gotyogua (pe kuña rekovéva Babilonia Moderna-gua) oguahẽ ipaha hag̃ua umi mar pa'ũme ha pe yvyty marangatu hechapyrãva renondépe. Ha upe jave yvyporakuéra prueba paha oñemboty.</w:t>
      </w:r>
    </w:p>
    <w:p>
      <w:pPr>
        <w:pStyle w:val="ArticleScripture"/>
        <w:jc w:val="left"/>
      </w:pPr>
      <w:r>
        <w:rPr>
          <w:rFonts w:ascii="Times New Roman" w:hAnsi="Times New Roman" w:eastAsia="Times New Roman" w:cs="Times New Roman"/>
        </w:rPr>
        <w:t>Ha marandu kuarahyresẽ guive ha yvate guive omoapañuãitíta chupe; upévare osẽta pochy eterei reheve ohundi hag̃ua, ha omoñehundi hag̃ua hetaite. Ha omopyendáta hóga guasu ryrukuéra yguasu mbytépe, pe yvyty marangatu hechapyrãitévape; upéicharõ jepe, oguahẽta ipahápe, ha avave ndoipytyvõmo’ãi chupe. Ha upe ára Michael opu’ãta, pe mburuvicha guasu oñembo’ýva nde retãygua ra’ykuéra rehehápe; ha oikóta peteĩ ára jehasa asy, ha’eichagua araka’eve ndaipóriva oĩ hague peteĩ tetã guive pe ára peve; ha upe ára nde retãyguakuéra ojepe’áta, peteĩteĩ umi ojejuhútava ohai hag̃ua pe kuatiañe’ẽme. Daniel 11:44–12:1.</w:t>
      </w:r>
    </w:p>
    <w:p>
      <w:pPr>
        <w:pStyle w:val="ArticleBody"/>
        <w:jc w:val="left"/>
      </w:pPr>
      <w:r>
        <w:rPr>
          <w:rFonts w:ascii="Times New Roman" w:hAnsi="Times New Roman" w:eastAsia="Times New Roman" w:cs="Times New Roman"/>
        </w:rPr>
        <w:t>Elías rembiporu mbohapy jey rehegua ohechauka Tupã tavayguakuéra ñorairõ okáguio mburuvicha yvate gotyo ndive, ha upéva hína pe akã pe joaju mbohapyetégui: dragón, mymba vai ha maranduhára japu, ogueraháva ko yvy tuichakue Armagedónpe. Elías rembiayhukuéra mbohapy, ohechaukáva pe joaju mbohapyete, ha’e vaʼekue Acab, haʼéva pe mburuvicha umi diez tribu yvate gotyoguápe, ohechaukáva pe diez mburuvichápe Apocalipsis diecisietépe, umi ombohekovaíva Babilonia kuña itavatévandi, ha oñemoĩ peteĩ ñeʼẽme omeʼẽ hag̃ua chupekuéra irreino “peteĩ aravo” aja, ha upéva hína “pe aravo” pe apañuãi léi domingo rehegua. Babilonia kuña itavatéva oñerepresenta vaʼekue Jezabel rehe, ha Jezabel profetakuéra Baal rehegua ha ka'aguy marangatu pa'ikuéra ohechauka pe maranduhára japu.</w:t>
      </w:r>
    </w:p>
    <w:p>
      <w:pPr>
        <w:pStyle w:val="ArticleBody"/>
        <w:jc w:val="left"/>
      </w:pPr>
      <w:r>
        <w:rPr>
          <w:rFonts w:ascii="Times New Roman" w:hAnsi="Times New Roman" w:eastAsia="Times New Roman" w:cs="Times New Roman"/>
        </w:rPr>
        <w:t>Pe léi dominical rehegua oñepyrũ pe léi dominical oútavare ko’ág̃aite Estados Unidos-pe ha opa Miguel opu’ãvo. Upe léi dominical oguahẽ vove, pe mokõiha ñe’ẽ Apocalipsis kapítulo dieciocho guive, ohenói Ñandejára ambue ovecharãi osẽ hag̃ua Babilonia-gui. Pe ára pukukue pe ñesẽ Babilonia-gui guive pe gracia ñembotyty peve ha’e pe ára pukukue pe kuña reko vai Babilonia guápe ojehusgaha. Upéicha avei ha’e pe ára pukukue Espíritu Santo oñehẽhápe medida’ỹre. Ha’e pe “ára”, umi diez mburuvicha guasu oñemoĩha peteĩ ñe’ẽme ogoverna oñondive hag̃ua pe kuña reko vai Tiro guá ndive, ko’ág̃a ndaha’évéma peteĩ kuñataĩ oñembyesaráiva. Ha’e pe “ára”, pe “yvy ryryi guasu” Apocalipsis once-pe oñeñe’ẽva, upépe umi cien cuarenta y cuatro mil oñemopu’ãva peteĩ techaukaha ramo.</w:t>
      </w:r>
    </w:p>
    <w:p>
      <w:pPr>
        <w:pStyle w:val="ArticleScripture"/>
        <w:jc w:val="left"/>
      </w:pPr>
      <w:r>
        <w:rPr>
          <w:rFonts w:ascii="Times New Roman" w:hAnsi="Times New Roman" w:eastAsia="Times New Roman" w:cs="Times New Roman"/>
        </w:rPr>
        <w:t>Ha umi mburuvicha yvy arigua, oñemoakãratĩva’ekue hendive ha oikóva’ekue hekopotĩ’ỹme ha hembiayhu porãme hendive, hasẽta hese ha oñembyasyta hese, ohechávo itata rendy tatatĩ; opytáta mombyry ikyhyjégui imbohasa asýgui, he’ívo: ¡Ai, ai, pe táva guasu Babilonia, pe táva mbarete! peteĩ aravópe niko oguahẽ nde rehe ne jehuskáda. Apocalipsis 18:9, 10.</w:t>
      </w:r>
    </w:p>
    <w:p>
      <w:pPr>
        <w:pStyle w:val="ArticleBody"/>
        <w:jc w:val="left"/>
      </w:pPr>
      <w:r>
        <w:rPr>
          <w:rFonts w:ascii="Times New Roman" w:hAnsi="Times New Roman" w:eastAsia="Times New Roman" w:cs="Times New Roman"/>
        </w:rPr>
        <w:t>Oĩ haguéicha Juan ohechauka Meguídope pe yvyty (“har”) Meguídopegua ramo, oikuaaukávo peteĩ añetegua espiritual ha ndaha’éiva literal, upéicha avei Babilonia ha Tiro kuña reko vai rehegua jehusgakue ojehechauka oikoha pe “ára’i” aja, ha avei peteĩ “árape”.</w:t>
      </w:r>
    </w:p>
    <w:p>
      <w:pPr>
        <w:pStyle w:val="ArticleScripture"/>
        <w:jc w:val="left"/>
      </w:pPr>
      <w:r>
        <w:rPr>
          <w:rFonts w:ascii="Times New Roman" w:hAnsi="Times New Roman" w:eastAsia="Times New Roman" w:cs="Times New Roman"/>
        </w:rPr>
        <w:t>Upévare peteĩ árape outa hi’ári umi mba’asy vai: manó, ñembyasy ha ñembyahýi; ha oñehundipaitéta tata rupive; mbarete niko pe Ñandejára Tupã oikuaa’ỹva chupe. Apocalipsis 18:8.</w:t>
      </w:r>
    </w:p>
    <w:p>
      <w:pPr>
        <w:pStyle w:val="ArticleBody"/>
        <w:jc w:val="left"/>
      </w:pPr>
      <w:r>
        <w:rPr>
          <w:rFonts w:ascii="Times New Roman" w:hAnsi="Times New Roman" w:eastAsia="Times New Roman" w:cs="Times New Roman"/>
        </w:rPr>
        <w:t>22 jasypa rire 1844 rire guive, aravo profétiko ndojepuruvéima va’erã profétikamente; ha upévare pe huísio oúva poder papal ári ojehechauka oikóramo peteĩ “aravo”-pe, ha avei peteĩ “ára”-pe. Pe “aravo” ijuísiogui ha’e pe período profétiko oúva pe léi domingo Estados Unidos-pe guive pe gracia rembiapo oñembotypa peve. Tuicha mba’e ñamarkávo ko período jajepy’amongetávo Elías rehe umi ára pahapeguápe, pórke Elías ñorairõ Monte Carmelo-pe ou Tupã pueblo umi ára pahapegua rehegua jeha’ã hyepypegua rire, ha pe período jeha’ã rehegua, mokõivéva pe iglesia ha pe mundo-pe g̃uarã, oguereko umi peteĩchagua ñepyrũ ha paha profétiko.</w:t>
      </w:r>
    </w:p>
    <w:p>
      <w:pPr>
        <w:pStyle w:val="ArticleBody"/>
        <w:jc w:val="left"/>
      </w:pPr>
      <w:r>
        <w:rPr>
          <w:rFonts w:ascii="Times New Roman" w:hAnsi="Times New Roman" w:eastAsia="Times New Roman" w:cs="Times New Roman"/>
        </w:rPr>
        <w:t>Mokõi ñe’ẽ Apocalipsis capítulo 18-pe ohechauka mokõi ñehenói ijojaha’ỹva mokõi tupãope g̃uarã. Peteĩha tupão ha’e umi ciento cuarenta y cuatro mil Apocalipsis capítulo 7-pe oĩva, ha mokõiha tupão oñehenóiva ha’e pe aty guasu Apocalipsis capítulo 7-pe oĩva. Pe ñehenói umi ciento cuarenta y cuatro mil-pe g̃uarã oñeme’ẽ jave pe Espíritu Santo oñehẽ hína medida rupive, ha pe ñehenói pe aty guasúpe g̃uarã oñeme’ẽ jave pe Espíritu Santo oñehẽ hína medida’ỹre.</w:t>
      </w:r>
    </w:p>
    <w:p>
      <w:pPr>
        <w:pStyle w:val="ArticleScripture"/>
        <w:jc w:val="left"/>
      </w:pPr>
      <w:r>
        <w:rPr>
          <w:rFonts w:ascii="Times New Roman" w:hAnsi="Times New Roman" w:eastAsia="Times New Roman" w:cs="Times New Roman"/>
        </w:rPr>
        <w:t>“Pe proféta he’i: ‘Ahecha ambue ánhel oguejy yvágagui, oguerekóva tuicha pokatu; ha yvy henyhẽ tesakã hag̃ua iñemimbýgui. Ha osapukái hatã peteĩ ñe’ẽ mbarete reheve, he’ívo: Babilonia guasu ho’a, ho’a, ha ojepyta aña-kuéra renda-ramo’” (Apocalipsis 18:1, 2). Kóva hína pe marandu peteĩchagua ome’ẽ va’ekue pe mokõiha ánhel. Babilonia ho’a, “ha’e omongaru haguére opa tetãnguéra pe vino ipochyva hekoñeme’ẽgui” (Apocalipsis 14:8). Mba’épa pe vino?—Iñembo’e mbo’epy japu. Ha’e ome’ẽ va’ekue yvy ape ári peteĩ sábado japu, pe sábado añeteguápe tenda hag̃ua, pe irundyha mandamiéntopegua; ha omombe’ujey pe japu Satanás peteĩhaite ome’ẽ va’ekue Evape Edénpe—pe alma rekove opave’ỹha ijeheguiete. Heta ambue jejavy oikuaaukapa mombyry ha mombyry, “ombo’évo tekombo’erãramo yvypóra mandamiéntokuéra” (Mateo 15:9).</w:t>
      </w:r>
    </w:p>
    <w:p>
      <w:pPr>
        <w:pStyle w:val="ArticleScripture"/>
        <w:jc w:val="left"/>
      </w:pPr>
      <w:r>
        <w:rPr>
          <w:rFonts w:ascii="Times New Roman" w:hAnsi="Times New Roman" w:eastAsia="Times New Roman" w:cs="Times New Roman"/>
        </w:rPr>
        <w:t>“Jesús oñepyrũrõ guare Hembiapo público, omopotĩ pe Templo iprofánagui sacrílega. Ha umi tembiapo paha apytépe Hembiapokuepe oĩ pe mokõiha ñemopotĩ Templo rehegua. Upéicha avei, pe tembiapo pahape oñeme’ẽva hag̃ua marandu ñemongyhyje hag̃ua ko yvy arigua, ojejapo mokõi ñehenói iñambuéva umi iglésiape. Pe mokõiha ánhel marandu he’i: ‘Babylonia ho’a, ho’a, pe táva guasu, ohe’u haguére opa tetãnguérape pe víno ipochýva hekovaígui’ (Apocalipsis 14:8). Ha pe sapukái hatãme pe mbohapyha ánhel marandu rehegua, oñehendu peteĩ ñe’ẽ yvágagui he’íva: ‘Pesẽ chugui, che retãyguakuéra, ani hag̃ua peike hendive iñangaipakuérape, ha ani hag̃ua pejapyhy ichugui iplágakuéra. Pórke iñangaipakuéra oguahẽma yvágape, ha Tupã imandu’áma hembiapo vaikuekuére’ (Apocalipsis 18:4, 5).” Selected Messages, libro 2, 118.</w:t>
      </w:r>
    </w:p>
    <w:p>
      <w:pPr>
        <w:pStyle w:val="ArticleBody"/>
        <w:jc w:val="left"/>
      </w:pPr>
      <w:r>
        <w:rPr>
          <w:rFonts w:ascii="Times New Roman" w:hAnsi="Times New Roman" w:eastAsia="Times New Roman" w:cs="Times New Roman"/>
        </w:rPr>
        <w:t>Pe ánhel mbarete oguejy oikóvo Apocalipsis capítulo dieciocho ñemohu’ãme, umi óga tuichaitéva Táva Nueva York-pe oñemboguejývo 11 jasyporundy 2001-pe, ou rire pe “yvytu kuarahyresẽgua” Islam-gua. Upéi osapukái mbarete asýpe peteĩ ñe’ẽ hatãme, he’ívo: “Babylonia guasu ho’a, ho’a, ha oiko aña kuéra renda.” Ha upéi, versículo irundy-pe, ambue ñe’ẽ “oñehendu yvágagui he’íva: ‘Pesẽ chugui, che retayguakuéra.’” Ko’ã mokõi ñe’ẽ ha’e “mokõi henói iñambuéva oñeme’ẽva umi iglésia-kuérape.” Umi mokõi tupao iñambuéva Tupã rehegua ára pahápe oñemombe’u peteĩ ciento cuarenta y cuatro mil ha pe aty guasu ramo.</w:t>
      </w:r>
    </w:p>
    <w:p>
      <w:pPr>
        <w:pStyle w:val="ArticleBody"/>
        <w:jc w:val="left"/>
      </w:pPr>
      <w:r>
        <w:rPr>
          <w:rFonts w:ascii="Times New Roman" w:hAnsi="Times New Roman" w:eastAsia="Times New Roman" w:cs="Times New Roman"/>
        </w:rPr>
        <w:t>Pe período de prueba umi ciento cuarenta y cuatro mil rehegua oñepyrũ Islam reheve, mbohapyha Aikóragui, Isaías omombe'úva “ára yvytu kuarahyresẽgua” ramo. Upéva pe período de prueba oñemohu'ã pe arapokõindy rehegua léi oútavare Estados Unidos-pe ha mymba ñaña marca ñemoĩ mbaretépe. Pe mymba ha'e pe mburuvicha yvategua joguaha japu, Babilonia moderna akã. Babilonia ha'e pe león Daniel kapítulo siete-pe, ha pe maranduhára naiñe'ẽrendúiva Judágui, ohechaukáva Adventismo Laodicense-pe, omano pe período oñepyrũva “mburika” Islam reheve (11 de septiembre de 2001), ha oñemohu'ãva “león” reheve, (Babilonia Moderna).</w:t>
      </w:r>
    </w:p>
    <w:p>
      <w:pPr>
        <w:pStyle w:val="ArticleBody"/>
        <w:jc w:val="left"/>
      </w:pPr>
      <w:r>
        <w:rPr>
          <w:rFonts w:ascii="Times New Roman" w:hAnsi="Times New Roman" w:eastAsia="Times New Roman" w:cs="Times New Roman"/>
        </w:rPr>
        <w:t>Pe ára ojehechauka hag̃uáicha “pe sepultura” proféta naiñe’ẽrendúiva Adventismo Laodicense-pe guápe, pe ama paha oñeme’ẽ haimete hag̃ua, ojejapóvo peteĩ ñehenói ijojaha’ỹva pe iglesia de los ciento cuarenta y cuatro mil-pe guarã. Upe ára opa vove, pe “aravo” “yvyryrýi guasu” rehegua, ohechaukáva pe léi domingo Estados Unidos-pe; og̃uahẽ pe ára pe mokõiha ñe’ẽ Apocalipsis dieciocho-pegua, oñemoañetévo pe mymba marca, ha’éva pe marka mburuvicha yvate gotyogua mba’e. Upe jave avei, Islam pe mbohapyha Ay rehegua ojeporu hag̃ua ogueru hag̃ua peteĩ juicio oho hag̃ua ijetu’uvéva ha oñembohetavéva peteĩ mundo apostata ári. Pe marandu oñemombe’úva pe “poyvi” rupive umi ciento cuarenta y cuatro mil rehegua upe mokõiha ñehenói ijojaha’ỹva jave pe iglesia “aty guasu” rehegua, omombe’u mávapa pe “marka” pe “mburuvicha yvate gotyogua” mba’e, ha pe tembiaporã Islam pe mbohapyha Ay rehegua, ojehechaukáva hag̃uáicha umi “kuarahyresẽ ypykue”.</w:t>
      </w:r>
    </w:p>
    <w:p>
      <w:pPr>
        <w:pStyle w:val="ArticleBody"/>
        <w:jc w:val="left"/>
      </w:pPr>
      <w:r>
        <w:rPr>
          <w:rFonts w:ascii="Times New Roman" w:hAnsi="Times New Roman" w:eastAsia="Times New Roman" w:cs="Times New Roman"/>
        </w:rPr>
        <w:t>Pe marandu ombopochýva hag̃ua pe poder papal-pe Daniel capítulo once, versículo cuarenta y cuatro-pe, ha pe marandu omoñepyrũva pe última ñehuguy papal, ojehechauka “marandu kuarahyresẽgui” (Islam) ha “yvatégui” (pe mymba ñemongu’e rehegua techaukaha) ramo. Upe períodope, pe período ohasava’ekuéicha avei, pe Islam pe “yvytu kuarahyresẽgua” rehegua ogueru juicio Estados Unidos ári omoñepyrũ hag̃ua pe período, ha pe período opa vove pe mburuvicha yvatepegua oguahẽ iñapýrape, “umi para mbytépe ha pe yvyty marangatu iporãitéva” mbytépe, Meguído ñuime ha pe Yvyty Carmelo ári.</w:t>
      </w:r>
    </w:p>
    <w:p>
      <w:pPr>
        <w:pStyle w:val="ArticleBody"/>
        <w:jc w:val="left"/>
      </w:pPr>
      <w:r>
        <w:rPr>
          <w:rFonts w:ascii="Times New Roman" w:hAnsi="Times New Roman" w:eastAsia="Times New Roman" w:cs="Times New Roman"/>
        </w:rPr>
        <w:t>Pe ára de huísio Babilonia moderna rehegua, ohechaukáva he tupa manoha (sepultura), oñepyrũ kuarahyresẽ ra’ãnga reheve ha opa yvate gotyo ra’ãnga reheve, péicha avei pe tupa manoha pe maranduhára Laodiceagua naiñe’ẽrendúivape g̃uarã opa vaʼekue pe ñehenói peteĩha ojehechakuaaporãvape tupao kuérape. Pe sepultura (tupa manoha) mokõivéva maranduhára japu Betel pegua ha pe maranduhára Judá pegua naiñe’ẽrendúiva oñeñotỹhápe, ojehechauka peteĩ “mburika” ha peteĩ “león” mbytépe.</w:t>
      </w:r>
    </w:p>
    <w:p>
      <w:pPr>
        <w:pStyle w:val="ArticleBody"/>
        <w:jc w:val="left"/>
      </w:pPr>
      <w:r>
        <w:rPr>
          <w:rFonts w:ascii="Times New Roman" w:hAnsi="Times New Roman" w:eastAsia="Times New Roman" w:cs="Times New Roman"/>
        </w:rPr>
        <w:t>Elías ohechauka Tupã rembyre pahapegua ára pahápe, oñembojovake vaʼekue peteĩ mbohapy hendáicha ñenemiguándi ojejapóramo Acab, Jezabel ha Jezabel marangatuhára kuéra rehe. Jezabel haʼe pe símbolo pokatu papal rehegua pe irundyha tupaópe, Tiatíra-pe, ha umi imarangatuhára kuéra Carmelo-pe ojehechauka vaʼekue Baal marangatuhára kuéra ha ka’aguy marangatuhára paʼikuéra rupive. Baal ohechauka peteĩ tupã kuimbaʼe rehegua, ha umi paʼi ka’aguy rehegua ohechauka Astarot, peteĩ tupã kuña rehegua; upéicha rupi Jezabel marangatuhára japu kuéra oĩkuri kuimbaʼe ha kuña guive, ohechaukáva pe joaju Tupaó ha Estado rehegua ojehechaukáva mymba ñañáva ta’ãngápe Apocalipsis kuatiápe.</w:t>
      </w:r>
    </w:p>
    <w:p>
      <w:pPr>
        <w:pStyle w:val="ArticleBody"/>
        <w:jc w:val="left"/>
      </w:pPr>
      <w:r>
        <w:rPr>
          <w:rFonts w:ascii="Times New Roman" w:hAnsi="Times New Roman" w:eastAsia="Times New Roman" w:cs="Times New Roman"/>
        </w:rPr>
        <w:t>Ha’e Estados Unidos voi tenonderã omopu’ã pe mymba ra’anga Estados Unidos-pe ha upéi ko yvy ape ári, ha ha’e voi pe maranduhára japu pe joaju mbohapýva rehegua. Acab, pe mburuvicha guasu pa tẽi ñemoñaregua, orrepresenta pe pa tẽi mburuvichakuéra Apocalipsis diecisiete-pe, upéva hína pe dragón, ha Jezabel hína pe mymba. Elías oñorairõkuri pe joaju mbohapýva Babilonia Moderna rehegua ndive, Monte Carmelo-pe, upépe pe kuña rekove vai Babilonia gua ou hag̃ua ipahápe avave pytyvõ’ỹre. Pe aplicación triple Elías rehegua orrepresenta pe ñorairõ okapeguáva oguerúva Ñandejára tavayguakuéra ára pahapegua rehe, ha Elías orrepresenta pe proféta oĩva ñorairõ hag̃uáicha peteĩchaite umi mbohapy pokatu ndive.</w:t>
      </w:r>
    </w:p>
    <w:p>
      <w:pPr>
        <w:pStyle w:val="ArticleBody"/>
        <w:jc w:val="left"/>
      </w:pPr>
      <w:r>
        <w:rPr>
          <w:rFonts w:ascii="Times New Roman" w:hAnsi="Times New Roman" w:eastAsia="Times New Roman" w:cs="Times New Roman"/>
        </w:rPr>
        <w:t>Peteĩ mbaʼe iñimportánteva Elías rembiasakuepe haʼe pe “ama”, ohechaukáva pe ama paha oñeñohẽva pe ñorairõ guasu rembiasakue ryepýpe. Oguahẽ mboyve pe ñorairõ guasu Monte Carmelope, Elías he’i porãma kuri ndaiporimoʼãiha ama, ndahaʼéiramo iñeʼẽ rupive. Pe ára pukukue ogueraháva pe “óra” Jezabel huísiope haʼe pe ára ojehechakuaáva pe peteĩha “ñeʼẽ” ijojahaʼỹva oñemeʼẽ vaʼekue umi tupãópe. Pe “ñeʼẽ” oguahẽkuri 11 jasyporundy 2001-pe, ha upe períodope pe “ama” ojekuaa hag̃uante “ojehaʼã”, ha upe períodope oĩkuri mokõi marandu ojoavyáva pe ama paha rehegua, oĩva Habacuc ñomongeta joavy ndive. Peteĩva haʼe vaʼekue pe marandu japu, Tammuz rehe hasẽva, ohechaukáva peteĩ “pyʼaguapy ha tekorosã marandu”; ha ambueva haʼe vaʼekue pe marandu añetegua Islam mbohapyha Aichéva rehegua.</w:t>
      </w:r>
    </w:p>
    <w:p>
      <w:pPr>
        <w:pStyle w:val="ArticleBody"/>
        <w:jc w:val="left"/>
      </w:pPr>
      <w:r>
        <w:rPr>
          <w:rFonts w:ascii="Times New Roman" w:hAnsi="Times New Roman" w:eastAsia="Times New Roman" w:cs="Times New Roman"/>
        </w:rPr>
        <w:t>Pe marandu añetegua “ama pahápegua” oñemopyenda vaʼekue Islam rembiapo rehe, mbohapyha Aῖ rehegua. Upe marandu osẽ peteĩnte yvyrágagui (ha upéva vaʼekue Future for America), ha mokõive marandu oñorairõ joa vaʼekue iporãve hag̃ua peteĩha ramo, pe tembiasakue omboaje peve pe marandu añetegua valides, ha avei omboaje pe “pyʼaguapy ha tekove jerovia” marandu itavyha koʼãichagua ára-pe.</w:t>
      </w:r>
    </w:p>
    <w:p>
      <w:pPr>
        <w:pStyle w:val="ArticleScripture"/>
        <w:jc w:val="left"/>
      </w:pPr>
      <w:r>
        <w:rPr>
          <w:rFonts w:ascii="Times New Roman" w:hAnsi="Times New Roman" w:eastAsia="Times New Roman" w:cs="Times New Roman"/>
        </w:rPr>
        <w:t>“Daniel ha Juan profesía kuéra ojekuaava’erã. Ojointerpreta ojuehe. Ome’ẽ yvórape añetegua opa tapicha oikuaava’erãva. Koʼã profesía oĩva’erã testígoramo ko yvy ape ári. Iñekumplimiento rupive koʼã ára pahápe, haʼekuéra voi ojehesaʼỹijóta.” Kress Collection, 105.</w:t>
      </w:r>
    </w:p>
    <w:p>
      <w:pPr>
        <w:pStyle w:val="ArticleBody"/>
        <w:jc w:val="left"/>
      </w:pPr>
      <w:r>
        <w:rPr>
          <w:rFonts w:ascii="Times New Roman" w:hAnsi="Times New Roman" w:eastAsia="Times New Roman" w:cs="Times New Roman"/>
        </w:rPr>
        <w:t>Pe ñemoañete peteĩha Elías rehegua, pe mbohapy jeporu Elías rehegua ryepýpe, oñemombarete mokõiha Elías rupive, Jesús ombojekuaáva Juan el Bautista ramo. Oñondive umi mokõi testígo omopyenda mbohapyha Elías.</w:t>
      </w:r>
    </w:p>
    <w:p>
      <w:pPr>
        <w:pStyle w:val="ArticleScripture"/>
        <w:jc w:val="left"/>
      </w:pPr>
      <w:r>
        <w:rPr>
          <w:rFonts w:ascii="Times New Roman" w:hAnsi="Times New Roman" w:eastAsia="Times New Roman" w:cs="Times New Roman"/>
        </w:rPr>
        <w:t>Ha oho rire, Jesús oñepyrũ he’i umi aty guasúpe Juan rehegua: “Mba’épa pesẽ ra’e pe desiértope pema’ẽ hag̃ua? Peteĩ takuare’ẽ oityvyrova yvytúre piko? Upéicharõ, mba’épa pesẽ ra’e pema’ẽ hag̃uáicha? Peteĩ kuimba’e ao hu’ũ porãme oñemondeva piko? Péina ápe, umi ao hu’ũ porã oiporúva oĩ mburuvicha rógape. Upéicharõ, mba’épa pesẽ ra’e pema’ẽ hag̃uáicha? Peteĩ proféta piko? Héẽ, ha ha’e peẽme, ha tuichave peteĩ profétagui. Kóva niko pe he’iháre ojehai va’ekue: ‘Péina ápe, che amondo che mensahéro nde rovake, ombosako’ítava nde rape ne renondépe.’ Añetehápe ha’e peẽme: umi kuñágui heñóiva apytépe ndaipóri va’ekue peteĩ tuichavéva Juan Bautístagui; upéicharõ jepe, pe michĩvéva yvága rréinope tuichave chugui. Ha Juan Bautista ára guive ko’ág̃a peve, yvága rréino ohasa mbaretépe, ha umi ipy’a guasúva ojapyhy chupe mbaretépe. Opa umi proféta ha pe léi niko oñe’ẽ marandu va’ekue Juan peve. Ha peẽ peipotáramo pehupyty ko añetegua, kóva hína Elías, pe ou va’erã va’ekue. Pe ohendu hag̃ua apysa oguerekóva, tohendu.” Mateo 11:7–15.</w:t>
      </w:r>
    </w:p>
    <w:p>
      <w:pPr>
        <w:pStyle w:val="ArticleBody"/>
        <w:jc w:val="left"/>
      </w:pPr>
      <w:r>
        <w:rPr>
          <w:rFonts w:ascii="Times New Roman" w:hAnsi="Times New Roman" w:eastAsia="Times New Roman" w:cs="Times New Roman"/>
        </w:rPr>
        <w:t>Jaseguíta ko estudio oúvape pe artíkulo oútavape.</w:t>
      </w:r>
    </w:p>
    <w:p>
      <w:pPr>
        <w:pStyle w:val="ArticleScripture"/>
        <w:jc w:val="left"/>
      </w:pPr>
      <w:r>
        <w:rPr>
          <w:rFonts w:ascii="Times New Roman" w:hAnsi="Times New Roman" w:eastAsia="Times New Roman" w:cs="Times New Roman"/>
        </w:rPr>
        <w:t>“Ko árape, Elías ha Juan el Bautista espíritu ha pu’akápe, Tupã omoĩva marandu rehegua hína oñehenói hag̃ua peteĩ mundo oĩva huísio poguýpe atención umi mba’e tuicha ha pohýi hag̃ua oikótava pya’e probation oñemboty hag̃uáicha ha Cristo Jesús ojehechauka ramo Mburuvicha Guasu umi mburuvicha guasu apytépe ha Ñandejára umi ñandejára apytépe. Pya’e opa kuimba’e peteĩteĩ ojehusgáta umi tembiapo ojapóva’ekue hete reheve. Og̃uahẽma Tupã huísio ára, ha Itupao yvy ape ári membrekuéra ári opyta pe tembiapo pohýi ha marangatu oikuaauka hag̃ua ñe’ẽmondo ñemomandu’a umi oĩvape, ha’ete hag̃uáicha, opa ára hag̃uáicha ñehundi opa’ỹvape. Opaite yvypórape, ko yvy tuichakue javeve, umi ohendusevape tekotevẽ ojehechauka porã umi principio oĩva ñorairõ guasúpe, pe ñorairõ guasu oñemotenondéva hína, umi principio rehe henyhẽva opa yvypóra rekove renonderã.”</w:t>
      </w:r>
    </w:p>
    <w:p>
      <w:pPr>
        <w:pStyle w:val="ArticleScripture"/>
        <w:jc w:val="left"/>
      </w:pPr>
      <w:r>
        <w:rPr>
          <w:rFonts w:ascii="Times New Roman" w:hAnsi="Times New Roman" w:eastAsia="Times New Roman" w:cs="Times New Roman"/>
        </w:rPr>
        <w:t>“Koʼã hora paha ipahápe pe jehovasa renda oĩ aja yvypóra raʼykuérape g̃uarã, ára peteĩteĩ ánga rekove rape ojedesidi hag̃ua pyaʼe ete opa ára g̃uarã, yvága ha yvy Jára ohaʼarõ Itupão topuʼã tembiaporãme arakaʼeveʼỹicha yma. Umi ojapo hag̃uáicha isãso Cristo-pe pe añetegua hepyeteva rehegua conocimiento rupive, Ñandejára Jesús omaʼẽ hesekuéra haʼe hag̃ua hembiporavopyre, oñemoĩporãvéva opa ambue tetãygua ári ko yvy ape ári; ha Haʼe ojerovia hese kuéra ohechauka hag̃ua pe omombaʼeguasu chupe pe ohenóivaʼekue chupekuéra pytũmbýgui hechapyrãva tesape porãme. Umi jehovasa oñemeʼẽva pyʼaporã etereípe, oñembohasavaʼerã ambuekuérape. Pe marandu porã salvación rehegua ohovaʼerã opa tetãme, opa ñemoñareme, opa ñeʼẽme ha opa tavayguápe.”</w:t>
      </w:r>
    </w:p>
    <w:p>
      <w:pPr>
        <w:pStyle w:val="ArticleScripture"/>
        <w:jc w:val="left"/>
      </w:pPr>
      <w:r>
        <w:rPr>
          <w:rFonts w:ascii="Times New Roman" w:hAnsi="Times New Roman" w:eastAsia="Times New Roman" w:cs="Times New Roman"/>
        </w:rPr>
        <w:t>“Yma guare yma’ẽporã umi maranduhára yma guarépe, pe Ñandejára tekove mimbipáva ojehechauka oñohẽ hag̃ua tesape peteĩichagua poravopyre Iglésia ári umi ára pytũ ha jerovia’ỹme oiko mboyve Ijeyju mokõiha. Tekoporã Kuarahy ramo, Ha’e oikuaauka vaʼekue opuʼãtaha Iglésia ári, ‘pohãno reheve Ipepo guýpe.’ Malaquías 4:2. Ha opaite temimboʼe añeteguágui osẽ vaʼerã peteĩ pytyvõ rehegua mbarete omeʼẽva tekove, pyʼaguasu, pytyvõ, ha pohãno añetegua.”</w:t>
      </w:r>
    </w:p>
    <w:p>
      <w:pPr>
        <w:pStyle w:val="ArticleScripture"/>
        <w:jc w:val="left"/>
      </w:pPr>
      <w:r>
        <w:rPr>
          <w:rFonts w:ascii="Times New Roman" w:hAnsi="Times New Roman" w:eastAsia="Times New Roman" w:cs="Times New Roman"/>
        </w:rPr>
        <w:t>“Cristo oujúta oikóta ko yvy rembiasakue pe ára iñypytũvévape. Noé ha Lot ára ohechauka mba’éichapa oĩ ko yvyta yvypóra Ra’y ou mboyve. Ñandejára Ñe’ẽ, oma’ẽvo tenonderã ko tiémpore, he’i Satanás omba’apotaha opa pokatu reheve ha ‘opa marã reheve tekojoja’ỹ rembotavýpe.’ 2 Tesalonicenses 2:9, 10. Hembiapo ojehechauka porã pe pytũ pya’eterei okakuaávape, heta jejavýpe, herejíape ha tavyraípe ko’ã ára pahápe. Ndaha’éi Satanás añoite ogueraha hag̃ua ko múndo tembiguáiramo, ha’e avei omboape hína ita’anga vai umi tupao oñemombe’úvape ñande Ruvicha Jesucristo mba’éva. Pe apostasía guasu okakuaáta pytũ guasúpe pyharepyteicha. Ñandejára tavayguápe guarã, upéva ha’éta pyhare jehasa asy, pyhare jasy, pyhare jejopy hag̃ua añetegua rehehápe. Péro upe pytũ guive osẽta Ñandejára resape.” Profetas y Reyes,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Poteĩmbopa Su Réi hag̃ua hag̃ua hag̃ua hag̃ua hag̃ua hag̃uavo’ẽ}</dc:title>
  <dc:subject>Pe Mbohapy Jejeporu Maranduhápe: Ojeavri hag̃ua Pe Ta’ãngamýi Marandu Rehegua umi Ára Paha-rãme</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