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Kuatia Daniel rehegua - Papapy 97</w:t>
      </w:r>
    </w:p>
    <w:p>
      <w:pPr>
        <w:pStyle w:val="ArticleSubtitle"/>
        <w:jc w:val="left"/>
      </w:pPr>
      <w:r>
        <w:rPr>
          <w:rFonts w:ascii="Arial" w:hAnsi="Arial" w:eastAsia="Arial" w:cs="Arial"/>
        </w:rPr>
        <w:t>Pe Mbohapy Elías rehegua: Ojekuaaukávo Umi Dinámica Profética Babilonia Moderna Ñorairõme hag̃uéra hag̃ua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Pe aplicación triple Elías rehegua ohechauka umi elemento okápeguáva Elías ára pahápegua rehegua. Elías orepresenta peteĩ kuimbaʼe, ha avei peteĩ movimiento tavayguakuéra rehegua. Umi tavayguakuéra movimiento ojoajúva mensajero Elías ndive oñenohẽ pe condición ha experiencia ojehechaukávagui Laodicea rupive.</w:t>
      </w:r>
    </w:p>
    <w:p>
      <w:pPr>
        <w:pStyle w:val="ArticleScripture"/>
        <w:jc w:val="left"/>
      </w:pPr>
      <w:r>
        <w:rPr>
          <w:rFonts w:ascii="Times New Roman" w:hAnsi="Times New Roman" w:eastAsia="Times New Roman" w:cs="Times New Roman"/>
        </w:rPr>
        <w:t>Ha Elías ou opa tavayguakuérape ha he’i: Peve araka’e peikóta mokõi apytu’ũ mbytépe? Ñandejára ha’e ramo Tupã, tapehóke hapykuéri; ha Baal ramo, tapehóke hapykuéri. Ha tavayguakuéra nombohovái chupe peteĩ ñe’ẽnte jepe. Upéi Elías he’i tavayguakuérape: Che, che añoite, aheja gueteri Ñandejára marangatuhára ramo; ha Baal marangatuharakuéra ningo irundy sua po ary. 1 Reyes 18:21, 22.</w:t>
      </w:r>
    </w:p>
    <w:p>
      <w:pPr>
        <w:pStyle w:val="ArticleBody"/>
        <w:jc w:val="left"/>
      </w:pPr>
      <w:r>
        <w:rPr>
          <w:rFonts w:ascii="Times New Roman" w:hAnsi="Times New Roman" w:eastAsia="Times New Roman" w:cs="Times New Roman"/>
        </w:rPr>
        <w:t>Taha’ẽ peteĩha térã mbohapyha ánhel rembiapópe, umi ojoajúva upe mensahéro ndive upe ára-pe ojeipe’a vaʼekue térã pe tembiaságui ojehechaukáva Sardis iglésia rupive, térã Laodicea iglésia rupive. Mokõivéva iglésia ojehechauka Elías porandu rupive, mbaʼe pevepa umi tetãyguakuéra opytáta mokõi akãrapuʼã mbytépe. Umi mokõi akãrapuʼã opyta hag̃ua mbytépe ojehechauka Habacuc rembidebate rupive. Pe “debate” Habacuc kapítulo mokõihápe, haʼe peteĩ ñeʼẽjovake tape porã térã tape vai aporeko rehegua. Umi tavayguakuéra oikóva pe ára pe debate og̃uahẽ jave, tahaʼe historia Millerita-pe térã umi oĩva ára pahápe rembiasápe, ndohesakãi hag̃ua osẽ hag̃ua pe korapy rembeʼýgui, ha upéicha ramo jepe, ndohesakãi mbaʼe gotyo pe korapy rembeʼýgui oguejyvaʼerã hikuái. Upévare, noñembohovái peteĩ ñeʼẽme jepe.</w:t>
      </w:r>
    </w:p>
    <w:p>
      <w:pPr>
        <w:pStyle w:val="ArticleBody"/>
        <w:jc w:val="left"/>
      </w:pPr>
      <w:r>
        <w:rPr>
          <w:rFonts w:ascii="Times New Roman" w:hAnsi="Times New Roman" w:eastAsia="Times New Roman" w:cs="Times New Roman"/>
        </w:rPr>
        <w:t>Ñandejára omoĩ peteĩ prueba peteĩha ha mbohapyha ánhel rembiasakuepe ohechaukáva hag̃ua moõpa pe peteĩ lado pe ñe’ẽjovakuaápe, ojehechaukáva protestantismo apóstata metodología teológica rupive, térã Miller rembiapoukapykuéra metodología marandu profético ñemyesakãrã, oikehápe umi tembiapoukapy Future for America oguerohory vaʼekue, haʼeha pe añetegua marandu ama riregua. Monte Carmelo prueba, oñepyrũvaʼerã pe arakaʼeʼỹma ou hag̃uáicha léi domingo Estados Unidos-pe, oikotevẽ Ñandejára ohechauka hag̃ua mávapa imaranduhára representante, ojapo haguéicha Elías ndive ha umi Millerita rembiasakue 1844-pe. Oiko haguéicha Elías reheve, ha umi omañáva ramo jepe ndoipotái vaʼekue ojagarra peteĩ posición, pe metodología oñemopyendata kuri ha oñemopyendáta umi predicción pública oñekumpli rupi.</w:t>
      </w:r>
    </w:p>
    <w:p>
      <w:pPr>
        <w:pStyle w:val="ArticleScripture"/>
        <w:jc w:val="left"/>
      </w:pPr>
      <w:r>
        <w:rPr>
          <w:rFonts w:ascii="Times New Roman" w:hAnsi="Times New Roman" w:eastAsia="Times New Roman" w:cs="Times New Roman"/>
        </w:rPr>
        <w:t>“Daniel ha Juan mba’e’ẽporã he’íva tekotevẽ oñentende. Ha’ekuéra ojohesape’a ojuehe. Ome’ẽ yvórape añetegua opa tapicha oikuaava’erã. Ko’ã mba’e’ẽporã he’íva oĩ hag̃ua testígo ramo yvórape. Iñemboguata rupive ko’ã ára pahápe, ha’ekuéra voi oñemyesakãta.” Kress Collection, 105.</w:t>
      </w:r>
    </w:p>
    <w:p>
      <w:pPr>
        <w:pStyle w:val="ArticleBody"/>
        <w:jc w:val="left"/>
      </w:pPr>
      <w:r>
        <w:rPr>
          <w:rFonts w:ascii="Times New Roman" w:hAnsi="Times New Roman" w:eastAsia="Times New Roman" w:cs="Times New Roman"/>
        </w:rPr>
        <w:t>Oguejy ramo ha ohundi Elías ome'ẽmby, Tupã oikuaauka umi kirirĩháme oma'ẽva'ekuépe Elías ha'eha Ijopóiha; hákatu upe jave og̃uahẽma itarova Ahab, Jezabel ha iñaranduka gua'u maranduhára japupeg̃uarã. Péicha avei oiko va'ekue mboyve 22 jasypa 1844-pe, tembiasakue Millerita-pe, ha oikóta jey mboyve pe léi domingo pya'e oútava, upe ojehechaukáva 22 jasypa 1844 rupive. Ñambyasy hag̃uáicha, umi oha'arõva pe mba'e oiko peve odesidi hag̃ua, ijeheguiete odesidíma va'ekue pe porandu renda vai gotyo. Pe maranduhára Elías jeporavo oiko va'erã tenonderã iñorairõ mboyve Ahab, Jezabel ha iñaranduka gua'u maranduhára japu ndive. Oñemoneĩ rire tata rupive ohundi hag̃ua Elías ome'ẽmby, Elías ojuka umi maranduhára japu.</w:t>
      </w:r>
    </w:p>
    <w:p>
      <w:pPr>
        <w:pStyle w:val="ArticleBody"/>
        <w:jc w:val="left"/>
      </w:pPr>
      <w:r>
        <w:rPr>
          <w:rFonts w:ascii="Times New Roman" w:hAnsi="Times New Roman" w:eastAsia="Times New Roman" w:cs="Times New Roman"/>
        </w:rPr>
        <w:t>Maranduete japu ha’e pe potoĩha mboyve peẽva ñemombeʼupy Bíblico-pe, ha omohuʼã heko ruvicha guasu ramo pe sexto reino pe léi domingo oúta hag̃uápe koʼẽrõitéma, upépe Elías ojuka vaʼekue umi maranduhára japu. Upéi oñepyrũ pe ama ñehẽ tuichakue. Temimoĩmby Millerita rembiasakue-pe, pe mensahéro ha imarandu ojekuaa hag̃ua oñembojoavy hag̃ua umi ndive, umi contexto-pe oñepyrũva omoañete hag̃ua hembiaporã Protestantismo apóstata ramo (haʼéva pe maranduhára japu Elías testimonio-pe), ha peteĩ umi mbohapy pokatu ogueraháva yvy tuichakue Armagedón-pe. Tupã omoĩ porã vaʼekue ikatu hag̃uáicha, 22 jasypa 1844 rire, pe movimiento profético añetetéva pyahu ojekuaáva omohuʼã Hembiapo yvy ári; hákatu pe movimiento ojere Laodicea-pe ha sapyʼaitépe upéi opyta hag̃ua peteĩ “movimiento” ramo, oiko haguére peteĩ Iglesia oñemoneĩva léi rupive.</w:t>
      </w:r>
    </w:p>
    <w:p>
      <w:pPr>
        <w:pStyle w:val="ArticleBody"/>
        <w:jc w:val="left"/>
      </w:pPr>
      <w:r>
        <w:rPr>
          <w:rFonts w:ascii="Times New Roman" w:hAnsi="Times New Roman" w:eastAsia="Times New Roman" w:cs="Times New Roman"/>
        </w:rPr>
        <w:t>Ko'ã mba'e oĩva pe Elías peteĩha rehe ñane akãme, ko'ág̃a jahecháta pe mokõiha Elías rembikuaa maranduhára rehegua ikatu hag̃uáicha ñamombe'u ha ñamopyenda porã máva hína pe mbohapyha Elías umi ára pahápe guare. Jesús ohechauka Juan el Bautista ha'eha pe ombohováiva pe marandu porã paha Antiguo Testamento-pe guare.</w:t>
      </w:r>
    </w:p>
    <w:p>
      <w:pPr>
        <w:pStyle w:val="ArticleScripture"/>
        <w:jc w:val="left"/>
      </w:pPr>
      <w:r>
        <w:rPr>
          <w:rFonts w:ascii="Times New Roman" w:hAnsi="Times New Roman" w:eastAsia="Times New Roman" w:cs="Times New Roman"/>
        </w:rPr>
        <w:t>Péina, che mbouýtaha peẽme Elías maranduhára pe ára guasu ha kyhyje hag̃ua Ñandejára ou mboyve: haʼe omoambue jeýta túvakuéra pyʼa taʼýra ha tajýra kuérape gotyo, ha taʼýra ha tajýra kuéra pyʼa túvakuérape gotyo, ani hag̃ua aju ha ahundi yvy peteĩ jeahyró reheve. Malaquías 4:5, 6.</w:t>
      </w:r>
    </w:p>
    <w:p>
      <w:pPr>
        <w:pStyle w:val="ArticleBody"/>
        <w:jc w:val="left"/>
      </w:pPr>
      <w:r>
        <w:rPr>
          <w:rFonts w:ascii="Times New Roman" w:hAnsi="Times New Roman" w:eastAsia="Times New Roman" w:cs="Times New Roman"/>
        </w:rPr>
        <w:t>Jesús omoañetéramo jepe Juan ha’eha pe Elías ou vaʼerã, Juan ndogueroguatái porãmbaitépe opaite umi mbaʼe oĩva pe maranduʼypy rehegua Elías ou vaʼerãva rehe, pe mbohapyha ha pahaite Elías niko ou pe ára guasu ha kyhyjepyrã Ñandejára rehegua mboyve, ha upéva hína pe tiempo umi Siete Últimas Plagas rehegua, opahápe Cristo Jeju Mokõiha reheve. Juan, upéicharõ jepe, haʼékuri pe mokõiha Elías, ha hekopete he’ẽva, oñondive pe peteĩha Elías ndive, ohechauka ha omopyenda pe mbohapyha ha pahaite Elías.</w:t>
      </w:r>
    </w:p>
    <w:p>
      <w:pPr>
        <w:pStyle w:val="ArticleBody"/>
        <w:jc w:val="left"/>
      </w:pPr>
      <w:r>
        <w:rPr>
          <w:rFonts w:ascii="Times New Roman" w:hAnsi="Times New Roman" w:eastAsia="Times New Roman" w:cs="Times New Roman"/>
        </w:rPr>
        <w:t>Oĩ haguéicha Elías oñembohovái peteĩ representación mbohapy hendáicha Babilonia moderna pegua dragón, mymba ha proféta japu rehegua, upéicha avei Juan oñembohovái peteĩ mburuvicha guasu romanope (Herodes), peteĩ kuña ky’a’ỹme’ỹva rehe (Herodías) ha imembykuña rehe (Salomé). Monte Carmelo ohechauka hag̃ua 22 jasypa 1844, ha upéva katu orrepresenta pe léi domingo Estados Unidos-pe. Pe kriz léi domingo guápe pe joaju mbohapyvegua oñemoheñói.</w:t>
      </w:r>
    </w:p>
    <w:p>
      <w:pPr>
        <w:pStyle w:val="ArticleScripture"/>
        <w:jc w:val="left"/>
      </w:pPr>
      <w:r>
        <w:rPr>
          <w:rFonts w:ascii="Times New Roman" w:hAnsi="Times New Roman" w:eastAsia="Times New Roman" w:cs="Times New Roman"/>
        </w:rPr>
        <w:t>“Pe decreto omoĩva hag̃ua Papado remimoĩngue, Ñandejára léi rehe opu’ã hag̃uáicha, ñane retã ojepe’aitétaite tekojoja-gui. Protestantismo ojepyso vove ipo yvykuára mbytére ojapyhy hag̃ua po romano pokatu rehegua, ohupyty vove yvykua pypuku ári ojopói hag̃ua Espiritualismo ndive, ha, ko mbohapyete joaju pu’aka rupi, ñane retã omboykéta vove opaite iConstitución rembiapoukapy peteĩ gobierno protestante ha republicano ramo, ha ome’ẽta vove tape umi japu ha ñembotavy papal rehegua ñemyasãi hag̃ua, upérõ ikatúta jaikuaa og̃uahẽma hague pe ára Satanás rembiapo hechapyrãva hag̃ua ha pe paha hi’aguĩmaha.” Testimonios, volumen 5, 451.</w:t>
      </w:r>
    </w:p>
    <w:p>
      <w:pPr>
        <w:pStyle w:val="ArticleBody"/>
        <w:jc w:val="left"/>
      </w:pPr>
      <w:r>
        <w:rPr>
          <w:rFonts w:ascii="Times New Roman" w:hAnsi="Times New Roman" w:eastAsia="Times New Roman" w:cs="Times New Roman"/>
        </w:rPr>
        <w:t>Herodes rembiasakuepe, jajuhu ha’eha, Roma pagã rehegua representante ramo, avei “mburuvichakuéra pa” Roma pagãgua representante; ha upévare oñembojeguahína pe pa mburuvicha Apocalipsis diecisiete-pe oñeme’ẽva irreino kuñakarai vaipe peteĩ aravo aja. Herodes oñetipifika Acab rupive. Mokõivéva oĩva’ekue ñemendápe ndovaléiva. Acab, Israel guigua, ndojehejáiva’ekue omenda kuñataĩ ndaha’éiva israelita rehe; ha Herodes ogueraha va’ekue tyvýra rembireko omenda hag̃ua hese. Tiro ha Babilonia kuña reko vai rehegua oñembojehe’a yvy arigua mburuvichakuéra ndive oñerrepresenta Acab ha Herodes joaju ndovaléivape Jezabel ha Herodías ndive.</w:t>
      </w:r>
    </w:p>
    <w:p>
      <w:pPr>
        <w:pStyle w:val="ArticleBody"/>
        <w:jc w:val="left"/>
      </w:pPr>
      <w:r>
        <w:rPr>
          <w:rFonts w:ascii="Times New Roman" w:hAnsi="Times New Roman" w:eastAsia="Times New Roman" w:cs="Times New Roman"/>
        </w:rPr>
        <w:t>Pe ñorairõ Monte Carmelo-pe Acab ndive, ojehechauka Herodes aramboty arete ramo. Léi dominical jave, Estados Unidos opyta hag̃ua pe poteĩha mburuvicha guasu tetã Biblia maranduhápe, ha umi diez rréi oiko hag̃ua pe pokõiha mburuvicha guasu tetã. Ij-arambotýpe pe pokõiha mburuvicha guasu tetã ramo, Herodes, ka’ẽguýpe peteĩ karu guasúpe, omoneĩ ome’ẽ hag̃ua iñepyrũ hag̃ua pe mbyte peve iguýgui Salomépe, Herodías rajýpe. Umi diez rréi omoneĩ ome’ẽ hag̃ua irreino pe mymbávpe, ha upéicha ojapo, oñembotavy rupi proféta japu rupive (Estados Unidos), ha espirituálmente “oka’u”.</w:t>
      </w:r>
    </w:p>
    <w:p>
      <w:pPr>
        <w:pStyle w:val="ArticleBody"/>
        <w:jc w:val="left"/>
      </w:pPr>
      <w:r>
        <w:rPr>
          <w:rFonts w:ascii="Times New Roman" w:hAnsi="Times New Roman" w:eastAsia="Times New Roman" w:cs="Times New Roman"/>
        </w:rPr>
        <w:t>Karme lo yvyty ári umi maranduhára japu guáva ojeroky ára pukukue ñembotavyrã, ha Herodes aramboty aretepe Salomé, Herodías rajy, ojeroky mburuvicha guasu ka’ẽmbyre ombotavývo. Péicha ojapóvo, Herodías rajy ogueroguata Acab pokatu Juan el Bautista jejuka hag̃ua. Upe léi domingo Estados Unidos-pe, Estados Unidos ombotavýta opaite yvy ape ári oĩvape omoneĩ hag̃ua peteĩ ta’anga mymbaguasu rehegua yvy pukukue javeve, ha upéva peteĩ mburuvicharenda mbyte tupão rembiapo ha mbyte tetã rembiapo. Yvy ape ári oĩva ñembotavy Estados Unidos rupive, ha’éva maranduhára japu peteĩ joaju mbohapyve guigua, oñemombe’úma vaʼekue Jezabel maranduhára kuéra jerokýpe ha Jezabel rajy jerokýpe (Salomé), pórke Jezabel ha’e catolicismo ha protestantismo apostata ha’e imembykuña kuéra (Salomé-icha).</w:t>
      </w:r>
    </w:p>
    <w:p>
      <w:pPr>
        <w:pStyle w:val="ArticleBody"/>
        <w:jc w:val="left"/>
      </w:pPr>
      <w:r>
        <w:rPr>
          <w:rFonts w:ascii="Times New Roman" w:hAnsi="Times New Roman" w:eastAsia="Times New Roman" w:cs="Times New Roman"/>
        </w:rPr>
        <w:t>Ñem persegisión oñepyrũ upe pya’e oútava léi domingo rehegua ndive oguerekóva jejuka, ojehechaukaháicha pe mokõiha Elías akã oñekytĩ ha oñemoĩ ajaka ryepýpe pe papado-pe g̃uarã, ojehechaukáva Herodías rupive. Upe jave pe papado rehegua herida omanóva oñemongueraite, ha’e ndaha’éi véima oñeñembyesarái, ha pe ama paha oñeñohẽ ha’etéicha medida’ỹre, pe techaukaha umi cien cuarenta y cuatro mil rehegua oñemopu’ãvo. Upe jave pe Islam pe mbohapyha Aipo rehegua oinupã, ha oñepyrũ pe kuña guasu tekovai oguapýva heta y ári ñembojovake mbeguekatúpe. Iñembojovake oñemokõi jey.</w:t>
      </w:r>
    </w:p>
    <w:p>
      <w:pPr>
        <w:pStyle w:val="ArticleScripture"/>
        <w:jc w:val="left"/>
      </w:pPr>
      <w:r>
        <w:rPr>
          <w:rFonts w:ascii="Times New Roman" w:hAnsi="Times New Roman" w:eastAsia="Times New Roman" w:cs="Times New Roman"/>
        </w:rPr>
        <w:t>Ha ahendu ambue ñe'ẽ yvágagui, he'íva: Pesẽ chugui, che retãygua kuéra, ani hag̃ua peẽ peikévo iñangaipápe, ha ani hag̃ua pehupyty umi mba'asy vai oguerekóva. Pórke hembiapo angaipa oguahẽ yvága peve, ha Tupã imandu'a hembiapo vai rehe. Pembojey chupe upeichaite peẽme ojapo haguéicha, ha pemokõi jey chupe mokõive hembiapokuéra rehehápe: pe kópa ha'e omyenyhẽ haguepe, upépe pemyenyhẽ chupe mokõi jey. Apocalipsis 18:4–6.</w:t>
      </w:r>
    </w:p>
    <w:p>
      <w:pPr>
        <w:pStyle w:val="ArticleBody"/>
        <w:jc w:val="left"/>
      </w:pPr>
      <w:r>
        <w:rPr>
          <w:rFonts w:ascii="Times New Roman" w:hAnsi="Times New Roman" w:eastAsia="Times New Roman" w:cs="Times New Roman"/>
        </w:rPr>
        <w:t>Hi'ára oñembohetakue mokõi jey, ndoguerekóigui gueteri jehusga umi jejuka ojapova'ekue Edad Oscura aja, ary 538 guive 1798 peve. Poha sello-pe, umi papado ojukava'ekue ojehechauka simbólikamente altar guýpe, oporandu hag̃ua araka'épa Tupã ohusgáta pe kuña rekovai Romagua; ha oñemombe'u chupekuéra topytu'u hag̃ua umi ityvýpe peve oñemyenyhẽ meve ambue aty mokõiha mártirkuéragui, ojejuka va'erãva hendáichaite ojejuka haguéicha chupekuéra. Oguahẽvo hi'ára jehusga, upéva oñemboheta mokõi jey, peteĩgui ojuka rire mokõi jeýma Tupã retã jeroviapyrekópe.</w:t>
      </w:r>
    </w:p>
    <w:p>
      <w:pPr>
        <w:pStyle w:val="ArticleScripture"/>
        <w:jc w:val="left"/>
      </w:pPr>
      <w:r>
        <w:rPr>
          <w:rFonts w:ascii="Times New Roman" w:hAnsi="Times New Roman" w:eastAsia="Times New Roman" w:cs="Times New Roman"/>
        </w:rPr>
        <w:t>Haʼe oipeʼávo pe pohaha sello, ahecha altar guýpe umi anga ojejukavaʼekue Tupã ñeʼẽ rehehápe ha pe testimonio oguerekóva rehehápe: ha osapukái hikuái ñeʼẽ hatãme, heʼívo: Arakaʼe peve, che Ruvicha, marangatu ha añetegua, nerehusgái ha nerenohẽmoʼãi ore ruguy repykue umi yvy ape ári oikóva ári? Ha oñemeʼẽ peteĩ-teĩme ao morotĩ; ha ojeʼe chupekuéra topytuʼu gueteri sapyʼami, peve oñemyenyhẽ hag̃ua avei iñirũnguéra tembiguái ha ijoykeʼykuéra, ojejukátava avei haʼekuéraicha. Apocalipsis 6:9–11.</w:t>
      </w:r>
    </w:p>
    <w:p>
      <w:pPr>
        <w:pStyle w:val="ArticleBody"/>
        <w:jc w:val="left"/>
      </w:pPr>
      <w:r>
        <w:rPr>
          <w:rFonts w:ascii="Times New Roman" w:hAnsi="Times New Roman" w:eastAsia="Times New Roman" w:cs="Times New Roman"/>
        </w:rPr>
        <w:t>Hermana White omoĩ pe pasaje umi mártir pe quinto sello guýpe pe léi domingo-pe, upépe Tupã ohenói osẽ hag̃ua Babiloniágui ambue ijovecha aty, ha upéva hína Herodes aramboty arete, umi diez mburuvicha guasu oñemoĩ peteĩ ñe'ẽme ome'ẽ hag̃ua iñirũ reino porundyha pe reino poapyha pegua, ha upéva hína umi siete apytégui.</w:t>
      </w:r>
    </w:p>
    <w:p>
      <w:pPr>
        <w:pStyle w:val="ArticleScripture"/>
        <w:jc w:val="left"/>
      </w:pPr>
      <w:r>
        <w:rPr>
          <w:rFonts w:ascii="Times New Roman" w:hAnsi="Times New Roman" w:eastAsia="Times New Roman" w:cs="Times New Roman"/>
        </w:rPr>
        <w:t>“Ojepe’a rire pe pohaha sello, Juan, pe Revelador, peteĩ visión-pe ohecha pe altar guýpe umi aty ojejukáva’ekue Tupã Ñe’ẽ ha Jesucristo testimonio rehehápe. Upéi ou umi escena oñemombe’úva Apocalipsis capítulo 18-pe, upépe umi jerovia hag̃ua ha añeteguáva ohenóiva’ekue osẽ hag̃ua Babilonia-gui. [Apocalipsis 18:1–5, oñecita.]” Manuscript Releases, volúmen 20, 14.</w:t>
      </w:r>
    </w:p>
    <w:p>
      <w:pPr>
        <w:pStyle w:val="ArticleBody"/>
        <w:jc w:val="left"/>
      </w:pPr>
      <w:r>
        <w:rPr>
          <w:rFonts w:ascii="Times New Roman" w:hAnsi="Times New Roman" w:eastAsia="Times New Roman" w:cs="Times New Roman"/>
        </w:rPr>
        <w:t>Umi ohenóiva Babilóniagui oñemohendáva hína pe aty mokõiha umi mártir ojejukáva papado rupive, Herodías ojapo haguéicha pe Elías mokõiha rehe. Hermana White avei omoĩ pe poha sello pe sello paha jepe’ápe.</w:t>
      </w:r>
    </w:p>
    <w:p>
      <w:pPr>
        <w:pStyle w:val="ArticleScripture"/>
        <w:jc w:val="left"/>
      </w:pPr>
      <w:r>
        <w:rPr>
          <w:rFonts w:ascii="Times New Roman" w:hAnsi="Times New Roman" w:eastAsia="Times New Roman" w:cs="Times New Roman"/>
        </w:rPr>
        <w:t>“‘Ha’e oipe’árõ pe quinta sello, ahecha pe altar guýpe umi ánga umi ojejukáva Tupã Ñe’ẽ rehehápe, ha pe testimonio oguerekóva rehe: ha osapukái hikuái peteĩ ñe’ẽ hatãme, he’ívo: Mboy araka’e peve, Ñandejára, Marangatu ha Añetegua, nderejuzgái ha nerevengái ore ruguy umi yvy ári oikóva rehe? Ha oñeme’ẽ peteĩteĩme ao morotĩ [Oñemoĩ chupekuéra ipotĩ ha imarangatu hag̃uáicha]; ha oñeñe’ẽ chupekuéra hag̃ua opytu’u gueteri peteĩ sapy’ami, peve oñemyenyhẽ avei hembiguái irũnguéra ha ijoyke’y kuéra, ojejukátava avei hendáicha kuéra’ [Apocalipsis 6:9–11]. Ko’ápe oñepresenta Juan-pe umi escena ndaha’éiva peteĩ mba’e añetetépe oikóva upe jave, síno umi oikótava peteĩ ára mboyve tenondépe.”</w:t>
      </w:r>
    </w:p>
    <w:p>
      <w:pPr>
        <w:pStyle w:val="ArticleScripture"/>
        <w:jc w:val="left"/>
      </w:pPr>
      <w:r>
        <w:rPr>
          <w:rFonts w:ascii="Times New Roman" w:hAnsi="Times New Roman" w:eastAsia="Times New Roman" w:cs="Times New Roman"/>
        </w:rPr>
        <w:t>“Apocalipsis 8:1–4 oñecita.” Manuscript Releases, volumen 20, 197.</w:t>
      </w:r>
    </w:p>
    <w:p>
      <w:pPr>
        <w:pStyle w:val="ArticleBody"/>
        <w:jc w:val="left"/>
      </w:pPr>
      <w:r>
        <w:rPr>
          <w:rFonts w:ascii="Times New Roman" w:hAnsi="Times New Roman" w:eastAsia="Times New Roman" w:cs="Times New Roman"/>
        </w:rPr>
        <w:t>Umi ñe’ẽ ñembo’e umi ojeporukapíva’ekue papasía rupive Ary Pytũ aja oñemomandu’a “sello pokõiha” jepe’a jave, upéva ohechauka “sello pokõiha” ojepe’aha pe pya’etéma ou hag̃uáicha arapokõindy ley jave, upépe Ñandejára imandu’águi hembiapo vai rehe.</w:t>
      </w:r>
    </w:p>
    <w:p>
      <w:pPr>
        <w:pStyle w:val="ArticleScripture"/>
        <w:jc w:val="left"/>
      </w:pPr>
      <w:r>
        <w:rPr>
          <w:rFonts w:ascii="Times New Roman" w:hAnsi="Times New Roman" w:eastAsia="Times New Roman" w:cs="Times New Roman"/>
        </w:rPr>
        <w:t>Ha ahendu ambue ñe’ẽ yvágagui, heʼíva: Pesẽ chugui, che retãygua, ani hag̃ua peẽ peike hag̃ua hendive hembiapo vaípe, ha ani hag̃uáicha peẽ pehupyty umi mbaʼasy oguerekóva. Hembiapo vai niko og̃uahẽ peve yvágape, ha Tupã imanduʼa hembiapo vaikuére. Pembojevy chupe pe haʼe ojapo haguéicha peẽme, ha pemokõi hendive mokõive hembiapokuéra rire; pe kópa haʼe omyenyhẽ haguepe, pemyenyhẽ chupe mokõi jey. Apocalipsis 18:4–6.</w:t>
      </w:r>
    </w:p>
    <w:p>
      <w:pPr>
        <w:pStyle w:val="ArticleBody"/>
        <w:jc w:val="left"/>
      </w:pPr>
      <w:r>
        <w:rPr>
          <w:rFonts w:ascii="Times New Roman" w:hAnsi="Times New Roman" w:eastAsia="Times New Roman" w:cs="Times New Roman"/>
        </w:rPr>
        <w:t>Pe peteĩha Elías otestifika pe joavy guasu rehe oikóva umi cien cuarenta y cuatro mil ha pe mbohapy joaju apytépe, pe ogueraháva ko yvy tuichakue Armagedón-pe umi ára pahápe. Pe mokõiha Elías (Juan el Bautista) ombojey ha ombotuichave pe testimonio pe peteĩha Elías rehegua, ha oñondive (línea ári línea), ohechauka ha omopyenda pe característica profética pe mbohapyha ha pahaite Elías rehegua. Pe mbohapyha Elías ojehechauka peteĩ Elías ñepyrũrãme (Miller), ha peteĩ Elías pahaitepe, pórke pe movimiento pe peteĩha ánhel rehegua oñembojey pe movimiento pe mbohapyha ánhel reheguápe.</w:t>
      </w:r>
    </w:p>
    <w:p>
      <w:pPr>
        <w:pStyle w:val="ArticleScripture"/>
        <w:jc w:val="left"/>
      </w:pPr>
      <w:r>
        <w:rPr>
          <w:rFonts w:ascii="Times New Roman" w:hAnsi="Times New Roman" w:eastAsia="Times New Roman" w:cs="Times New Roman"/>
        </w:rPr>
        <w:t>“Tupã ome’ẽ Apocalipsis 14 pegua marandu-kuérape hendaguã profesía ryepýpe, ha hembiapo ndopytamo’ãi opa peve ko yvy rembiasakue. Peteĩha ha mokõiha ánhel marandu gueteri hína añetegua ko árape g̃uarã, ha ohova’erã peteĩcha ko marandu oúvandi upe rire.” The 1888 Materials, 803, 804.</w:t>
      </w:r>
    </w:p>
    <w:p>
      <w:pPr>
        <w:pStyle w:val="ArticleBody"/>
        <w:jc w:val="left"/>
      </w:pPr>
      <w:r>
        <w:rPr>
          <w:rFonts w:ascii="Times New Roman" w:hAnsi="Times New Roman" w:eastAsia="Times New Roman" w:cs="Times New Roman"/>
        </w:rPr>
        <w:t>Pe tercer Elías oguereko Alpha ha Omega rembiete, pórke ohechauka peteĩ Elías ñepyrũgua ha paha. Mokõivéva, pe peteĩha ha pe pahaguáicha Elías, ohechauka peteĩ movimiento, taha’e pe peteĩha térã pe mbohapyha ánhel Apocalipsis catorcepegua.</w:t>
      </w:r>
    </w:p>
    <w:p>
      <w:pPr>
        <w:pStyle w:val="ArticleScripture"/>
        <w:jc w:val="left"/>
      </w:pPr>
      <w:r>
        <w:rPr>
          <w:rFonts w:ascii="Times New Roman" w:hAnsi="Times New Roman" w:eastAsia="Times New Roman" w:cs="Times New Roman"/>
        </w:rPr>
        <w:t>“Juan el Bautista rembiapo, ha umi rembiapo umi ipahápe ára osẽva Elías espíritu ha ipokatu hag̃uáicha omombáy hag̃ua tavayguakuérape iñembyai hag̃uágui, heta mbaʼépe peteĩchagua. Hembiapo haʼe peteĩ techaukaha pe tembiapo oñemboguata vaʼerã ko árape. Cristo ou vaʼerã mokõihápe ohusga hag̃ua ko yvy tekojojápe. Tupã maranduhára ogueraháva pe marandu paha ñemboguata rehegua oñemeʼẽ vaʼerã ko yvy tuichakue javeve, ombosakoʼi vaʼerã tape Cristo jeju mokõihápe guarã, Juan ombosakoʼihaguéicha tape ijeju peteĩha guarã. Ko tembiapo ñembosakoʼípe, ‘opa yvyuguy oñemopuʼãta, ha opa yvyty ha cerro oñemboguejýta; ha umi ikarẽva oñembosakoʼíta hag̃ua recto, ha umi tape hasýva oñemoĩta sỹi hag̃uáicha’; tembiasakue hiʼári ojerejey vaʼerã, ha jey peteĩve ‘Ñandejára mimbipa ojekuaaukáta, ha opa soʼo ohecháta oñondive; Ñandejára juru niko heʼi upéicha.’” Southern Watchman, 21 de marzo de 1905.</w:t>
      </w:r>
    </w:p>
    <w:p>
      <w:pPr>
        <w:pStyle w:val="ArticleBody"/>
        <w:jc w:val="left"/>
      </w:pPr>
      <w:r>
        <w:rPr>
          <w:rFonts w:ascii="Times New Roman" w:hAnsi="Times New Roman" w:eastAsia="Times New Roman" w:cs="Times New Roman"/>
        </w:rPr>
        <w:t>Elías jeporu mbohapyve ohechauka Elías ñorairõha pe ñemongu’e ojejoajúva Elías reheve ha Babilonia Moderna joaju mbohapyve ndive. Kóva oĩ mbarete hag̃uáicha ojoajúva pe marandu rerahaha ombosako’íva tape Ñe’ẽmondo Ñe’ẽme’ẽgua Rerahahápe g̃uarã jeporu mbohapyve rehe, péro upe línea ohechauka pe ñemongu’e ha pe marandu rerahaha ryepýpegua dinamika. Mokõivéva jeporu mbohapyvépe pe marandu rerahaha ha pe ñemongu’e ñemohu’ãha ha ipahaguéva ñehundipa oñetehápe ojehechauka Alfa ha Omega rupive, ohechaukáva peteĩ ñepyrũmegua ñehundipa ha peteĩ pahaitegua ñehundipa.</w:t>
      </w:r>
    </w:p>
    <w:p>
      <w:pPr>
        <w:pStyle w:val="ArticleBody"/>
        <w:jc w:val="left"/>
      </w:pPr>
      <w:r>
        <w:rPr>
          <w:rFonts w:ascii="Times New Roman" w:hAnsi="Times New Roman" w:eastAsia="Times New Roman" w:cs="Times New Roman"/>
        </w:rPr>
        <w:t>Pe mbohapyha ha pahaguéva Elías ohechauka pe tercer ánhel rembiapo, ha upéva hína pe cien cuarenta y cuatro mil rembiapo, ojehupítava peteĩ techaukaha ramo ohenói hag̃ua pe aty guasúpe osẽ hag̃ua Babiloniágui, og̃uahẽvo pe aravo pe yvyryrýi guasu Apocalipsis once-pe oñeñeʼẽva. Upe aravo mboyve, pe mensahéro ha pe rembiapo ojekuaaukáta ojoavy hag̃uáicha pe rembiapo japúva rehe, opresentáva peteĩ mensaje japúva pe ama paha rehegua pyʼaguapy ha tekorosã rehe.</w:t>
      </w:r>
    </w:p>
    <w:p>
      <w:pPr>
        <w:pStyle w:val="ArticleBody"/>
        <w:jc w:val="left"/>
      </w:pPr>
      <w:r>
        <w:rPr>
          <w:rFonts w:ascii="Times New Roman" w:hAnsi="Times New Roman" w:eastAsia="Times New Roman" w:cs="Times New Roman"/>
        </w:rPr>
        <w:t>Pe añetegua ha pe japu marandu, avei pe marandu rerahaha añetegua ha pe japu rehegua joavypykuéra ojekuaava’erã pe marandu oñekumplígui. Ko’ã artículo oñepyrũkuri julio pahápe ary 2023-pe, ha mombyry guive jepe pe jejuka guasu 7 de octubre mboyve, umi artículo ohechauka va’ekue pe añetegua ama pahagua marandu ohechauka hag̃ua Islam pe mbohapyha Aipo rehegua, ha pe marandu oñepyrũ hague 11 de septiembre de 2001-pe. Umi artículo ohechauka avei, umi tetãnguéra pochy oñepyrũ va’ekue upe jave inspiración he’iháicha, ha’eha kuña imemby hag̃uáicha; upévare pe pochy ha umi mba’e’asy oguerúva yvy ape ári oseguíta okakuaa ha oñembohetave pe gracia rembe’y ñemboty peve.</w:t>
      </w:r>
    </w:p>
    <w:p>
      <w:pPr>
        <w:pStyle w:val="ArticleBody"/>
        <w:jc w:val="left"/>
      </w:pPr>
      <w:r>
        <w:rPr>
          <w:rFonts w:ascii="Times New Roman" w:hAnsi="Times New Roman" w:eastAsia="Times New Roman" w:cs="Times New Roman"/>
        </w:rPr>
        <w:t>Ñambosarekóta ko ñehesa’ỹijo ñande artíkulo oúvape.</w:t>
      </w:r>
    </w:p>
    <w:p>
      <w:pPr>
        <w:pStyle w:val="ArticleScripture"/>
        <w:jc w:val="left"/>
      </w:pPr>
      <w:r>
        <w:rPr>
          <w:rFonts w:ascii="Times New Roman" w:hAnsi="Times New Roman" w:eastAsia="Times New Roman" w:cs="Times New Roman"/>
        </w:rPr>
        <w:t>“¡Máva Tupã retãyguakuéra oikuaa hag̃ua pe ñehundipa guasu hi’aguĩmava miles táva rehegua, ko’ág̃a haimete ojejapahápe ta’ãnga ñemomba’e! Ha heta umi oikova’erãva omomarandúva pe añetegua, oikove hag̃ua, oñe’ẽ vai ha ombojovake hína ipehẽnguekuérape. Oúramo Tupã pokatu omoambuéva akãme, oikóta peteĩ ñemoambue hesakã porãva. Umi kuimba’e ndoguerekovéimo’ãi py’a oikotevẽva oikuaa hag̃ua ivaíva ha ohundi hag̃ua. Noñemoĩmo’ãi peteĩ tenda ombotovévape pe tesape overa hag̃ua ko yvy ári. Iñe’ẽ vai, imbojovake, opaíta. Pe enemigo pokatukuéra oñembyatýma ñorairõrã. Ñorairõ mbarete oĩ ñane renondépe. Peñemboja ojoajúvo, che ryvy ha che reindykuéra, peñemboja ojoajúvo. Peñembojoaju Cristo rehe. ‘Ani peje peẽ, A confederacy,... ani pekyhyje ha’ekuéra kyhyjégui, ni pende py’atarovái. Pemomarangatu Ñandejára de los ejércitos-pe voi; ha toiko ha’e pende kyhyje, ha toiko ha’e pende py’amoĩ. Ha ha’e oikóta peteĩ santuario-rã; ha katu peteĩ ita ñepysangáramo, ha peteĩ ita guasu omoñepysangávamo mokõive Israel róga hag̃ua, peteĩ ñuhãrã ha peteĩ ñuhã ñemi hag̃ua Jerusalén-pe oikóva kuérape. Ha heta ijapyteguágui opysangáta, ho’áta, oñembyai ha oñeñuhãta, ha ojegueraháta.’”</w:t>
      </w:r>
    </w:p>
    <w:p>
      <w:pPr>
        <w:pStyle w:val="ArticleScripture"/>
        <w:jc w:val="left"/>
      </w:pPr>
      <w:r>
        <w:rPr>
          <w:rFonts w:ascii="Times New Roman" w:hAnsi="Times New Roman" w:eastAsia="Times New Roman" w:cs="Times New Roman"/>
        </w:rPr>
        <w:t>“Yvy ha’e peteĩ teatro. Umi actor, ha’éva umi oikóva pype, oñembosako’i hína omba’apo hag̃ua hikuái ipárte pe drama guasu paha peguápe. Ñandejára ojehecha’ỹramo guáicha oiko. Hetaiterei yvypórape ndaipóri joaju, ndaha’éiramo kuimba’e kuéra oñemoirũ oñondive ogueroguata hag̃ua umi hembipota ijeheguigua. Ñandejára omaña hína. Iñemoarandu ha hembipota umi iñakãhatãva rehegua oñembotýta katuete. Ko yvy ndojehejáiriva’ekue yvypóra pópe, jepe Ñandejára oheja hína sapy’ami hag̃ua umi mba’e ombo’apu’a ñembyaty’ỹ ha tekove jejavy oisãmbyhy. Peteĩ pokatu yvýgui yvýry omba’apo hína ogueru hag̃ua pe drama pegua escena guasu paha kuéra,—Satanás ou hag̃ua Cristo ramo, ha omba’apo opaichagua tekojoja’ỹ mbotavypy reheve umi oñeñapytĩva hína oñondive sociedad secreta-kuérape. Umi ojehejava hína pe joaju rehegua mbarete vai poguýpe omboguata hína enemigo rembiaporã. Pe káusa rapykuéri oúta pe efecto.”</w:t>
      </w:r>
    </w:p>
    <w:p>
      <w:pPr>
        <w:pStyle w:val="ArticleScripture"/>
        <w:jc w:val="left"/>
      </w:pPr>
      <w:r>
        <w:rPr>
          <w:rFonts w:ascii="Times New Roman" w:hAnsi="Times New Roman" w:eastAsia="Times New Roman" w:cs="Times New Roman"/>
        </w:rPr>
        <w:t>“Jejavy hasýma og̃uahẽma hiʼapỹirãite. Ñemondýi ha jepyʼapy omyenyhẽ ko yvy ape ári, ha peteĩ kyhyje tuichaite oúva pyaʼe yvypórape ári. Ipaha hiʼag̃uieterei. Ñande, jaikuaáva pe añetegua, ñasẽvaʼerã ñañembosakoʼívo upe mbaʼerã rehe oúva pyaʼe ko yvy ape ári peteĩ ñesorpréndeva guasuicha.” Review and Herald, 10 de septiembre de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Kuatia Daniel rehegua - Papapy 97</dc:title>
  <dc:subject>Pe Mbohapy Elías rehegua: Ojekuaaukávo Umi Dinámica Profética Babilonia Moderna Ñorairõme hag̃uéra hag̃ua</dc:subject>
  <dc:creator>Jeff Pippenger</dc:creator>
  <cp:keywords/>
  <dc:description>Generated by ArticleDigger from daniel\97_daniel.json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