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Kuatiañe’ẽ Daniel rehegua - Papapy mokõiha porundyha poapy hag̃ua hag̃ua’ẽ hag̃ua</w:t>
      </w:r>
    </w:p>
    <w:p>
      <w:pPr>
        <w:pStyle w:val="ArticleSubtitle"/>
        <w:jc w:val="left"/>
      </w:pPr>
      <w:r>
        <w:rPr>
          <w:rFonts w:ascii="Arial" w:hAnsi="Arial" w:eastAsia="Arial" w:cs="Arial"/>
        </w:rPr>
        <w:t>Mbohapy jeporu Elías rehegua ha ára pahápe pe juicio: ñantende hag̃ua umi fase investigativa ha ejecutiva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Elías rembiporu mbohapy jey ohechauka porãha umi ára pahápe oĩtaha peteĩ Elías umi ára paha ñepyrũme ha avei umi ára paha opa hag̃uáme. “Ára paha” ha’e umi ára huísio rehegua, peteĩ huísio ohóva tenonderãme ha oñemboja’óva mokõi clase huísiope. Pe huísio investigativo oñepyrũva umi ára paha ñepyrũme, ha pe huísio ejecutivo oikóva umi ára paha opa hag̃uáme. Elías rembiporu mbohapy jey tenonderãite orrepresenta pe tembiasakue huísio ejecutivo rehegua, oñepyrũva pe léi dominical oguahẽmbotaitévape.</w:t>
      </w:r>
    </w:p>
    <w:p>
      <w:pPr>
        <w:pStyle w:val="ArticleBody"/>
        <w:jc w:val="left"/>
      </w:pPr>
      <w:r>
        <w:rPr>
          <w:rFonts w:ascii="Times New Roman" w:hAnsi="Times New Roman" w:eastAsia="Times New Roman" w:cs="Times New Roman"/>
        </w:rPr>
        <w:t>Pe huísio investigativo ojejoko umi tapicha ojehechaukávape añoite ha’eha Tupã rapykuéri, tenonderãite peteĩ ñe’ẽrã hechapyrã rupive, ha avei sa’ive jey peteĩ jeikove reko rupive he’íva indirectamente upe mba’e.</w:t>
      </w:r>
    </w:p>
    <w:p>
      <w:pPr>
        <w:pStyle w:val="ArticleScripture"/>
        <w:jc w:val="left"/>
      </w:pPr>
      <w:r>
        <w:rPr>
          <w:rFonts w:ascii="Times New Roman" w:hAnsi="Times New Roman" w:eastAsia="Times New Roman" w:cs="Times New Roman"/>
        </w:rPr>
        <w:t>(Ndaha’éi rupi pe léi ohendúvante hína hekojojáva Tupã renondépe, síno umi ojapóva pe léi oñemombojoja-ta. Ndaikatúigui umi tetã ambuegua, ndorekóiva pe léi, ojejapóramo hekópe voi umi mba’e pe léi oguerekóva, ko’ãva, ndorekóiramo jepe pe léi, ijeheguiete hikuái peteĩ léi: umíva ohechauka pe tembiapo pe léi rehegua ojehaíva ipy’apýpe, ha ikonsiénsia avei omboajeporã upéva, ha iñemoĩrũkuéra upe aja ombojovake térã odefende ojupe.) Romanos 2:13–15.</w:t>
      </w:r>
    </w:p>
    <w:p>
      <w:pPr>
        <w:pStyle w:val="ArticleBody"/>
        <w:jc w:val="left"/>
      </w:pPr>
      <w:r>
        <w:rPr>
          <w:rFonts w:ascii="Times New Roman" w:hAnsi="Times New Roman" w:eastAsia="Times New Roman" w:cs="Times New Roman"/>
        </w:rPr>
        <w:t>Pe huísio investigativo oguereko mokõi división principal, pórke oñepyrũkuri oinvestiga hag̃ua umi omanómava rekove (Adán ára guive ko’ág̃a peve), umi he’ívaekue ojeroviaha pe Tupã añeteguáre, ha 11 jasyporundy 2001-pe oñepyrũ pe proceso pe huísio investigativo “umi oikovéva rehegua”. Pe huísio investigativo oguereko ambue división avei, omanómavagui oikovévape yvateve, pórke pe huísio oñepyrũ Tupã róga rehe, ha umi ára pahápe Tupã róga ha’e Adventismo Laodicéagua. Oñemohu’ã vove pe huísio Tupã róga rehegua pe arapokõindy léi og̃uahẽmbotaitévape, upéi Tupã ambue ovecha aty, upérõ oĩva Babilóniape, oñehusga.</w:t>
      </w:r>
    </w:p>
    <w:p>
      <w:pPr>
        <w:pStyle w:val="ArticleBody"/>
        <w:jc w:val="left"/>
      </w:pPr>
      <w:r>
        <w:rPr>
          <w:rFonts w:ascii="Times New Roman" w:hAnsi="Times New Roman" w:eastAsia="Times New Roman" w:cs="Times New Roman"/>
        </w:rPr>
        <w:t>Pe huísio ejecutívo ha’e Tupã castígo umi omboykéva’ekue Ikuave’ẽ salvación rehegua. Pe huísio ejecutívo oñepyrũta pe léi domingo og̃uahẽmbotávo vove. Upérõ Estados Unidos omyenyhẽmbátama ikápa pochy rehegua, ha’éva avei ikápa iprobeación aravo rehegua, ha pe apostasía nacional oúta hapykuéri pe ruína nacional. Opa tetã ko yvy ape ári osegíta Estados Unidos ehémplo ombohováivo peteĩ léi domingo, ha peteĩteĩ umi tetãgui upérõ omyenyhẽmbáta avei ikápa kuéra ha ohasa avei pe ruína nacional.</w:t>
      </w:r>
    </w:p>
    <w:p>
      <w:pPr>
        <w:pStyle w:val="ArticleScripture"/>
        <w:jc w:val="left"/>
      </w:pPr>
      <w:r>
        <w:rPr>
          <w:rFonts w:ascii="Times New Roman" w:hAnsi="Times New Roman" w:eastAsia="Times New Roman" w:cs="Times New Roman"/>
        </w:rPr>
        <w:t>“Amérika, tekosã jerovia sãso rehegua, ojoajúta vove Papado ndive ojejopy hag̃ua tekopyapy ha oñemokyre’ỹ hag̃ua yvypórape omomba’e hag̃ua pe sábado japu, opa tetãygua ko yvy ape ári oñembotýta osegi hag̃ua hembiecharã.” Testimonies, volumen 6, 18.</w:t>
      </w:r>
    </w:p>
    <w:p>
      <w:pPr>
        <w:pStyle w:val="ArticleBody"/>
        <w:jc w:val="left"/>
      </w:pPr>
      <w:r>
        <w:rPr>
          <w:rFonts w:ascii="Times New Roman" w:hAnsi="Times New Roman" w:eastAsia="Times New Roman" w:cs="Times New Roman"/>
        </w:rPr>
        <w:t>Pe huísio ejecutivo avei oñemboja’o mokõi hendápe. Umi léi domingo Estados Unidos-pe guive pe ára oñembotýva pe prueba humana Michael opuʼã meve, Tupã juicio-kuéra oĩ ñeporiahuvereko reheve oñembojeheʼa hag̃uáicha; ha katu Michael opuʼã vove, Tupã pochy, oñerrepresentáva umi siete últimas plagas oñehẽvo, ndoguerekói ñeporiahuvereko. Pe tiempo oikóva pe krísis léi domingo rehegua aja, umi juicio ejecutivo oguahẽva yvypóra ha tetãnguéra ári oñembojeheʼáta ñeporiahuverekóre; oĩta gueteri rupi algunos Babilonia-pe upérõ oñemeʼẽva chupekuéra oportunidad oikũmby hag̃ua pe joavy oĩva pe adoración sábado rehegua ha domingo rehegua apytépe.</w:t>
      </w:r>
    </w:p>
    <w:p>
      <w:pPr>
        <w:pStyle w:val="ArticleScripture"/>
        <w:jc w:val="left"/>
      </w:pPr>
      <w:r>
        <w:rPr>
          <w:rFonts w:ascii="Times New Roman" w:hAnsi="Times New Roman" w:eastAsia="Times New Roman" w:cs="Times New Roman"/>
        </w:rPr>
        <w:t>“¡Aikuaánga pe tavayguakuéra hi’ára jehechakuaaha rehegua! Heta oĩ gueteri ndoikuaáiva pe añetegua ojehechaukáva ko árape. Heta oĩ umi ndive Tupã Espíritu oñeha’ãva gueteri. Pe ára oguahẽhápe Tupã juicio ñehundíva ha’e pe ára poriahuvereko rehegua umi ndoguerekóivape guare pa’ũ oikuaa hag̃ua mba’épa pe añetegua. Mborayhu porãme Ñandejára oma’ẽta hesekuéra. Iporiahuvereko renda oñembyasy; ipo gueteri ojepyso osalva hag̃ua, okẽ oñembotýramo jepe umi ndoikese va’ekuépe g̃uarã.”</w:t>
      </w:r>
    </w:p>
    <w:p>
      <w:pPr>
        <w:pStyle w:val="ArticleScripture"/>
        <w:jc w:val="left"/>
      </w:pPr>
      <w:r>
        <w:rPr>
          <w:rFonts w:ascii="Times New Roman" w:hAnsi="Times New Roman" w:eastAsia="Times New Roman" w:cs="Times New Roman"/>
        </w:rPr>
        <w:t>“Ñandejára poriahuvereko ojehechauka Ijarekokatu puku rupive. Ha’e ojoko hína Ijapoukapykuéra, oha’arõvo pe marandu ñe’ẽmondo oñehenduka hag̃ua opavavépe. ¡Ajépa, ñande tavayguakuéra oñandu hag̃uáicha hekopete pe tembiapo pohýi oĩva hi’ári kuéra ome’ẽ hag̃ua ko yvy ape ári pe ipahaguéva marandu poriahuvereko rehegua, mba’eichaitépa tembiapo hechapyrãva ojejapóta!” Testimonios, tomo 9, 97.</w:t>
      </w:r>
    </w:p>
    <w:p>
      <w:pPr>
        <w:pStyle w:val="ArticleBody"/>
        <w:jc w:val="left"/>
      </w:pPr>
      <w:r>
        <w:rPr>
          <w:rFonts w:ascii="Times New Roman" w:hAnsi="Times New Roman" w:eastAsia="Times New Roman" w:cs="Times New Roman"/>
        </w:rPr>
        <w:t>“pe tiémpo Ñandejára juicio-kuéra ohundíva rehegua ha’e pe tiémpo poriahuvereko rehegua umi ndoguerekóivape g̃uarã pa’ũ oikuaa hag̃ua mba’épa añetegua.” Umi mokõi “tiémpo” oñepyrũ oñondive jave “pe okẽ oñemboty” Laodicea-pegua Adventista-kuéra ári “ndoikesevéimava’ekue.”</w:t>
      </w:r>
    </w:p>
    <w:p>
      <w:pPr>
        <w:pStyle w:val="ArticleScripture"/>
        <w:jc w:val="left"/>
      </w:pPr>
      <w:r>
        <w:rPr>
          <w:rFonts w:ascii="Times New Roman" w:hAnsi="Times New Roman" w:eastAsia="Times New Roman" w:cs="Times New Roman"/>
        </w:rPr>
        <w:t>“Ahecha pe sábado marangatu ha’eha, ha ha’etaha avei, pe murálla omboja’óva Israel añeteguáva Tupã rehegua ha umi ndogueroviáivape; ha pe sábado ha’e pe porandu tuichavéva ombojoajúva hag̃ua Tupã rembiguái marangatu oharõvape ikorasõ. Ha oĩramo peteĩ ogueroviáva, ha oñangarekóva sábado rehe, ha ohupytýva pe jehovasa oúva hendive, ha upéi ohejáramo, ha ombyai pe tembiapoukapy marangatu, ha’e voi ombotýta ijehegui pe Táva Marangatu rokẽ, añetehápe oĩháicha peteĩ Tupã oguerekóva mburuvicha yvágape yvate. Ahecha Tupã oguerekoha ta’ýra, ndohecháiva ha noñangarekóiva sábado rehe. Ndahejái kuri hikuái pe tesape hesegua. Ha pe ñepyrũrãme pe ára jehasa asýpe, ore roñemyenyhẽ Espíritu Santo-gui roho jave romoherakuãve hag̃ua pe sábado hekópe porãve. Kóva ombopochy pe iglésia ha umi adventísta réra añónte rehegua, ndaikatúigui ombotovévo pe añetegua sábado rehegua. Ha upe jave, Tupã oiporavóva, opavave ohecha hesakã porã ore rogueroha pe añetegua, ha osẽ hikuái ha ogueropu’aka pe jejopy vai ore ndive.” A Word to the Little Flock, 18, 19.</w:t>
      </w:r>
    </w:p>
    <w:p>
      <w:pPr>
        <w:pStyle w:val="ArticleBody"/>
        <w:jc w:val="left"/>
      </w:pPr>
      <w:r>
        <w:rPr>
          <w:rFonts w:ascii="Times New Roman" w:hAnsi="Times New Roman" w:eastAsia="Times New Roman" w:cs="Times New Roman"/>
        </w:rPr>
        <w:t>Pe okẽ oñemboty pe arapokõindy rehegua léi og̃uahẽmbotavévo, upéicha rupi pe aravo omotenondéva pe arapokõindy rehegua léi ha’e Ñandejára tavayguakuéra “jehechapyre” “ára”.</w:t>
      </w:r>
    </w:p>
    <w:p>
      <w:pPr>
        <w:pStyle w:val="ArticleScripture"/>
        <w:jc w:val="left"/>
      </w:pPr>
      <w:r>
        <w:rPr>
          <w:rFonts w:ascii="Times New Roman" w:hAnsi="Times New Roman" w:eastAsia="Times New Roman" w:cs="Times New Roman"/>
        </w:rPr>
        <w:t>Mba'éicha piko peje: Ore roikuaa arandúpe, ha Ñandejára léi oĩ orendive? Péina, añetete ningo rei ojapo vaʼekue ichupe; rei ningo umi kuatiahaihára plúma. Umi arandu oñemotĩ, ojepyʼapy ha oñemoĩ jejopypýpe: péina, haʼekuéra omboyke Ñandejára ñeʼẽ; ha mbaʼe arandu piko oĩ hesekuéra? Upévare ameʼẽta iñasokuérape ambuévape, ha hemitỹnguérape umi ohupytýtavape; opaite, michĩvévagui tuichavéva peve, oñemeʼẽ mbaʼepota vaipe, maranduháragui paʼí peve opavave ojapo japu. Haʼekuéra omongueraive che retãyguakuéra rajy rasykangy mbeguekatu, heʼívo: Pyʼaguapy, pyʼaguapy; ha pyʼaguapy ndaipóri. ¿Oñemotĩ piko ojapo rire mbaʼe jeguarúva? Nahániri, ni michĩmi noñemotĩri, ni ikatúi hova pytã: upévare hoʼáta umi hoʼávandi; ára oñevisita jave chupekuéra, oñemombo yvýpe, heʼi Ñandejára. Jeremías 8:8–12.</w:t>
      </w:r>
    </w:p>
    <w:p>
      <w:pPr>
        <w:pStyle w:val="ArticleBody"/>
        <w:jc w:val="left"/>
      </w:pPr>
      <w:r>
        <w:rPr>
          <w:rFonts w:ascii="Times New Roman" w:hAnsi="Times New Roman" w:eastAsia="Times New Roman" w:cs="Times New Roman"/>
        </w:rPr>
        <w:t>Ymaite Israel yma guare, upéicha avei Israel ko’ág̃agua rehe, mokõivéva oñehundi, ndoikuaáigui hikuái itiémpo jepe oñevisita hague chupekuéra. Ñandejára jehechajey itiémpo Adventísmo laodicense-pe oñepyrũ vaʼekue 11 de septiembre de 2001-pe, ha oñemohuʼãta pyaʼeite og̃uahẽtava léi domingo-pe.</w:t>
      </w:r>
    </w:p>
    <w:p>
      <w:pPr>
        <w:pStyle w:val="ArticleScripture"/>
        <w:jc w:val="left"/>
      </w:pPr>
      <w:r>
        <w:rPr>
          <w:rFonts w:ascii="Times New Roman" w:hAnsi="Times New Roman" w:eastAsia="Times New Roman" w:cs="Times New Roman"/>
        </w:rPr>
        <w:t>Ha og̃uahẽmbotávo, oma’ẽ táva rehe ha hasẽ hese, heʼívo: Reikuaárire, nde voi, ko ne ára-pe jepe, umi mbaʼe ne pyʼaguapýpe g̃uarã! Ha koʼág̃a katu okañy nde resa-gui. Mbaʼérehe, og̃uahẽta ndéve ára, ne enemigo-kuéra omoĩ hag̃ua nde jerére peteĩ yvytyʼi ñorairõrã, nde jerére ojeréta ha ndejoko hag̃ua opa hendáicha; ha ndeity hag̃ua yvýpe, ha ne membykuéra nde pype; ha ndohejamoʼãi pende pype peteĩ ita ári ambue ita; ndereikuaái haguére nde jehechaukaha ára. Lucas 19:41–44.</w:t>
      </w:r>
    </w:p>
    <w:p>
      <w:pPr>
        <w:pStyle w:val="ArticleBody"/>
        <w:jc w:val="left"/>
      </w:pPr>
      <w:r>
        <w:rPr>
          <w:rFonts w:ascii="Times New Roman" w:hAnsi="Times New Roman" w:eastAsia="Times New Roman" w:cs="Times New Roman"/>
        </w:rPr>
        <w:t>Tupã ñepytyvõ ára pe arandukuéra ha itavýva ojeheja hag̃ua opa ára guarã.</w:t>
      </w:r>
    </w:p>
    <w:p>
      <w:pPr>
        <w:pStyle w:val="ArticleScripture"/>
        <w:jc w:val="left"/>
      </w:pPr>
      <w:r>
        <w:rPr>
          <w:rFonts w:ascii="Times New Roman" w:hAnsi="Times New Roman" w:eastAsia="Times New Roman" w:cs="Times New Roman"/>
        </w:rPr>
        <w:t>“Jaikuaa umi Adventísta Ára Pokõindy-pegua noñemomarangatúiva, oikuaáva pe añetegua, ha katu ojoajúva umi yvypóra yvytigua ndive, ojeiha mombyryite pe jeroviágui, ohendu hag̃ua espíritukuéra ombotavývape. Pe enemigo vy’ápe oikuave’ẽta chupekuéra mba’e ñembotavyha, ogueraha hag̃ua chupekuéra omotenonde hag̃ua peteĩ ñorairõ Tupã retãygua rehe. Ha umi añetéva ha mbaretehápe opytáva oguerekóta Tupãme peteĩ ñangareko mbarete ha ipokatuva.” Manuscript Releases, volúmen 7, 186.</w:t>
      </w:r>
    </w:p>
    <w:p>
      <w:pPr>
        <w:pStyle w:val="ArticleBody"/>
        <w:jc w:val="left"/>
      </w:pPr>
      <w:r>
        <w:rPr>
          <w:rFonts w:ascii="Times New Roman" w:hAnsi="Times New Roman" w:eastAsia="Times New Roman" w:cs="Times New Roman"/>
        </w:rPr>
        <w:t>Iñepyrũ ára oñepyrũkuri 11 jasyporundy 2001-pe, ojehechaukaramoguáicha iñepyrũha umi iglésia protestánte ári 11 jasypoapy 1840-pe, ha péicha avei iñepyrũkuri yma Israel yma guarépe pe iñepyrũ ára, Espíritu Santo oguejy ramo guare Cristo ñemongarai jave.</w:t>
      </w:r>
    </w:p>
    <w:p>
      <w:pPr>
        <w:pStyle w:val="ArticleBody"/>
        <w:jc w:val="left"/>
      </w:pPr>
      <w:r>
        <w:rPr>
          <w:rFonts w:ascii="Times New Roman" w:hAnsi="Times New Roman" w:eastAsia="Times New Roman" w:cs="Times New Roman"/>
        </w:rPr>
        <w:t>Pe juicio ejecutivo oñepyrũ Estados Unidos omyenyhẽ jave pe kópa orekóva itiempo probatorio pe léi dominical oguahẽmbotávape, ha upéva avei pe ára iglésia adventista Laodiceagua omyenyhẽhague ikópa. Pe juicio oñepyrũ Ñandejára rógape, ha pe kópa tiémpo probatorio rehegua mokõive hatĩ oñembyaíva Estados Unidospegua. Pe hatĩ oñembyaíva Protestantismo rehegua, yma ojejokuaáva iglésia adventista Laodiceagua rupive, upéi opáta; ha pe movimiento Filadelfiagua pe tercer ángel rehegua upérõ ha’éta pe añetegua hatĩ Protestantismo rehegua, ha Jerusalén espiritual oñemopu’ãva peteĩ techaukaháramo. Upe jave Jerusalén oñemoambue pe iglésia militántegui pe iglésia triunfántepe.</w:t>
      </w:r>
    </w:p>
    <w:p>
      <w:pPr>
        <w:pStyle w:val="ArticleBody"/>
        <w:jc w:val="left"/>
      </w:pPr>
      <w:r>
        <w:rPr>
          <w:rFonts w:ascii="Times New Roman" w:hAnsi="Times New Roman" w:eastAsia="Times New Roman" w:cs="Times New Roman"/>
        </w:rPr>
        <w:t>Oñepyrũ pe juicio ejecutivo, pe tiempo umi juicio ñehundiha Tupãgui rehegua, ha upéva avei ha’e peteĩ tiempo poriahuverekorã Tupã ambue aty ovechakuéra peguarã, oĩva gueteri Babilóniape. Oñepyrũ upe jave opa ramo pe tiempo Tupã jehechajeyha rehegua Adventismo Laodicense ári. Pe juicio ejecutivo oñemotenonde umi Siete Últimas Plagas peve, upépe umi juicio ndaipóri véima oñembojehe’a poriahuverekóndi, ha upéi Jesús oujey.</w:t>
      </w:r>
    </w:p>
    <w:p>
      <w:pPr>
        <w:pStyle w:val="ArticleBody"/>
        <w:jc w:val="left"/>
      </w:pPr>
      <w:r>
        <w:rPr>
          <w:rFonts w:ascii="Times New Roman" w:hAnsi="Times New Roman" w:eastAsia="Times New Roman" w:cs="Times New Roman"/>
        </w:rPr>
        <w:t>Jesús oujeývo vove, pe milenio (mil ary), Apocalipsis kapítulo mokõipa-pe oñe’ẽháicha, ohechauka Satanás oñeñapytĩha peteĩ yvy oñembyaipaite vaʼekuére, haʼeño umi ánhel rebélde añoite ndive, umi opartisipávaʼekue pe ñorairõme Ñandejára rehe.</w:t>
      </w:r>
    </w:p>
    <w:p>
      <w:pPr>
        <w:pStyle w:val="ArticleScripture"/>
        <w:jc w:val="left"/>
      </w:pPr>
      <w:r>
        <w:rPr>
          <w:rFonts w:ascii="Times New Roman" w:hAnsi="Times New Roman" w:eastAsia="Times New Roman" w:cs="Times New Roman"/>
        </w:rPr>
        <w:t>Ha ahecha peteĩ ánhel oguejy yvágagui, oguerekóva ipope pe yvykua pypuku hag̃uã’ỹva llave ha peteĩ cadena guasu. Ha ojapyhy pe dragónpe, pe mbói ymaguare, ha’éva Aña ha Satanás, ha ojokua chupe mil ary aja, ha omombo chupe pe yvykua pypuku hag̃uã’ỹvape, ha omboty ipype, ha omoĩ hese peteĩ sello, ani hag̃ua ombotavyve umi tetãnguérape, pe mil ary oñembotý peve; ha upéi ojehejava’erã chupe peteĩ sapy’aite. Apocalipsis 20:1–3.</w:t>
      </w:r>
    </w:p>
    <w:p>
      <w:pPr>
        <w:pStyle w:val="ArticleBody"/>
        <w:jc w:val="left"/>
      </w:pPr>
      <w:r>
        <w:rPr>
          <w:rFonts w:ascii="Times New Roman" w:hAnsi="Times New Roman" w:eastAsia="Times New Roman" w:cs="Times New Roman"/>
        </w:rPr>
        <w:t>Umi mil ary pukukue jave, umi ojepeʼáva ojapóta peteĩ huísio investigativo umi oñehundívare, oikovéva gueteri oke hína itávarupápe, ohaʼarõvo opa hag̃ua umi huísio individual. Umi ojepeʼáva ohechakuaáta umi oñehundíva rekove ha icircunstánsia, oikehápe Satanás ha iángelkuéra, ikatu hag̃uáicha oikuaa mávapa tekotevẽ oñembyasyve amo mil ary pukukue pahápe.</w:t>
      </w:r>
    </w:p>
    <w:p>
      <w:pPr>
        <w:pStyle w:val="ArticleScripture"/>
        <w:jc w:val="left"/>
      </w:pPr>
      <w:r>
        <w:rPr>
          <w:rFonts w:ascii="Times New Roman" w:hAnsi="Times New Roman" w:eastAsia="Times New Roman" w:cs="Times New Roman"/>
        </w:rPr>
        <w:t>Ha ahecha umi guapyha mburuvicharã, ha oguapy hesekuéra; ha oñeme’ẽ chupekuéra huísio: ha ahecha umi ojejukáva akã’o hag̃ua Jesús rehehápe, ha Tupã Ñe’ẽ rehehápe, ha umi ndojeroviaséiva mymbaguasu rehe, ni ta’anga rehe, ha noñemohendáiva hikuái imárka iykére térã ipope; ha oikove jevy hikuái ha oguapy mburuvicha hag̃uáicha Cristo ndive mil ary pukukue. Apocalipsis 20:4.</w:t>
      </w:r>
    </w:p>
    <w:p>
      <w:pPr>
        <w:pStyle w:val="ArticleBody"/>
        <w:jc w:val="left"/>
      </w:pPr>
      <w:r>
        <w:rPr>
          <w:rFonts w:ascii="Times New Roman" w:hAnsi="Times New Roman" w:eastAsia="Times New Roman" w:cs="Times New Roman"/>
        </w:rPr>
        <w:t>Pe mil áño, upévare, oguereko peteĩ juicio investigativo, ha upe juicio opa rire ogueru pe juicio ejecutivo paha, araka’e pe omanóva iñañáva oñemopu’ã jeývo, ha Satanás, upe jave orekóva hikuái ári control completo, omokyre’ỹ umi iñañávape oataka hag̃ua Jerusalén, pe oguejýtava yvágagui pe mil áño pahápe. Ha umi iñañáva ojupi aja hikuái pe ataque rehe, tata oguejy yvágagui ha pe juicio ejecutivo paha oñemboguata hag̃ua oñekompleta.</w:t>
      </w:r>
    </w:p>
    <w:p>
      <w:pPr>
        <w:pStyle w:val="ArticleScripture"/>
        <w:jc w:val="left"/>
      </w:pPr>
      <w:r>
        <w:rPr>
          <w:rFonts w:ascii="Times New Roman" w:hAnsi="Times New Roman" w:eastAsia="Times New Roman" w:cs="Times New Roman"/>
        </w:rPr>
        <w:t>Ha ojehuvopa pe mil ary, Satanás oñemosãsóta iprisionágui, ha osẽta ombotavy hag̃ua tetãnguéra oĩva yvy irundy kósta rehegua, Gog ha Magog, ombyaty hag̃ua chupekuéra ñorairõrã: ha ijaty kuéra papapy ha’e yguasu rembe’y yvyku’iicha. Ha ojupi hikuái yvy pukukue rehe, ha ojere santo-kuéra ñembyaty renda jerére, ha táva ojehayhúva rehe: ha tata oguejy Tupãgui yvágagui, ha ohundi chupekuéra. Apocalipsis 20:7–9.</w:t>
      </w:r>
    </w:p>
    <w:p>
      <w:pPr>
        <w:pStyle w:val="ArticleBody"/>
        <w:jc w:val="left"/>
      </w:pPr>
      <w:r>
        <w:rPr>
          <w:rFonts w:ascii="Times New Roman" w:hAnsi="Times New Roman" w:eastAsia="Times New Roman" w:cs="Times New Roman"/>
        </w:rPr>
        <w:t>Jepénte pe tembiaporã mbohapy jeporu Elías rehegua ha pe maranduhára ombosako’íva tape pe Maranduhára Joajúpeguarã oúvo pya’e hag̃ua Itupaópe oñondivepaite hag̃ua, ikatu ojehechakuaa peteĩ joavy hembiapópe: Elías tenonderãite ohechauka pe maranduhára rembiapo, ha pe ñemongu’e ojoajúva pe maranduhára marandu ndive, ojejapóva pe juicio ejecutivo aja oñepyrũva pe araka’e’ỹre oútava léi domingo ndive. Pe maranduhára ombosako’íva tape pe Maranduhára Joajúpeguarã tenonderãite ohechauka peteĩ tembiapo ojejapóva pe juicio investigador aja. Adventismo Laodiceaguáva ndoikuaái hi’ára jehechajeyrã, upéva he’iséva peteĩ aravo peteĩcha juicio rehegua.</w:t>
      </w:r>
    </w:p>
    <w:p>
      <w:pPr>
        <w:pStyle w:val="ArticleBody"/>
        <w:jc w:val="left"/>
      </w:pPr>
      <w:r>
        <w:rPr>
          <w:rFonts w:ascii="Times New Roman" w:hAnsi="Times New Roman" w:eastAsia="Times New Roman" w:cs="Times New Roman"/>
        </w:rPr>
        <w:t>Ha’ekuéra ndoikuaái avei pe marandu “añetegua ko’áĝagua” oñemomarandúva ijehechajey ára jave. Ojeheja’ekue chupekuéra toikuaa hag̃ua mokõivéva, pe juicio ha pe marandu umi ára pegua. Ojeheja’ekue avei chupekuéra toikuaa hag̃ua pe mensahéro upe tiempo pegua. Ijapytepekuéra, pe isyguasu Laodicea gua pytũmbýpe, oñemoĩ hikuái pe marandu aravopegua rehe, omoneĩ’ỹ ijehechajey ára peteĩ marandu “py’aguapy ha tekorosã” reheve, ha ndoikuaaporãi mávapa pe mensahéro ojeporavóva upe tiempope. Ko añetegua ojehechauka porã va’ekue pe mokõiha Elías testimóniope, ha’éva Juan el Bautista.</w:t>
      </w:r>
    </w:p>
    <w:p>
      <w:pPr>
        <w:pStyle w:val="ArticleBody"/>
        <w:jc w:val="left"/>
      </w:pPr>
      <w:r>
        <w:rPr>
          <w:rFonts w:ascii="Times New Roman" w:hAnsi="Times New Roman" w:eastAsia="Times New Roman" w:cs="Times New Roman"/>
        </w:rPr>
        <w:t>Umi hudío oikuaa profecía omombeʼuha peteĩ mensahéro oútava, ha Jesús voi omboʼe porã Juan haʼe hague upe mensahéro oútava.</w:t>
      </w:r>
    </w:p>
    <w:p>
      <w:pPr>
        <w:pStyle w:val="ArticleScripture"/>
        <w:jc w:val="left"/>
      </w:pPr>
      <w:r>
        <w:rPr>
          <w:rFonts w:ascii="Times New Roman" w:hAnsi="Times New Roman" w:eastAsia="Times New Roman" w:cs="Times New Roman"/>
        </w:rPr>
        <w:t>Opaite maranduhára ha pe léi oñe’ẽma vaekue maranduporã rehe Juan peve. Ha peẽ peipota ramo pehupyty hag̃ua ko ñe’ẽ, kóva hína Elías, pe ou vaʼerãva. Oguerekóva apysa ohendu hag̃ua, tohendu. Mateo 11:13–15.</w:t>
      </w:r>
    </w:p>
    <w:p>
      <w:pPr>
        <w:pStyle w:val="ArticleBody"/>
        <w:jc w:val="left"/>
      </w:pPr>
      <w:r>
        <w:rPr>
          <w:rFonts w:ascii="Times New Roman" w:hAnsi="Times New Roman" w:eastAsia="Times New Roman" w:cs="Times New Roman"/>
        </w:rPr>
        <w:t>Umi ipahaitépe pe ára ojevisita hag̃ua chupekuéra (pe ára Cristo rembiasakuepe ohechaukáva pe léi domingo og̃uahẽmbotaitévape), Cristo osãingóvo kurusúre, umi judío oñemoĩ ojepy’amongeta hag̃ua mba’éichapa Elías oupa upérõ osalva hag̃ua Jesúspe. Noikuaáiramo hikuái pe maranduhára ombosako’íva’erã pe Maranduhára Pe Ñe’ẽme’ẽgua hag̃uápe, upe jave omombaretéva pe ñe’ẽme’ẽ Huguýte rupive, ndaikatumo’ãi kuri oikuaa hikuái Imesíaspe. Pe adventísmo laodiceagua ára pahápe oikuaava’erã ijusgamiento, ha’éva pe ára ojevisita hag̃ua chupekuéra. Ha’e kuéra oikuaava’erã pe marandu upe aravopegua, ha oikuaava’erã avei pe maranduhára ojeporavopyre upe aravopegua. Pe pu’aka’ẽ 1888 pegua, ojehechauka hag̃ua septiembre 11, 2001-pe, upérõ oguejy pe ánhel Apocalipsis kapítulo dieciocho pegua. Umi opu’ãva’ekue 1888-pe, ndoikuaaséi pe maranduharakuéra ojeporavopyréva pe tembiasakue ombohechaukáva umi ára pahápe.</w:t>
      </w:r>
    </w:p>
    <w:p>
      <w:pPr>
        <w:pStyle w:val="ArticleBody"/>
        <w:jc w:val="left"/>
      </w:pPr>
      <w:r>
        <w:rPr>
          <w:rFonts w:ascii="Times New Roman" w:hAnsi="Times New Roman" w:eastAsia="Times New Roman" w:cs="Times New Roman"/>
        </w:rPr>
        <w:t>Ñamboguatávéta ko ñehesa’ỹijo pe artíkulo oúvape.</w:t>
      </w:r>
    </w:p>
    <w:p>
      <w:pPr>
        <w:pStyle w:val="ArticleScripture"/>
        <w:jc w:val="left"/>
      </w:pPr>
      <w:r>
        <w:rPr>
          <w:rFonts w:ascii="Times New Roman" w:hAnsi="Times New Roman" w:eastAsia="Times New Roman" w:cs="Times New Roman"/>
        </w:rPr>
        <w:t>Péicha he’i Ñandejára Tupã Israel Jára chéve: Egueraha nde pópe ko káso víno che popegua, che pochy rasy rehegua, ha emboy’u opa tetãnguérape, umi che remondóva ndehegui. Ha ha’ekuéra ho’úta, oñemongu’éta, ha itarováta, pe kyse puku che amondótava ijapytepekuéra rupi. Upémarõ ajagarra pe káso Ñandejára pópegui, ha amboy’u opa tetãnguérape, umi Ñandejára chemondohague: Jerusalén, ha táva Judá pegua, ha umi mburuvicha guasu ipypegua, ha umi ruvicha ipypegua, ajapo hag̃uáicha chuguikuéra peteĩ ñembyai, peteĩ mba’e hag̃ua ojepy’amo hag̃ua, peteĩ sísso, ha peteĩ ñe’ẽvai; hag̃ua ko árape oĩháicha; Faraón Egipto ruvicha guasu, ha hembiguái kuéra, ha iruvicha kuéra, ha opa itavayguakuéra; ha opa tetãnguéra ñembojopara, ha opa mburuvicha guasu yvy Uz pegua, ha opa mburuvicha guasu filisteo retã pegua, ha Asquelón, ha Gaza, ha Ecrón, ha pe hembýva Asdod gua; Edom, ha Moab, ha Ammón ra’y kuéra; ha opa mburuvicha guasu Tiro pegua, ha opa mburuvicha guasu Sidón pegua, ha umi mburuvicha guasu umi ypa’ũguáva oĩva para ykére; Dedán, ha Tema, ha Buz, ha opa umi oikéva mombyryvéva kotykuérape; ha opa mburuvicha guasu Arabia pegua, ha opa mburuvicha guasu umi tetãnguéra ñembojopara oikóva desiértope; ha opa mburuvicha guasu Zimri pegua, ha opa mburuvicha guasu Elam pegua, ha opa mburuvicha guasu medos pegua; ha opa mburuvicha guasu yvate gotyogua, mombyry ha hi’aguĩva, peteĩ oñondive ambuéndi, ha opa yvy arigua rréino oĩva yvy ape ári; ha mburuvicha guasu Sesac pegua ho’úta hapykuerépekuéra. Upévare ere va’erã chupekuéra: Péicha he’i Ñandejára ipu’akapáva, Israel Jára: Pe’u, ha peka’u, ha pesẽ, ha pe’a, ha anive pepu’ãjey, pe kyse puku che amondótava pene apytépe. Ha oikóta, ndaipotáramo hikuái ojapyhy pe káso ne pópe ho’u hag̃ua, upéicharõ ere va’erã chupekuéra: Péicha he’i Ñandejára ipu’akapáva: Añetehápe pe’úta. Péina, che aipytyvõ ñepyrũ hag̃ua mba’e vai pe táva oñehenóivape che rérape, ha pende piko pejehejáta ani hag̃ua peñembyepoti? Ndaikatúi pejeheja rei; che ajeruréta peteĩ kyse puku opa umi yvy arigua rehe, he’i Ñandejára ipu’akapáva. Upévare eprofetisa hesekuéra ko’ã ñe’ẽ opaite, ha ere chupekuéra: Ñandejára osapukáita yvate guive, ha ome’ẽta iñe’ẽ ihenda marangatu guive; hatã osapukáita hóga rehe, osapukáita umi uva pysoháraicha, opa umi oikóva yvy ape ári rehe. Oguahẽta peteĩ tyapu pe yvy paha peve; Ñandejára oguereko peteĩ ñorairõ tetãnguéra ndive, oñemoĩta opa tekove rehe, ha umi heko aña hag̃ua ome’ẽta kyse pukúpe, he’i Ñandejára. Péicha he’i Ñandejára ipu’akapáva: Péina, mba’e vai osẽta tetãgui tetã peve, ha peteĩ yvytu’atã tuicháva oñemopu’ãta yvy rembe’ýgui. Ha upe árape umi Ñandejára ojukáva oĩta peteĩ yvy apýragui peve ambue yvy apyra peve; ndajajahéimo’ãi hesekuéra, ni noñembyatymo’ãi, ni noñeñotỹmo’ãi; hikuái ha’éta yvy ári tekaka guáicha. Jeremías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Kuatiañe’ẽ Daniel rehegua - Papapy mokõiha porundyha poapy hag̃ua hag̃ua’ẽ hag̃ua</dc:title>
  <dc:subject>Mbohapy jeporu Elías rehegua ha ára pahápe pe juicio: ñantende hag̃ua umi fase investigativa ha ejecutiva</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