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Peteĩha Papapyre’ẽ hag̃uáicha</w:t>
      </w:r>
    </w:p>
    <w:p>
      <w:pPr>
        <w:pStyle w:val="ArticleSubtitle"/>
        <w:jc w:val="left"/>
      </w:pPr>
      <w:r>
        <w:rPr>
          <w:rFonts w:ascii="Arial" w:hAnsi="Arial" w:eastAsia="Arial" w:cs="Arial"/>
        </w:rPr>
        <w:t>Ñepyrũha ha Pahaguáva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Pe Antiguo Testamento ñe’ẽ paha omoĩ tenonderã peteĩ ñe’ẽme’ẽ proféta Elías ojehechaukataha peteĩ marandu reheve Ñandejára ára guasu ha kyhyjehápe mboyve.</w:t>
      </w:r>
    </w:p>
    <w:p>
      <w:pPr>
        <w:pStyle w:val="ArticleScripture"/>
        <w:jc w:val="left"/>
      </w:pPr>
      <w:r>
        <w:rPr>
          <w:rFonts w:ascii="Times New Roman" w:hAnsi="Times New Roman" w:eastAsia="Times New Roman" w:cs="Times New Roman"/>
        </w:rPr>
        <w:t>Péina ápe, che amondope hag̃ua peẽme Elías maranduhára guasupe, ou mboyve pe ára guasu ha ñemongyhyjéva Ñandejára rehegua. Ha’e ombojevýta túvakuéra korasõ ita’yrakuéra gotyo, ha ta’yrakuéra korasõ túvakuéra gotyo, ani hag̃uáicha aju ha ainupã yvy peteĩ ñe’ẽvai reheve. Malaquías 4:5, 6.</w:t>
      </w:r>
    </w:p>
    <w:p>
      <w:pPr>
        <w:pStyle w:val="ArticleBody"/>
        <w:jc w:val="left"/>
      </w:pPr>
      <w:r>
        <w:rPr>
          <w:rFonts w:ascii="Times New Roman" w:hAnsi="Times New Roman" w:eastAsia="Times New Roman" w:cs="Times New Roman"/>
        </w:rPr>
        <w:t>La Biblia he’i porã “pe ára tuicha ha pohýi Jehová rehegua” térã pe “ñemaldesiõ” Tupã ojapóvape “yvy rehe” ojehechauka avei ñemombe’upy ta’ãngamýicha “umi siete plaga pahague” térã “Tupã pochy” ramo Apocalipsis-pe. Apocalipsis capítulo quince oikuaauka pe escenario profético ogueraháva ñehẽ hag̃ua umi siete plaga pahague tuicha ha pohýi capítulo dieciséis-pegua.</w:t>
      </w:r>
    </w:p>
    <w:p>
      <w:pPr>
        <w:pStyle w:val="ArticleScripture"/>
        <w:jc w:val="left"/>
      </w:pPr>
      <w:r>
        <w:rPr>
          <w:rFonts w:ascii="Times New Roman" w:hAnsi="Times New Roman" w:eastAsia="Times New Roman" w:cs="Times New Roman"/>
        </w:rPr>
        <w:t>Ha ahecha ambue techaukaha yvágape, tuicha ha hechapyrãva: siete ánhel oguerekóva umi siete plága paha; pórke ipypekuéra oñemyenyhẽ Tupã pochykue.</w:t>
      </w:r>
    </w:p>
    <w:p>
      <w:pPr>
        <w:pStyle w:val="ArticleScripture"/>
        <w:jc w:val="left"/>
      </w:pPr>
      <w:r>
        <w:rPr>
          <w:rFonts w:ascii="Times New Roman" w:hAnsi="Times New Roman" w:eastAsia="Times New Roman" w:cs="Times New Roman"/>
        </w:rPr>
        <w:t>Ha ahecha peteĩ y guasu vídrio joguaha oñembojehe'áva tata reheve; ha umi oganáva pe mymba rehe, ha ta'ãnga rehe, ha imárka rehe, ha héra papapy rehe, oñembo'y pe y guasu vídrio joguaha ári, oguerekóva Tupã mbarakapúpekuéra. Ha'e kuéra opurahéi Moisés, Tupã rembiguái, purahéi, ha Ovecha Ra'y purahéi, he'ívo: Tuicha ha hechapyrãite nde rembiapokuéra, Ñandejára Tupã Ipu'akapáva Opa mba'e ári; tekojoja ha añete nde rape kuéra, Nde, marangatukuéra Ruvicha. Mávapa ndokyhyjemo'ãi nderehe, Ñandejára, ha nomomba'eguasúi nde réra? nde añoite niko imarangatu; opa tetã nguéra oútaha ha oñesũta nde renondépe; nde juicio kuéra niko ojehechaukapáma.</w:t>
      </w:r>
    </w:p>
    <w:p>
      <w:pPr>
        <w:pStyle w:val="ArticleScripture"/>
        <w:jc w:val="left"/>
      </w:pPr>
      <w:r>
        <w:rPr>
          <w:rFonts w:ascii="Times New Roman" w:hAnsi="Times New Roman" w:eastAsia="Times New Roman" w:cs="Times New Roman"/>
        </w:rPr>
        <w:t>Ha upe rire amaña, ha, péina, yvágape ojepe’a pe tupao, pe tavernákulo testimónio rehegua: ha umi siete ánhel osẽ pe tupãógui, oguerekóva umi siete mba’asy vai, oñemonde líno potĩ ha morotĩme, ha iku’a ári ojokuapy kuatia’y óropegua reheve. Ha peteĩ umi irundy mymba apytégui ome’ẽ umi siete ánhelpe siete hyru óropegua henyhẽva Tupã pochygui, pe oikovéva opa ára g̃uarã. Ha pe tupao henyhẽ tatatĩgui osẽva Tupã mimbipágui ha ipokatu rehegui; ha avave ndaikatúi oike pe tupaope, peve oñembotýpa umi siete mba’asy vai umi siete ánhel rehegua. Apocalipsis 15:1–8.</w:t>
      </w:r>
    </w:p>
    <w:p>
      <w:pPr>
        <w:pStyle w:val="ArticleBody"/>
        <w:jc w:val="left"/>
      </w:pPr>
      <w:r>
        <w:rPr>
          <w:rFonts w:ascii="Times New Roman" w:hAnsi="Times New Roman" w:eastAsia="Times New Roman" w:cs="Times New Roman"/>
        </w:rPr>
        <w:t>Pe mbaʼére “avave ndaikatúi oike pe témplope, oñemohuʼã meve umi siete angirukuéra siete plága” haʼe kóva: pe oportunidad ojehupyty hag̃ua salvación oñemboty vove pe témplo henyhẽ tatatĩgui pe capítulo quince-pe. Upérõ opa pe tiempo de prueba yvyporakuérape oñemeʼẽ vaʼekue hag̃ua oñearrepenti ha ojuhu salvación. Oguahẽvo upe ára ha aravo, “pe ára guasu ha kyhyjepyrãva Ñandejára rehegua” Juan ohenóiva “umi siete pahague plága” oñehẽ hiʼári Cristo Mokõiha Jeju mboyve. Malaquías ohenói upe árape “kyhyjepyrãva”, ha Isaías omombeʼu upéva Tupã “tembiapo extraño” ramo.</w:t>
      </w:r>
    </w:p>
    <w:p>
      <w:pPr>
        <w:pStyle w:val="ArticleScripture"/>
        <w:jc w:val="left"/>
      </w:pPr>
      <w:r>
        <w:rPr>
          <w:rFonts w:ascii="Times New Roman" w:hAnsi="Times New Roman" w:eastAsia="Times New Roman" w:cs="Times New Roman"/>
        </w:rPr>
        <w:t>Ñandejára opuʼãta yvyty Perazímpe guáicha; ipochyta Gabaón ñuíme guáicha, ojapo hag̃ua hembiapo, hembiapo ijojahaʼỹva; ha omohuʼã hag̃ua hembiapokue, hembiapokue ijojahaʼỹva. Koʼág̃a upévare ani peñembohory, ani hag̃ua pendejoaju mbareteve; che ahendu haguére Ñandejára Tupã de los ejércitos-gui peteĩ ñehundipa, ojehechaukáva vaʼekue ko yvy tuichakue ári. Isaías 28:21, 22.</w:t>
      </w:r>
    </w:p>
    <w:p>
      <w:pPr>
        <w:pStyle w:val="ArticleBody"/>
        <w:jc w:val="left"/>
      </w:pPr>
      <w:r>
        <w:rPr>
          <w:rFonts w:ascii="Times New Roman" w:hAnsi="Times New Roman" w:eastAsia="Times New Roman" w:cs="Times New Roman"/>
        </w:rPr>
        <w:t>Jepe Tupã rembiapo “pytagua” ogueroike “opa yvy ape ári”, Ñemongu’e porã ohechauka porã umi mba’asy ñehẽ oñeñohẽva oñembojoajuha peteĩ tetã peteĩnte pu’akápe ñemoĩ rehéve.</w:t>
      </w:r>
    </w:p>
    <w:p>
      <w:pPr>
        <w:pStyle w:val="ArticleScripture"/>
        <w:jc w:val="left"/>
      </w:pPr>
      <w:r>
        <w:rPr>
          <w:rFonts w:ascii="Times New Roman" w:hAnsi="Times New Roman" w:eastAsia="Times New Roman" w:cs="Times New Roman"/>
        </w:rPr>
        <w:t>“Ambue tetã nguéra ojapóta Estados Unidos ehémplo. Jepémo ha’e oho tenonderã, upéicharõ jepe pe peteĩcha apañuãi oguahẽta ñande tavayguakuérape opa hendápe ko yvy ape ári.” Testimonies, volume 6, 395.</w:t>
      </w:r>
    </w:p>
    <w:p>
      <w:pPr>
        <w:pStyle w:val="ArticleScripture"/>
        <w:jc w:val="left"/>
      </w:pPr>
      <w:r>
        <w:rPr>
          <w:rFonts w:ascii="Times New Roman" w:hAnsi="Times New Roman" w:eastAsia="Times New Roman" w:cs="Times New Roman"/>
        </w:rPr>
        <w:t>“Amérika, pe yvy joja jerovia sãso rehegua, joajuhápe Papado ndive opoko hag̃ua tekovekuéra py’apýre ha ombopy’apy hag̃ua yvypórape omomba’e hag̃ua sábado japu, opa tetãygua ko yvy ape ári oñemboguátata osegi hag̃ua iñehémplo.” Testimonies, volúmen 6, 18.</w:t>
      </w:r>
    </w:p>
    <w:p>
      <w:pPr>
        <w:pStyle w:val="ArticleBody"/>
        <w:jc w:val="left"/>
      </w:pPr>
      <w:r>
        <w:rPr>
          <w:rFonts w:ascii="Times New Roman" w:hAnsi="Times New Roman" w:eastAsia="Times New Roman" w:cs="Times New Roman"/>
        </w:rPr>
        <w:t>Mayma tetã omyenyhẽta hóga hi’ára de prueba-peguáva, ha umi “juicio kuéra Tupãgui” Sister White ohechauka va’ekue “tetãnguéra ñehundi” ramo, “Tupã juiciokuéra ohundíva ára” ramo avei ha’e ombohérava pe tembiasakue oñepyrũva ley del domingo Estados Unidos-pe, ndaha’éi umi siete últimas plagas.</w:t>
      </w:r>
    </w:p>
    <w:p>
      <w:pPr>
        <w:pStyle w:val="ArticleScripture"/>
        <w:jc w:val="left"/>
      </w:pPr>
      <w:r>
        <w:rPr>
          <w:rFonts w:ascii="Times New Roman" w:hAnsi="Times New Roman" w:eastAsia="Times New Roman" w:cs="Times New Roman"/>
        </w:rPr>
        <w:t>“Og̃uahẽta peteĩ ára pe Tupã léi, peteĩ sentido especial-pe, ojehecháta ramo guáicha oñembyai hag̃ua ñane retãme. Ñane retã ruvichakuéra, umi tembiapoukapy rupive, ombohováita pe léi domingo rehegua, ha upéicha rupi Tupã tavayguakuéra oñemoĩta peteĩ jejopy tuichaitereívape. Ñane retã, umi aty legislativo-pe, omoĩ vove léi kuimbaʼe ha kuña akãrapuʼãrã ombojojaha hag̃ua iñeñandu marangatúpe ijerovia rehegua mbaʼéichapa oiporavóta, ombohapévo domingo ñemboaje, ha oguerúvo mbarete jejopy rehegua umi pokatu ojejapóva umi ojejokóva ára poapyha sábado rehe, upévo Tupã léi, opa mbaʼe rehegua ñemoĩme ha añetetehápe, oñembyaíta ñane retãme; ha apostasia tetãygua rapykuéri ouvaʼerã tetãygua ñehundi.” Review and Herald, December 18, 1888.</w:t>
      </w:r>
    </w:p>
    <w:p>
      <w:pPr>
        <w:pStyle w:val="ArticleBody"/>
        <w:jc w:val="left"/>
      </w:pPr>
      <w:r>
        <w:rPr>
          <w:rFonts w:ascii="Times New Roman" w:hAnsi="Times New Roman" w:eastAsia="Times New Roman" w:cs="Times New Roman"/>
        </w:rPr>
        <w:t>Ñandejára huísio, hermana White ohechauka hag̃ua “tetãnguéra ñehundi” ramo, oñepyrũ pe léi dominical nacionalpe ha omarka ñepyrũrã Ñandejára “tembiapo ijojaha’ỹva”; jepémo upéva, Ñandejára rembiapo ijojaha’ỹva ojehechauka hag̃uáicha tenonderãite umi siete plaga pahápe. Peteĩ ta’anga henyhẽvéva Ñandejára rembiapo ijojaha’ỹvare ojehecha, Egíptogui ñesẽ jepe oñembojoapýramo pe línea de huísio ejecutivo Ñandejáragui. Umi plaga Egíptope, jepepa diez papýpe, oñemboja’o kuri. Umi mbohapy peteĩha oñemopeteĩva’ekue umi siete pahaguégui. Upéicha rupi, Egíptogui ñesẽ ohechauka peteĩ ára pukukue ojehechaukáva umi mbohapy plaga peteĩha rupive, oñepyrũva Estados Unidos ñehundi nacional guive, ha osegui peve Miguel opu’ã ha yvypóra prueba ñemboty.</w:t>
      </w:r>
    </w:p>
    <w:p>
      <w:pPr>
        <w:pStyle w:val="ArticleScripture"/>
        <w:jc w:val="left"/>
      </w:pPr>
      <w:r>
        <w:rPr>
          <w:rFonts w:ascii="Times New Roman" w:hAnsi="Times New Roman" w:eastAsia="Times New Roman" w:cs="Times New Roman"/>
        </w:rPr>
        <w:t>“Ñandejára rembiapoukapykuéra oguahẽta umi ohekávare ojopy ha ohundívo Itavayguakuérape. Ipojera pukukue umi iñañávare omokyre’ỹ kuimba’ekuérape hembiapo vaipe, péro upéicharõ jepe, ikastígo katuete ha ñemongyhyjéva, ipuku hag̃uére oñembotapykuévo. ‘Ñandejára opu’ãta yma vaekueicha Monte Perazímpe, ipochyta yma vaekueicha ñu Gabaónpe, ojapo hag̃ua hembiapo, hembiapo peteĩ ijojaha’ỹva; ha omohu’ã hag̃ua hembiapokue, hembiapokue peteĩ ijojaha’ỹva.’ Isaías 28:21. Ñane Ñandejára poriahuverekóvape g̃uarã, tekastiga hag̃ua niko peteĩ tembiapo ijojaha’ỹva. ‘Che aikoveháicha, he’i Tupã Ñandejára, ndavy’ái umi iñañáva omanóramo.’ Ezequiel 33:11. Ñandejára niko ‘iporiahuvereko ha imba’eporã, ipy’aguasu puku ha heta ipy’aporã ha añetegua, … opardona hag̃ua tekoñaña, tembiapo vai ha angaipa.’ Péro ha’e ‘araka’eve ndohejamo’ãi ojeheja rei hag̃ua umi orekóva culpa.’ ‘Ñandejára mbegue ipochy hag̃uáicha, ha tuicha ipokatu; ha araka’eve ndohejamo’ãi rei umi iñañávape.’ Éxodo 34:6, 7; Nahum 1:3. Mba’e ñemongyhyjéva tekojoja reheve rupive, Ha’e omoañetéta Itembiapoukapy oñembohasy va’ekue autorida. Mba’éichapa hatãta pe jehepyme’ẽ oha’arõva pe hembiapo vaívape ikatu ojekuaa Ñandejára ndohayhúi rupi omotenonde hag̃ua tekojoja. Pe tetã Ha’e ogueropu’akáva are, ha nombyepotĩriva peve omyenyhẽ meve hekoñañakue ta’ãnga Tupã renondépe, ipahápe ho’úta pochy ryru poriahuvereko’ỹ reheve oñembojehe’a’ỹva.”</w:t>
      </w:r>
    </w:p>
    <w:p>
      <w:pPr>
        <w:pStyle w:val="ArticleScripture"/>
        <w:jc w:val="left"/>
      </w:pPr>
      <w:r>
        <w:rPr>
          <w:rFonts w:ascii="Times New Roman" w:hAnsi="Times New Roman" w:eastAsia="Times New Roman" w:cs="Times New Roman"/>
        </w:rPr>
        <w:t>“Opa rire Cristo ojejoko hag̃ua hembiapópe ointersehévo pe santuariope, oñeñohẽta pe pochy oñembojehe’a’ỹva oñemongyhyjéva umi omomba’éva pe mymba ha ta’ãngamýi ha ohupytýva imárka rehe (Apocalipsis 14:9, 10). Umi mba’asy vai oguahẽva’ekue Egíptope Tupã oĩmbotávo osalva hag̃ua Israélpe, ojogua hekópe umi jehukapy ipohýive ha tuichavéva oguejýtava arapýre Tupã tavayguakuéra ñesẽ paha mboyve. He’i pe oikuaaukáva, omombe’úvo umi ñenupã vaiete rehegua: ‘Ho’a peteĩ ai vai ha hasy etereíva umi kuimba’e rehe oguerekóva pe mymba márka, ha umi omomba’éva ta’ãngamýi.’ Pe para ‘oiko peteĩ omanóva ruguyicha: ha opavave tekove oikovéva pe parápe omanóma.’ Ha ‘umi ysyry ha umi yvu … oiko tuguy.’ Jepémo koʼã jehovasa’ỹ ñenupã ipohýi eterei, Tupã hustísia oñemopyenda porãmbaite. Pe Tupã ánhel he’i: ‘Nde rekojoja, Ñandejára, … pórke péicha rehusga. Ha’ekuéra niko oñohẽ umi marangatu ha profetakuéra ruguy, ha nde rembo’u chupekuéra tuguy; upévare ha’ekuéra oñembojára upévare.’ Apocalipsis 16:2–6. Omoĩvo Tupã tavayguakuérape ñemano poguýpe, ha’ekuéra añetépe oguereko pe kulpa huguy rehegua ku omono’õva’ekue guáicha ijapópekuéra rupi. Péicha avei Cristo he’i va’ekue itiémpopegua judíokuéra rehe ojejapo hague hese kuéra opaite umi kuimba’e marangatu ruguy oñeñohẽva’ekue Abel ára guive; pórke oguerekova’ekue pe espíritu peteĩcha ha ohekáva ojapo hag̃ua pe tembiapo peteĩcha koʼã profetakuéra jukahárape ndive.”</w:t>
      </w:r>
    </w:p>
    <w:p>
      <w:pPr>
        <w:pStyle w:val="ArticleScripture"/>
        <w:jc w:val="left"/>
      </w:pPr>
      <w:r>
        <w:rPr>
          <w:rFonts w:ascii="Times New Roman" w:hAnsi="Times New Roman" w:eastAsia="Times New Roman" w:cs="Times New Roman"/>
        </w:rPr>
        <w:t>“Pe plága oúva rire, kuarahýme oñeme’ẽ pu'aka ‘ohapypa hag̃ua yvypórape tata rupive. Ha yvyporakuéra oñehapy vaʼekue haku tuichaitéva rupive.’ Versíkulo 8, 9. Profetakuéra péicha omombeʼu yvy rekotee ko ára kyhyjepópe: ‘Yvy oñembyasy; … ñemitỹ ñupegua oñehundi rupi…. Opa yvyramáta ñúmegua ipiru: vyʼa ipiru hag̃uére yvypóra raʼykuéragui.’ ‘Taʼỹi oñembyai ikurupa guýpe, ñongatuharenda opyta ñehundi hag̃uáicha…. Mbaʼéicha mymbakuéra osapukái ñembyasy reheve! vakakuéra aty oĩ apañuãime, ndoikói hag̃ua chupekuéra kapiʼi…. Ysyrykuéra y ojepirupa, ha tata omokõmbipa hag̃ua ñu kaʼaguy pegua.’ ‘Tupãópe purahéi oikóta jaheʼorõ hag̃ua upe árape, heʼi Ñandejára Tupã: heta tete omanóva oĩta opa hendápe; omombo hag̃ua chuguikuéra kirirĩ hag̃uáicha.’ Joel 1:10–12, 17–20; Amós 8:3.</w:t>
      </w:r>
    </w:p>
    <w:p>
      <w:pPr>
        <w:pStyle w:val="ArticleScripture"/>
        <w:jc w:val="left"/>
      </w:pPr>
      <w:r>
        <w:rPr>
          <w:rFonts w:ascii="Times New Roman" w:hAnsi="Times New Roman" w:eastAsia="Times New Roman" w:cs="Times New Roman"/>
        </w:rPr>
        <w:t>“Koʼã mbaʼasy vai ndahaʼéi opaite yvy ape ári oikóvape g̃uarã, térã upéicharõ yvy apegua tekove ojejukapaitéta vaʼerãmoʼã. Upéicharõ jepe, haʼéta hikuái umi mbaʼe vaietevéva arakaʼeve ojekuaáva yvypórape. Opaite huísio oguejýva yvypóra ári, pe ára ñemohuʼã mboyve, oñembojeheʼa vaʼekue poriahuverekópe. Cristo ruguy oñehenóiva ñane rehehápe omoʼã vaʼekue pe angaipa apoha ani hag̃ua ohupyty ipaite pe medida iguã; ha pe huísio paha-pe katu, pochy oñehẽta oñembojeheʼaʼỹre poriahuverekóre.”</w:t>
      </w:r>
    </w:p>
    <w:p>
      <w:pPr>
        <w:pStyle w:val="ArticleScripture"/>
        <w:jc w:val="left"/>
      </w:pPr>
      <w:r>
        <w:rPr>
          <w:rFonts w:ascii="Times New Roman" w:hAnsi="Times New Roman" w:eastAsia="Times New Roman" w:cs="Times New Roman"/>
        </w:rPr>
        <w:t>“Upe árape, heta aty oipota hag̃ua Tupã poriahuvereko guýpe jeike, pe ha’ekuéra are rire omboykéva’ekue. ‘Péina, oguahẽ ára, he’i Ñandejára Tupã, amondo hag̃uáta yvy ári ñembyahýi; ndaha’éi mbuja rehegua ñembyahýi, ni y’uhéi y rehegua, síno ñehendu hag̃ua Ñandejára ñe’ẽ rehegua: ha oiko hag̃uáta oguata hag̃ua peteĩ para guive ambuépe, ha yvate guive kuarahyresẽ peve, oñani hag̃ua ko’ápe ha amo’ẽ oheka hag̃ua Ñandejára ñe’ẽ, ha ndojuhumo’ãi.’ Amós 8:11, 12.” The Great Controversy, 627–629.</w:t>
      </w:r>
    </w:p>
    <w:p>
      <w:pPr>
        <w:pStyle w:val="ArticleBody"/>
        <w:jc w:val="left"/>
      </w:pPr>
      <w:r>
        <w:rPr>
          <w:rFonts w:ascii="Times New Roman" w:hAnsi="Times New Roman" w:eastAsia="Times New Roman" w:cs="Times New Roman"/>
        </w:rPr>
        <w:t>Pe pasáhe mboyveguápe he’i kuri: “Pe tetã ogueropu’akáva hese are, ha ndojapói va’erã ichupe mba’e vai pe omyenyhẽmboyve Tupã renondépe hembiapo vai ryru, ipahápe ho’úta pochy kópa, poriahuvereko’ỹ reheve.” Ha upe párrafo-pe voi ohai avei kuri: “Umi mba’asy vai Egipto ári, Tupã oĩmbotávo osãso Israel-pe, ojogua heko hag̃uáicha umi juicio iñañavéva ha tuichavéva rehe, ho’átava arapýre Tupã retaygua ñesãso paha mboyve.” Pe tetã (Estados Unidos) omyenyhẽva “hembiapo vai ryru” ohasa asýta umi mba’asy vai ojoguáva umi diez plagas Egipto-peguápe.</w:t>
      </w:r>
    </w:p>
    <w:p>
      <w:pPr>
        <w:pStyle w:val="ArticleBody"/>
        <w:jc w:val="left"/>
      </w:pPr>
      <w:r>
        <w:rPr>
          <w:rFonts w:ascii="Times New Roman" w:hAnsi="Times New Roman" w:eastAsia="Times New Roman" w:cs="Times New Roman"/>
        </w:rPr>
        <w:t>Egípto pegua mba’asy guasu ojejapo mokõi ára peguaicha. Umi mbohapy mba’asy guasu ypykue oguahẽ opavavépe, ha umi siete pahaite mba’asy guasu katu ho’a umi Egípcio-kuéra ári añoite.</w:t>
      </w:r>
    </w:p>
    <w:p>
      <w:pPr>
        <w:pStyle w:val="ArticleScripture"/>
        <w:jc w:val="left"/>
      </w:pPr>
      <w:r>
        <w:rPr>
          <w:rFonts w:ascii="Times New Roman" w:hAnsi="Times New Roman" w:eastAsia="Times New Roman" w:cs="Times New Roman"/>
        </w:rPr>
        <w:t>Ha upe árape amboja’óta aparte yvy Gosén, upépe oiko che retãygua, ani hag̃ua upépe oĩ mberu aty; ikatu hag̃uáicha reikuaa cheha hína Ñandejára, yvy apytépe. Éxodo 8:22.</w:t>
      </w:r>
    </w:p>
    <w:p>
      <w:pPr>
        <w:pStyle w:val="ArticleBody"/>
        <w:jc w:val="left"/>
      </w:pPr>
      <w:r>
        <w:rPr>
          <w:rFonts w:ascii="Times New Roman" w:hAnsi="Times New Roman" w:eastAsia="Times New Roman" w:cs="Times New Roman"/>
        </w:rPr>
        <w:t>Umi mbohapy peteĩha Egíptope ho’a opa hendárupi, ha Gósen, umi hebreo oikohápe, ndojapýri Egipto rehegua umi siete plaga paha. Estados Unidos ha’e pe tetã omyenyhẽva hembiapo angaipa kópa pe léi domingope. Upérõ apostasía nacional ojehupyty hapykuéri ruína nacional reheve, ha umi juicio oguerúva pe ruína nacional oñembojehe’a poriahuverekópe peve Miguel opu’ã ha pe prueba rembiapo oñemboty opa yvypórape g̃uarã. Pe léi domingo Estados Unidos-pe, hetave umi ko’ág̃a he’íva ijehe rehe oguerekoha sábado, oñesũta umi pokatu oĩvape renondépe ha omoneĩta pe mymba marca. Upe ára pe léi domingo mba’e porandu oikóta peteĩ prueba espiritual ramo umi oĩ vaʼekuépe Adventismo okápe g̃uarã. Umi léi domingo Estados Unidos-pe guive peve Miguel opu’ã, upéva hína pe aty guasu umi arapo paha pegua mba’apohára rehegua, ha pe okẽma oñembotyma umi ári ojejapóva responsable pe tesape sábado ára sieteha rehegua rehe pe léi domingo mboyve.</w:t>
      </w:r>
    </w:p>
    <w:p>
      <w:pPr>
        <w:pStyle w:val="ArticleScripture"/>
        <w:jc w:val="left"/>
      </w:pPr>
      <w:r>
        <w:rPr>
          <w:rFonts w:ascii="Times New Roman" w:hAnsi="Times New Roman" w:eastAsia="Times New Roman" w:cs="Times New Roman"/>
        </w:rPr>
        <w:t>“Hetave ohasávo ára, ojekuaa hag̃ua porãve Tupã rembijovakekuéra oĩha ko yvy ape ári. Tata, ysyry guasu ha yvyryrýpe, Ha’e oikuaa uka ko yvy rupigua kuérape hi’aguĩmaha ou hag̃ua. Hi’aguĩma upe ára oguahẽ hag̃ua pe tuichaite apañuãi yvóra rembiasakue ryepýpe, opa mba’e oñemomýiva Tupã gobiernope oñeñangarekóta hese tuicha hag̃ua interes ha ñeñandu py’atarovápe ndaikatúiva oñemombe’u. Pya’eterei peteĩ rire ambue ou joátapa Tupã rembijovakekuéra—tata ha ysyry guasu ha yvyryry, ñorairõ ha tuguy ñehẽ reheve.</w:t>
      </w:r>
    </w:p>
    <w:p>
      <w:pPr>
        <w:pStyle w:val="ArticleScripture"/>
        <w:jc w:val="left"/>
      </w:pPr>
      <w:r>
        <w:rPr>
          <w:rFonts w:ascii="Times New Roman" w:hAnsi="Times New Roman" w:eastAsia="Times New Roman" w:cs="Times New Roman"/>
        </w:rPr>
        <w:t>“¡Aikuaánga umi tavayguakuéra pe ára oñevisita hague chupekuéra! Heta oĩ gueteri ndoikuaáiva pe añetegua ojehechaukáva ko ára guarã. Heta oĩ umi ndive Tupã Espíritu oñeha’ãva gueteri. Tupã juício ñehundikuaáva ára ha’e pe ára poriahuvereko rehegua umi ndorekóivape guarã araka’eve pa’ũ oikuaa hag̃ua mba’épa pe añetegua. Py’aporãme Ñandejára oma’ẽta hesekuéra. Iporiahuvereko py’a oñemboguata; ipo gueteri oñemyasãi osalva hag̃ua, okẽ oñemboty aja umi ndoikese va’ekuérape guarã.</w:t>
      </w:r>
    </w:p>
    <w:p>
      <w:pPr>
        <w:pStyle w:val="ArticleScripture"/>
        <w:jc w:val="left"/>
      </w:pPr>
      <w:r>
        <w:rPr>
          <w:rFonts w:ascii="Times New Roman" w:hAnsi="Times New Roman" w:eastAsia="Times New Roman" w:cs="Times New Roman"/>
        </w:rPr>
        <w:t>“Ñandejára poriahuvereko ojehechauka Ijara are ipuku hag̃uáicha ogueropu’aka hag̃ua. Ha’e ojoko hína Ijuicio-kuéra, oha’arõvo pe marandu ñe’ẽmondo toñehendu opaite rupi. ¡Ajépa, ñande tavayguakuéra oñandu hag̃uáicha, tekotevẽháicha, pe tembiapoite oĩva hi’ári ome’ẽ hag̃ua pe paha marandu poriahuverekogua ko yvy ape ári, mba’eichaitépa peteĩ tembiapo hechapyrãva ojejapóta!” Testimonios, volúmen 9, 97.</w:t>
      </w:r>
    </w:p>
    <w:p>
      <w:pPr>
        <w:pStyle w:val="ArticleBody"/>
        <w:jc w:val="left"/>
      </w:pPr>
      <w:r>
        <w:rPr>
          <w:rFonts w:ascii="Times New Roman" w:hAnsi="Times New Roman" w:eastAsia="Times New Roman" w:cs="Times New Roman"/>
        </w:rPr>
        <w:t>Pe pasáhe mboyveguápe ha’e ohechauka va’ekue “Tupã huísiohína ombyai hag̃uápe ha’eha pe ára porã umi ndorekóivape g̃uarã araka’eve avave pa’ũ oikuaávo mba’épa añetegua”. Pe pasáhe oúvape upéi ha’e oñe’ẽ upe ára rehe “pe jehasa asy ára” ramo.</w:t>
      </w:r>
    </w:p>
    <w:p>
      <w:pPr>
        <w:pStyle w:val="ArticleScripture"/>
        <w:jc w:val="left"/>
      </w:pPr>
      <w:r>
        <w:rPr>
          <w:rFonts w:ascii="Times New Roman" w:hAnsi="Times New Roman" w:eastAsia="Times New Roman" w:cs="Times New Roman"/>
        </w:rPr>
        <w:t>“Ahecha pe sábado marangatu ha’eha, ha ha’éta, pe muro ombojoavýva Israel añeteguáva Tupã rehegua ha umi ndogueroviáivagui; ha pe sábado ha’eha pe porandu guasu ombojoaju hag̃ua umi korasõ Tupã rembiguái ahayhuetéva, oha’arõva rehegua. Ha oĩramo peteĩ ogueroviáva, ha ojapóva pe sábado, ha ohupytýva pe jehovasa oúva hendive, ha upéi ohejáramo, ha ombojavýramo pe tembiapoukapy marangatu, upéva voi ombotýta ijehegui Táva Marangatu rokẽnguéra, añetehápe oĩháicha peteĩ Tupã ogovernáva yvága yvate gotyo. Ahecha Tupã oguerekoha ta’ýra kuéra ndohecháiva ha ndojapóiva pe sábado. Ndahejaiva’ekue pe tesape heseguáva. Ha pe ñepyrũrã jave pe ára jehasa asy rehegua, ore renyhẽ Espíritu Santo rehe ore roho jave romomarandu hag̃ua pe sábado hetave porã. Kóva ombopochyeterei pe iglesia ha umi Adventista térãguante, ndaikatúigui ombotove pe añetegua sábado rehegua. Ha upe jave, umi Tupã rembiporavo, opavave ohecha hesakã porã ore roguerekoha pe añetegua, ha osẽ hikuái ha ogueropu’aka pe persecución ore ndive.” A Word to the Little Flock, 18, 19.</w:t>
      </w:r>
    </w:p>
    <w:p>
      <w:pPr>
        <w:pStyle w:val="ArticleBody"/>
        <w:jc w:val="left"/>
      </w:pPr>
      <w:r>
        <w:rPr>
          <w:rFonts w:ascii="Times New Roman" w:hAnsi="Times New Roman" w:eastAsia="Times New Roman" w:cs="Times New Roman"/>
        </w:rPr>
        <w:t>Jepémo oñemoambue’imi ramo jepe, pe jehasa peteĩchagua oñemombe’úva ko’ápe ojejuhu avei pe aranduka Early Writings-pe. Upépe ha’e omoinge ñemyesakã he’íva rehegua “pe py’apy ára” rehe. A Word to the Little Flock ha’e va’ekue pe ñe’ẽmbyrã peteĩha umi Millerita jeroviaha oñembotavýva osẽva’ekue pe Tuicha Jevy’ỹ rire 22 jasypa 1844-pe, ha heta ary rire, umi editor oipuru jave umi peteĩ parte pe kuatiañe’ẽmi-gui omoinge hag̃ua pe aranduka Early Writings-pe, omyesakãkuri “pe py’apy ára” oñeñe’ẽva hague ndaha’éiha umi siete plaga paha, pórke umi siete plaga paha oñeñohẽ jave ndaipóri poriahuvereko oñembojehe’áva umi jehukue ndive.</w:t>
      </w:r>
    </w:p>
    <w:p>
      <w:pPr>
        <w:pStyle w:val="ArticleScripture"/>
        <w:jc w:val="left"/>
      </w:pPr>
      <w:r>
        <w:rPr>
          <w:rFonts w:ascii="Times New Roman" w:hAnsi="Times New Roman" w:eastAsia="Times New Roman" w:cs="Times New Roman"/>
        </w:rPr>
        <w:t>“1. Kuatiarogue 33-pe oñeme’ẽ ko’ãva: ‘Ahecha pe sábado marangatu ha’eha, ha oikótaha, pe tápia omboja’óva Israel añeteguáva Tupãgua umi ndogueroviáivagui; ha pe sábado ha’eha pe porandu guasu ombojoaju hag̃ua umi korasõ Tupã rembijayhu, oha’arõva imarangatúva. Ahecha Tupã orekoha ta’ýrakuéra ndohecháiva ha noñangarekóiva pe sábado rehe. Ndaipotái kuri hikuái pe tesape hi’arigua. Ha pe jehasa asy ára ñepyrũme, ñande henyhẽ va’ekue Espíritu Santo-gui, osẽvo roikuaaukávo pe sábado hetave porãme.’”</w:t>
      </w:r>
    </w:p>
    <w:p>
      <w:pPr>
        <w:pStyle w:val="ArticleScripture"/>
        <w:jc w:val="left"/>
      </w:pPr>
      <w:r>
        <w:rPr>
          <w:rFonts w:ascii="Times New Roman" w:hAnsi="Times New Roman" w:eastAsia="Times New Roman" w:cs="Times New Roman"/>
        </w:rPr>
        <w:t>“Ko visión oñeme’ẽkuri ary 1847-pe, mbovyeterei gueteri umi hermano adventista oñangarekóva pytu’uha ára rehe; ha umíva apytépe jepe, mbovymi añoite oimo’ãkuri iñemboguataha oguerekoha importancia suficiente omboja hag̃ua peteĩ línea Tupã tavayguakuéra ha umi ndogueroviáiva apytépe. Ko’ág̃a oñepyrũma ojehecha upe visión ñekumplimiénto. ‘Upe tiempo de trouble ñepyrũ,’ ko’ápe oñeñe’ẽva, ndohechaukái pe ára umi plaga oñepyrũtaha oñeñohẽ, síno peteĩ aravo mbykymi upe mboyve, Cristo oĩ aja pe santuario-pe. Upe jave, pe tembiapo pysyrõha oñembotývo ohóvo, apañuãi outa yvy ári, ha umi tetãnguéra ipochyta, upéicharõ jepe oñejokóta ani hag̃ua ojoko pe tercer ángel rembiapo. Upe jave ouva’erãta pe ‘ama ypykue riregua,’ térã pytu’u pyahu Ñandejára renondégui, ome’ẽ hag̃ua pokatu pe tercer ángel ñe’ẽ hatãme, ha ombosako’i hag̃ua umi marangatu ikatu hag̃uáicha opyta mbarete upe período-pe umi siete pahague plaga oñeñohẽta jave.” Early Writings, 85.</w:t>
      </w:r>
    </w:p>
    <w:p>
      <w:pPr>
        <w:pStyle w:val="ArticleBody"/>
        <w:jc w:val="left"/>
      </w:pPr>
      <w:r>
        <w:rPr>
          <w:rFonts w:ascii="Times New Roman" w:hAnsi="Times New Roman" w:eastAsia="Times New Roman" w:cs="Times New Roman"/>
        </w:rPr>
        <w:t>Pe léi domingo rehegua Tetã Unidos-pe, apostasía nacional osegíta ruína nacional rehe. Upe léi domingo-pe, adventismo Tetã Unidos-pe oñemboja’óta mokõi aty-pe: peteĩ ohupytýta mymba ñarõ rehegua marka ha ambue katu Tupã sellorã. Tetã Unidos ruína nacional ojehechauka Egipto mba’asy mbohapy peteĩha rupive. Umi juicio ocontinuáta yvypóra tiempo de gracia oñemboty peve; upéi katu oñeñohẽta umi siete últimas plagas, ndojeporuvéimava misericordia reheve.</w:t>
      </w:r>
    </w:p>
    <w:p>
      <w:pPr>
        <w:pStyle w:val="ArticleBody"/>
        <w:jc w:val="left"/>
      </w:pPr>
      <w:r>
        <w:rPr>
          <w:rFonts w:ascii="Times New Roman" w:hAnsi="Times New Roman" w:eastAsia="Times New Roman" w:cs="Times New Roman"/>
        </w:rPr>
        <w:t>Che punto menos acerca de la historia profética de Egipto ha más bien acerca del hecho de que Ellen White identifica a Egipto como el símbolo de la nación que obliga al mundo entero a recibir la marca de la bestia; pues, al hacerlo, ella está usando el principio para ilustrar el fin, lo cual es la firma profética de Jesús como el Alfa y la Omega. En la historia del Éxodo, cuando el Señor está entrando en pacto con el antiguo Israel, Él se presenta con un nombre nuevo.</w:t>
      </w:r>
    </w:p>
    <w:p>
      <w:pPr>
        <w:pStyle w:val="ArticleScripture"/>
        <w:jc w:val="left"/>
      </w:pPr>
      <w:r>
        <w:rPr>
          <w:rFonts w:ascii="Times New Roman" w:hAnsi="Times New Roman" w:eastAsia="Times New Roman" w:cs="Times New Roman"/>
        </w:rPr>
        <w:t>Upéi Ñandejára he'i hag̃ua Moiséspe: Ko'ág̃a rehechátama mba'épa ajapóta Faraón rehe; po mbarete rupive niko ohejátata chupekuéra oho, ha po mbarete rupive omosẽta chupekuéra ijyvygui.</w:t>
      </w:r>
    </w:p>
    <w:p>
      <w:pPr>
        <w:pStyle w:val="ArticleScripture"/>
        <w:jc w:val="left"/>
      </w:pPr>
      <w:r>
        <w:rPr>
          <w:rFonts w:ascii="Times New Roman" w:hAnsi="Times New Roman" w:eastAsia="Times New Roman" w:cs="Times New Roman"/>
        </w:rPr>
        <w:t>Ha Tupã oñe’ẽ Moiséspe ha he’i chupe: Che hína Ñandejára; ha ajekuaa va’ekue Abrahampe, Isaacpe ha Jacobpe Tupã Ipuʼakapavẽva rérape; che réra JEHOVAH rupive katu ndajejekuaái vaʼekue chupekuéra.</w:t>
      </w:r>
    </w:p>
    <w:p>
      <w:pPr>
        <w:pStyle w:val="ArticleScripture"/>
        <w:jc w:val="left"/>
      </w:pPr>
      <w:r>
        <w:rPr>
          <w:rFonts w:ascii="Times New Roman" w:hAnsi="Times New Roman" w:eastAsia="Times New Roman" w:cs="Times New Roman"/>
        </w:rPr>
        <w:t>Ha avei amopyenda che ñe’ẽme’ẽ hendivekuéra, ame’ẽ hag̃ua chupekuéra Canaán yvy, pe ijeiko hag̃ua oguata asy aja rehegua yvy, upépe oiko vaʼekue pytaguáraramo. Ha avei ahendu Israel raʼykuéra pyʼahẽ, umi Egipcio-kuéra ojokóva tembiguáiramo; ha che manduʼa che ñe’ẽme’ẽre. Upévare ere Israel raʼykuérape: Che hína Ñandejára, ha ainoguenohẽta peẽme Egipcio-kuéra pohýi guýgui, ha pomosãsóta iñembiguái reko-gui, ha pendejoguáta peteĩ jyva ipuku hag̃uáicha ha jehusgakue tuichaitévape. Ha rogueraha che rendápe peteĩ tetãramo, ha che haʼéta peẽme Tupãramo; ha peikuaáta cheha Ñandejára pende Tupã, pe penenohẽva Egipcio-kuéra pohýi guýgui. Ha poguerúta pe yvýpe, pe areko vaʼekue che ñeʼẽme’ẽ ajoja hag̃ua ameʼẽtaha Abraham, Isaac ha Jacob-pe; ha ameʼẽta peẽme peẽ mbaʼerã teéramo: Che hína Ñandejára.</w:t>
      </w:r>
    </w:p>
    <w:p>
      <w:pPr>
        <w:pStyle w:val="ArticleScripture"/>
        <w:jc w:val="left"/>
      </w:pPr>
      <w:r>
        <w:rPr>
          <w:rFonts w:ascii="Times New Roman" w:hAnsi="Times New Roman" w:eastAsia="Times New Roman" w:cs="Times New Roman"/>
        </w:rPr>
        <w:t>Ha Moisés oñe’ẽ péicha Israel ra’ykuérape; ha’ekuéra katu nohendúi Moiséspe ipy’a ñembyasýgui ha tembiguái pohýi asýgui. Éxodo 6:1–9.</w:t>
      </w:r>
    </w:p>
    <w:p>
      <w:pPr>
        <w:pStyle w:val="ArticleBody"/>
        <w:jc w:val="left"/>
      </w:pPr>
      <w:r>
        <w:rPr>
          <w:rFonts w:ascii="Times New Roman" w:hAnsi="Times New Roman" w:eastAsia="Times New Roman" w:cs="Times New Roman"/>
        </w:rPr>
        <w:t>Ko’ápe Ñandejára ohechauka Moiséspe ha’eha Ijokupytýva he’ẽme’ẽme, Jacob, Isaac ha Abraham oikohaguéicha. Moisés rembiasakue peve, pe téra JEHOVÁ niko ndojekuaái va’ekue Abrahámpe ni heñóiva’ekuépe; ha pe tembiasakue ojeipyahuhápe Abraham ñe’ẽme’ẽ, umi hebreo-kuéra ojesalvátarõ guare Egipto poguýgui, Ñandejára ogueru peteĩ jehechauka pyahu Ikarakter rehegua, peteĩ téra niko proféticamente ohechauka carácter. Abram oike ramo guare ñe’ẽme’ẽme Ñandejárandi, Ñandejára omoambue héra Abrahamramo. Egipto poguýpe jejokore rehegua profecía ñepyrũme, pe kuimba’e ohechaukáva ñe’ẽme’ẽ oñemoambue héra; ha upe profecía paha gotyo, Tupã omoinge peteĩ téra pyahu Ijehe hag̃ua.</w:t>
      </w:r>
    </w:p>
    <w:p>
      <w:pPr>
        <w:pStyle w:val="ArticleBody"/>
        <w:jc w:val="left"/>
      </w:pPr>
      <w:r>
        <w:rPr>
          <w:rFonts w:ascii="Times New Roman" w:hAnsi="Times New Roman" w:eastAsia="Times New Roman" w:cs="Times New Roman"/>
        </w:rPr>
        <w:t>Abram oike pe ñe’ẽme’ẽme kapítulo quince-pe, ha upépe oñemoĩmava’ekue Egipto poguýpe jeiko rehegua profesía irundy sute ary aja. Kapítulo diecisiete-pe Abram-pe oñeme’ẽ circuncisión rito, ha iñembohéra ha Sara réra oñekambiakuri.</w:t>
      </w:r>
    </w:p>
    <w:p>
      <w:pPr>
        <w:pStyle w:val="ArticleBody"/>
        <w:jc w:val="left"/>
      </w:pPr>
      <w:r>
        <w:rPr>
          <w:rFonts w:ascii="Times New Roman" w:hAnsi="Times New Roman" w:eastAsia="Times New Roman" w:cs="Times New Roman"/>
        </w:rPr>
        <w:t>Irundy ary rire Pablo Moisés oñemopuʼã ojapo hag̃ua oñekumpli hag̃ua Abraham marandu profétiko irundy sy ary rehegua. Abraham, Isaac, Jacob ha Moisés opavave ohechauka pe cien cuarenta y cuatro mil oikéva ñeʼẽmeʼẽme Ñandejára ndive umi ára pahápe.</w:t>
      </w:r>
    </w:p>
    <w:p>
      <w:pPr>
        <w:pStyle w:val="ArticleScripture"/>
        <w:jc w:val="left"/>
      </w:pPr>
      <w:r>
        <w:rPr>
          <w:rFonts w:ascii="Times New Roman" w:hAnsi="Times New Roman" w:eastAsia="Times New Roman" w:cs="Times New Roman"/>
        </w:rPr>
        <w:t>“Ko yvy rembiasakue ára pahápe, Tupã ñe’ẽme’ẽ heko pyahu va’erã umi iñe’ẽmandu’a renduva ndive.” Review and Herald, 26 de febrero de 1914.</w:t>
      </w:r>
    </w:p>
    <w:p>
      <w:pPr>
        <w:pStyle w:val="ArticleBody"/>
        <w:jc w:val="left"/>
      </w:pPr>
      <w:r>
        <w:rPr>
          <w:rFonts w:ascii="Times New Roman" w:hAnsi="Times New Roman" w:eastAsia="Times New Roman" w:cs="Times New Roman"/>
        </w:rPr>
        <w:t>Pe ñemboja’o umi oñangarekóva pytu’uha ára rehe, omoneĩva mymba vai marka, ha umi oñangarekóva pytu’uha ára rehe, oguerohorýva Tupã sello, oiko araka’eve pe léi arapokõindy rehegua rupi. Ko ñemboja’o ojehechauka pe pa’ũme umi diez kuñataĩ marangatu rehegua.</w:t>
      </w:r>
    </w:p>
    <w:p>
      <w:pPr>
        <w:pStyle w:val="ArticleScripture"/>
        <w:jc w:val="left"/>
      </w:pPr>
      <w:r>
        <w:rPr>
          <w:rFonts w:ascii="Times New Roman" w:hAnsi="Times New Roman" w:eastAsia="Times New Roman" w:cs="Times New Roman"/>
        </w:rPr>
        <w:t>“Pe parábola umi pa virgen rehegua Mateo 25-pe ohechauka avei pe jehasa’asýva tavayguakuéra Adventista rehegua.” The Great Controversy, 393.</w:t>
      </w:r>
    </w:p>
    <w:p>
      <w:pPr>
        <w:pStyle w:val="ArticleScripture"/>
        <w:jc w:val="left"/>
      </w:pPr>
      <w:r>
        <w:rPr>
          <w:rFonts w:ascii="Times New Roman" w:hAnsi="Times New Roman" w:eastAsia="Times New Roman" w:cs="Times New Roman"/>
        </w:rPr>
        <w:t>“Py’ỹi oñemombe’u chéve umi pa’ũmbyry umi pa paráva rehegua, pa apytégui po iñarandúva ha po itavýva. Ko paráva oñekumpli va’ekue ha oñekumplíta pe letra peteĩteĩ peve, oguerekógui peteĩ aplicación especial ko ára-pe g̃uarã, ha, pe maranduhára mbohapyha mensajeicha, oñekumpli va’ekue ha opytáta añetegua ko’ág̃agua ramo pe ára paha peve.” Review and Herald, 19 de agosto de 1890.</w:t>
      </w:r>
    </w:p>
    <w:p>
      <w:pPr>
        <w:pStyle w:val="ArticleBody"/>
        <w:jc w:val="left"/>
      </w:pPr>
      <w:r>
        <w:rPr>
          <w:rFonts w:ascii="Times New Roman" w:hAnsi="Times New Roman" w:eastAsia="Times New Roman" w:cs="Times New Roman"/>
        </w:rPr>
        <w:t>Pe parábola oñekumpli vaʼekue 22 jasypa 1844-pe, umi kuñataĩ arandu ha kaʼiguáva historia millerita-pegua oñembojaʼo jave. Adventismo ñepyrũ rehechauka Adventismo paha; ha pe ñembojaʼo pahápe haʼe peteĩ ñekumpli pe parábola umi pa kuñataĩ rehegua, ha pe ñembojaʼo pahápe ojejapo pe léi domingo rupive.</w:t>
      </w:r>
    </w:p>
    <w:p>
      <w:pPr>
        <w:pStyle w:val="ArticleScripture"/>
        <w:jc w:val="left"/>
      </w:pPr>
      <w:r>
        <w:rPr>
          <w:rFonts w:ascii="Times New Roman" w:hAnsi="Times New Roman" w:eastAsia="Times New Roman" w:cs="Times New Roman"/>
        </w:rPr>
        <w:t>“Jey, koʼã parábola omboʼe ndaiporiha ára de prueba pe juicio rire. Oñemohuʼã vove pe tembiapo evangelio rehegua, upepete voi oiko pe ñembojaʼo iporãva ha ivaíva apytépe, ha peteĩteĩ aty rekove paha opyta opa ára g̃uarã oñemopyenda hag̃uáicha.” Christ’s Object Lessons, 123.</w:t>
      </w:r>
    </w:p>
    <w:p>
      <w:pPr>
        <w:pStyle w:val="ArticleBody"/>
        <w:jc w:val="left"/>
      </w:pPr>
      <w:r>
        <w:rPr>
          <w:rFonts w:ascii="Times New Roman" w:hAnsi="Times New Roman" w:eastAsia="Times New Roman" w:cs="Times New Roman"/>
        </w:rPr>
        <w:t>Pe parábola diez vírgen rehegua ohechauka porãha umi vírgen arandu Adventismopegua añoite ohupytyha Tupã sellorã, ha umi vírgen vyrorei Adventismopegua katu ohupytyha mymba ñarõ mba’erã Estados Unidos-pe, pe léi arapokõindy rehegua jave. Umi vírgen vyrorei avei oñerrepresenta Laodiceaguáicha.</w:t>
      </w:r>
    </w:p>
    <w:p>
      <w:pPr>
        <w:pStyle w:val="ArticleScripture"/>
        <w:jc w:val="left"/>
      </w:pPr>
      <w:r>
        <w:rPr>
          <w:rFonts w:ascii="Times New Roman" w:hAnsi="Times New Roman" w:eastAsia="Times New Roman" w:cs="Times New Roman"/>
        </w:rPr>
        <w:t>“Pe iglesia reko, umi vírgen tavykuéra ohechaukáva, oñeñe’ẽ avei hese Laodicea rekóicha.” Review and Herald, 19 de agosto de 1890.</w:t>
      </w:r>
    </w:p>
    <w:p>
      <w:pPr>
        <w:pStyle w:val="ArticleBody"/>
        <w:jc w:val="left"/>
      </w:pPr>
      <w:r>
        <w:rPr>
          <w:rFonts w:ascii="Times New Roman" w:hAnsi="Times New Roman" w:eastAsia="Times New Roman" w:cs="Times New Roman"/>
        </w:rPr>
        <w:t>Umi ára pahápe, Tupã ombopyahúvo Ijoguapy heta umi tavayguakuérape omboajéva Hembiapoukapy, Tupã oikuaaukáta peteĩ téra pyahu ijeheguigua, ojapo haguéicha ombopyahúramo guare pe joguapy Moisés árape. Pe condición umi vírgen tavykuéra rehegua ha’e ndorekóiha aceite, ha pe condición umi Laodiceagua rehegua ha’e oikoha hesa’ỹijoiterei hag̃uáicha ndohechái hag̃ua ndorekóiha aceite. Ojekuaa porã, peichaite ramo umi vírgen tavykuéra ha’e Laodiceagua, upéicharõ umi vírgen arandúva ha’e Filadelfiagua.</w:t>
      </w:r>
    </w:p>
    <w:p>
      <w:pPr>
        <w:pStyle w:val="ArticleScripture"/>
        <w:jc w:val="left"/>
      </w:pPr>
      <w:r>
        <w:rPr>
          <w:rFonts w:ascii="Times New Roman" w:hAnsi="Times New Roman" w:eastAsia="Times New Roman" w:cs="Times New Roman"/>
        </w:rPr>
        <w:t>Ha ehai pe tupao pegua Filadélfiape ehai: Péicha he’i pe Imarangatúva, pe Añeteguáva, pe oguerekóva David llave, pe oipe’áva ha avave ndojokéi; ha ojokóva ha avave ndoipe’ái; aikuaa nde rembiapokuéra: péina, amoĩ nde renondépe peteĩ okẽ ojepe’áva, ha avave ndaikatúi ojoko: nde niko reguereko mbarete michĩmi, ha reñongatu che ñe’ẽ, ha ndereñembotovéi che réra.</w:t>
      </w:r>
    </w:p>
    <w:p>
      <w:pPr>
        <w:pStyle w:val="ArticleScripture"/>
        <w:jc w:val="left"/>
      </w:pPr>
      <w:r>
        <w:rPr>
          <w:rFonts w:ascii="Times New Roman" w:hAnsi="Times New Roman" w:eastAsia="Times New Roman" w:cs="Times New Roman"/>
        </w:rPr>
        <w:t>Péina, ajapóta umi oĩva Satanás sinagógape, he’íva ha’ekuéraha judío, ha judío’ỹva, síno ijapu; péina, ajapóta ou ha oñesũ ne py renondépe, ha oikuaa haguã che rohayhu hague. Reñongatu rupi che ñe’ẽ che py’aguasu rehegua, che avei roñangarekóta pe aravo jehasa asygui, ou hag̃uágui opa yvy ape ári, ojehecha’ỹ hag̃uáicha umi oikóva yvy ári.</w:t>
      </w:r>
    </w:p>
    <w:p>
      <w:pPr>
        <w:pStyle w:val="ArticleScripture"/>
        <w:jc w:val="left"/>
      </w:pPr>
      <w:r>
        <w:rPr>
          <w:rFonts w:ascii="Times New Roman" w:hAnsi="Times New Roman" w:eastAsia="Times New Roman" w:cs="Times New Roman"/>
        </w:rPr>
        <w:t>Péina, aju pya’e: ejoko hatã pe erekóva, ani hag̃ua avave ojagarra nde koróna. Pe oñakãrapu’ãvape ajapóta che Tupã róga pegua peteĩ yta’ẽ hag̃ua, ha ndoikemo’ãvéi osẽ hag̃ua upégui; ha aháita hese che Tupã réra, ha che Tupã tavaguasu réra, upéva ha’e Jerusalén pyahu, oguejýva yvágagui che Tupãgui; ha aháita hese che réra pyahu. Pe orekóva apysa, tohendu mba’épa he’i Espíritu umi iglésiakuérape. Apocalipsis 3:7–13.</w:t>
      </w:r>
    </w:p>
    <w:p>
      <w:pPr>
        <w:pStyle w:val="ArticleBody"/>
        <w:jc w:val="left"/>
      </w:pPr>
      <w:r>
        <w:rPr>
          <w:rFonts w:ascii="Times New Roman" w:hAnsi="Times New Roman" w:eastAsia="Times New Roman" w:cs="Times New Roman"/>
        </w:rPr>
        <w:t>Umi Filadelfiagua ohechauka umi cien cuarenta y cuatro mil, ha oñepromete chupekuéra Tupã ohaíta hag̃ua hi’ári kuéra pe héra pyahu imba’éva. Ñandejára oike vove pacto-pe umi cien cuarenta y cuatro mil ndive, Ha’e omoñepyrũta peteĩ héra pyahu ijehegui. Abraham-pe he’i vaekue Ñandejára Ha’eha Tupã Ipu’akapáva.</w:t>
      </w:r>
    </w:p>
    <w:p>
      <w:pPr>
        <w:pStyle w:val="ArticleScripture"/>
        <w:jc w:val="left"/>
      </w:pPr>
      <w:r>
        <w:rPr>
          <w:rFonts w:ascii="Times New Roman" w:hAnsi="Times New Roman" w:eastAsia="Times New Roman" w:cs="Times New Roman"/>
        </w:rPr>
        <w:t>Ha orekóvo Abrám noventa ha nueve áño, Ñandejára ojechauka Abrámpe ha he’i ichupe: Che hína Tupã Ipu’akapavẽva; eguata che renondépe ha eiko hag̃ua reko porãmbápe. Ha ajapóta che ñe’ẽme’ẽ che ha nde apytépe, ha rombohetaitereíta. Upévo Abrám oñesũ hova yvýre; ha Tupã oñe’ẽ hendive, he’ívo: Che katu, péina, che ñe’ẽme’ẽ oĩ nendive, ha nde reikóta heta tetã ru. Nde réra ndojeheromo’ãvéima Abrám, nde réra katu oikóta Abraham; peteĩ heta tetã ru ramo niko romoĩma. Génesis 17:1–5.</w:t>
      </w:r>
    </w:p>
    <w:p>
      <w:pPr>
        <w:pStyle w:val="ArticleBody"/>
        <w:jc w:val="left"/>
      </w:pPr>
      <w:r>
        <w:rPr>
          <w:rFonts w:ascii="Times New Roman" w:hAnsi="Times New Roman" w:eastAsia="Times New Roman" w:cs="Times New Roman"/>
        </w:rPr>
        <w:t>Ñepyrũrã guare pe Ñandejára ojapo hag̃ua peteĩ ñe’ẽme’ẽ tavayguakuéra ojeiporavóvandi Abraham ára-pe, ha’e oikuaaukákuri ijehe pe Tupã Ipu’akapáva ramo. Ha Moisés ára-pe omombaretevévo pe iñe’ẽme’ẽ joaju, peteĩhaite jeýpe oikuaaukákuri ijehe JEHOVAH ramo. Ha Jesús ou ramo omboaje hag̃ua pe ñe’ẽme’ẽ heta ndive peteĩ semánape g̃uarã, ha’e oguerukákuri peteĩ téra pyahu Tupã rehegua, pe oje’e va’ekue peteĩ jeýnte pe Testamento Tuja-pe ha upéva peteĩ Babiloniagua rupive.</w:t>
      </w:r>
    </w:p>
    <w:p>
      <w:pPr>
        <w:pStyle w:val="ArticleScripture"/>
        <w:jc w:val="left"/>
      </w:pPr>
      <w:r>
        <w:rPr>
          <w:rFonts w:ascii="Times New Roman" w:hAnsi="Times New Roman" w:eastAsia="Times New Roman" w:cs="Times New Roman"/>
        </w:rPr>
        <w:t>Upéi rupi mburuvicha guasu Nabucodonosor opyta ñemondýipe, ha pyaʼe opuʼã; oñeʼẽ ha heʼi imaranduha kuérape: “Ndajajapói piko mbohapy kuimbaʼe ñañapytĩva’ekue ha jaity tata mbytépe?” Haʼekuéra ombohovái ha heʼi mburuvicha guasúpe: “Añete, mburuvicha guasu.” Haʼe ombohovái ha heʼi: “Péina, che ahecha irundy kuimbaʼe ojeheja hag̃uáicha, oguata tata mbytépe, ha ndaipóri mbaʼeve vai ojehúva chupekuéra; ha pe irundyha raʼanga ojogua Tupã Raʼýpe.” Daniel 3:24, 25.</w:t>
      </w:r>
    </w:p>
    <w:p>
      <w:pPr>
        <w:pStyle w:val="ArticleBody"/>
        <w:jc w:val="left"/>
      </w:pPr>
      <w:r>
        <w:rPr>
          <w:rFonts w:ascii="Times New Roman" w:hAnsi="Times New Roman" w:eastAsia="Times New Roman" w:cs="Times New Roman"/>
        </w:rPr>
        <w:t>Ijetu hag̃uáicha ojehechauka hag̃ua Daniel mbohapyha kapítulo ohechaukaha pe léi domingo rehegua Estados Unidos-pe. Daniel mbohapyhápe Sadrac, Mesac ha Abed-nego ohechauka pe cien cuarenta y cuatro mil-pe. Pe cien cuarenta y cuatro mil ha’e umi ombopyahúva pe pacto ipahápe guarã. Daniel mbohapyhápe jahecha peteĩ ta’anga profético pe léi domingo ha pe ama ypykue paha rembiasakue rehegua. Cristo oĩkuri ha oĩta pe tata persecución-pe hendive umi mbohapy hekopotĩva, ohechaukáva ndaha’éi añónte pe cien cuarenta y cuatro mil, ha katu avei umi mbohapy ánhel marandu. Pe tatápe, ojehechaukáva pe léi domingo jejopy vai rehegua, Ha’e ojekuaa peteĩ Itéra rupi, ha upéva peteĩ Téra ndikatúiva oñemoinge tembiasápe pe Cristo og̃uahẽ mboyve Tupã Ra’y ramo. Pe ta’anga mbohapyha kapítulope jahecha umi ombopyahúva pe pacto ko yvy paha árape ojojuhuha Cristo ndive pe apañuãi paha aja, ha Ha’e oguereko peteĩ Téra avave kuimba’e ndoikuaáiva.</w:t>
      </w:r>
    </w:p>
    <w:p>
      <w:pPr>
        <w:pStyle w:val="ArticleBody"/>
        <w:jc w:val="left"/>
      </w:pPr>
      <w:r>
        <w:rPr>
          <w:rFonts w:ascii="Times New Roman" w:hAnsi="Times New Roman" w:eastAsia="Times New Roman" w:cs="Times New Roman"/>
        </w:rPr>
        <w:t>Ajehai hag̃ua mombyry ñande ñehesa’ỹijógui pe jepe’a Egiptogua ohechaukáva pe léi domingo rehegua Estados Unidos-pe, tekotevẽ ñanemandu’a ñandejehegui, Egipto-pe oñepyrũ mboyve pe peteĩha umi pa plague apytégui, oĩ hague añetetéva agitación sábado rehegua.</w:t>
      </w:r>
    </w:p>
    <w:p>
      <w:pPr>
        <w:pStyle w:val="ArticleScripture"/>
        <w:jc w:val="left"/>
      </w:pPr>
      <w:r>
        <w:rPr>
          <w:rFonts w:ascii="Times New Roman" w:hAnsi="Times New Roman" w:eastAsia="Times New Roman" w:cs="Times New Roman"/>
        </w:rPr>
        <w:t>Ha Faraón he’i: Péina, ko tetãygua hetaitéma ko’ág̃a, ha peẽ pemombytu’u chupekuéra ijopy vaígui. Ha upe árape voi Faraón omanda umi tembiguái rembiapo moakãharakuérape ha umi mburuvichakuérape, he’ívo: Ndaiveimo’ãi peẽ peme’ẽ umi tetãguápe kapi’i seco ojejapo hag̃ua ladríllo, yma guaréicha; toho hikuái ha tombyaty ijupekuéra hag̃ua kapi’i seco. Ha pe papapy ladríllo ojapóva’ekue yma, upéva pejopyta hag̃ua hi’ári; ani pemomichĩ mba’eve chugui, peteĩve mba’e; opytu’u rei niko hikuái, upévare osapukái hikuái, he’ívo: Jaha ñañemboja hag̃ua ñande Járape. Toñembohetave kuimba’ére tembiapo, ikatu hag̃uáicha omba’apo hikuái ipype; ha ani hag̃ua oñatende ñe’ẽ rei rehe. Upémarõ umi tembiapo moakãhára ha umi mburuvichakuéra osẽ ha oñe’ẽ umi tetãguápe, he’ívo: Péicha he’i Faraón: Ndaime’ẽmo’ãi peẽme kapi’i seco. Tapeho, pejuhu hag̃ua peẽ voi kapi’i seco mamópa pejuhukuaa; jepe upéicha, ndopemoĩmbamo’ãi mba’eve pene rembiapógui. Upévare umi tetãygua isarambi opa rupi Egipto retãme ombyaty hag̃ua ñana piru kapi’i seco rendaguépe. Ha umi tembiapo moakãhára omyaña chupekuéra, he’ívo: Pemohu’ã pene rembiapo, káda ára peguerekóva, kapi’i seco oĩrõguáicha. Ha umi Israel ra’ykuéra mburuvichakuéra, Faraón rembiguái moakãharakuéra omoĩva’ekue hi’ári, oñenupã, ha oñeporandu chupekuéra: Mba’ére pemoaguĩra’ẽ pende rembiapo ladríllo apo hag̃ua, kuehe ha ko ára, yma guaréicha? Upe rire umi Israel ra’ykuéra mburuvichakuéra ou ha osapukái Faraónpe, he’ívo: Mba’ére pende reko péicha ne rembiguái rehe? Ndoñeme’ẽi kapi’i seco ne rembiguáipe, ha ha’e kuéra oreve he’i: Pejapo ladríllo; ha péina, ne rembiguái oñenupã, péro jejavy oĩ nde retãyguakuéra rehe. Ha’e katu he’i: Peẽ piko pemba’apo’ỹ reíntema, pemba’apo’ỹ rei; upévare peje: Jaha ñañemboja hag̃ua Ñandejárape. Ko’ág̃a piko tapeho pemba’apo; ndañeme’ẽmo’ãi peẽme kapi’i seco, ha upéicharõ jepe peme’ẽva’erã pe papapy ladríllo. Ha umi Israel ra’ykuéra mburuvichakuéra ohechakuaa oĩha vaieterei hikuái, oñeñe’ẽ rire chupekuéra péicha: Ani pemomichĩ mba’eve pende ladríllogui, pende rembiapo ára ha ára guágui. Éxodo 5:5–19.</w:t>
      </w:r>
    </w:p>
    <w:p>
      <w:pPr>
        <w:pStyle w:val="ArticleBody"/>
        <w:jc w:val="left"/>
      </w:pPr>
      <w:r>
        <w:rPr>
          <w:rFonts w:ascii="Times New Roman" w:hAnsi="Times New Roman" w:eastAsia="Times New Roman" w:cs="Times New Roman"/>
        </w:rPr>
        <w:t>Pe léi dominical mboyve oĩta peteĩ myangekói okakuaáva umi oguereko hag̃ua pe sábado ára pokõiha rehe, ojoguaiteháicha oĩ vaʼekue umi plága Egiptopegua mboyve. Moisés niko pe ojehechakuaa vaʼekue mokõive, umi Egipcio ha umi Hebreo apytépe, pe haʼeha upe omoñepyrũva opa umi jejopy vai, ojoguaháicha Acab ombojovake vaʼekue Elíaspe.</w:t>
      </w:r>
    </w:p>
    <w:p>
      <w:pPr>
        <w:pStyle w:val="ArticleScripture"/>
        <w:jc w:val="left"/>
      </w:pPr>
      <w:r>
        <w:rPr>
          <w:rFonts w:ascii="Times New Roman" w:hAnsi="Times New Roman" w:eastAsia="Times New Roman" w:cs="Times New Roman"/>
        </w:rPr>
        <w:t>Ha oiko hag̃ua, Acab ohechávo Elíaspe, Acab he’i ichupe: Nde piko pe remoapañuãiva Israel? Ha ha’e ombohovái: Che ndamoapañuãi Israélpe; nde katu, ha nde ru róga, pehejágui Ñandejára rembiapoukapy, ha reseguígui umi Baal-kuérape. 1 Reyes 18:17, 18.</w:t>
      </w:r>
    </w:p>
    <w:p>
      <w:pPr>
        <w:pStyle w:val="ArticleBody"/>
        <w:jc w:val="left"/>
      </w:pPr>
      <w:r>
        <w:rPr>
          <w:rFonts w:ascii="Times New Roman" w:hAnsi="Times New Roman" w:eastAsia="Times New Roman" w:cs="Times New Roman"/>
        </w:rPr>
        <w:t>Moisés rembiasakue ohechauka pe léi domingo rehegua tembiasakue, ha Elías rembiasakue avei ohechauka pe léi domingo rehegua tembiasakue. Oñondive térã peteĩteĩva, Moisés ha Elías ha’e techaukaha. Cristo Transfiguración-pe, ha’ekuéra oñondive orrepresenta umi ciento cuarenta y cuatro mil ndaomanóiva ha umi omanóva Ñandejárape. Moisés oñemopu’ãjey va’ekue, Elías katu araka’eve nomanói. Ha’ekuéra avei hína mokõi maranduhára ombohasa asýva tavayguakuérape Apocalipsis capítulo once-pe. Heta añetegua ojehechauka Moisés ha Elías rupive techaukaháramo, ha roha’arõ ikatu hag̃uáicha ñañe’ẽ upévare upe rire.</w:t>
      </w:r>
    </w:p>
    <w:p>
      <w:pPr>
        <w:pStyle w:val="ArticleScripture"/>
        <w:jc w:val="left"/>
      </w:pPr>
      <w:r>
        <w:rPr>
          <w:rFonts w:ascii="Times New Roman" w:hAnsi="Times New Roman" w:eastAsia="Times New Roman" w:cs="Times New Roman"/>
        </w:rPr>
        <w:t>Péina ápe, che amondóta peẽme Elías maranduhára, ou mboyve pe ára tuicha ha kyhyjeha Ñandejára rehegua; ha ha’e ombojere hag̃ua túvakuéra py’a ita’ýra kuéra gotyo, ha ta’ýra kuéra py’a ituvakuéra gotyo, ani hag̃ua aju ha ainu hag̃ua yvy peteĩ ñe’ẽ vai reheve. Malaquías 4:5, 6.</w:t>
      </w:r>
    </w:p>
    <w:p>
      <w:pPr>
        <w:pStyle w:val="ArticleBody"/>
        <w:jc w:val="left"/>
      </w:pPr>
      <w:r>
        <w:rPr>
          <w:rFonts w:ascii="Times New Roman" w:hAnsi="Times New Roman" w:eastAsia="Times New Roman" w:cs="Times New Roman"/>
        </w:rPr>
        <w:t>Yvypóra mboyve yvypóra rembipota renda oñemboty, “proféta Elías” ojehechauka vaʼerã peteĩ marandu especial reheve omoambuéva “tuvakuéra korasõ taʼyrakuérape, ha taʼyrakuéra korasõ ituvakuérape.” Opavave proféta ohechauka ko yvy paha rehegua, ha opavave ojuehegui peteĩ ñeʼẽme oñemoĩ.</w:t>
      </w:r>
    </w:p>
    <w:p>
      <w:pPr>
        <w:pStyle w:val="ArticleScripture"/>
        <w:jc w:val="left"/>
      </w:pPr>
      <w:r>
        <w:rPr>
          <w:rFonts w:ascii="Times New Roman" w:hAnsi="Times New Roman" w:eastAsia="Times New Roman" w:cs="Times New Roman"/>
        </w:rPr>
        <w:t>Ha umi profétakuéra espíritu oĩ guýpe umi profétape. Tupã niko ndaha’éi ñembopy’aju apohare, síno py’aguapy rehegua, opavave umi marangatukuéra iglésiapekuéraicha. 1 Corintios 14:32, 33.</w:t>
      </w:r>
    </w:p>
    <w:p>
      <w:pPr>
        <w:pStyle w:val="ArticleBody"/>
        <w:jc w:val="left"/>
      </w:pPr>
      <w:r>
        <w:rPr>
          <w:rFonts w:ascii="Times New Roman" w:hAnsi="Times New Roman" w:eastAsia="Times New Roman" w:cs="Times New Roman"/>
        </w:rPr>
        <w:t>Elías marandu oguahẽ pe ára guasu ha mba’e kyhyjepyrã Ñandejára rehegua mboyve; upévare, ha’e hína pe marandu ijojaha’ỹva pe Revelación arandukápe oñemyesakãva “Jesucristo Revelación” ramo. “Pe ára hi’aguĩma” vove, Elías rembiaporã tee ohechauka Tupã “tembiguáipe umi mba’e pya’eterei oikótava.”</w:t>
      </w:r>
    </w:p>
    <w:p>
      <w:pPr>
        <w:pStyle w:val="ArticleScripture"/>
        <w:jc w:val="left"/>
      </w:pPr>
      <w:r>
        <w:rPr>
          <w:rFonts w:ascii="Times New Roman" w:hAnsi="Times New Roman" w:eastAsia="Times New Roman" w:cs="Times New Roman"/>
        </w:rPr>
        <w:t>Jesucristo Ñemombe’upy, Tupã ome’ẽ va’ekue chupe, ohechauka hag̃ua hembiguái kuérape umi mba’e pya’etéma oiko va’erãva; ha ha’e omondo va’ekue, ha oikuaauka hag̃ua ijasy kuéra rupi hemimbou ángel rupive hembiguái Juanpe: kóva omombe’u va’ekue Tupã ñe’ẽ rehegua, ha Jesucristo ñemombe’u rehegua, ha opa umi mba’e ha’e ohecha va’ekue. Ojehovasáva pe omoñe’ẽva, ha umi ohendúva ko profesía ñe’ẽnguéra, ha ojapóva umi mba’e ipype ojehaíva: hi’aguĩgui ára. Apocalipsis 1:1–3.</w:t>
      </w:r>
    </w:p>
    <w:p>
      <w:pPr>
        <w:pStyle w:val="ArticleBody"/>
        <w:jc w:val="left"/>
      </w:pPr>
      <w:r>
        <w:rPr>
          <w:rFonts w:ascii="Times New Roman" w:hAnsi="Times New Roman" w:eastAsia="Times New Roman" w:cs="Times New Roman"/>
        </w:rPr>
        <w:t>Ñañaminduʼu hag̃ua, Malaquías oipurúramo Elíaspe peteĩ símbolo-rõ, omoĩ avei peteĩ ñeʼẽjoaju hag̃uaicha mandamiénto jererovia rehe.</w:t>
      </w:r>
    </w:p>
    <w:p>
      <w:pPr>
        <w:pStyle w:val="ArticleScripture"/>
        <w:jc w:val="left"/>
      </w:pPr>
      <w:r>
        <w:rPr>
          <w:rFonts w:ascii="Times New Roman" w:hAnsi="Times New Roman" w:eastAsia="Times New Roman" w:cs="Times New Roman"/>
        </w:rPr>
        <w:t>Penemandu peñemomandu Moisés, che rembiguái, léi, amandáva’ekue chupe Horeb-pe opa Israel-pe g̃uarã, umi tembiapoukapy ha umi jehusgakue ndive. Péina, che amondóta peẽme Elías maranduhára, Ñandejára ára guasu ha kyhyjepyrã oúta mboyve: ha ha’e omoambue jeýta túvakuéra py’a ta’ýra kuérape, ha ta’ýra kuéra py’a túvakuérape, ani hag̃ua aju ha ahundi yvy peteĩ jehovasapy’ỹ reheve. Malaquías 4:4–6.</w:t>
      </w:r>
    </w:p>
    <w:p>
      <w:pPr>
        <w:pStyle w:val="ArticleBody"/>
        <w:jc w:val="left"/>
      </w:pPr>
      <w:r>
        <w:rPr>
          <w:rFonts w:ascii="Times New Roman" w:hAnsi="Times New Roman" w:eastAsia="Times New Roman" w:cs="Times New Roman"/>
        </w:rPr>
        <w:t>Koʼã mbohapy versíkulo hína Antiguo Testamento pahaitegua, ha oguereko ipromésa paha Antiguo Testamento-pe guare, avei peteĩ ñeʼẽhatã umi léi pa porundy ñongatu hag̃ua rehe. Oĩ siete “jehovasa” Apocalipsis arandukápe, ha pe pahaitegua haʼe peteĩ jehovasa umi oñongatúva umi léi pa porundy ári.</w:t>
      </w:r>
    </w:p>
    <w:p>
      <w:pPr>
        <w:pStyle w:val="ArticleScripture"/>
        <w:jc w:val="left"/>
      </w:pPr>
      <w:r>
        <w:rPr>
          <w:rFonts w:ascii="Times New Roman" w:hAnsi="Times New Roman" w:eastAsia="Times New Roman" w:cs="Times New Roman"/>
        </w:rPr>
        <w:t>Che ha’e Alfa ha Omega, ñepyrũ ha paha, peteĩha ha pahague. Ojehovasáva umi ojapóva hembiapoukapykuéra, ikatu hag̃uáicha oguereko derecho yvyramáta tekove rehegua rehe, ha oike hag̃ua okẽnguéra rupive táva peve. Apocalipsis 22:13, 14.</w:t>
      </w:r>
    </w:p>
    <w:p>
      <w:pPr>
        <w:pStyle w:val="ArticleBody"/>
        <w:jc w:val="left"/>
      </w:pPr>
      <w:r>
        <w:rPr>
          <w:rFonts w:ascii="Times New Roman" w:hAnsi="Times New Roman" w:eastAsia="Times New Roman" w:cs="Times New Roman"/>
        </w:rPr>
        <w:t>Pe promésa paha oĩva Antiguo Testamento-pe ñanemomarandu ñane manduʼávo “Ñanemanduʼa hag̃ua” umi diez mandamiento rehe, ha upéicha ojapóvo omombaʼeguasuve pe peteĩ mandamiento oguerekóva avei pe mandáto heʼíva “ñanemanduʼa hag̃ua”.</w:t>
      </w:r>
    </w:p>
    <w:p>
      <w:pPr>
        <w:pStyle w:val="ArticleScripture"/>
        <w:jc w:val="left"/>
      </w:pPr>
      <w:r>
        <w:rPr>
          <w:rFonts w:ascii="Times New Roman" w:hAnsi="Times New Roman" w:eastAsia="Times New Roman" w:cs="Times New Roman"/>
        </w:rPr>
        <w:t>Eñemomandu'a pe ára pytu'u rehe, remomarangatu haguã. Poteĩ ára remba'apóta, ha rejapóta nde rembiapo ha'e hag̃uáicha: ha pe ára pokõihápe ha'e pe pytu'u ára Ñandejára nde Jára mba'éva; ipype nderejapomo'ãi mba'eveichagua tembiapo, nde, ni nde ra'y, ni nde rajy, ni nde rembiguái kuimba'e, ni nde rembiguái kuña, ni nde mymba, ni pe pytagua oĩva nde rokẽ ryepýpe: mba'érepa poteĩ árape Ñandejára ojapo yvága ha yvy, para ha opa mba'e ipype oĩva, ha opytu'u pe ára pokõihápe: upévare Ñandejára ohovasa pe ára pytu'u ha omomarangatu. Éxodo 20:8–11.</w:t>
      </w:r>
    </w:p>
    <w:p>
      <w:pPr>
        <w:pStyle w:val="ArticleBody"/>
        <w:jc w:val="left"/>
      </w:pPr>
      <w:r>
        <w:rPr>
          <w:rFonts w:ascii="Times New Roman" w:hAnsi="Times New Roman" w:eastAsia="Times New Roman" w:cs="Times New Roman"/>
        </w:rPr>
        <w:t>Mokõive pahague oĩva Antiguo ha Nuevo Testamento-pe omomba’e umi mandamiento Tupã rehegua, peteĩ énfasis especial reheve ára pokõihápe guare sábado rehe. Malaquías he’i ñanemanduʼa hag̃ua, ha Juan ñanemomarandu jajehovasaha jajapóramo upéicha. Pe sábado ára pokõihápe guare omanduʼa Tupã rembiapokue jehepyme’ẽrã ha ipokatu omoheñóiva. Pe sábado avei oiko pe punto de controversia umi ára pahápe ko yvy rembiasakue-pe. Juan ohai jave pe “jehovasa” umi ojapóva imandamientokuéra ári, haʼe ohaínte hína umi mbaʼe Jesús, pe Alfa ha Omega, iñepyrũha ha ipaha, peteĩha ha pahaguéva, omoherakuã vaʼekue. Upévare, mokõive pahague Nuevo Testamento-pe rehegua oguereko hag̃ua pe sábado ára pokõihápe guare ha avei pe tekome’ẽ divino ohechauka hag̃ua pe paha iñepyrũ rupi.</w:t>
      </w:r>
    </w:p>
    <w:p>
      <w:pPr>
        <w:pStyle w:val="ArticleBody"/>
        <w:jc w:val="left"/>
      </w:pPr>
      <w:r>
        <w:rPr>
          <w:rFonts w:ascii="Times New Roman" w:hAnsi="Times New Roman" w:eastAsia="Times New Roman" w:cs="Times New Roman"/>
        </w:rPr>
        <w:t>Peteĩha añetegua oñemombeʼúva Génesis-pe, heʼiséva ñepyrũmby, ohechauka Mboapohárape, apopyrãme ha peteĩ ñemombaʼeguasu hag̃ua Arapokõindy rehe. Oñondivepa, línea ári línea, Antiguo Testamento ñepyrũ ha ipaha, avei mokõivéva, Antiguo ha Nuevo Testamento, omombaʼeguasu Tupãme Mboapoháraramo, Paʼũ Asy Diez Mandamiento, pe mandamiento Arapokõindygua, ha Jesús haʼeha ñepyrũ ha paha.</w:t>
      </w:r>
    </w:p>
    <w:p>
      <w:pPr>
        <w:pStyle w:val="ArticleBody"/>
        <w:jc w:val="left"/>
      </w:pPr>
      <w:r>
        <w:rPr>
          <w:rFonts w:ascii="Times New Roman" w:hAnsi="Times New Roman" w:eastAsia="Times New Roman" w:cs="Times New Roman"/>
        </w:rPr>
        <w:t>Marandu hag̃ua, Malaquías oiporu Elías maranduhára ramo peteĩ símbolo pe promésa pahápe Antiguo Testamento-pe, ha ha’e voi pe maranduhára ombohováiva Jezabel ha Acab-pe. Pe lívro Apocalipsis oiporu Jezabel peteĩ símbolo ramo papado rehegua, ha diez mburuvicha guasu peteĩ símbolo ramo Naciones Unidas rehegua. Elías ombohovái haguéicha Acab ha Jezabel-pe, upéva orrepresenta umi ciento cuarenta y cuatro mil ombohováitaha Naciones Unidas-pe, omombaretéva Estados Unidos ha omotenondéva papado. Acab, Israel pegua umi diez tribu yvate gotyoguáva ruvicha guasu ramo, orrepresenta pe pokatu oisãmbyhýva diez tribu ári; upéicha rupi ohechauka typológicamente Estados Unidos (Acab) omombareteha Naciones Unidas-pe (diez tribu térã diez mburuvicha guasu Apocalipsis diecisiete-pe) ikatu hag̃uáicha ojapo sábado ñangarekohára ñembojere papado rehehápe (Jezabel). Malaquías oipuru jave Elías-pe orrepresenta hag̃ua peteĩ marandu ouva’erã Ñandejára ára guasu ha kyhyjeha mboyve, Elías orrepresenta umi ojepersegíva Roma ko’ãgagua rupive (dragón, mymba ha maranduhára japu), ha’e ojepersegihaguéicha Jezabel rupive mbohapy áño ha mbyte pukukue. Oñemomba’eguasúvo sábado, oiporúvo ñe’ẽ “penemandu’a” Malaquías 4:4-pe, oñemoinge avei domingo léi rehegua apañuãi pe escenario profético Malaquías ohechaukávape.</w:t>
      </w:r>
    </w:p>
    <w:p>
      <w:pPr>
        <w:pStyle w:val="ArticleBody"/>
        <w:jc w:val="left"/>
      </w:pPr>
      <w:r>
        <w:rPr>
          <w:rFonts w:ascii="Times New Roman" w:hAnsi="Times New Roman" w:eastAsia="Times New Roman" w:cs="Times New Roman"/>
        </w:rPr>
        <w:t>Heta mbaʼe hetave oñembojoapyvaʼerã umi añetegua ojehechauka hag̃ua oñembojojávo pe Ñeʼẽmeʼẽ Yma guare ñepyrũme oĩva ipahápe oĩvare, ha upéi oñembojojávo pe Biblia ñepyrũ ipahápe oĩvare. Génesis-pe jajuhu pe Moheñóihárape, pe jejapo ha pe sábado omandua hag̃ua pe jejapore. Malaquías-pe jajuhu pe mandamiénto sábado rehegua oñemombeʼúva pe ñeʼẽrã ñorairõ pahápeguáva ramo ogueraháva yvypóra ára pyʼaguapy ñemboty ha umi siete plagas paha peve, térã, Malaquías heʼiháicha, “pe ára guasu ha kyhyjepyráva Ñandejára rehegua”. Elías ohechauka Ñandejára retãygua kuérape, umi omyasãiva pe mbohapyha ánhel marandu peteĩ mundo omanóvape.</w:t>
      </w:r>
    </w:p>
    <w:p>
      <w:pPr>
        <w:pStyle w:val="ArticleScripture"/>
        <w:jc w:val="left"/>
      </w:pPr>
      <w:r>
        <w:rPr>
          <w:rFonts w:ascii="Times New Roman" w:hAnsi="Times New Roman" w:eastAsia="Times New Roman" w:cs="Times New Roman"/>
        </w:rPr>
        <w:t>“Ko árape, Elías ha Juan el Bautista espíritu ha pokatu rupive, mensahéro Tupã omoĩ vaʼekue ohenói peteĩ mundo oĩva juicio renondépe atenciónpe umi mbaʼe guasu ha ipohýiva oikótavare pyaʼe, ojoajúva gracia ára paha aravo ndive ha Cristo Jesús jehechauka rehe mburuvicha guasu ruvicha guasu kuéra ári ha jarakuéra Jára ramo.” Profetas y Reyes, 715, 716.</w:t>
      </w:r>
    </w:p>
    <w:p>
      <w:pPr>
        <w:pStyle w:val="ArticleBody"/>
        <w:jc w:val="left"/>
      </w:pPr>
      <w:r>
        <w:rPr>
          <w:rFonts w:ascii="Times New Roman" w:hAnsi="Times New Roman" w:eastAsia="Times New Roman" w:cs="Times New Roman"/>
        </w:rPr>
        <w:t>Ñepyrũha Biblia rehegua, ha upéva avei ha’e pe Antiguo Testamento ñepyrũha, ohechauka peteĩ tembiasakue peteĩchagua pe mokõive Testamento paha ramo; hákatu káda ñepyrũha ha paha oguereko iñanduva’erã tee oiméva omomba’eguasu ha ome’ẽva pe marandu-pe. Génesis-pe oñemboguata hag̃ua pe ñemaña ha’e Tupã rembiapo kuéra rehe; Malaquías-pe katu pe ñemaña oĩ pe marandu rehe, oñemomarandúva hag̃ua pe apañuãi oútava rehe. Apocalipsis paha ombojekuaa pe Alfa ha Omega. Pe Nuevo Testamento aranduka peteĩha-pe, jahecha ko’ãva.</w:t>
      </w:r>
    </w:p>
    <w:p>
      <w:pPr>
        <w:pStyle w:val="ArticleScripture"/>
        <w:jc w:val="left"/>
      </w:pPr>
      <w:r>
        <w:rPr>
          <w:rFonts w:ascii="Times New Roman" w:hAnsi="Times New Roman" w:eastAsia="Times New Roman" w:cs="Times New Roman"/>
        </w:rPr>
        <w:t>Pe lívro oikuaáva Jesucristo rekove ñepyrũrã, David ra’y, Abraham ra’y.</w:t>
      </w:r>
    </w:p>
    <w:p>
      <w:pPr>
        <w:pStyle w:val="ArticleScripture"/>
        <w:jc w:val="left"/>
      </w:pPr>
      <w:r>
        <w:rPr>
          <w:rFonts w:ascii="Times New Roman" w:hAnsi="Times New Roman" w:eastAsia="Times New Roman" w:cs="Times New Roman"/>
        </w:rPr>
        <w:t>Abraham ojapo Isaácpe; ha Isaác ojapo Jacobpe; ha Jacob ojapo Judá ha iñermanokuérape; ha Judá ojapo Fares ha Zara Támargui; ha Fares ojapo Esrompe; ha Esrom ojapo Arampe; ha Aram ojapo Aminadabpe; ha Aminadab ojapo Naasónpe; ha Naasón ojapo Salmónpe; ha Salmón ojapo Boozpe, Rahabgui; ha Booz ojapo Obedpe, Rutgui; ha Obed ojapo Jesépe; ha Jesé ojapo mburuvicha guasu Davidpe; ha mburuvicha guasu David ojapo Salomónpe, Urias rembirekokuegui; ha Salomón ojapo Roboámpe; ha Roboám ojapo Abíape; ha Abía ojapo Asápe; ha Asá ojapo Josafatpe; ha Josafat ojapo Jorampe; ha Joram ojapo Ozíaspe; ha Ozías ojapo Joatampe; ha Joatam ojapo Acazpe; ha Acaz ojapo Ezequíaspe; ha Ezequías ojapo Manaséspe; ha Manasés ojapo Amónpe; ha Amón ojapo Josíaspe; ha Josías ojapo Jeconías ha iñermanokuérape, Babilóniape jeguerahaha mboyve rupi; ha Babilóniape herahaha rire, Jeconías ojapo Salatielpe; ha Salatiel ojapo Zorobabelpe; ha Zorobabel ojapo Abiúdpe; ha Abiúd ojapo Eliaquímpe; ha Eliaquim ojapo Azorpe; ha Azor ojapo Sadocpe; ha Sadoc ojapo Aquímpe; ha Aquím ojapo Eliúdpe; ha Eliúd ojapo Eleazárpe; ha Eleazár ojapo Matánpe; ha Matán ojapo Jacobpe; ha Jacob ojapo Josépe, Maríaména, ha chugui onase Jesús, oñehenóiva Cristo.</w:t>
      </w:r>
    </w:p>
    <w:p>
      <w:pPr>
        <w:pStyle w:val="ArticleScripture"/>
        <w:jc w:val="left"/>
      </w:pPr>
      <w:r>
        <w:rPr>
          <w:rFonts w:ascii="Times New Roman" w:hAnsi="Times New Roman" w:eastAsia="Times New Roman" w:cs="Times New Roman"/>
        </w:rPr>
        <w:t>Upéicha, opa umi ñemoñare Abraham guive David peve ha’e irundy pa ñemoñare; ha David guive pe gueraha Babylóniape peve ha’e irundy pa ñemoñare; ha pe gueraha Babylóniape guive Cristo peve ha’e irundy pa ñemoñare.</w:t>
      </w:r>
    </w:p>
    <w:p>
      <w:pPr>
        <w:pStyle w:val="ArticleScripture"/>
        <w:jc w:val="left"/>
      </w:pPr>
      <w:r>
        <w:rPr>
          <w:rFonts w:ascii="Times New Roman" w:hAnsi="Times New Roman" w:eastAsia="Times New Roman" w:cs="Times New Roman"/>
        </w:rPr>
        <w:t>Ko’ág̃a Jesucristo rekove ñepyrũ oiko kóicha: María, isy, oñemendáta José ndive; ha oiko’ỹ mboyve oñondive, ojekuaa hyeguasuha Espíritu Santo rupi. Upémarõ José, iména, kuimba’e hekojojáva ha ndoipotái hag̃uáicha ichugui peteĩ techapyrã hag̃uáicha opavave renondépe, ojepy’amongeta hag̃ua omondo hag̃ua chupe ñemihápe. Ha ha’e oñepy’amongetárõ guare ko’ã mba’ére, péina, peteĩ Ñandejára remimbou ojechauka chupe képe, he’i hag̃ua: José, David ra’y, ani rekyhyje regueraha hag̃ua nde rógape María, ne rembirekorã; mba’érehepa pe ojejapyhyva’ekue ipype ou Espíritu Santo-gui.</w:t>
      </w:r>
    </w:p>
    <w:p>
      <w:pPr>
        <w:pStyle w:val="ArticleScripture"/>
        <w:jc w:val="left"/>
      </w:pPr>
      <w:r>
        <w:rPr>
          <w:rFonts w:ascii="Times New Roman" w:hAnsi="Times New Roman" w:eastAsia="Times New Roman" w:cs="Times New Roman"/>
        </w:rPr>
        <w:t>Haʼe imembýta peteĩ mitãkuimbaʼe, ha remoĩta héra JESÚS; haʼe salváta hag̃ua ipuévlope ipekadokuéragui. Koʼã mbaʼe oiko hag̃ua oñekumpli pe ñeʼẽ Ñandejára heʼivaʼekue proféta rupive, heʼívo: Péina, peteĩ kuñataĩ imembýta, ha imembýta peteĩ mitãkuimbaʼe, ha oñembohérata hag̃ua Emmanuel, heʼiséva: Tupã ñanendive. Upéi José opáyvo iképegui ojapo pe ángel Ñandejára guigua heʼi haguéicha chupe, ha ogueraha hógape hembireko: ha ndoikuaái chupe peve imemby peve itaʼýra ypykue; ha omoĩ héra JESÚS. Mateo 1:1–25.</w:t>
      </w:r>
    </w:p>
    <w:p>
      <w:pPr>
        <w:pStyle w:val="ArticleBody"/>
        <w:jc w:val="left"/>
      </w:pPr>
      <w:r>
        <w:rPr>
          <w:rFonts w:ascii="Times New Roman" w:hAnsi="Times New Roman" w:eastAsia="Times New Roman" w:cs="Times New Roman"/>
        </w:rPr>
        <w:t>Ñe’ẽñepyrũpe pe Testamento Pyahu oñemoneĩ pe Testamento Tuja ñepyrũ ha ipahápe, ha avei pe Testamento Pyahu pahápe, omomba’eguasúgui Tupã pokatu omoheñóiva; pe pokatu Cristo oiporúva omoheñói hag̃ua opa mba’e seis ára ryepýpe, upévaite pe pokatu oipurúva “oñongatu hag̃ua hetãygua hembiapo vai kuéragui.” Pe ñe’ẽ Emmanuel, ko jehaipyre he’iháicha Isaías kuatiahaipýpe, he’ise “Tupã ñanendive.” Ha’e oiko ipuéblo ryepýpe ombojoajúvo idivinidad ñande reko yvypórape, ha kóva voi pe joaju oguerekóva’ekue oiko ramo guare María ryepýpe.</w:t>
      </w:r>
    </w:p>
    <w:p>
      <w:pPr>
        <w:pStyle w:val="ArticleScripture"/>
        <w:jc w:val="left"/>
      </w:pPr>
      <w:r>
        <w:rPr>
          <w:rFonts w:ascii="Times New Roman" w:hAnsi="Times New Roman" w:eastAsia="Times New Roman" w:cs="Times New Roman"/>
        </w:rPr>
        <w:t>“Ndaipóri mba’eve sa’ive ñeñangareko perfecto-gui ikatúva ohupyty pe estándar Tupã remikotevẽ rehegua. Ha’e ndohejái va’ekue Hembikotevẽkuéra peteĩcha’ỹ hag̃uáicha. Ndojeruréi mba’eve ndaha’éiva tekotevẽ hag̃uáicha ogueru hag̃ua yvypórape joajúpe Hendive. Tekotevẽ jahechauka angaipa apoha kuérape Iporãiteva carácter rehegua ha jagueraha chupekuéra Cristo rendápe, ha’e rupi añoite, Igrásia rupive, ikatúva oñehupyty ko ideal.”</w:t>
      </w:r>
    </w:p>
    <w:p>
      <w:pPr>
        <w:pStyle w:val="ArticleScripture"/>
        <w:jc w:val="left"/>
      </w:pPr>
      <w:r>
        <w:rPr>
          <w:rFonts w:ascii="Times New Roman" w:hAnsi="Times New Roman" w:eastAsia="Times New Roman" w:cs="Times New Roman"/>
        </w:rPr>
        <w:t>“Pe Salvador ogueraha Hi’ári guive yvypóra rekove kangykue ha oiko peteĩ tekove angaipa’ỹme, ikatu hag̃uáicha yvyporakuéra ani okyhyje, ha’évo yvypóra reko kangykue rupi ndaikatuiha ipu’aka. Cristo ou ojapo hag̃ua ñandehegui ‘Tupã reko rehegua partícipe’, ha Hembikove he’i porã yvypóra rekove, joaju divinidad ndive, ndojapóiha angaipa.” Ministry of Healing, 180.</w:t>
      </w:r>
    </w:p>
    <w:p>
      <w:pPr>
        <w:pStyle w:val="ArticleBody"/>
        <w:jc w:val="left"/>
      </w:pPr>
      <w:r>
        <w:rPr>
          <w:rFonts w:ascii="Times New Roman" w:hAnsi="Times New Roman" w:eastAsia="Times New Roman" w:cs="Times New Roman"/>
        </w:rPr>
        <w:t>Pe Nuevo Testamento oñepyrũvo ohechauka moõpa, araka’épa ha mba’érepa Jesús ogueraha hi’ári ñande rekotee yvypóra. Ha’e ojapo upéva ohechauka hag̃ua pe pu’aka yvypóra oñembojoajúva pe pu’aka divínondi ndojejavýiha. Pe angaipa ha’e pe léi rehe jejavýva, upéva Malaquías he’i ñandéve “ñanemandu’ávo” hese. Juan ñanemomarandu umi oñongatúva pe léi, ha upévare umi noñangaipáivape, ikatuha oike umi okẽ yvagapeguáre. Mateo ohechauka peteĩ angaipáva ikatuha ipu’aka angaipa ári, Cristo ipu’akaháicha. Jaguerekóramo Cristo ñande ryepýpe, (pe tekove mimbipa jerovia) jaguereko ñande ryepýpe pe pu’aka apoha ojapova’ekue arapy tuichakue. Ko’ã mba’e ikatu hag̃uáicha oiko oñeme’ẽ Cristo oiporavóvo oike hag̃ua pe yvypóra rogayguápe, ha opa ára g̃uarã opytávo ndaha’éi Tupã Ra’y añoite, ha katu avei yvypóra ra’y.</w:t>
      </w:r>
    </w:p>
    <w:p>
      <w:pPr>
        <w:pStyle w:val="ArticleBody"/>
        <w:jc w:val="left"/>
      </w:pPr>
      <w:r>
        <w:rPr>
          <w:rFonts w:ascii="Times New Roman" w:hAnsi="Times New Roman" w:eastAsia="Times New Roman" w:cs="Times New Roman"/>
        </w:rPr>
        <w:t>Oĩ peteĩ marandu añetegua ijojaha’ỹva oñembohesakãva Tupã tavayguakuérape Apocalipsis kuatiágui, yvypóra ñeha’ãrypy’ã opambotátagui mboyve. Upe marandu ijojaha’ỹva ha’e avei Malaquías “Elías marandu”, oñemoherakuãva pe “ára kyhyje hag̃uáva Ñandejára guigua” mboyve.</w:t>
      </w:r>
    </w:p>
    <w:p>
      <w:pPr>
        <w:pStyle w:val="ArticleBody"/>
        <w:jc w:val="left"/>
      </w:pPr>
      <w:r>
        <w:rPr>
          <w:rFonts w:ascii="Times New Roman" w:hAnsi="Times New Roman" w:eastAsia="Times New Roman" w:cs="Times New Roman"/>
        </w:rPr>
        <w:t>Mokõive mokõivepe mokõivéva Ñe’ẽme’ẽnguéra mokõivéva ha Pyahu Testaménto pahaitepe oñemombeʼu porã Ñandejára reko tee kuéra. Génesis-pe Haʼe hína Mbojapoha, ha Apocalipsis pahaitepe Haʼe hína Alfa ha Omega. Pyahu Testaménto ñepyrũme, Haʼe oiko yvypóra Raʼy ramo. Ha Itujáva Testaménto paha reheve, jajuhu upe principio maranduhára Elías oipurútava omohuʼã hag̃ua pe marandu haʼe omoherakuãtava, ombojereha túvakuéra pyʼa taʼýra kuéra gotyo, ha upéicha avei taʼýra kuéra pyʼa túvakuéra gotyo.</w:t>
      </w:r>
    </w:p>
    <w:p>
      <w:pPr>
        <w:pStyle w:val="ArticleBody"/>
        <w:jc w:val="left"/>
      </w:pPr>
      <w:r>
        <w:rPr>
          <w:rFonts w:ascii="Times New Roman" w:hAnsi="Times New Roman" w:eastAsia="Times New Roman" w:cs="Times New Roman"/>
        </w:rPr>
        <w:t>Pe principio profético Elías omoĩva hag̃ua henonderã imarandu ñemongyhyjeha ha’e peteĩchaite umi mba’e Juanpe oñemanda vaʼekue ojapo hag̃ua pe Revelaciónpe. Elías “ombojere vaʼerã umi túvakuéra korasõ umi taʼýrape, ha umi taʼýra korasõ itúvakuérape”, ha Juanpe oñehenói vaʼekue ohai hag̃ua umi mbaʼe upérõ oikóva, ha upéicha ojapóvo, peteĩ jave avei ohai vaʼerã umi mbaʼe oútava. Juan ojepuru vaʼekue ojehechauka hag̃ua mbaʼéichapa pe principio alfa ha omega ombaʼapo pe Ñeʼẽ proféticape, ha Elías omopyenda vaʼerã imarandu upe principio ári avei. Ñambojojávo la Biblia ñepyrũ ipahápe ndive, ñambojoja hína pe Antiguo pe Nuevo ndive. Peteĩ túva haʼe iñepyrũ pe itaʼýrape guarã, ha pe taʼýra haʼe paha pe túvape guarã. Umi cien cuarenta y cuatro mil haʼe Abraham raʼykuéra ñemoñare pahaguáva, ha pe tembiasakue Tupã oikehague pacto-pe Abraham ndive ohechauka hag̃ua pe tembiasakue Tupã ombopyahu jave upe pacto umi cien cuarenta y cuatro mil ndive.</w:t>
      </w:r>
    </w:p>
    <w:p>
      <w:pPr>
        <w:pStyle w:val="ArticleScripture"/>
        <w:jc w:val="left"/>
      </w:pPr>
      <w:r>
        <w:rPr>
          <w:rFonts w:ascii="Times New Roman" w:hAnsi="Times New Roman" w:eastAsia="Times New Roman" w:cs="Times New Roman"/>
        </w:rPr>
        <w:t>Upévare ha’e jerovia rupive, ikatu hag̃uáicha ha’e hag̃ua grásia rupive; upe promésa hag̃ua hag̃ua hag̃ua oiko hag̃ua añete opa ñemoñarepe g̃uarã; ndaha’éi umi oĩvape g̃uarãnte pe léi guýpe, ha katu avei umi oguerekóvape jerovia Abraham mba’éva; ha’e niko ñande ru opavavépe g̃uarã. Romanos 4:16.</w:t>
      </w:r>
    </w:p>
    <w:p>
      <w:pPr>
        <w:pStyle w:val="ArticleBody"/>
        <w:jc w:val="left"/>
      </w:pPr>
      <w:r>
        <w:rPr>
          <w:rFonts w:ascii="Times New Roman" w:hAnsi="Times New Roman" w:eastAsia="Times New Roman" w:cs="Times New Roman"/>
        </w:rPr>
        <w:t>Elías marandu ohechauka pe principio alpha ha omega rehegua, umi túva hína alpha ha umi ta’ykuéra omega. Elías marandu ombojere va’erã umi túva korasõ umi ta’ykuéra gotyo. Cristo ohechakuaa Juan el Bautista-pe Elías ramo, ha Ellen White ohechakuaa William Miller-pe mokõivéicha, Elías ha Juan el Bautista ramo. Opa ko’ã kuimba’e ohechaukáva marandu ojehechauka kuri ramo ombojereha umi túva korasõ umi ta’ykuéra gotyo ha avei viceversa. Upéva tembiapo ohechauka pe marandu rembiapo, ombojere hag̃ua yvypóra korasõ Túva Yvagagua gotyo, ha katu he’ise hetave, pórke ha’e peteĩ símbolo pe tembiaporã rehegua. Marandu hag̃uáicha Biblia-profecíape, umi símbolo oguereko peteĩgui hetave he’iséva ha tekotevẽ ojehechakuaa contexto rupive.</w:t>
      </w:r>
    </w:p>
    <w:p>
      <w:pPr>
        <w:pStyle w:val="ArticleScripture"/>
        <w:jc w:val="left"/>
      </w:pPr>
      <w:r>
        <w:rPr>
          <w:rFonts w:ascii="Times New Roman" w:hAnsi="Times New Roman" w:eastAsia="Times New Roman" w:cs="Times New Roman"/>
        </w:rPr>
        <w:t>“Mba’épa ojapo va’ekue Juan el Bautísta tuichápe? Omboty iñakãme hetaite tradición opresentáva umi mbo’ehára tetã judía pegua, ha ombojuruja upépe arandukápe oguejýva yvágagui. Oñemoheñói mboyve, Espíritu Santo ohechauka Juan rehe: ‘Ha’e tuicháta Ñandejára renondépe, ha ndoy’úi mo’ãi víno ni mba’yru mbarete; ha henyhẽta Espíritu Sántogui…. Ha heta Israel ra’ykuérape ombojevýta Ñandejára Ijárape. Ha ha’e oho va’erã Henondépe Elías espíritu ha pokatupe, omoambue hag̃ua túvakuéra korasõ umi ta’ýra gotyo, ha umi naiñe’ẽrendúivape umi ijojáva arandúpe; ombosako’i hag̃ua peteĩ tetã oĩmbáva Ñandejárape guarã.’ Lucas 1:15–17.” Counsels to Parents, Teachers and Students, 445.</w:t>
      </w:r>
    </w:p>
    <w:p>
      <w:pPr>
        <w:pStyle w:val="ArticleBody"/>
        <w:jc w:val="left"/>
      </w:pPr>
      <w:r>
        <w:rPr>
          <w:rFonts w:ascii="Times New Roman" w:hAnsi="Times New Roman" w:eastAsia="Times New Roman" w:cs="Times New Roman"/>
        </w:rPr>
        <w:t>Pe marandu oñemohenda umi oiporavóva ohendu hag̃ua ombojere hag̃ua ikorasõ Túva Yvagaguápe; upéicharõ jepe, pe principio profético tenondegua ojeporútava oñembohasa hag̃ua pe marandu ñeñangarekorã ha’éta Cristo ha’eha pe Alfa ha Omega, peteĩha ha pahápegua, ñepyrũ ha opa. Pe marandu Elías rehegua oñemopyenda Tupã Ñe’ẽ profética jehechauka ári, pe jehechakuaa guive Jesucristo ha’eha Tupã Ñe’ẽ, ha umi tembiapoukapy oisãmbyhýva la Biblia ha’e avei Ikarakter rembiapo tee.</w:t>
      </w:r>
    </w:p>
    <w:p>
      <w:pPr>
        <w:pStyle w:val="ArticleScripture"/>
        <w:jc w:val="left"/>
      </w:pPr>
      <w:r>
        <w:rPr>
          <w:rFonts w:ascii="Times New Roman" w:hAnsi="Times New Roman" w:eastAsia="Times New Roman" w:cs="Times New Roman"/>
        </w:rPr>
        <w:t>“Ñandejára léi imarangatu Ñandejára Teeichaite. Ha’e hína peteĩ jehechauka Ivoluntad rehegua, peteĩ ñembohasapyre Icharakter rehegua, peteĩ ñe’ẽporã omombe’úva mborayhu ha arandu divína. Mbopyahu rupi oikóva joaju opa mba’e apytépe odepende opa tekove ha opa mba’e, oikovéva ha ndaijikovéiva, oñemohenda porãite haguére Apohare léipe. Ñandejára omoĩ léi gobiernorã, ndaha’éi tekove rehe añónte, ha katu avei opa mba’e naturalezapegua rembiapo rehegua. Opa mba’e oĩ léi pytaguýpe, ha umíva ndaikatúi oñemboyke. Péro jepe opa mba’e naturalezapegua oñemoakã rapykuéri léi natural rupi, yvypóra añoite, opa umi yvy ári oikóvagui, oĩ tekome’ẽ léi poguýpe. Yvypórape, tekove apopyre rembiapo ijyvatevévape, Ñandejára ome’ẽ pokatu oikuaa hag̃ua Ijerurekuéra, ontende hag̃ua Ilei tekojoja ha iporãme’ẽ, ha avei umi ijérure marangatu hesegua; ha yvypóragui ojejerure ñe’ẽrendupa ndopytáiva.” Patriarcas y Profetas, 53.</w:t>
      </w:r>
    </w:p>
    <w:p>
      <w:pPr>
        <w:pStyle w:val="ArticleBody"/>
        <w:jc w:val="left"/>
      </w:pPr>
      <w:r>
        <w:rPr>
          <w:rFonts w:ascii="Times New Roman" w:hAnsi="Times New Roman" w:eastAsia="Times New Roman" w:cs="Times New Roman"/>
        </w:rPr>
        <w:t>Opa mba’e (ha ko’ápe oike avei la Biblia, pe Biblia niko peteĩ mba’e, ha oiméramo peteĩ mba’e, upéicharõ oike opa mba’e apytépe) oĩ léi peteĩteĩva ha ndopytáiva iñambuévo guýpe. La Biblia oguereko léi térã mbojojaha peteĩteĩva omotenondéva iñehesa’ỹijo hekopete hag̃ua. Peteĩ umi mbojojaháva apytégui ha’e pe Biblia ombojoajúva peteĩ mba’e pahápe oĩva iñepyrũ rehe. Jesús ha’e Ñandejára Ñe’ẽ, ha Ha’e hína pe peteĩha ha pe ipaha, ha upéva ha’e peteĩ “léi pyta” ha peteĩ tekotee oĩva Hekópe.</w:t>
      </w:r>
    </w:p>
    <w:p>
      <w:pPr>
        <w:pStyle w:val="ArticleBody"/>
        <w:jc w:val="left"/>
      </w:pPr>
      <w:r>
        <w:rPr>
          <w:rFonts w:ascii="Times New Roman" w:hAnsi="Times New Roman" w:eastAsia="Times New Roman" w:cs="Times New Roman"/>
        </w:rPr>
        <w:t>Roiporukáma ko ñepyrũrã Elías rehegua ojehechauka hag̃ua oñondiveha pe Ñe’ẽme’ẽ Ymaguare ha pe Pyahu ñepyrũ ha paha. Pe Biblia paha, ha’éva avei Apocalipsis aranduka paha, avei oñondive Apocalipsis ñepyrũ ndive. Po testígo umi añetegua peteĩchagua rehegua, oñemopyendáva pe principio rehe, ha’éva peteĩ tekome’ẽ Tupã rekópe, he’íva Tupã Ñe’ẽ tapiaite ohechaukaha peteĩ mba’e paha pe mba’e ñepyrũ rupive. Ko añetegua oike avei pe mba’épe he’iséva Jesucristo ha’eha Alfa ha Omega.</w:t>
      </w:r>
    </w:p>
    <w:p>
      <w:pPr>
        <w:pStyle w:val="ArticleScripture"/>
        <w:jc w:val="left"/>
      </w:pPr>
      <w:r>
        <w:rPr>
          <w:rFonts w:ascii="Times New Roman" w:hAnsi="Times New Roman" w:eastAsia="Times New Roman" w:cs="Times New Roman"/>
        </w:rPr>
        <w:t>“Apóstol Juanpe, oĩva Patmospe, oñepepirũ umi mba’e ojehecha hag̃uáva ipypuku ha omongu’e pya’eterei va’ekue, tupao rembiasakue rehegua. Ojehechauka chupe ta’ãnga ha símbolo rupive umi mba’e tuichaitereíva ha iñimportánteva eterei, ikatu hag̃uáicha Tupã retãygua oikuaa porã umi mba’e vai ha ñorairõ oĩva henonderã. Umi kristiano arapy rembiasakue, pe ára pahaite peve, ojehechauka Juanpe. Tuicha hesakã hag̃uáicha ha’e ohecha Tupã tavaygua ñemoĩ, ijehasa asy, iñorairõ ha ipahápe iñesãso. Ha’e ohai pe marandu paha omongakuaátava yvy ñemono’õ, taha’e mbyaty yvagapegua ryru guasúpe g̃uarã, térã yvyra haku pe ára pahápe g̃uarã.”</w:t>
      </w:r>
    </w:p>
    <w:p>
      <w:pPr>
        <w:pStyle w:val="ArticleScripture"/>
        <w:jc w:val="left"/>
      </w:pPr>
      <w:r>
        <w:rPr>
          <w:rFonts w:ascii="Times New Roman" w:hAnsi="Times New Roman" w:eastAsia="Times New Roman" w:cs="Times New Roman"/>
        </w:rPr>
        <w:t>“Peteĩ visión-pe Juan ohecha umi prueba Tupã tavaygua ohasáva’erãha pe añeteguáre. Ohecha ijerovia mbarete ha ndojehejáiva iñakãity opytávo hikuái Tupã mandamiénto kuérape, umi pokatu pohýi ombojopyséva iñe’ẽrenduhỹ hag̃ua rovái, ha ohecha avei ipahápe iñehundi’ỹ ha iñeva’ẽ porã mymbaguasu ha ta’ãngarehe.</w:t>
      </w:r>
    </w:p>
    <w:p>
      <w:pPr>
        <w:pStyle w:val="ArticleScripture"/>
        <w:jc w:val="left"/>
      </w:pPr>
      <w:r>
        <w:rPr>
          <w:rFonts w:ascii="Times New Roman" w:hAnsi="Times New Roman" w:eastAsia="Times New Roman" w:cs="Times New Roman"/>
        </w:rPr>
        <w:t>“Peteĩ teju pytã guasu, peteĩ mymba jaguarete joguaha, ha peteĩ mymba hatĩ ovecha ra’y joguaha ra’ãnga guýpe, umi gobierno yvy arigua, oñemoĩtavéva Tupã léi rehe opyrũ hag̃ua ha oñembojere hag̃ua Ipuévlope, ojechauka va’ekue Juánpe. Pe ñorairõ ojejapo opa ára peve. Tupã tavayguakuéra, ojehechauka va’ekue peteĩ kuña marangatu ha imembykuéra rupive, ojehechauka va’ekue heta’ỹitereiha. Ára pahápe peteĩ tembyre añoite oĩ gueteri. Ko’ã rehe Juan he’i kóicha: “umi oguerekóva Tupã mandamiénto, ha orekóva Jesucristo ñe’ẽ testimony.””</w:t>
      </w:r>
    </w:p>
    <w:p>
      <w:pPr>
        <w:pStyle w:val="ArticleScripture"/>
        <w:jc w:val="left"/>
      </w:pPr>
      <w:r>
        <w:rPr>
          <w:rFonts w:ascii="Times New Roman" w:hAnsi="Times New Roman" w:eastAsia="Times New Roman" w:cs="Times New Roman"/>
        </w:rPr>
        <w:t>“Paganismo rupive, ha upéi Papado rupive, Satanás oiporu ipokatu heta siglo pukukue peteĩ ñeha’ãme oipe’a hag̃ua ko yvy ári Tupã testígo jeroviahaetéva kuérape. Paganokuéra ha papistakuéra omýi vaekue pe mismo dragón espíritu rupive. Ijoavy peteĩ mba’épente: pe Papado, ojapóvo gua’u oserviha Tupãme, ha’e vaekue pe enemigo ipeligrosovéva ha ipy’ahatãvéva. Romanismo rembiapo rupive, Satanás oguereko pe múndo ipoguýpe. Tupã iglesia he’íva ijehe ojejokua vaekue ko ñembotavýpe, ha hetave mil ary pukukue Tupã retãygua ohasa asy pe dragón pochy guýpe. Ha pe Papado, ojeipe’ávo chugui imbarete, ojejokóramo hag̃ua opersegi, Juan ohecha peteĩ pokatu pyahu osẽva ombohupyty hag̃ua pe dragón ñe’ẽ, ha omotenondévo upe tembiapo peteĩchaite ipy’ahatãva ha ñemongaraíva. Ko pokatu, pe pahague opu’ãva hag̃ua ñorairõme iglesia rehe ha Tupã léi rehe, oñesimbolisa vaekue peteĩ mymba ñarõ mokõi hatĩ ovecha ra’yicha oguerekóvape. Umi mymba ñarõ mboyvegua osẽ vaekue pe yguasu guive, péro kóva osẽ yvy guive, upéva he’iséva pe tetã ojupi hag̃ua py’aguapýpe, ha upéva kóvape oñesimbolisa. Umi ‘mokõi hatĩ ovecha ra’yicha’ porãiterei ohechauka Tetã peteĩ reko Estados Unidos rekovekue, ojekuaaháicha imokõi principio fundamentalpe, Republicanismo ha Protestantismo. Ko’ã principio hína ñande pokatu ha ñande prosperidad tetãramo ñemimby. Umi tenonde ojuhúva vaekue peteĩ tenda ñesẽ hag̃ua América rembe’y kuéra rehe ovy’a vaekue oguahẽ hague peteĩ tetã popería jejopy arrogante ha mburuvicha guasu poguýpe jeiko tyranía-gui sãsóvape. Ha’ekuéra oñemoĩ vaekue omopu’ã hag̃ua peteĩ gobierno oñemopyendáva pe fundamento tuicháva libertad civil ha religiosa ári.”</w:t>
      </w:r>
    </w:p>
    <w:p>
      <w:pPr>
        <w:pStyle w:val="ArticleScripture"/>
        <w:jc w:val="left"/>
      </w:pPr>
      <w:r>
        <w:rPr>
          <w:rFonts w:ascii="Times New Roman" w:hAnsi="Times New Roman" w:eastAsia="Times New Roman" w:cs="Times New Roman"/>
        </w:rPr>
        <w:t>“Péro ipohýi profétape lápis rembiapo hatã ohechauka peteĩ ñemoambue ko escena py’aguapýpe. Pe mymba hatĩ ovecharangueichagua oñe’ẽ dragón ñe’ẽme, ha ‘oguereko opa pe poder pe mymba peteĩha rehegua henondépe.’ Pe profesía he’i ha’e he’itaha umi oikóvape yvy ape ári ojapó hag̃ua peteĩ ta’anga pe mymbápe g̃uarã, ha ‘ombopyta opavavépe, michĩ ha tuicháva, ipirapire hetávape ha mboriahúpe, isãsóvape ha tembiguáipe, toñeme’ẽ hag̃ua peteĩ marka ipo akatúape térã isyváre; ha avave ndaikatumo’ãi ojogua térã ovende, ndaha’éiramo pe oguerekóva pe marka, térã pe mymba réra, térã héra papapy.’ Péicha Protestantismo oho Papa Rekópe rapykuéri.”</w:t>
      </w:r>
    </w:p>
    <w:p>
      <w:pPr>
        <w:pStyle w:val="ArticleScripture"/>
        <w:jc w:val="left"/>
      </w:pPr>
      <w:r>
        <w:rPr>
          <w:rFonts w:ascii="Times New Roman" w:hAnsi="Times New Roman" w:eastAsia="Times New Roman" w:cs="Times New Roman"/>
        </w:rPr>
        <w:t>“Ko áraite ojehecha pe mbohapyha ánhel oveveha yvága mbyte rupi, omomarandúva: ‘Oiméramo avave oñesũ mymbaguasúpe ha ta’ãngápe, ha ogueraha imárka isyváre térã ipope, upevaite ho’úta Tupã pochy vino, oñeñohẽva jehe’a’ỹre ipochy ryrupe.’ ‘Ko’ápe oĩ umi oñangarekóva Tupã mandamiéntore, ha Jesús jeroviáre.’ Peteĩ contraste hesakã porãvape ko yvy arigua ndive oĩ pe aty michĩva ndojehemo’ãmo’ãiiva iñe’ẽme’ẽgui Tupãme. Ko’ãva hína umi rehe Isaías oñe’ẽva, umi omyatyrõva pe pa’ũ ojejapo va’ekue Tupã léipe, umi omopu’ãjeyva umi tenda ymaite guive oñehundi va’ekue, omopu’ãva heta generación pyenda.”</w:t>
      </w:r>
    </w:p>
    <w:p>
      <w:pPr>
        <w:pStyle w:val="ArticleScripture"/>
        <w:jc w:val="left"/>
      </w:pPr>
      <w:r>
        <w:rPr>
          <w:rFonts w:ascii="Times New Roman" w:hAnsi="Times New Roman" w:eastAsia="Times New Roman" w:cs="Times New Roman"/>
        </w:rPr>
        <w:t>“Pe ñe’ẽmondo ojehechakuaáva iporãvéva kyhyje rehegua ha ñe’ẽñemongyhyje vaietéva ojehechaukava’ekue arapypegua yvypórape niko pe mbohapyha ánhel ñe’ẽmondope oĩva. Pe angaipa oguerúva Tupã pochy, poriahuvereko’ỹ reheve, tekotevẽete va’erã ha’e vaietereiha. ¿Ojehejátapa ko yvy pytũmbýpe, oikuaa’ỹ hag̃uáicha mba’éichapa ko angaipa?—Añetehápe nahániri. Tupã ndajapói upéicha hembiapokuéra ndive. Ha’e ipochy araka’eve ndoúi umi angaipa jejavy reheve ojejapóvare. Oguahẽ mboyve hi’aranduka ñembojovake ko yvy ári, ko angaipa rehegua tesakã tekotevẽ oñembohasa ko yvy tuichakue javeve, ikatu hag̃uáicha yvypóra oikuaa mba’érepa ko’ã ñembojovake oñemboguejyta, ha toguereko pa’ũ okañy hag̃ua chuguikuéra.”</w:t>
      </w:r>
    </w:p>
    <w:p>
      <w:pPr>
        <w:pStyle w:val="ArticleScripture"/>
        <w:jc w:val="left"/>
      </w:pPr>
      <w:r>
        <w:rPr>
          <w:rFonts w:ascii="Times New Roman" w:hAnsi="Times New Roman" w:eastAsia="Times New Roman" w:cs="Times New Roman"/>
        </w:rPr>
        <w:t>“Pe marandu oguerekóva ko ñemomarandu hína pe pahaitéva oñemoherakuã hag̃ua pe Yvypóra Ra’y ojehechauka mboyve. Umi techaukaha Ha’e voi ome’ẽ vaekue oikuaauka Hembiayhúpe hi’aguĩmaha. Haimete irundy pa ary pukukue pe mbohapyha ánhel marandu oñehendúkuri. Pe ñorairõ guasu apañuãime mokõi aty ojehechauka, umi ‘omyakã’iva pe mymba ha ta’angápe’, ha ojapyhýva imarca, ha umi oguerohorýva ‘Tupã oikovéva sello’, oguerekóva Túva réra ojehaíva isyváre. Kóva ndaha’éi peteĩ marca ojehecháva. Og̃uahẽma ára opavave umi ointeresáva iñãngarekóre py’aguasúpe porã hag̃ua oporandu hag̃ua kyre’ỹ ha kyhyjehápe: Mba’épa Tupã sello? ha mba’épa pe mymba marca? Mba’éichapa ikatu jañemo’ã ani hag̃ua jajapyhy upéva?”</w:t>
      </w:r>
    </w:p>
    <w:p>
      <w:pPr>
        <w:pStyle w:val="ArticleScripture"/>
        <w:jc w:val="left"/>
      </w:pPr>
      <w:r>
        <w:rPr>
          <w:rFonts w:ascii="Times New Roman" w:hAnsi="Times New Roman" w:eastAsia="Times New Roman" w:cs="Times New Roman"/>
        </w:rPr>
        <w:t>“Ñandejára sello, térã mba’e rechaukaha Ipu’akakue rehegua, ojejuhu pe irundyha mandamiéntope. Kóva añoiteha pe tembiapoukapy Decálogo-pe ohechaukáva Ñandejárape yvága ha yvy Apoha ramo, ha hesakã porã omboykéva pe Ñandejára añetéva opaichagua tupa gua’úgui. Opa Ñandejára Ñe’ẽme rupive, Ñandejára pokatu omoheñóiva rehegua oje’e ha ojehechauka mba’e rechaukaha ramo ha’eha opa tetã ambuegua tupãnguéra ári.”</w:t>
      </w:r>
    </w:p>
    <w:p>
      <w:pPr>
        <w:pStyle w:val="ArticleScripture"/>
        <w:jc w:val="left"/>
      </w:pPr>
      <w:r>
        <w:rPr>
          <w:rFonts w:ascii="Times New Roman" w:hAnsi="Times New Roman" w:eastAsia="Times New Roman" w:cs="Times New Roman"/>
        </w:rPr>
        <w:t>“Pe sábado, oñemoĩva pe tembiapoukapy irundyha rupi, oñemoheñói vaʼekue ojehecharamombyrã hag̃ua pe tembiapo ñemoheñóigui, upéicha hag̃uáicha tapicha kuéra akãme tapiaite ojehupi hag̃ua pe Tupã añetegua ha oikovéva rehe. Pe sábado oñeñangarekóramo vaʼerãmoʼã tapiaite, arakaʼeve ndaipórimoʼã kuri taʼãnga rekoha, Tupã-rehe ndogueroviáiva, térã jeroviaʼỹhára. Pe jerovia guasu reheve oñeñangarekóva Tupã ára marangatu rehe ogueraha vaʼerãmoʼã tapicha kuéra akã pe Ijapohárape. Umi mbaʼe tekohapegua ogueru vaʼerãmoʼã chupekuéra manduʼápe Hese, ha umíva voi omoañete vaʼerãmoʼã Ipuʼaka ha Imborayhu. Pe sábado pe tembiapoukapy irundyhágui hína pe Tupã oikovéva sã. Ohechauka Tupãme Mboheñoháraramo, ha haʼe hína pe techaukaha Ijopói porãite ha hekojoja hag̃ua opa umi tekove Haʼe ojapo vaʼekuépe ári.”</w:t>
      </w:r>
    </w:p>
    <w:p>
      <w:pPr>
        <w:pStyle w:val="ArticleScripture"/>
        <w:jc w:val="left"/>
      </w:pPr>
      <w:r>
        <w:rPr>
          <w:rFonts w:ascii="Times New Roman" w:hAnsi="Times New Roman" w:eastAsia="Times New Roman" w:cs="Times New Roman"/>
        </w:rPr>
        <w:t>“Mba’épa upéicharõ pe mymba vai rechaukaha, ndaha’éiramo pe sábado japuete, ko yvy arigua oguerovia va’ekue pe añetehápeguápe hekoviápe?”</w:t>
      </w:r>
    </w:p>
    <w:p>
      <w:pPr>
        <w:pStyle w:val="ArticleScripture"/>
        <w:jc w:val="left"/>
      </w:pPr>
      <w:r>
        <w:rPr>
          <w:rFonts w:ascii="Times New Roman" w:hAnsi="Times New Roman" w:eastAsia="Times New Roman" w:cs="Times New Roman"/>
        </w:rPr>
        <w:t>“Pe ñe’ẽ marandu profético omombeʼúva Papado ojeguerovyʼaitaha opa mbaʼe oñehenóiva Tupã térã oñemombaʼeguasúva ári, ojehechauka porãiterei pe ñemoambuépe sábado mokõiha ára guive arapokõindýpe pe peteĩha ára peve. Mamópa oñemombaʼe pe sábado papal oñemoĩvo tenonderã Tupã sábado rovake, upépe pe kuimbaʼe angaipa rehegua oñemombaʼeguasu Yvága ha yvy Apohare ári.</w:t>
      </w:r>
    </w:p>
    <w:p>
      <w:pPr>
        <w:pStyle w:val="ArticleScripture"/>
        <w:jc w:val="left"/>
      </w:pPr>
      <w:r>
        <w:rPr>
          <w:rFonts w:ascii="Times New Roman" w:hAnsi="Times New Roman" w:eastAsia="Times New Roman" w:cs="Times New Roman"/>
        </w:rPr>
        <w:t>“Umi tapicha he’íva Cristo omoambue hague pytu’uha ára oñemoĩ hína peteĩchaite iñe’ẽtee rehe. Ha’e, Iñe’ẽmondo Yvytýpe, he’i va’ekue: ‘Ani peimo’ã ajuhague ahundi hag̃ua pe léi térã umi maranduhára ñe’ẽ; ndajúi ahundi hag̃ua, síno amohu’ã hag̃ua. Añetehápe ha’e peẽme, yvága ha yvy ohasa peve, ni peteĩ letra michĩvéva, ni peteĩ trazo michĩvéva ndohasamo’ãi pe léigui, opa mba’e oikopa peve. Oimeraẽva, upévare, omboykéva peteĩva jepe ko’ã tembiapoukapy michĩvévagui, ha ombo’éva tapichápe upéicha hag̃ua, oje’éta hese michĩvéva yvágape pe mburuvichaguasu hag̃uápe; ha oimeraẽva katu ojapóva ha ombo’éva umíva, upéva oje’éta hese tuicháva yvágape pe mburuvichaguasu hag̃uápe.’”</w:t>
      </w:r>
    </w:p>
    <w:p>
      <w:pPr>
        <w:pStyle w:val="ArticleScripture"/>
        <w:jc w:val="left"/>
      </w:pPr>
      <w:r>
        <w:rPr>
          <w:rFonts w:ascii="Times New Roman" w:hAnsi="Times New Roman" w:eastAsia="Times New Roman" w:cs="Times New Roman"/>
        </w:rPr>
        <w:t>“Katóliko Romano-kuéra omoneĩ pe ñemoambue sábado rehegua ojejapo hague ikuéra tupao rupive, ha ohechauka ko ñemoambue voi prueba ramo ko tupao autorida guasuvéva rehe. He’i hikuái, ojeguerekóvo pe ára peteĩha arapokõindýgui sábado ramo, Protestante-kuéra ohechakuaa hague ijarakatu oimeraẽ mba’épe omoĩ hag̃ua léi umi mba’e Tupã reheguápe. Pe Tupao Romano ndohéi vaʼekue ni peteĩ hendágui iñakãrapuʼã ndaje ndaikatuiha ojavy hag̃ua, ha arapy ha umi tupaokuéra protestante omoañetévo pe sábado japu ijapopyre, añetetépe omoneĩ hikuái iñe’ẽ oje’eha ndaikatui ojavy. Ikatu hikuái omombe’u umi apóstol ha umi túva-kuéra autorida ko ñemoambue ñedefende hag̃ua, péro ndahasýi ojekuaa hag̃ua mba’éichapa ijapu iñemoĩmbyre. Pe papista hãimbe porã ohecha hag̃ua Protestante-kuéra oñembotavyha ijehegui, oity hag̃uáicha hesa umi mba’e añetegua ko kásope. Pe institución domingo rehegua oguerekovévo mborayhu ha ñemomba’e, ha’e ovy’a, oikuaáguinte ipy’aguapýpe ipahápe oguerutaha opaite mundo protestante Roma poyvi guýpe.” Signs of the Times, 1 de noviembre de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Peteĩha Papapyre’ẽ hag̃uáicha</dc:title>
  <dc:subject>Ñepyrũha ha Pahaguáva</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