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Papapy peteĩha hag̃ua de once hag̃ua</w:t>
      </w:r>
    </w:p>
    <w:p>
      <w:pPr>
        <w:pStyle w:val="ArticleSubtitle"/>
        <w:jc w:val="left"/>
      </w:pPr>
      <w:r>
        <w:rPr>
          <w:rFonts w:ascii="Arial" w:hAnsi="Arial" w:eastAsia="Arial" w:cs="Arial"/>
        </w:rPr>
        <w:t>Pe Jejavy Rakaʼe hag̃ua hag̃ua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Aarón vaka ra’anga óro rehegua pu’aka ypyguare Israel yma guarépe, marandu-profético rupi oñembojoja Jeroboam pu’aka rehegua ndive, oñepyrũvo umi diez trívu Reino del Norte Efraín pegua. Ko’ã tembiasakue marangatu ohechauka typológicamente pe pu’aka Adventismo rehegua ary 1863-pe.</w:t>
      </w:r>
    </w:p>
    <w:p>
      <w:pPr>
        <w:pStyle w:val="ArticleBody"/>
        <w:jc w:val="left"/>
      </w:pPr>
      <w:r>
        <w:rPr>
          <w:rFonts w:ascii="Times New Roman" w:hAnsi="Times New Roman" w:eastAsia="Times New Roman" w:cs="Times New Roman"/>
        </w:rPr>
        <w:t>Oĩ por supuesto ambue testígo 1863 rehegua, ha katu Aarón ha mburuvicha guasu Jeroboam ome’ẽ testígo oñembojoajúva 1863 rembiasakue ári, ha opa umi rembiasakue ohechauka pe movimiento umi cien cuarenta y cuatro mil rehegua, ha’éva pe Protestant horn, ndaha’éi añoite pe sexta reino paha ára kuérape profecía bíblica-pe, síno opa peve pe tiempo de gracia ñemboty. Umi rembiasakue avei oñe’ẽ pe historia paralela pe Republican horn rehegua pe sexta reino-pe.</w:t>
      </w:r>
    </w:p>
    <w:p>
      <w:pPr>
        <w:pStyle w:val="ArticleBody"/>
        <w:jc w:val="left"/>
      </w:pPr>
      <w:r>
        <w:rPr>
          <w:rFonts w:ascii="Times New Roman" w:hAnsi="Times New Roman" w:eastAsia="Times New Roman" w:cs="Times New Roman"/>
        </w:rPr>
        <w:t>Ojehecharãrupi peteĩ añetegua hasyetereíva umi ogueroviávape g̃uarã, pe iglesia Adventista del Séptimo Día ha’eha Tupã rembyre tavayguakuéra paha ko yvy arapýpe. Upéva jagueroviáva ha’e ñande jejavy peteĩha. Ndaipóri peteĩteĩ avei prueba bíblica ohechaukáva pe iglesia Laodicea orepresentaha umi tavayguakuéra oñemopu’ãva peteĩ poyvi ramo pe kriz léi dominical aja. Ñande jejavy peteĩha ha’e ñamoneĩ hag̃ua pe ñepyrũmby japu péicha hague. Pe poyvi paha ko yvy arapýpe oñemoheñói umi oñemosẽ vaʼekuégui umi sinagoga Satanás peguakuéra pópe.</w:t>
      </w:r>
    </w:p>
    <w:p>
      <w:pPr>
        <w:pStyle w:val="ArticleScripture"/>
        <w:jc w:val="left"/>
      </w:pPr>
      <w:r>
        <w:rPr>
          <w:rFonts w:ascii="Times New Roman" w:hAnsi="Times New Roman" w:eastAsia="Times New Roman" w:cs="Times New Roman"/>
        </w:rPr>
        <w:t>Haʼe omoĩta peteĩ techaukaha tetãnguérape g̃uarã, ha ombyatýta Israel oñemosẽva’ekuépe, ha omono’õta Judá isarambipávape yvy apy irundy guive. Isaías 11:12.</w:t>
      </w:r>
    </w:p>
    <w:p>
      <w:pPr>
        <w:pStyle w:val="ArticleBody"/>
        <w:jc w:val="left"/>
      </w:pPr>
      <w:r>
        <w:rPr>
          <w:rFonts w:ascii="Times New Roman" w:hAnsi="Times New Roman" w:eastAsia="Times New Roman" w:cs="Times New Roman"/>
        </w:rPr>
        <w:t>Ha'e umi Adventísta Laodiceagua pegua omosẽva umi oikótavape pe poyvi hag̃ua.</w:t>
      </w:r>
    </w:p>
    <w:p>
      <w:pPr>
        <w:pStyle w:val="ArticleScripture"/>
        <w:jc w:val="left"/>
      </w:pPr>
      <w:r>
        <w:rPr>
          <w:rFonts w:ascii="Times New Roman" w:hAnsi="Times New Roman" w:eastAsia="Times New Roman" w:cs="Times New Roman"/>
        </w:rPr>
        <w:t>Pehendu Ñandejára ñe'ẽ, peẽ ipyahýiva iñe'ẽ renondépe; pene ermáno kuéra penemboykéva ha penemombo va'ekue che réra rehehápe, he'i va'ekue: “Toñemomba'eguasu Ñandejára”; ha'e katu ojehechaukáta pende vy'ápe, ha ha'ekuéra otĩta. Isaías 66:5.</w:t>
      </w:r>
    </w:p>
    <w:p>
      <w:pPr>
        <w:pStyle w:val="ArticleBody"/>
        <w:jc w:val="left"/>
      </w:pPr>
      <w:r>
        <w:rPr>
          <w:rFonts w:ascii="Times New Roman" w:hAnsi="Times New Roman" w:eastAsia="Times New Roman" w:cs="Times New Roman"/>
        </w:rPr>
        <w:t>Umi oĩva poyvi-rã ramo oñemosẽ “téra” Cristo rehehápe. Pe téra omoheñóiva ñemotĩ hína Alfa ha Omega, pórke pe principio Alfa ha Omega rehegua ohechauka porã porãva máva-pepa pe iglesia Adventista del Séptimo Día orepresenta profecía bíblica-pe. Pe parábola umi diez virgen rehegua orepresenta Adventismo.</w:t>
      </w:r>
    </w:p>
    <w:p>
      <w:pPr>
        <w:pStyle w:val="ArticleScripture"/>
        <w:jc w:val="left"/>
      </w:pPr>
      <w:r>
        <w:rPr>
          <w:rFonts w:ascii="Times New Roman" w:hAnsi="Times New Roman" w:eastAsia="Times New Roman" w:cs="Times New Roman"/>
        </w:rPr>
        <w:t>“Pe parábola umi diez vírginas rehegua, Mateo 25-pe oĩva, avei ohechauka pe experiencia tavayguakuéra adventista rehegua.” The Great Controversy, 393.</w:t>
      </w:r>
    </w:p>
    <w:p>
      <w:pPr>
        <w:pStyle w:val="ArticleBody"/>
        <w:jc w:val="left"/>
      </w:pPr>
      <w:r>
        <w:rPr>
          <w:rFonts w:ascii="Times New Roman" w:hAnsi="Times New Roman" w:eastAsia="Times New Roman" w:cs="Times New Roman"/>
        </w:rPr>
        <w:t>Pe ñe’ẽnga ojejapo vaʼekue Adventísmo ñepyrũme ha oñekumpli jey ipahápe peve, peteĩteĩ letra peve.</w:t>
      </w:r>
    </w:p>
    <w:p>
      <w:pPr>
        <w:pStyle w:val="ArticleScripture"/>
        <w:jc w:val="left"/>
      </w:pPr>
      <w:r>
        <w:rPr>
          <w:rFonts w:ascii="Times New Roman" w:hAnsi="Times New Roman" w:eastAsia="Times New Roman" w:cs="Times New Roman"/>
        </w:rPr>
        <w:t>“Py’ỹi oñeñe’ẽ chéve pe parábola rehegua umi diez vírgenes rehe, po ijara hag̃ua arandu ha po itavýva. Ko parábola oñekumpli vaʼekue ha oñekumplíta peteĩteĩva letra peve, pórke oguereko peteĩ aplicación especial ko ára rehe, ha, pe marandu mbohapyha ánhel reheguáicha, oñekumpli vaʼekue ha oñekumpli hag̃ua oikóta añetegua koʼág̃agua pe ára paha peve.” Review and Herald, August 19, 1890.</w:t>
      </w:r>
    </w:p>
    <w:p>
      <w:pPr>
        <w:pStyle w:val="ArticleBody"/>
        <w:jc w:val="left"/>
      </w:pPr>
      <w:r>
        <w:rPr>
          <w:rFonts w:ascii="Times New Roman" w:hAnsi="Times New Roman" w:eastAsia="Times New Roman" w:cs="Times New Roman"/>
        </w:rPr>
        <w:t>Umi virhén tavyra, opáy ha ohechakuaa ndorekoiha aséite, ha’e hína umi Laodiceagua.</w:t>
      </w:r>
    </w:p>
    <w:p>
      <w:pPr>
        <w:pStyle w:val="ArticleScripture"/>
        <w:jc w:val="left"/>
      </w:pPr>
      <w:r>
        <w:rPr>
          <w:rFonts w:ascii="Times New Roman" w:hAnsi="Times New Roman" w:eastAsia="Times New Roman" w:cs="Times New Roman"/>
        </w:rPr>
        <w:t>“Pe estado tupaopegua oñerepresentáva umi vírgen tavy rupive, oñeñe’ẽ avei hese pe estado Laodiceagua ramo.” Review and Herald, 19 de agosto de 1890.</w:t>
      </w:r>
    </w:p>
    <w:p>
      <w:pPr>
        <w:pStyle w:val="ArticleBody"/>
        <w:jc w:val="left"/>
      </w:pPr>
      <w:r>
        <w:rPr>
          <w:rFonts w:ascii="Times New Roman" w:hAnsi="Times New Roman" w:eastAsia="Times New Roman" w:cs="Times New Roman"/>
        </w:rPr>
        <w:t>Arandukuáiva kuñataĩnguéra ñorairõ, oñembohechaukáva avei Filadelfiagua tupãóramo, ha’e peteĩ tupão ndive he’íva ijeheguieteha judío-kuéra, ha judío-kuéra ndaha’éi hag̃ua.</w:t>
      </w:r>
    </w:p>
    <w:p>
      <w:pPr>
        <w:pStyle w:val="ArticleScripture"/>
        <w:jc w:val="left"/>
      </w:pPr>
      <w:r>
        <w:rPr>
          <w:rFonts w:ascii="Times New Roman" w:hAnsi="Times New Roman" w:eastAsia="Times New Roman" w:cs="Times New Roman"/>
        </w:rPr>
        <w:t>Péina, che amoĩta umi oúva Satanás sinagóga guive, he’íva hikuái ha’eha judío ha judío’ỹva, síno ijapu; péina, che amoĩta chupekuéra ou hag̃ua oñesũ nde py renondépe, ha oikuaa hag̃ua che rohayhu hague. Apocalipsis 3:9.</w:t>
      </w:r>
    </w:p>
    <w:p>
      <w:pPr>
        <w:pStyle w:val="ArticleBody"/>
        <w:jc w:val="left"/>
      </w:pPr>
      <w:r>
        <w:rPr>
          <w:rFonts w:ascii="Times New Roman" w:hAnsi="Times New Roman" w:eastAsia="Times New Roman" w:cs="Times New Roman"/>
        </w:rPr>
        <w:t>Pe ermána White oñeʼẽ ko versíkulo rehe pe ñemoherakuãrã peteĩhaite guasúpe oúva rire pe tuicha ñembotavyguasu.</w:t>
      </w:r>
    </w:p>
    <w:p>
      <w:pPr>
        <w:pStyle w:val="ArticleScripture"/>
        <w:jc w:val="left"/>
      </w:pPr>
      <w:r>
        <w:rPr>
          <w:rFonts w:ascii="Times New Roman" w:hAnsi="Times New Roman" w:eastAsia="Times New Roman" w:cs="Times New Roman"/>
        </w:rPr>
        <w:t>“Peimo’ã umi omomba’éva yvýpe umi santo py, (Revelation 3:9), ipahápe ojesalvataha. Ko’ápe aikotevẽ añemoĩ ndehegui ambue ñe’ẽme; Tupã niko ohechauka chéve ko atyha umi Adventista oñemombe’úva, ojehekýiva’ekue, ha ‘oikutu jeýva ijehegui Tupã Ra’y kurusu rehe, ha omoĩva chupe tĩndýpe opavave renondépe.’ Ha pe ‘ara ñemo’ãrã,’ oútava gueteri, ohechauka hag̃ua peteĩteĩva añetegua rekokatu, ha’ekuéra oikuaáta okañy hag̃ua opa árape g̃uarã; ha espíritu py’akangýpe ojopýramo, oñesũta umi santo py yvýpe.” Word to the Little Flock, 12.</w:t>
      </w:r>
    </w:p>
    <w:p>
      <w:pPr>
        <w:pStyle w:val="ArticleBody"/>
        <w:jc w:val="left"/>
      </w:pPr>
      <w:r>
        <w:rPr>
          <w:rFonts w:ascii="Times New Roman" w:hAnsi="Times New Roman" w:eastAsia="Times New Roman" w:cs="Times New Roman"/>
        </w:rPr>
        <w:t>Isaías, kapítulo cinco-pe, oñemombe’u peteĩha jey pe parral purahéi, upe Cristo upe rire oiporu va’ekue.</w:t>
      </w:r>
    </w:p>
    <w:p>
      <w:pPr>
        <w:pStyle w:val="ArticleScripture"/>
        <w:jc w:val="left"/>
      </w:pPr>
      <w:r>
        <w:rPr>
          <w:rFonts w:ascii="Times New Roman" w:hAnsi="Times New Roman" w:eastAsia="Times New Roman" w:cs="Times New Roman"/>
        </w:rPr>
        <w:t>Ko'ág̃a apurahéi che ahayhuetéva rehehápe peteĩ purahéi che ahayhúva rehe, iviñédo rehegua. Che ahayhuetéva oguereko peteĩ viñédo yvyty iporã ha hi'a porã etévape. Ha omongora ijere, ha omosẽ ita kuéra ipypeguágui, ha oñoty ipype parral iporãvéva; omopu'ã avei peteĩ tórre ipytépe, ha ojapo ipype peteĩ lagar avei. Ha oha'arõ hi'a hag̃ua uvas, ha hi'a uvas ka'aguygua. Ha ko'ág̃a, peẽ Jerusalén pegua ha Judá kuimba'e kuéra, pehusga, ajerure peẽme, che ha che viñédo apytépe. Mba'eve piko ikatu kuri ajapo hetave che viñédore, nda'ajapói va'ekue ipype? Mba'ére piko, aha'arõrõ guare hi'a hag̃ua uvas, hi'a uvas ka'aguygua? Isaías 5:1–4.</w:t>
      </w:r>
    </w:p>
    <w:p>
      <w:pPr>
        <w:pStyle w:val="ArticleBody"/>
        <w:jc w:val="left"/>
      </w:pPr>
      <w:r>
        <w:rPr>
          <w:rFonts w:ascii="Times New Roman" w:hAnsi="Times New Roman" w:eastAsia="Times New Roman" w:cs="Times New Roman"/>
        </w:rPr>
        <w:t>Pe parábola, taha’e Testamento Tuja térã Testamento Pyahúpe, ohechauka Tupã iglésia ojeheja hag̃uáicha Tupã rupive, ndoúi haguére omoheñói hag̃ua umi yva oñemopu’ã haguépe g̃uarã. Isaías cinco-pe, parábola paha gotyo, oñemombe’u pe kastígo pe parral rehegua, ha upekuévo avei oñepromete oñemopu’ãtaha peteĩ poyvi umi tetãnguéra-pe g̃uarã. Hesakã porã pe parral ndaha’éiha pe poyvi.</w:t>
      </w:r>
    </w:p>
    <w:p>
      <w:pPr>
        <w:pStyle w:val="ArticleScripture"/>
        <w:jc w:val="left"/>
      </w:pPr>
      <w:r>
        <w:rPr>
          <w:rFonts w:ascii="Times New Roman" w:hAnsi="Times New Roman" w:eastAsia="Times New Roman" w:cs="Times New Roman"/>
        </w:rPr>
        <w:t>Upévare pe Ñandejára pochy hendy hetáma ipuévlo rehe, ha omyasãi ipo hesekuéra, ha oinupã chupekuéra; ha umi yvytynguéra oryrýi, ha hetekuéra oñembyai mbytépe umi tape. Opa ko’ã mba’ére jepe, ipochy ndojevýi gueteri, ha ipo ojekuaa gueteri oñemyasãiva. Ha’e omopu’ãta peteĩ poyvi umi tetã nguéra mombyryguápe g̃uarã, ha ohenóita chupekuéra yvy apyra guive; ha péina, outa hikuái pya’e eterei. Isaías 5:25, 26.</w:t>
      </w:r>
    </w:p>
    <w:p>
      <w:pPr>
        <w:pStyle w:val="ArticleBody"/>
        <w:jc w:val="left"/>
      </w:pPr>
      <w:r>
        <w:rPr>
          <w:rFonts w:ascii="Times New Roman" w:hAnsi="Times New Roman" w:eastAsia="Times New Roman" w:cs="Times New Roman"/>
        </w:rPr>
        <w:t>Upéi Jesús opurahéi rire upe purahéi peteĩ parábola ramo, iñemohu’ã ha’eva’ekue avei peteĩchaite iporã hag̃uáicha.</w:t>
      </w:r>
    </w:p>
    <w:p>
      <w:pPr>
        <w:pStyle w:val="ArticleScripture"/>
        <w:jc w:val="left"/>
      </w:pPr>
      <w:r>
        <w:rPr>
          <w:rFonts w:ascii="Times New Roman" w:hAnsi="Times New Roman" w:eastAsia="Times New Roman" w:cs="Times New Roman"/>
        </w:rPr>
        <w:t>Pehendúke ambue parábola: Oĩ vaekue peteĩ karai ogaygua, oñotỹvaekue peteĩ parral, omongoráva ijerére, ojapóva ipype peteĩ lagar, omopuʼãva peteĩ ógatã, ha omeʼẽva kokue rembiaporãrã umi parral ñangarekohárape, ha oho mombyry hag̃uáme. Ha hiʼa hiʼára og̃uahẽmbotávo, omondo hembiguáikuérape umi parral ñangarekohárape, ogueraha hag̃ua hikuái hiʼakuéra. Umi parral ñangarekohára katu ojapyhy hembiguáikuérape, peteĩme oinupã, ambuépe ojuka, ha ambuépe ojapipa itápe. Oñemondo jevy ambue hembiguái hetave hag̃ua umi tenondegua-gui; ha ojapo hesekuéra upeichaite avei. Ipahápe katu omondo chupekuéra itaʼýrape, heʼívo: Oñemombaʼéta che raʼýre. Ha umi parral ñangarekohára, ohechávo taʼýrape, heʼi ojuehe: Kóva hína pe heredero; peju, jajuka chupe, ha ñañemombaʼe hag̃ua hekovia rehe. Ha ojapyhy chupe, omosẽ parral okápe, ha ojuka. Upévare, oúramo pe parral jára, mbaʼe piko ojapóta umi parral ñangarekohárape? Haʼekuéra heʼi chupe: Ojukáta vaieterei umi iñañávape, ha omeʼẽta iparral ambue parral ñangarekohárape, omeʼẽtava chupe hiʼakuéra hiʼárape. Jesús heʼi chupekuéra: Ndapéiko arakaʼeve pelee vaʼekue umi Escritúrape: Pe ita umi óga apohára omboykévaekue, upevaʼe oiko pe ángulo akã itáramo; kóva Ñandejáragui ou, ha ñanemanduʼápe iporãiterei? Upévare haʼe peẽme: Ñandejára Rréino ojeipeʼáta pendehegui, ha oñemeʼẽta peteĩ tetã omeʼẽvape hiʼakuéra. Ha oimeraẽva hoʼáva ko ita ári oñembyaíta; ha oimeraẽva ári hoʼáva, omboguʼitíta chupe. Ha umi paʼi ruvicha ha fariséokuéra, ohendúvo iparábolakuéra, oikuaa porã hikuái haʼeha oñeʼẽva hesekuéra. Mateo 21:33–45.</w:t>
      </w:r>
    </w:p>
    <w:p>
      <w:pPr>
        <w:pStyle w:val="ArticleBody"/>
        <w:jc w:val="left"/>
      </w:pPr>
      <w:r>
        <w:rPr>
          <w:rFonts w:ascii="Times New Roman" w:hAnsi="Times New Roman" w:eastAsia="Times New Roman" w:cs="Times New Roman"/>
        </w:rPr>
        <w:t>Pe iglésia Adventista del Séptimo Día Laodiceagua ndaha’éi pe poyvi oñemopu’ãva. Pe parral paha ára kuérape, ojehechauka va’ekue yma Israél yma guarére, ha’e pe iglésia Adventista del Séptimo Día Laodiceagua; ha katu oĩta peteĩ tetã oguenohe’ẽva pe yva ohechaukávaha umi primísia, ha upéva hína pe cien cuarenta y cuatro mil.</w:t>
      </w:r>
    </w:p>
    <w:p>
      <w:pPr>
        <w:pStyle w:val="ArticleScripture"/>
        <w:jc w:val="left"/>
      </w:pPr>
      <w:r>
        <w:rPr>
          <w:rFonts w:ascii="Times New Roman" w:hAnsi="Times New Roman" w:eastAsia="Times New Roman" w:cs="Times New Roman"/>
        </w:rPr>
        <w:t>Ko’ãva hína umi ndojehe’ái va’ekue kuñanguéra ndive; ha’ekuéra niko vírhen. Ko’ãva hína umi oseguíva Pe Ovecha Ra’ype ohohápe guive. Ko’ãva ojepyrurã va’ekue yvypóra apytégui, tekotevẽrã ypykue ramo Tupã ha Pe Ovecha Ra’yme guarã. Apocalipsis 14:4.</w:t>
      </w:r>
    </w:p>
    <w:p>
      <w:pPr>
        <w:pStyle w:val="ArticleBody"/>
        <w:jc w:val="left"/>
      </w:pPr>
      <w:r>
        <w:rPr>
          <w:rFonts w:ascii="Times New Roman" w:hAnsi="Times New Roman" w:eastAsia="Times New Roman" w:cs="Times New Roman"/>
        </w:rPr>
        <w:t>Peteĩ techaukaha ramo, Óga Jára oipurúta chupekuéra ogueru hag̃ua pe ñemono’õ paha. Pe tupao Adventista del Séptimo Día Laodicéagua hína pe parral oheja va’ekue pe ita pyenda, Moisés rehegua siete tiempos. Upe guive oñepyrũ peteĩ jeguejy mbeguekatúpe tuichavéva ha tuichavéva pytũmbýpe. Pe techaukaha ha’éta “Jesse rapo.” Jesse rapo térã David ohechauka pe añetegua pahaite Jesús omoĩ va’ekue umi hudío oñemoĩ hag̃ua hese iñarõhápe, Itéra rembiasakue aja. Ha’e peteĩ símbolo pe principio Alpha ha Omega rehegua, umi parral ñangarekoha ijerovia’ỹva yma guarã ha ko’ág̃a Israelgua ndikatúiva oikũmby.</w:t>
      </w:r>
    </w:p>
    <w:p>
      <w:pPr>
        <w:pStyle w:val="ArticleScripture"/>
        <w:jc w:val="left"/>
      </w:pPr>
      <w:r>
        <w:rPr>
          <w:rFonts w:ascii="Times New Roman" w:hAnsi="Times New Roman" w:eastAsia="Times New Roman" w:cs="Times New Roman"/>
        </w:rPr>
        <w:t>Ha upe árape oĩta peteĩ rapo Jesé rehegua, opuʼãtava tetãnguéra raʼãrõrãramo; hese umi tetã ambuegua oheka hag̃ua: ha ipytuʼu haʼéta ñemombaʼeguasúpe henyhẽva. Isaías 11:10.</w:t>
      </w:r>
    </w:p>
    <w:p>
      <w:pPr>
        <w:pStyle w:val="ArticleBody"/>
        <w:jc w:val="left"/>
      </w:pPr>
      <w:r>
        <w:rPr>
          <w:rFonts w:ascii="Times New Roman" w:hAnsi="Times New Roman" w:eastAsia="Times New Roman" w:cs="Times New Roman"/>
        </w:rPr>
        <w:t>Hermana White haʼe James White ohechauka porã 1856 peve pe movimiento oguereko hague Laodicea rekove; upévare, ¿arakaʼe piko haʼe omombeʼu oasepta hague pe marandu umi Laodiceaguápe g̃uarã? Arakaʼeve ndojapói upéva. Ore jejavy peteĩha haʼe jaasepta pe ñeʼẽ heʼíva pe iglesia Adventista del Séptimo Día hague peteĩ iglesia ipuʼakapáva ojapo aja imanduʼa rembiasakue rupive. Añetehápe katu péva haʼe ijojahaʼỹva upe ndive. Jaaseptáramo upe premisa jejavyha peteĩha, ñande resa oñemboty umi mbaʼe profétikova rehe omboʼéva ambue mbaʼe. Techapyrãrõ, Hermana White heta jey omombeʼu Israel yma guare tee rembiasakue ohechaukaha pe experiencia ha tembiasakue Israel pyahu espiritual rehegua. Heta jey, omombeʼúvo Israel yma guaréva techapyrãramo Israel pyahu rehegua, upe jave avei haʼe oñeʼẽ apóstol Pablo ñeʼẽkue peteĩchaite rehegua ko añetegua rehe.</w:t>
      </w:r>
    </w:p>
    <w:p>
      <w:pPr>
        <w:pStyle w:val="ArticleScripture"/>
        <w:jc w:val="left"/>
      </w:pPr>
      <w:r>
        <w:rPr>
          <w:rFonts w:ascii="Times New Roman" w:hAnsi="Times New Roman" w:eastAsia="Times New Roman" w:cs="Times New Roman"/>
        </w:rPr>
        <w:t>Ko'ág̃a opa ko'ã mba'e ojehu chupekuéra techapyrãrã; ha ojehai ñandéve ñemoñe'ẽrã, ñandéve g̃uarã, hi'ári oguahẽmava ko yvy arapaha. 1 Corintios 10:11.</w:t>
      </w:r>
    </w:p>
    <w:p>
      <w:pPr>
        <w:pStyle w:val="ArticleBody"/>
        <w:jc w:val="left"/>
      </w:pPr>
      <w:r>
        <w:rPr>
          <w:rFonts w:ascii="Times New Roman" w:hAnsi="Times New Roman" w:eastAsia="Times New Roman" w:cs="Times New Roman"/>
        </w:rPr>
        <w:t>Apóstol Pablo, versículo once-pe, ombyaty porã umi diez versículo ohasava’ekuépe he’iséva.</w:t>
      </w:r>
    </w:p>
    <w:p>
      <w:pPr>
        <w:pStyle w:val="ArticleScripture"/>
        <w:jc w:val="left"/>
      </w:pPr>
      <w:r>
        <w:rPr>
          <w:rFonts w:ascii="Times New Roman" w:hAnsi="Times New Roman" w:eastAsia="Times New Roman" w:cs="Times New Roman"/>
        </w:rPr>
        <w:t>Che irũnguépe, ndaipotái peikuaa’ỹ hag̃ua mba’éichapa ñande ru ypykuéra maymáva oĩ vaʼekue arai guýpe, ha maymáva ohasa vaʼekue para rupi; ha maymáva oñemongarai vaʼekue Moiséspe g̃uarã araípe ha parápe; ha maymáva hoʼu vaʼekue peteĩchagua tembiʼu hag̃ua espíritugua; ha maymáva hoyʼu vaʼekue peteĩchagua mbaʼyru hag̃ua espíritugua: haʼekuéra ningo hoyʼu pe Ita espíritugua oguata hag̃uágui hendivekuéra; ha pe Ita haʼe vaʼekue Cristo. Péro heta hesekuéragui Tupã ndojeroviaporãi vaʼekue: upévare oñehundi vaʼekue yvy marãme. Koʼã mbaʼe oiko vaʼekue ñandéve techapyrãramo, ani hag̃ua ñande jaipota mbaʼe vai, haʼekuéra oipotaháicha. Ani avei peiko taʼãngamýi ñemombaʼeguasúpe, oĩ vaʼekueicha some hesekuéragui; ojehai hag̃uáicha: “Pe tetãguára oguapy okaru ha hoyʼu hag̃ua, ha opuʼã oñembosarái hag̃ua.” Ani avei ñañemoakãratĩ, oĩ vaʼekueicha some hesekuéragui, ha peteĩ árape hoʼa vaʼekue mokõi paʼũme veinte y tres mil. Ani avei ñañehaʼã Cristo rehe, oĩ vaʼekueicha avei some hesekuéragui oñehaʼã vaʼekue hese, ha mbói kuéra rupive oñehundi. Ani avei pejepyʼapyʼỹ, oĩ vaʼekueicha avei some hesekuéragui ojepyʼapyʼỹ vaʼekue, ha pe ohundíva rupive oñehundi. 1 Corintios 10:1–10.</w:t>
      </w:r>
    </w:p>
    <w:p>
      <w:pPr>
        <w:pStyle w:val="ArticleBody"/>
        <w:jc w:val="left"/>
      </w:pPr>
      <w:r>
        <w:rPr>
          <w:rFonts w:ascii="Times New Roman" w:hAnsi="Times New Roman" w:eastAsia="Times New Roman" w:cs="Times New Roman"/>
        </w:rPr>
        <w:t>Pablo ha haʼeñorairõ Sister White ndoruporúi yma guare Israel rehe techapyrãramo, tetã ipuʼakapáva ha hekojojáva rehegua. Añetehápe katu pe contrarioite. Pablo ombyatypa umi paʼũ tenondegua, versíkulo once-pe, ha upéi pe versíkulo oúva upe rire heʼi mbaʼépa pe mboʼepy oguerovaʼerã yma guare Israel rembiasakue umi ohechátavape g̃uarã.</w:t>
      </w:r>
    </w:p>
    <w:p>
      <w:pPr>
        <w:pStyle w:val="ArticleScripture"/>
        <w:jc w:val="left"/>
      </w:pPr>
      <w:r>
        <w:rPr>
          <w:rFonts w:ascii="Times New Roman" w:hAnsi="Times New Roman" w:eastAsia="Times New Roman" w:cs="Times New Roman"/>
        </w:rPr>
        <w:t>Upévare, pe oimoʼãva oñemboʼyha, toñangareko ani hag̃ua hoʼa. 1 Corintios 10:12.</w:t>
      </w:r>
    </w:p>
    <w:p>
      <w:pPr>
        <w:pStyle w:val="ArticleBody"/>
        <w:jc w:val="left"/>
      </w:pPr>
      <w:r>
        <w:rPr>
          <w:rFonts w:ascii="Times New Roman" w:hAnsi="Times New Roman" w:eastAsia="Times New Roman" w:cs="Times New Roman"/>
        </w:rPr>
        <w:t>Israel yma guare ome’ẽ techapyrã peteĩ tavayguakuérape Ñandejára ohenóiva’ekue, Ñandejára omyakãva’ekue, omboajéva’ekue Ñandejára profesiakuéra ha opuʼãva Ñandejára rehe tape pukukue javeve, ha ipahápe omosãingo kurusu rehe Yvága ha yvy Apohárape! Adventista-kuéra ndahasýi chupekuéra omoneĩ hag̃ua koʼã mbaʼe Israel yma rehegua, péro saʼi oheja pe ñemomarandu oñemoĩva’ekue hag̃ua oike ha ojoka hag̃ua iñapysatũ Laodiceagua. Ikatu hikuái omombeʼu umi pasáhe Sister White ohechaukahápe pe iglesia haʼeha Ñandejára resa yvoty, ha upéicha ningo, péro Ñandejára mborayhu Itavayguakuéra rehe ndaikatúi omoʼã peteĩ ao guýpe hekotee añetéva. Umi Haʼe ohayhúvape Haʼe omongavaju ha omboʼe asy. Jepe hag̃ua Ñandejára iglesia haʼe Ñandejára resa yvoty, Jesús hesakã porãiterei hag̃uáicha ombyaty hag̃ua Ijoaju pe resa yvoty ndive, Hesa yvotytee ndive.</w:t>
      </w:r>
    </w:p>
    <w:p>
      <w:pPr>
        <w:pStyle w:val="ArticleScripture"/>
        <w:jc w:val="left"/>
      </w:pPr>
      <w:r>
        <w:rPr>
          <w:rFonts w:ascii="Times New Roman" w:hAnsi="Times New Roman" w:eastAsia="Times New Roman" w:cs="Times New Roman"/>
        </w:rPr>
        <w:t>Jerusalén, Jerusalén, nde rejukáva profétakuérape, ha nde rejapi itápe umi oñemondóva ne rendápe; mboy jey ahyse ambyaty ne ra'ykuérape oñondive, peteĩ ryguasu ombyatýháicha imembykuérape ipepo guýpe, ha peẽ ndapeipotái! Péina, pende róga ojeheja peẽme nandi ha ñehundi hag̃uáicha; ha añetehápe ha'e peẽme, ndachemo'ãvéi pehecha, pe ára peju peve peje vove: Ojehovasáva pe ouva Ñandejára rérape. Lucas 13:34, 35.</w:t>
      </w:r>
    </w:p>
    <w:p>
      <w:pPr>
        <w:pStyle w:val="ArticleBody"/>
        <w:jc w:val="left"/>
      </w:pPr>
      <w:r>
        <w:rPr>
          <w:rFonts w:ascii="Times New Roman" w:hAnsi="Times New Roman" w:eastAsia="Times New Roman" w:cs="Times New Roman"/>
        </w:rPr>
        <w:t>Porandu ojejapovaʼerã koʼã porandu: “¿Añetépa Jesús ohechauka pe paha pe ñepyrũ rupive? ¿Añetépa Israel yma guare ohechauka Israel koʼág̃agua?” Pe apañuãi orekóva Israel yma guare ipukukue tembiasakue pukukue jave haʼe vaʼekue ogueroviaha iñemoñareha ohechauka haʼekuéraha Tupã retãyguakuéra, ha upévare ndaikatuiha hikuái mbaʼeve ambue, Tupã retãyguakuéra ramo añoite. Upévare Jeremías ára peguápe heʼi hikuái haʼekuéraha Ñandejára róga.</w:t>
      </w:r>
    </w:p>
    <w:p>
      <w:pPr>
        <w:pStyle w:val="ArticleScripture"/>
        <w:jc w:val="left"/>
      </w:pPr>
      <w:r>
        <w:rPr>
          <w:rFonts w:ascii="Times New Roman" w:hAnsi="Times New Roman" w:eastAsia="Times New Roman" w:cs="Times New Roman"/>
        </w:rPr>
        <w:t>Pe ñe’ẽ ou vaekue Jeremíaspe Ñandejáragui, he’ívo: Eñembo’y Ñandejára rógape oike hag̃uáicha hag̃ua okẽme, ha upépe emoherakuã ko ñe’ẽ, ha ere: Pehendu Ñandejára ñe’ẽ, peẽ mayma Judágua peikeva’ekue ko’ã okẽ rupi pemomba’eguasu hag̃ua Ñandejárape. Péicha he’i Ñandejára ipu’akapáva, Israel Jára: Pemyatyrõ pene rekokue ha pene rembiapo, ha che aikóta peẽme ko tenda pype. Ani pejerovia ñe’ẽ japúre, peje hag̃ua: Ñandejára tupão, Ñandejára tupão, Ñandejára tupão, ko’ãva hína. Jeremías 7:1–4.</w:t>
      </w:r>
    </w:p>
    <w:p>
      <w:pPr>
        <w:pStyle w:val="ArticleBody"/>
        <w:jc w:val="left"/>
      </w:pPr>
      <w:r>
        <w:rPr>
          <w:rFonts w:ascii="Times New Roman" w:hAnsi="Times New Roman" w:eastAsia="Times New Roman" w:cs="Times New Roman"/>
        </w:rPr>
        <w:t>Ko ñembotavyete voi omombarete avei Juan el Bautista.</w:t>
      </w:r>
    </w:p>
    <w:p>
      <w:pPr>
        <w:pStyle w:val="ArticleScripture"/>
        <w:jc w:val="left"/>
      </w:pPr>
      <w:r>
        <w:rPr>
          <w:rFonts w:ascii="Times New Roman" w:hAnsi="Times New Roman" w:eastAsia="Times New Roman" w:cs="Times New Roman"/>
        </w:rPr>
        <w:t>ha oñemongarai ichugui Jordánpe, omombeʼúvo hembiapo vaikuekuéra. Ha haʼe ohechávo heta fariséo ha saduceo ouha imongaraihápe, heʼi chupekuéra: Peẽ mbói ra’ykuéra, máva piko peneñemboʼe peka hag̃ua pe pochy oútavagui? Pehechauka, upévare, yva oikóva ñembyasy añeteguáre; ha ani peje pene akãme: Ore ru niko Abraham; che haʼe peẽme Tupã ikatuha koʼã itágui omoñemoñare hag̃ua Abrahámpe. Ha koʼág̃ama voi pe hacha oñemoĩma umi yvyramáta rapóre; upévare opa yvyramáta ndaiguerúiramo yva porã oñekytĩ ha oñemombo tataýpe. Mateo 3:6–10.</w:t>
      </w:r>
    </w:p>
    <w:p>
      <w:pPr>
        <w:pStyle w:val="ArticleBody"/>
        <w:jc w:val="left"/>
      </w:pPr>
      <w:r>
        <w:rPr>
          <w:rFonts w:ascii="Times New Roman" w:hAnsi="Times New Roman" w:eastAsia="Times New Roman" w:cs="Times New Roman"/>
        </w:rPr>
        <w:t>Pe entendimiento vai ojekavýva Adventismo ryepýpe, ojehechauka hag̃uáicha ñe’ẽme “Ñande niko Ñandejára Templo”, ha ñande ha’eha Abraham “ñemoñare” espiritual, upéva hína pe jehechauka tenondegua Laodicea pytũmby rehegua.</w:t>
      </w:r>
    </w:p>
    <w:p>
      <w:pPr>
        <w:pStyle w:val="ArticleScripture"/>
        <w:jc w:val="left"/>
      </w:pPr>
      <w:r>
        <w:rPr>
          <w:rFonts w:ascii="Times New Roman" w:hAnsi="Times New Roman" w:eastAsia="Times New Roman" w:cs="Times New Roman"/>
        </w:rPr>
        <w:t>“Tupã omondo maranduha kuérape he’i hag̃ua Itavayguakuérape mba’éichapa oiko ha mba’épa ojapo va’erã hikuái ikatu hag̃uáicha ojapo hag̃ua hekojoja léi, upéva peteĩ kuimba’e ojapóramo, oikove va’erã avei ipype. Ha’ekuéra ohayhu va’erã Tupãme opa mba’e ári, ndorekóivo ambue tupã Henondépe; ha ohayhu va’erã avei hapichápe ijeheháicha, ojapóvo chupe upe ha’ekuéra oipotátava ojapo hag̃ua hesekuéra.”</w:t>
      </w:r>
    </w:p>
    <w:p>
      <w:pPr>
        <w:pStyle w:val="ArticleScripture"/>
        <w:jc w:val="left"/>
      </w:pPr>
      <w:r>
        <w:rPr>
          <w:rFonts w:ascii="Times New Roman" w:hAnsi="Times New Roman" w:eastAsia="Times New Roman" w:cs="Times New Roman"/>
        </w:rPr>
        <w:t>“Ni peteĩ tilde jepe Ñandejára léi marangatupegua ndovaléi hag̃ua oñemomichĩ térã oñemboyke hag̃ua py’aguasu’ỹre. Umi oheja vaíva peteĩ ‘Péicha he’i Ñandejára’, oĩ pytũ mburuvicha poyvi guýpe, opu’ã hag̃uáicha Ijapoháre ha Ijepysyrõháre. Ha’ekuéra oguereko hag̃ua pe ñe’ẽme’ẽ oñeme’ẽva umi iñe’ẽrendúvape, he’ívo: Ñandejára tupaóko ore, Ñandejára tupaóko ore, aja omomarã Ñandejárape ojapo vai rupi Heko rehegua ta’ãnga, ha ojapo hag̃ua umi mba’e Ha’e he’i va’ekue ndojapói hag̃ua. Ha’ekuéra omoĩ peteĩ techapyrã Ñandejára nome’ẽiva’ekue. Itechapyrã ombotavy, ha iñepytyvõ oñembyai hag̃uáicha. Ndaha’éi hikuái tesape ko yvy ape ári, ndoikói rupi tekojoja rembipota rapykuéri.”</w:t>
      </w:r>
    </w:p>
    <w:p>
      <w:pPr>
        <w:pStyle w:val="ArticleScripture"/>
        <w:jc w:val="left"/>
      </w:pPr>
      <w:r>
        <w:rPr>
          <w:rFonts w:ascii="Times New Roman" w:hAnsi="Times New Roman" w:eastAsia="Times New Roman" w:cs="Times New Roman"/>
        </w:rPr>
        <w:t>“Yvypóra ndaikatúi ohechauka peteĩ ñembotavy guasuve Tupã rehe, omboykévo pe tesape Ha’e omondóva chupekuéra. Umi ojapóva péicha ombotavy umi oikuaa’ỹvape, omoĩ rupi tape rechaukaha japu. Oĩ meme hikuái ombojehe’áva ha ombyaíva umi principio potĩ....”</w:t>
      </w:r>
    </w:p>
    <w:p>
      <w:pPr>
        <w:pStyle w:val="ArticleScripture"/>
        <w:jc w:val="left"/>
      </w:pPr>
      <w:r>
        <w:rPr>
          <w:rFonts w:ascii="Times New Roman" w:hAnsi="Times New Roman" w:eastAsia="Times New Roman" w:cs="Times New Roman"/>
        </w:rPr>
        <w:t>“Ñe’ẽ Marangatu ñe’ẽme ñandeve hesakã porãme oñemombe’u mba’érepa pe ñehundi oguahẽ va’ekue tetã judiokuéra ári. Ha’ekuéra oreko va’ekue tesape tuicha, jehovasa heta, ha porãite joaju. Péro ndojeroviapýi hikuái pe tembiapo oñemoĩva’ekue ipopekuéra rehe. Ndañangarekói hikuái jeroviápe Ñandejára ñemitỹty rehe, ni nome’ẽi Ichupe hi’a. Oiko hikuái ku ndaipóriháicha Tupã, ha upévare pe jehasa asy oguahẽ hi’ári kuéra.” Manuscript Releases, volúmen 14, 343–345.</w:t>
      </w:r>
    </w:p>
    <w:p>
      <w:pPr>
        <w:pStyle w:val="ArticleBody"/>
        <w:jc w:val="left"/>
      </w:pPr>
      <w:r>
        <w:rPr>
          <w:rFonts w:ascii="Times New Roman" w:hAnsi="Times New Roman" w:eastAsia="Times New Roman" w:cs="Times New Roman"/>
        </w:rPr>
        <w:t>Israel oguerovia’ekue, iñepyrũmby guive hembiasakue-pe, Tupã ojeporavo hague chupekuérare, ha upévare opa ára hag̃ua ha’e kuéra Ipuévlo ojeporavopyre. Ivaivéva ko’ãvagui, oguerovia avei, ha’e kuéra Ipuévlo ojeporavopyre rupi, Ha’e omomba’etaha chupekuéra, jepe na’imomba’éi hague hikuái Ichupe. Marandu’ypy rehegua rupive, ha’e kuéra Ipuévlo ojeporavopyre va’ekue, pe divorcio oiko peve, péro araka’eve ndaha’éi va’ekue pe puévlo Tupã oipota va’ekue toiko hag̃ua. Umi ojeporavopyre tekojoja noñemopyenda moõguipa ha’e kuéra oimo’ã ijehekuéra rehe. Israel yma guare ha’e pe techapyrã tenondegua Iglesia Adventista del Séptimo Día rehegua; péro oñemoneĩ jave pe ñepyrũrã japu ha’éva ha’e kuéra ohechauka hague umi cien cuarenta y cuatro mil-pe yvóra paha gotyo, upérõ Laodicea pytũndy jehecha’ỹ oñemoheñói, Israel yma guaréicha avei. Adventismo oguerovia ha ombo’e ha’eha Tupã remanente tavaygua arapy paha gotyo, jepe oĩramo jepe pe hesakã porãva prueba he’íva iñambueha.</w:t>
      </w:r>
    </w:p>
    <w:p>
      <w:pPr>
        <w:pStyle w:val="ArticleBody"/>
        <w:jc w:val="left"/>
      </w:pPr>
      <w:r>
        <w:rPr>
          <w:rFonts w:ascii="Times New Roman" w:hAnsi="Times New Roman" w:eastAsia="Times New Roman" w:cs="Times New Roman"/>
        </w:rPr>
        <w:t>Iñaguive jahávo ñaguahẽvo pe gracia opáta hag̃uápe, iñakãrapu’ãvéva ha hekojojaitevéva oikova’erã pe marandu oñemondo hag̃ua pe tavayguakuéra Laodiceaguápe. Pe ñepyrũrã japu ndojehejáiramo ykére pe añetegua rehehápe, upéicharõ Aarón, Jeroboam ha 1863 techapyrãnguéra oñemo’ã jepokuaa ha tekokatu guýpe. Hi’aguĩeterei ñaguahẽ hag̃ua pe gracia opáta hag̃uápe, ikatu hag̃uáicha oñemo’ãve gueteri upe ao guýpe.</w:t>
      </w:r>
    </w:p>
    <w:p>
      <w:pPr>
        <w:pStyle w:val="ArticleScripture"/>
        <w:jc w:val="left"/>
      </w:pPr>
      <w:r>
        <w:rPr>
          <w:rFonts w:ascii="Times New Roman" w:hAnsi="Times New Roman" w:eastAsia="Times New Roman" w:cs="Times New Roman"/>
        </w:rPr>
        <w:t>Ha kóva hína pe ñembojovake: pe tesape ou yvy arapýpe, ha umi kuimba’e ohayhu pytũmby pe tesape rangue, ijapopykuéra vai rupi. Opa umi ojapóva ivaíva ndocha’éi pe tesapére, ha ndoúi avei pe tesapépe, ani hag̃ua ojekuaauka ijapopykuéra vaiha. Juan 3:19, 20.</w:t>
      </w:r>
    </w:p>
    <w:p>
      <w:pPr>
        <w:pStyle w:val="ArticleBody"/>
        <w:jc w:val="left"/>
      </w:pPr>
      <w:r>
        <w:rPr>
          <w:rFonts w:ascii="Times New Roman" w:hAnsi="Times New Roman" w:eastAsia="Times New Roman" w:cs="Times New Roman"/>
        </w:rPr>
        <w:t>Adventismo rehegua apostasía-kuéra rembiasakue ojehechakuaa porãma Ñandejára Ñe’ẽ proféticope. Ha’e peteĩ añetegua profética. Kóva rehegua peteĩha jehechaukarã ha’e Israel yma guarã. Israel yma guarã rembiasakue henyhẽ apostasía tapia ha oñembotuichavéva reheve, ha upéicharõ jepe, la Biblia ha Espíritu de Profecía ombo’e Israel yma guaréva ohechaukaha Israel moderno rehegua. Hasyeterei hag̃ua ko mba’e, araka’eve ndaiporivéima tekotevẽ hag̃ua oñentende ko añetegua ko’ág̃aichaite. Pe ojepe’áva Jesucristo Revelación rupive ha’e pe añetegua Adventismo rembiasakue, ku kuatia protestante ramo, ojogueraha hag̃ua kuatia Republicano rembiasakuére. Mokõive kuatia ome’ẽ peteĩ mokõiha testígo ojuehegui, ha oimeraẽva ndohechaséiva hekopete peteĩva umi testígo apytégui, upéva peteĩchaite ojoko avei oñehechakuaa hag̃ua ambue testígo.</w:t>
      </w:r>
    </w:p>
    <w:p>
      <w:pPr>
        <w:pStyle w:val="ArticleBody"/>
        <w:jc w:val="left"/>
      </w:pPr>
      <w:r>
        <w:rPr>
          <w:rFonts w:ascii="Times New Roman" w:hAnsi="Times New Roman" w:eastAsia="Times New Roman" w:cs="Times New Roman"/>
        </w:rPr>
        <w:t>Aarón, Jeroboam ha 1863 rehechauka Israel espiritual moderno ñepyrũ, ha upéicha ojapóvo avei ohechauka pe hatĩ republicano ñepyrũ. Pe mbohapyha ánhel ñe’ẽ peteĩ ñe’ẽmondýi ani hag̃ua oñemoneĩ pe mymba ñaña marka. Tetã peteĩ reko Joajuha hína pe tenonderãme ombohasa peteĩ léi arateĩ rehegua ha upéi ombojerovia opaite yvy ape ári ojapo hag̃ua upeichaite avei.</w:t>
      </w:r>
    </w:p>
    <w:p>
      <w:pPr>
        <w:pStyle w:val="ArticleScripture"/>
        <w:jc w:val="left"/>
      </w:pPr>
      <w:r>
        <w:rPr>
          <w:rFonts w:ascii="Times New Roman" w:hAnsi="Times New Roman" w:eastAsia="Times New Roman" w:cs="Times New Roman"/>
        </w:rPr>
        <w:t>“Ambue tetã nguéra omoirũta Estados Unidos ehémplo. Jepe ha’e oñepyrũ tenonde, upeichavéramo jepe, pe apañuãi peteĩchagua oupytáta ñane retãygua ári opa hendáicha ko yvy ape ári.” Testimonies, volume 6, 395.</w:t>
      </w:r>
    </w:p>
    <w:p>
      <w:pPr>
        <w:pStyle w:val="ArticleBody"/>
        <w:jc w:val="left"/>
      </w:pPr>
      <w:r>
        <w:rPr>
          <w:rFonts w:ascii="Times New Roman" w:hAnsi="Times New Roman" w:eastAsia="Times New Roman" w:cs="Times New Roman"/>
        </w:rPr>
        <w:t>Umi añetegua profétika ojoajúva pe pohýi léi domingo rehegua ndaikatúi oñemboja’o Tetã Joaju Estados Unidos rembiapo-gui. Pe mymba yvy rehegua ojejuhúva Apocalipsis 13-pe ha’e pe sexto mburuvicharenda profecía bíblica-pe, oisãmbyhýva setenta ary profétiko Isaías 23 he’iháicha. Pe mymba yvy rehegua hína upe oguerekóva mokõi hatĩ. Umi añetegua ojoajúva umi mokõi hatĩ joaju rehe ndahi’áikuri ojeikuaauka hag̃ua, ha ko’ág̃a ojeipe’a hína, péro umi oiporavóva añoite oikũmby hag̃ua Jesús ojapoha pe ñembohesakã Apocalipsis Jesucristo rehegua, oipurúvo peteĩ mba’e ñepyrũ omyesakã hag̃ua peteĩ mba’e paha.</w:t>
      </w:r>
    </w:p>
    <w:p>
      <w:pPr>
        <w:pStyle w:val="ArticleBody"/>
        <w:jc w:val="left"/>
      </w:pPr>
      <w:r>
        <w:rPr>
          <w:rFonts w:ascii="Times New Roman" w:hAnsi="Times New Roman" w:eastAsia="Times New Roman" w:cs="Times New Roman"/>
        </w:rPr>
        <w:t>Tetã peteĩ rekojoja hag̃ua, Estados Unidos oñepyrũkuri pe sexto mburuvicha guasu ramo profecía bíblicape ary 1798-pe, ha umi sesenta ha cinco ary ohasáva upe rire aja, mokõi hatĩ ohasátava tembiasakue rupi oñondivepa, oñemoĩ peteĩ hendápe ikatúva ojekuaa, ha upéva umi ohechaséva añónte ohechakuaa hag̃ua. Umi sesenta ha cinco ary oñemombeʼúva Isaías capítulo siete-pe, oñepyrũkuri ary 742 a. C.-pe ha opa ary 677 a. C.-pe. Ary 1798 guive 1863 peve umi ary ojerejey. Umi sesenta ha cinco ary ohechauka peteĩ proceso de crisis mokõivéva hatĩme.</w:t>
      </w:r>
    </w:p>
    <w:p>
      <w:pPr>
        <w:pStyle w:val="ArticleBody"/>
        <w:jc w:val="left"/>
      </w:pPr>
      <w:r>
        <w:rPr>
          <w:rFonts w:ascii="Times New Roman" w:hAnsi="Times New Roman" w:eastAsia="Times New Roman" w:cs="Times New Roman"/>
        </w:rPr>
        <w:t>Ary 1863-pe, opa umi ára profético “mburuvicha peteĩ ára” rehegua Isaías mokõipa mbohapy-pe ojejapóma, ha upéicha rupi omopyenda umi señal profética pe ára paha rehegua “mburuvicha peteĩ ára.” Pe pahaite Isaías mokõipa mbohapy-pe pe setenta simbólico rehegua ojehechauka umi sesenta y cinco ary peteĩha rupive. 1863 guive pe ára paha peve ary 1989-pe, upéva hína pe período iglesia adventista Laodiceagua rehegua, oñepyrũva pe movimiento Millerita guive ha opa pe movimiento umi cien cuarenta y cuatro mil-pe. Ikatu hag̃uáicha ñantende pe período paha rehegua, tekotevẽ ñantende pe período ñepyrũ rehegua. Adventismo ndaikatúi ojapo upéva, pórke iñepyrũ ojehechauka iñemboyke rupi pe juramento Moisés rehegua, upéva voi omombe’u umi sesenta y cinco ary, ohechaukáva Adventismo ha Estados Unidos ñepyrũ ha paha.</w:t>
      </w:r>
    </w:p>
    <w:p>
      <w:pPr>
        <w:pStyle w:val="ArticleBody"/>
        <w:jc w:val="left"/>
      </w:pPr>
      <w:r>
        <w:rPr>
          <w:rFonts w:ascii="Times New Roman" w:hAnsi="Times New Roman" w:eastAsia="Times New Roman" w:cs="Times New Roman"/>
        </w:rPr>
        <w:t>Upévare, ha kóva ha’e peteĩ mba’e vaietéva iñimportánteva, ko artíkulo oñeha’ã omopyenda hag̃ua peteĩ añetegua profétika ko’ágã ojeipe’aína Judá ñemoñare León rupive. Pe añetegua ha’e kóva: nde nereipotáramo rehechakuaa Iglesia Adventista del Séptimo Día akóinte oĩ hague pe condición Laodicea-pe, upéicharõ nde ndaikatúi hekoitépe remboja’o pe tembiasakue Adventista, ha remboja’o’ỹre hekoitépe pe tembiasakue Adventista, ndaikatúi hekoitépe rehechakuaa pe vaka republicanismo rehegua.</w:t>
      </w:r>
    </w:p>
    <w:p>
      <w:pPr>
        <w:pStyle w:val="ArticleScripture"/>
        <w:jc w:val="left"/>
      </w:pPr>
      <w:r>
        <w:rPr>
          <w:rFonts w:ascii="Times New Roman" w:hAnsi="Times New Roman" w:eastAsia="Times New Roman" w:cs="Times New Roman"/>
        </w:rPr>
        <w:t>Pe, oikove rire rire rire umi mba’e ky’a ko yvy arigua-gui ñande Ruvicha ha Salvador Jesucristo jeikuaápe, upéi jevy oñembojepyso heseve ha oñemomba’e hag̃ua hese, ipahápe oikóva hese kuéra ivaive ñepyrũmbágui. Iporãve va’erãmo’ã kuri chupekuéra ndoikuaáirire pe tekojoja rape, ha oikuaa rire upéva, ojei hag̃ua pe tembiapoukapy marangatu oñeme’ẽ va’ekue chupekuéra. Péro ojehu chupekuéra he’iháicha pe ñe’ẽnga añeteguáva: “Jagua ojere jey ijy’urãme”; ha “kure ojejohéi va’ekue ojere jey oñembojepyso hag̃ua tujupe”. 2 Pedro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Papapy peteĩha hag̃ua de once hag̃ua</dc:title>
  <dc:subject>Pe Jejavy Rakaʼe hag̃ua hag̃ua hag̃ua</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