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Tenonderãrã Estados Unidos-pe g̃uarã ha 18 jasypokõi 2020-pe g̃uarã - Peteĩha Número</w:t>
      </w:r>
    </w:p>
    <w:p>
      <w:pPr>
        <w:pStyle w:val="ArticleSubtitle"/>
        <w:jc w:val="left"/>
      </w:pPr>
      <w:r>
        <w:rPr>
          <w:rFonts w:ascii="Arial" w:hAnsi="Arial" w:eastAsia="Arial" w:cs="Arial"/>
        </w:rPr>
        <w:t>Karai Yvypóra Ñe’ẽme’ẽgua: Moisés ha Elías Arapy Pahápe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Moisés ha Elías ha’e símbolo profétiko ikatúva peteĩteĩva oñentende hag̃ua ijeheguínte pe contexto rupive, térã ikatu avei oñentende hag̃ua símbolo ramo oguerekóva mokõive maranduhára. Mokõi testígo ñe’ẽ rehe peteĩ mba’e oñemopyenda, ha Apocalipsis 11-pe Moisés ha Elías orepresenta umi mokõi testígope, Antiguo ha Nuevo Testamento-gua. Yvyty Transfiguración-pe, orepresentáva Cristo Jejujey Mokõiha, pe símbolo mokõi hag̃uáva orepresenta mokõivéva, umi cien cuarenta y cuatro mil (Elías) ha umi mártir (Moisés) pe krísis léi dominical-peguápe. Oñondive símbolo ramo, Horeb itakuápe, ha’ekuéra orepresenta Tupã tavayguakuérape arapy pahápe, umi “ohendúva”, “oleéva” ha “oguerekóva” pe marandu ha’éva peteĩ Revelación Tupã rekokatu rehegua ha oguerekóva pokatu omoambue hag̃ua peteĩ Laodiceagua peteĩ Filadelfiagua-pe. Pya’eterei, (pya’etereiete) og̃uahẽta peteĩ ára ndaikatuvéimahápe umi Adventista Laodiceagua itavýva ojeporu pe “aséite” rehe oikotevẽva ombohovái porã hag̃ua pe sapukái: “Péina pe Novio ou.”</w:t>
      </w:r>
    </w:p>
    <w:p>
      <w:pPr>
        <w:pStyle w:val="ArticleScripture"/>
        <w:jc w:val="left"/>
      </w:pPr>
      <w:r>
        <w:rPr>
          <w:rFonts w:ascii="Times New Roman" w:hAnsi="Times New Roman" w:eastAsia="Times New Roman" w:cs="Times New Roman"/>
        </w:rPr>
        <w:t>Ha Moisés he'i Ñandejárape: Ehecha, nde ere chéve: “Egueraha yvate ko tetãygua”; ha nde nereikuaaukái chéve mávapa remondóta che ndive. Upéicharõ jepe, nde ere: “Roiikuaa téra rupi, ha nde rejuhúkuri mba'eporã che renondépe.” Ko'ág̃a, aipotaite, ajuhúramo mba'eporã nde resa renondépe, ehechauka chéve ko'ág̃a nde rape, che aikuaa hag̃ua ndéve, che ajuhu hag̃uáicha mba'eporã nde resa renondépe; ha eñepensa avei ko tetã ha'eha ne retãyguakuéra. Ha'e he'i: Che presencia ohóta nendive, ha ame'ẽta ndéve pytu'u. Ha ha'e he'i chupe: Nde presencia ndohóiramo ore ndive, ani oreraha yvate ko'águi. Mba'éicha piko ojekuaáta ko'ápe che ha ne retãyguakuéra rojuhu hague mba'eporã nde resa renondépe? Nda'éi piko nde rehoha ore ndive? Péicha roñembojoavýta, che ha ne retãyguakuéra, opa tetãygua oĩvagui yvy ape ári. Ha Ñandejára he'i Moiséspe: Ajapóta avei upe ere va'ekue; rejuhúgui mba'eporã che resa renondépe, ha roikuaa téra rupi. Ha ha'e he'i: Ajerure ndéve, ehechauka chéve nde gloria. Ha'e he'i: Ahasaukáta nde renondépe opa che py'aporã, ha amombe'úta nde renondépe Ñandejára réra; ha aiporavo hag̃uápe ame'ẽta che py'aporã, ha aiporiahurerekóta aiporiahurerekose hag̃uápe. Ha'e he'i avei: Ndaikatumo'ãi rehecha che rova; ndaipóri peteĩ yvypóra che recháva ha oikovéva. Ha Ñandejára he'i: Péina ápe oĩ peteĩ tenda che ykére, ha reñembo'ytáta peteĩ ita ári; ha oikóta, che gloria ohasávo, romoĩta peteĩ ita pa'ũme, ha roñuãta che po py'aguasúpe ahasávo. Upéi aipe'áta che po, ha rehecháta che kupépe guive; che rova katu ndojehecháimo'ãi. Ha Ñandejára he'i Moiséspe: Eikytĩ ndejupe mokõi itápe, umi peteĩhaichagua; ha ahaitíta ko'ã itápe umi ñe'ẽ oĩva'ekue umi peteĩha itápe, nde remboja'óva. Ha eime hag̃uáicha preparado pyhareve, ha ejupi pyhareve yvyty Sinaípe, ha ejechauka upépe chéve yvyty ru'ãme. Ha avave ani tojupi nendive, ha avave tojehecha'ỹ opaite yvyty rupi; ni ovecha ni vaka ani tokaru upe yvyty renondépe. Ha'e oikytĩ mokõi itápe umi peteĩhaichagua; ha Moisés opu'ã pyhareve voi, ha ojupi yvyty Sinaípe, Ñandejára omanda haguéicha chupe, ha ogueraha ipópe umi mokõi itápe. Ha Ñandejára oguejy arai rupi, ha opyta hendive upépe, ha omombe'u Ñandejára réra. Ha Ñandejára ohasa henondépe, ha he'i: Ñandejára, Ñandejára Tupã, poriahuvereko ha py'aporã, ipochy mbegue, ha heta mba'eporã ha añeteguápe, oñongatúva poriahuvereko hetaiterei rehe, oporoperdonáva tekoaña, ñemboyke ha angaipa, ha araka'eve nomopotĩmo'ãiva pe orekóva kulpa; ojehechaukáva túvakuéra rembiapo vaikue ta'ýra rehe, ha ta'ýra ra'y rehe, mbohapyha ha irundyha generación peve. Ha Moisés pya'e oñesũ yvýre, omoakã yvýre, ha omomba'e guasu. Ha he'i: Ajuhúramo ko'ág̃a mba'eporã nde resa renondépe, Ore Jára, ajerure ndéve, toguata Ore Jára ore apytépe; ha'e niko peteĩ tetã ijajúrata atãva; ha eperdona ore tekoaña ha ore angaipa, ha orejapyhy ne erénsiaramo. Ha'e he'i: Péina, ajapo peteĩ pacto: ne retãyguakuéra renondépe ajapóta mba'eporã hechapyrãva, araka'eve ndojejapóiva opa yvy ape ári, ni peteĩ tetãme; ha opa tetãygua reimeha apytépe ohecháta Ñandejára rembiapo; mba'e kyhyjeha niko upe ajapótava nendive. Éxodo 33:12–34:10.</w:t>
      </w:r>
    </w:p>
    <w:p>
      <w:pPr>
        <w:pStyle w:val="ArticleBody"/>
        <w:jc w:val="left"/>
      </w:pPr>
      <w:r>
        <w:rPr>
          <w:rFonts w:ascii="Times New Roman" w:hAnsi="Times New Roman" w:eastAsia="Times New Roman" w:cs="Times New Roman"/>
        </w:rPr>
        <w:t>Moisés ohechauka Tupã tavayguakuérape ko yvy paha ára pegua. Ha’e kuéra hína umi “ára pahápe” huísio investigativo aja ojeruréva Tupãme ohechauka hag̃ua chupekuéra I “rape, hag̃ua” oikuaa “Tupãme”, ha upe mbohovái ramo oguereko peteĩ ñembohovái Tupãgui oguerekóva pe ñe’ẽme’ẽ I “presencia ohóta hag̃ua” hendivekuéra, ha Tupã ome’ẽtaha umi tavayguakuérape “pytu’u.”</w:t>
      </w:r>
    </w:p>
    <w:p>
      <w:pPr>
        <w:pStyle w:val="ArticleScripture"/>
        <w:jc w:val="left"/>
      </w:pPr>
      <w:r>
        <w:rPr>
          <w:rFonts w:ascii="Times New Roman" w:hAnsi="Times New Roman" w:eastAsia="Times New Roman" w:cs="Times New Roman"/>
        </w:rPr>
        <w:t>Péicha he’i Ñandejára: Peñembo’y tape rupi, ha pehecha, ha pejerure tape yma guare rehe, moõpa oĩ pe tape porã, ha peguata ipype, ha pejuhúta pytu’u pene ánga hag̃ua. Ha ha’ekuéra he’i: Ndoroguatamo’ãi ipype. Avei amoĩ pene ári ñangarekoha, he’ívo: Pehendu trompéta pu. Ha ha’ekuéra he’i: Ndorohendúi chéne. Jeremías 6:16, 17.</w:t>
      </w:r>
    </w:p>
    <w:p>
      <w:pPr>
        <w:pStyle w:val="ArticleBody"/>
        <w:jc w:val="left"/>
      </w:pPr>
      <w:r>
        <w:rPr>
          <w:rFonts w:ascii="Times New Roman" w:hAnsi="Times New Roman" w:eastAsia="Times New Roman" w:cs="Times New Roman"/>
        </w:rPr>
        <w:t>Jeremías ohechauka peteĩ aty okyhyjéva “ohecha” hag̃ua ha “ohendu” hag̃ua, ha upévare nohendúi pe “pytu’u” oñeme’ẽva umi ohekáva pe “tape porã” ha “oguatáva ipype.” Upéva pytu’u Isaías ohechauka hag̃ua pe “mbopy’aguapy” ramo.</w:t>
      </w:r>
    </w:p>
    <w:p>
      <w:pPr>
        <w:pStyle w:val="ArticleScripture"/>
        <w:jc w:val="left"/>
      </w:pPr>
      <w:r>
        <w:rPr>
          <w:rFonts w:ascii="Times New Roman" w:hAnsi="Times New Roman" w:eastAsia="Times New Roman" w:cs="Times New Roman"/>
        </w:rPr>
        <w:t>Mávape piko ombo’éta arandu? ha mávape piko omoikũmbýta pe temimbo’e? Umi kamby gui oñemokãvape, ha umi pyti’a gui ojepe’ávape. Péicha, mbo’epy va’erã mbo’epy ári, mbo’epy ári mbo’epy; línea ári línea, línea ári línea; ko’ápe michĩmi, ha amo michĩmi: péicha ñe’ẽmbegue ha ambue ñe’ẽme oñe’ẽta ko tetãygua ndive. Umipe he’i va’ekue: Kóva hína pe pytu’u ikatúva pembohasápe pytu’u pe kane’õvape; ha kóva hína pe pytu’upa: upéicharõ jepe, ndoikosevéi hikuái ohendu. Ha Ñandejára ñe’ẽ oiko chupekuéra guarã mbo’epy ári mbo’epy, mbo’epy ári mbo’epy; línea ári línea, línea ári línea; ko’ápe michĩmi, ha amo michĩmi; hag̃ua oguata, ha ho’a hapykuévo, ha oñembyai, ha oñemoñuhã, ha ojepokuaa. Isaías 28:9–13.</w:t>
      </w:r>
    </w:p>
    <w:p>
      <w:pPr>
        <w:pStyle w:val="ArticleBody"/>
        <w:jc w:val="left"/>
      </w:pPr>
      <w:r>
        <w:rPr>
          <w:rFonts w:ascii="Times New Roman" w:hAnsi="Times New Roman" w:eastAsia="Times New Roman" w:cs="Times New Roman"/>
        </w:rPr>
        <w:t>Pe “pytu’u” ha pe “mbopy’aguapy” ohechauka pe ama kyre’ỹrã paha oñeñohẽva pe marandu ñemongyhyje paha ñemombe’ukue aja.</w:t>
      </w:r>
    </w:p>
    <w:p>
      <w:pPr>
        <w:pStyle w:val="ArticleScripture"/>
        <w:jc w:val="left"/>
      </w:pPr>
      <w:r>
        <w:rPr>
          <w:rFonts w:ascii="Times New Roman" w:hAnsi="Times New Roman" w:eastAsia="Times New Roman" w:cs="Times New Roman"/>
        </w:rPr>
        <w:t>“Ojehechauka chéve upe ára peve pe mbohapyha ánhel marandu oñemboty hag̃uáicha. Tupã pu’aka oguereko va’ekue ipytu’u Itavayguakuéra ári; ha’ekuéra omohu’ãma kuri hembiapo ha oñembosako’íma pe aravo hasy oútava henondépe g̃uarã. Ha’ekuéra orresivíma kuri pe ama paha guasu, térã pe piro’y pyahu Ñandejára renondégui, ha pe testimonio oikovéva oñembopyahujevyma kuri. Pe ñemomarandu paha tuicháva osẽma kuri opa hendárupi, ha upéva omokyre’ỹ ha ombopochy yvy arigua kuérape ndorresiviséiva pe marandu.” Early Writings, 279.</w:t>
      </w:r>
    </w:p>
    <w:p>
      <w:pPr>
        <w:pStyle w:val="ArticleBody"/>
        <w:jc w:val="left"/>
      </w:pPr>
      <w:r>
        <w:rPr>
          <w:rFonts w:ascii="Times New Roman" w:hAnsi="Times New Roman" w:eastAsia="Times New Roman" w:cs="Times New Roman"/>
        </w:rPr>
        <w:t>Pe “pytu’u” térã pe “mbopyahu” ha’éva “ama ypykue paha” ñe’ẽme’ẽ, oguereko avei pe ñe’ẽme’ẽ oñeme’ẽva’ekue Moisés-pe pe itakuápe, Tupã “presénsia” oho hag̃ua Itavaygua ndive.</w:t>
      </w:r>
    </w:p>
    <w:p>
      <w:pPr>
        <w:pStyle w:val="ArticleScripture"/>
        <w:jc w:val="left"/>
      </w:pPr>
      <w:r>
        <w:rPr>
          <w:rFonts w:ascii="Times New Roman" w:hAnsi="Times New Roman" w:eastAsia="Times New Roman" w:cs="Times New Roman"/>
        </w:rPr>
        <w:t>“Pe tembiapo ojoguáta pe oikovaʼekuépe Pentecostés árape. Pe ‘amá ypykue’ oñemeʼẽ haguéicha, Espíritu Santo oñeñohẽvo evangelio ñepyrũme, ikatu hag̃uáicha osẽ ha okakuaa pe ñemitỹrã hepyetévape, upéicha avei pe ‘amá paha’ oñemeʼẽta ipahápe, pe cosecha hiʼaju hag̃uáicha. ‘Upémarõ jaikuaáta, ñañehaʼãramo jaikuaa hag̃ua Ñandejárape; iñsẽha oĩmbáma koʼẽju hag̃uáicha; ha haʼe oúta ñandéve amaicha, ama paha ha ama ypykueicha yvýre.’ (Oseas 6:3.) ‘Pevyʼa ke, upéicharõ, Sión raʼykuéra, ha pejerovia porã Ñandejára pende Járare; pendeve omeʼẽgui ama ypykue hekopete, ha ogueru vaʼerã pene ári pe ama, pe ama ypykue ha pe ama paha.’ (Joel 2:23.) ‘Ipahaitépe, heʼi Tupã, añohẽta che Espíritu opa tekove ári.’ ‘Ha oikóta, maymáva ohenóiva Ñandejára réra ojesalváta.’ (Hechos 2:17, 21.) Pe evangelio rembiapo guasu nomanói vaʼerãi saʼive Tupã puʼaka jehechauka reheve pe ojehechaukavaʼekue iñepyrũmegui. Umi profesía oñekumplivaʼekue pe ama ypykue oñeñohẽvo evangelio ñepyrũme, oñekumplíta jey pe ama pahápe ipahápe. Koʼápe oĩ ‘umi ára piroʼy’ rehe apóstol Pedro omaña hag̃uáicha, heʼírõ guare: ‘Peñembyasy pende angaipa rehe ha pejevy, pende angaipa hag̃ua oñembogue [pe Huísio Investigativo-pe], og̃uahẽ vove umi ára piroʼy Ñandejára renondégui; ha haʼe omondóta Jesúspe.’ (Hechos 3:19–20.)”</w:t>
      </w:r>
    </w:p>
    <w:p>
      <w:pPr>
        <w:pStyle w:val="ArticleScripture"/>
        <w:jc w:val="left"/>
      </w:pPr>
      <w:r>
        <w:rPr>
          <w:rFonts w:ascii="Times New Roman" w:hAnsi="Times New Roman" w:eastAsia="Times New Roman" w:cs="Times New Roman"/>
        </w:rPr>
        <w:t>“Tembiguái Tupã rehegua, hova kuéra omimbipáva ha ohesapéva ñembojerovia marangatúpe oñeme’ẽmbaitégui, pya’e ohasáta peteĩ hendágui ambuépe omombe’u hag̃ua pe marandu Yvágagui. Hetaiterei ñe’ẽngue rupi, yvy ape ári tuichakue javeve, oñeme’ẽta pe ñemomarandu. Ojejapóta milágro, hasýva kuéra ojekueráta, ha techaukaha ha mba’e hechapyrãva oho hag̃ua umi ogueroviáva rapykuéri. Satanás avei omba’apo techaukaha japu reheve, jepe oguerúvo tata yvágagui yvypóra resa renondépe. (Apocalipsis 13:13.) Péicha, yvy ape ári oikóva kuéra oguahẽta ojagarra hag̃ua hikuái iparte.” The Great Controversy, 611, 612.</w:t>
      </w:r>
    </w:p>
    <w:p>
      <w:pPr>
        <w:pStyle w:val="ArticleBody"/>
        <w:jc w:val="left"/>
      </w:pPr>
      <w:r>
        <w:rPr>
          <w:rFonts w:ascii="Times New Roman" w:hAnsi="Times New Roman" w:eastAsia="Times New Roman" w:cs="Times New Roman"/>
        </w:rPr>
        <w:t>Árape oñeñohẽva Espíritu Santo rehe umi ára pahápe ojehechauka hag̃ua, oñemoha’ãnga vaʼekue Espíritu Santo ñeñohẽ reheve iñepyrũme, marandu porã ñemoherakuã ñepyrũrãme. Pe “Ñandejára ñeʼẽ chupekuéra” umi ndohendúséivape pe Espíritu heʼíva umi iglésiakuérape, haʼe vaʼekue pe principio profético omoĩva peteĩ línea profética tembiasakue rehe ambue línea profética tembiasakue, ojehechauka hag̃ua ko yvy arapaha. Ndahaʼéi mbaʼeve michĩvéva pe principio gui, peteĩ mbaʼe paha ojehechauka hag̃ua iñepyrũ rupive. Pe tembiapoukapy profético omboyke umi Laodicea poguýpe oĩva, ára poteĩha pegua Adventista del Séptimo Día, itavyva. Oñemoneĩ vove, Tupã ikatu “omboʼe arandu”, Daniel heʼiháicha upéva hetaveha ára paha pegua, ha upe aranduete Oseas heʼi Tupã tavaygua oñehunditaha upéva omboykére. Pe aty Isaías ha Jeremías-pe oĩva, ndojapysakái ha ndohechaséiva, omboyke pe “pytuʼu mbopyahu”, ha upéva hína pe “pytuʼu” Tupã oprometéva omeʼẽtaha Itavayguakuérape “ára pahápe” ikatu hag̃uáicha ohasa hag̃ua heko hag̃uáicha pe apañuãi guasu ára pahakuépe.</w:t>
      </w:r>
    </w:p>
    <w:p>
      <w:pPr>
        <w:pStyle w:val="ArticleBody"/>
        <w:jc w:val="left"/>
      </w:pPr>
      <w:r>
        <w:rPr>
          <w:rFonts w:ascii="Times New Roman" w:hAnsi="Times New Roman" w:eastAsia="Times New Roman" w:cs="Times New Roman"/>
        </w:rPr>
        <w:t>Pe “réra Ñandejára” (teko) Ñandejára omoherakuã vaekue Moiséspe ha’e vaekue kóva: “Ñandejára Tupã” ha’e “oporombyasy ha ipy’aporãva, ipukúva ipochy hag̃ua, ha hetaiterei iporã ha añete hag̃ua.” Itéko ha’e poriahuvereko ha añetegua. Pe añetegua ohechaukáva Heko akóinte ojoaju Iporiahuverekóre, pórke avave noikũmbymo’ãi Iñañetegua, Ñandejára ndoporoporiahuverekóiramo raẽ hese; opavave niko opeka ha ndaikatúi ohupyty pe mimbipa (teko) Ñandejára rehegua. Pe añetegua Jesucristo ha’eha Alfa ha Omega ojekuaa ha oñeñongatu umi Ñandejára operdona vaekue hembiapo vai ha ipekádogui rupi. Upéva perdón oiko pe juicio investigativo rembe’ýpe. Umi rehe Ñandejára oiporu Iporiahuvereko, upéicha rupi operdonávo ipekádo, ogueraha chupekuéra iñeréncia-rã ha oike peteĩ pacto-pe hendivekuéra.</w:t>
      </w:r>
    </w:p>
    <w:p>
      <w:pPr>
        <w:pStyle w:val="ArticleScripture"/>
        <w:jc w:val="left"/>
      </w:pPr>
      <w:r>
        <w:rPr>
          <w:rFonts w:ascii="Times New Roman" w:hAnsi="Times New Roman" w:eastAsia="Times New Roman" w:cs="Times New Roman"/>
        </w:rPr>
        <w:t>“Ko yvy rembiasakue ára pahápe, Tupã ñe’ẽme’ẽ imanduʼapy oñembopyahúta umi iñeʼẽmondo oguerekóva hendive.” Review and Herald, 26 de febrero de 1914.</w:t>
      </w:r>
    </w:p>
    <w:p>
      <w:pPr>
        <w:pStyle w:val="ArticleBody"/>
        <w:jc w:val="left"/>
      </w:pPr>
      <w:r>
        <w:rPr>
          <w:rFonts w:ascii="Times New Roman" w:hAnsi="Times New Roman" w:eastAsia="Times New Roman" w:cs="Times New Roman"/>
        </w:rPr>
        <w:t>Opaite maranduhára, Moisés jepe, ohechauka hína umi ára pahápe pe huísio investigativo, Tupã omoĩjeyha heñeʼẽmeʼẽ umi ojekuaaukáva ramo umi cien cuarenta y cuatro mil. Ha upe heñeʼẽmeʼẽ oñemopyenda vove, Tupã “ojapóta hechapyrãva, arakaʼeve ndojejapóiva opa yvy ape ári, ni peteĩ tetãme jepe; ha opa tavayguakuéra nde apytépe oĩva ohecháta Ñandejára rembiapo: mbaʼe kyhyje hag̃uáva ningo upe ajapótava nendive.”</w:t>
      </w:r>
    </w:p>
    <w:p>
      <w:pPr>
        <w:pStyle w:val="ArticleBody"/>
        <w:jc w:val="left"/>
      </w:pPr>
      <w:r>
        <w:rPr>
          <w:rFonts w:ascii="Times New Roman" w:hAnsi="Times New Roman" w:eastAsia="Times New Roman" w:cs="Times New Roman"/>
        </w:rPr>
        <w:t>Moisés oikovevaʼekue itakuápe yvyty Horeb ári, ojekuaáva avei yvyty Sinaí ramo, oñemoĩkuri Moisés ñorairõme Tupã retãygua ndive ryepýpe. Iñorairõ niko hína kuri omohuʼã hag̃ua tembiapo Tupã omeʼẽvaʼekue chupe. Moisés oĩkuri peteĩ ñorairõme Tupã marandu rehegua ko yvy arapýpe g̃uarã. Mboyvemi Ñandejára ohechauka hag̃ua heko mimbipa Moisés-pe, jajuhu Moisés oiporuha arandu hag̃ua Ñandejára rovake, heʼívo ñamboykeʼỹ hag̃uáicha, Ñandejára ohundírire umi opuʼãva, ramoite jerokývaʼekue Aarón raʼanga óro jerére, upéva ñehundi ohundíta avei pe marandu ohechauka hag̃ua Tupã pokatu.</w:t>
      </w:r>
    </w:p>
    <w:p>
      <w:pPr>
        <w:pStyle w:val="ArticleScripture"/>
        <w:jc w:val="left"/>
      </w:pPr>
      <w:r>
        <w:rPr>
          <w:rFonts w:ascii="Times New Roman" w:hAnsi="Times New Roman" w:eastAsia="Times New Roman" w:cs="Times New Roman"/>
        </w:rPr>
        <w:t>Ha Ñandejára he’i Moiséspe: Ahechama ko tetãgua, ha péina, ha’e hikuái peteĩ tetãgua ajukáhatãva. Ko’ág̃a, upévare, eheja chejehe, che pochy haku hag̃ua hesekuéra ha ahundi hag̃ua chupekuéra; ha ndehegui ajapóta peteĩ tetã guasu. Ha Moisés oñembo’e asy Ñandejára Itupãme ha he’i: Ñandejára, mba’ére piko nde pochy haku ne retãguakuéra rehe, remosẽ va’ekue Egipto yvýgui mbarete guasúpe ha po imbaretéva rupive? Mba’ére piko umi Egipciogua oñe’ẽ va’erã ha he’i: Vai hag̃ua omosẽ chupekuéra, ojuka hag̃ua chupekuéra umi yvytykuérape ha ohundi hag̃ua chupekuéra yvy ape árigui? Ejei nde pochy rasygui, ha emboyke ko ivaíva rejaposeva’ekue ne retãguakuéra rehe. Nemandu’a Abraham, Isaac ha Israel, nde rembiguáire, umi rehe repromete va’ekue ndejehe voi reporuhápe, ha ere va’ekue chupekuéra: Amboheta-ta pene ñemoñare yvága mbyjakuéraicha, ha ko yvy pukukue areko ha’e va’ekue ame’ẽta pene ñemoñarépe, ha ha’ekuéra ohupytyta opa ára g̃uarã. Ha Ñandejára omboyke pe ivaíva ojapose va’ekue hetãguakuéra rehe. Éxodo 32:9–14.</w:t>
      </w:r>
    </w:p>
    <w:p>
      <w:pPr>
        <w:pStyle w:val="ArticleBody"/>
        <w:jc w:val="left"/>
      </w:pPr>
      <w:r>
        <w:rPr>
          <w:rFonts w:ascii="Times New Roman" w:hAnsi="Times New Roman" w:eastAsia="Times New Roman" w:cs="Times New Roman"/>
        </w:rPr>
        <w:t>Moisés itakuápe oike haguére oike avei pe marandu Moisés oñehenóiva’erãva ombohéra hag̃ua ko yvy ape ári. Ñandejára ohasávo Moisés renondépe ha omombe’úvo Ikaraktere rehegua, oñemoĩ peteĩ marandu hyepypegua ryepýpe oñe’ẽva Tupã tavaygua iñakãhatãvare (Laodicea-pegua); ha Elías itakuápe oikova’ekue ñemoñe’ẽ oñemoĩva’ekue iñorairõme Jezabel ndive, térã peteĩ joaju mbohapy hetáva Estados Unidos, Papado ha Naciones Unidas rehegua ryepýpe. Peteĩva orrepresenta pe marandu hyepypegua tupãope g̃uarã; ambue katu, pe marandu okapegua yvy ape ári g̃uarã. Upéicharõ jepe, mokõi testígo Moisés ha Elías oĩ peteĩchagua takuápe Horeb-pe, ha mokõivéva oñerrepresenta pe takuápe ko yvy pahaitepe.</w:t>
      </w:r>
    </w:p>
    <w:p>
      <w:pPr>
        <w:pStyle w:val="ArticleScripture"/>
        <w:jc w:val="left"/>
      </w:pPr>
      <w:r>
        <w:rPr>
          <w:rFonts w:ascii="Times New Roman" w:hAnsi="Times New Roman" w:eastAsia="Times New Roman" w:cs="Times New Roman"/>
        </w:rPr>
        <w:t>Ha Acab omombe'u Jezabelpe opa mba'e Elías ojapova'ekue, ha avei mba'éichapa ojuka va'ekue kysepukúpe opa umi maranduhára. Upéi Jezabel omondo peteĩ marandu rerahaha Elías rendápe, he'i hag̃ua ichupe: Péicha ta chejapo umi tupãnguéra, ha hetave jepe, ko'ẽrõ ko'ãga rupi ndajapóiramo nde rekove peteĩva ha'ekuéra rekoveicha. Ha ha'e ohechávo upéva, opu'ã ha oho oñesalva hag̃ua hekove, ha oguahẽ Beerseba-pe, Judá mba'évape, ha oheja upépe hembiguái. Ha ha'e voi oho peteĩ ára rape pe desiértope, ha oguahẽ oguapy peteĩ yvyra guýpe; ha ojerure ijehe hag̃ua omano, ha he'i: Oĩma; ko'ág̃a, Ñandejára, eipe'a che rekove; ndaha'éi niko che iporãvéva che ru kuéra-gui. Ha oñeno ha oke aja pe yvyra guýpe, péina ángel opoko hese, ha he'i ichupe: Epu'ã ha he'u. Upéi oma'ẽ, ha péina oĩ peteĩ mbujape oñembichy tatapỹi ári, ha peteĩ yhyku'i y ipahápe. Ha ha'e ho'u ha hoy'u, ha oñeno jey. Ha Ñandejára ángel ou jey mokõiha, opoko hese ha he'i: Epu'ã ha he'u; pórke pe tape tuichaiterei ndéve g̃uarã. Upémarõ opu'ã, ho'u ha hoy'u, ha pe tembi'u mbaretépe oguata irundypa ára ha irundypa pyhare Horeb pe yvyty Tupã mba'évape peve. Ha oguahẽ upépe peteĩ itakuápe, ha opyta upépe; ha péina Ñandejára ñe'ẽ ou hendápe, ha he'i ichupe: Mba'e rejapo ko'ápe, Elías? Ha ha'e he'i: Añeha'ã porãiterei Ñandejára, umi ehérsito Jára Tupã rehe; pórke Israel ra'ykuéra oheja nde jovái, ombyaipa ne altar kuéra, ha ojuka nde maranduhára kuérape kysepukúpe; ha che añoite aime hembýva, ha oheka che rekove oipe'a hag̃ua. Ha ha'e he'i: Esẽ ha eñembo'y pe yvyty ári Ñandejára renondépe. Ha péina Ñandejára ohasa, ha peteĩ yvytu guasu ha mbarete omondoro umi yvyty, ha omboja'o umi ita Ñandejára renondépe; ha Ñandejára ndoĩri pe yvytúpe. Ha pe yvytu rire oiko peteĩ yvyryrýi; ha Ñandejára ndoĩri pe yvyryrýipe. Ha pe yvyryrýi rire oiko tata; ha Ñandejára ndoĩri pe tatápe. Ha pe tata rire oĩ peteĩ ñe'ẽ kirirĩ mimíva. Ha oiko upéicha, Elías ohendúvo upéva, ojaho'i hova imantópe, ha osẽ ha oñembo'y pe itakua rokẽme. Ha péina peteĩ ñe'ẽ ou hendápe, ha he'i: Mba'e rejapo ko'ápe, Elías? Ha ha'e he'i: Añeha'ã porãiterei Ñandejára, umi ehérsito Jára Tupã rehe; pórke Israel ra'ykuéra oheja nde jovái, ombyaipa ne altar kuéra, ha ojuka nde maranduhára kuérape kysepukúpe; ha che añoite aime hembýva, ha oheka che rekove oipe'a hag̃ua. Ha Ñandejára he'i ichupe: Tereho, ejevýna nde rape rehe Damasco desiérto peve; ha reguahẽ vove, emoĩ Hazaélpe Siria ruvicha guasúrõ. Ha Jehú, Nimsi ra'ýpe, remoĩta Israel ruvicha guasúrõ; ha Eliseo, Safat ra'y, Abel-mehola guigua, remoĩta maranduhárarõ nde rendaguépe. Ha oikóta upe ojava Hazael kyse puku-gui, Jehú ojukáta; ha upe ojava Jehú kyse puku-gui, Eliseo ojukáta. Upéicharõ jepe, aheja va'ekue chéve guarã pokõi su Israel-pe, opa umi tenypy'ã ndoñesũiva'ekue Baal renondépe, ha opa juru nohetũiva'ekue chupe. 1 Reyes 19:1–18.</w:t>
      </w:r>
    </w:p>
    <w:p>
      <w:pPr>
        <w:pStyle w:val="ArticleBody"/>
        <w:jc w:val="left"/>
      </w:pPr>
      <w:r>
        <w:rPr>
          <w:rFonts w:ascii="Times New Roman" w:hAnsi="Times New Roman" w:eastAsia="Times New Roman" w:cs="Times New Roman"/>
        </w:rPr>
        <w:t>Elías oikove pe ohasa vaʼekue ojeporu ohechauka hag̃ua maranduhára pyʼaʼakangy imarandu rehe ha pe mbaʼe haʼe oimoʼãva imarandu ha hembiapo ogueru hague. Moisés odefendevaʼekue Tupã marandu heʼivaʼekue, ha Elías katu oheja rei vaʼekue pe marandu. Haʼe peteĩchante pe marandu, peteĩva añoite iñambue: peteĩva haʼe internova iglesia rehegua ha ambue katu externova iglesia-gui. Upéicharõ jepe, maranduhárape, mokõivéva oñondive ohechauka Apocalipsis dieciocho pe marandu mokõi hendáicha. Pe aikotevẽva amombaʼeguasu opaite añetegua oĩva pe itakuápe ñembojoajúva rehegua haʼe kóva: umi “ára pahápe” pe pyʼaʼakangy ojehechaukáva mokõivéva kásope haʼe pe marandu rehe ha umi mbaʼe oiko hag̃ua pe marandu rupive.</w:t>
      </w:r>
    </w:p>
    <w:p>
      <w:pPr>
        <w:pStyle w:val="ArticleBody"/>
        <w:jc w:val="left"/>
      </w:pPr>
      <w:r>
        <w:rPr>
          <w:rFonts w:ascii="Times New Roman" w:hAnsi="Times New Roman" w:eastAsia="Times New Roman" w:cs="Times New Roman"/>
        </w:rPr>
        <w:t>Moisés ha Elías mokõivéva ohechauka umi ohendúva ha ohecháva pe “ñe’ẽ”, ha’éva pe “Ñandejára Ñe’ẽ”. Upe “Ñe’ẽ” ohechauka Ikarakuéra poriahuvereko ha añete rehegua. Pe Salmista avei ojerure ojehechauka hag̃ua chupe Tupã poriahuvereko, ha’éva Heko. Ikatu hag̃uáicha ohecha Iporiahuvereko, pe Salmista opromete “ohendutaha” mba’épa he’i pe Espíritu umi tupaope.</w:t>
      </w:r>
    </w:p>
    <w:p>
      <w:pPr>
        <w:pStyle w:val="ArticleScripture"/>
        <w:jc w:val="left"/>
      </w:pPr>
      <w:r>
        <w:rPr>
          <w:rFonts w:ascii="Times New Roman" w:hAnsi="Times New Roman" w:eastAsia="Times New Roman" w:cs="Times New Roman"/>
        </w:rPr>
        <w:t>Mbohapyha peteĩ purahéipe g̃uarã, Coré ra'ykuérape guarã. Ñandejára, nde porãkuri ne retã rehe; rembojevýma Jacob rembiasy. Rerehejáma ne retãygua rembiapo vai, rehupytýma opa iñangaipa. Selah. Reipe’áma nde pochy pavẽ, rejehekýima nde pochy ñarõgui. Ore mbojevy, ore pysyrõhára Tupã, ha embopaha orerehe nde pochy. Piko repochýta orerehe opa ára? Piko remyasãita nde pochy opa ñemoñarépe? Ndereikovejeymo’ãi piko ore rehe, ne retãygua tovy’a hag̃ua nderehe? Ehechauka oréve nde poriahuvereko, Ñandejára, ha eme’ẽ oréve nde pysyrõ. Ahendúta mba’épa he’íta Tupã Ñandejára; ha’e oñe’ẽta py’aguapýre hetãygua ha imarangatúva ndive; ani hag̃ua katu ojerejey vyrorei rehe. Añetehápe, ipysyrõ hi’aguĩ umi okyhyjévagui ichugui; upéicha hag̃ua mimbipa oiko ñane retãme. Poriahuvereko ha añetegua ojotopa; tekojoja ha py’aguapy ojupe hag̃ua peteĩ juruhetũme. Añetegua okakuaa yvýgui; ha tekojoja oma’ẽ yvága guive. Heẽ, Ñandejára ome’ẽta iporãva; ha ñane retã ome’ẽta hi’a. Tekojoja ohóta henonderã; ha omoĩta ñandéve hapykue rapepe. Salmo 85:1–13.</w:t>
      </w:r>
    </w:p>
    <w:p>
      <w:pPr>
        <w:pStyle w:val="ArticleBody"/>
        <w:jc w:val="left"/>
      </w:pPr>
      <w:r>
        <w:rPr>
          <w:rFonts w:ascii="Times New Roman" w:hAnsi="Times New Roman" w:eastAsia="Times New Roman" w:cs="Times New Roman"/>
        </w:rPr>
        <w:t>Eñatendéke “poriahuvereko ha añetegua” (ha “añetegua” ha’e pe ñe’ẽ hebreo ‘emet’ ñande ñañe’ẽhague hese), oguerúva tekojoja ha py’aguapy, “ojopyjue”. Ojoaju hikuái. Pe Salmista omoĩ ipurahéi umi ára pahápe pe huísio investigativo aja, Tupã “operdona” ramo “Ipuévlope” hembiapo vai. Pe jerure ha’e Ñandejára “omoingove jey” hag̃ua ipuévlope.</w:t>
      </w:r>
    </w:p>
    <w:p>
      <w:pPr>
        <w:pStyle w:val="ArticleScripture"/>
        <w:jc w:val="left"/>
      </w:pPr>
      <w:r>
        <w:rPr>
          <w:rFonts w:ascii="Times New Roman" w:hAnsi="Times New Roman" w:eastAsia="Times New Roman" w:cs="Times New Roman"/>
        </w:rPr>
        <w:t>“Peteĩ ñemyingovejey ha peteĩ reforma oiko va’erã, Espíritu Santo rembiapo rupive. Ñemyingovejey ha reforma mokõi mba’e iñambuéva. Ñemyingovejey he’ise peteĩ pyahu jevy tekove espiritualpe, peteĩ ñemyandýi jey apytu’ũ ha korasõ pokatupegua, peteĩ jeikove jevy ñemano espiritual-gui. Reforma katu he’ise peteĩ ñemyatyrõ jey, peteĩ ñemoambue idea ha teoría-kuérape, jepokuaa ha jekuéra rehe. Reforma ndoguerumo’ãi pe yva porã tekojoja rehegua ndoguerekóiramo joaju Espíritu ñemyingovejey ndive. Ñemyingovejey ha reforma ojapova’erã hikuái hembiapo oñeme’ẽva’ekue chupekuéra, ha ojapóvo ko tembiapo, ojehe’a va’erã hikuái.” Selected Messages, libro 1, 128.</w:t>
      </w:r>
    </w:p>
    <w:p>
      <w:pPr>
        <w:pStyle w:val="ArticleBody"/>
        <w:jc w:val="left"/>
      </w:pPr>
      <w:r>
        <w:rPr>
          <w:rFonts w:ascii="Times New Roman" w:hAnsi="Times New Roman" w:eastAsia="Times New Roman" w:cs="Times New Roman"/>
        </w:rPr>
        <w:t>Pe “reavivamiento” ojeruréva Salmista ohechauka peteĩ jerure oúva peteĩ oikuaáva omanómaha. Pe reavivamiento ojeruréva Salmista ipohýieterei peteĩ Laodiceaguápe g̃uarã ojerure hag̃ua, peteĩ Laodiceagua ndoikuaáigui omanómaha espiritualmente; ha katu nda upéichairamo, noikotevẽmo’ãiri oñemonguera jeývo. Pe reavivamiento oñehupyty ñañemoĩ hag̃uáicha jahecha hag̃ua “jahendútaha Tupã Ñandejára he’ítava”, ha ndopavavéi tembiapo ambue oĩva’erã tenonderã ñande rekovére pe ñamombarete hag̃ua upe reavivamiento ouva’ekue Espíritu Santo opytávo ñande ryepýpe.</w:t>
      </w:r>
    </w:p>
    <w:p>
      <w:pPr>
        <w:pStyle w:val="ArticleScripture"/>
        <w:jc w:val="left"/>
      </w:pPr>
      <w:r>
        <w:rPr>
          <w:rFonts w:ascii="Times New Roman" w:hAnsi="Times New Roman" w:eastAsia="Times New Roman" w:cs="Times New Roman"/>
        </w:rPr>
        <w:t>“Peteĩ ñembopyahu añetéva Tupã rayhupápe ñande apytépe ha’e pe tekotevẽ tuichavéva ha pya’evéva opa ñane remikotevẽ apytépe. Jaheka hag̃ua kóva ha’e va’erã ñane rembiapo peteĩha.” Selected Messages, book 1, 121.</w:t>
      </w:r>
    </w:p>
    <w:p>
      <w:pPr>
        <w:pStyle w:val="ArticleBody"/>
        <w:jc w:val="left"/>
      </w:pPr>
      <w:r>
        <w:rPr>
          <w:rFonts w:ascii="Times New Roman" w:hAnsi="Times New Roman" w:eastAsia="Times New Roman" w:cs="Times New Roman"/>
        </w:rPr>
        <w:t>Oñe’ẽvo Apocalipsis kuatia rehe, Hermana White he’i ko’ã mba’e.</w:t>
      </w:r>
    </w:p>
    <w:p>
      <w:pPr>
        <w:pStyle w:val="ArticleScripture"/>
        <w:jc w:val="left"/>
      </w:pPr>
      <w:r>
        <w:rPr>
          <w:rFonts w:ascii="Times New Roman" w:hAnsi="Times New Roman" w:eastAsia="Times New Roman" w:cs="Times New Roman"/>
        </w:rPr>
        <w:t>“Ñande, peteĩ tetãicha, jaikuaávo mba’épa he’ise ñandéve g̃uarã ko aranduka, ojehecháta ñande apytépe peteĩ ñembopyahu guasu.” Testimonies to Ministers, 113.</w:t>
      </w:r>
    </w:p>
    <w:p>
      <w:pPr>
        <w:pStyle w:val="ArticleBody"/>
        <w:jc w:val="left"/>
      </w:pPr>
      <w:r>
        <w:rPr>
          <w:rFonts w:ascii="Times New Roman" w:hAnsi="Times New Roman" w:eastAsia="Times New Roman" w:cs="Times New Roman"/>
        </w:rPr>
        <w:t>Pe ñe’ẽ “ñemoingovejey” he’ise jehechauka jevy tekovépe. Umi ojeporavóva oĩ hag̃ua umi cien cuarenta y cuatro mil apytépe, raẽvete ohechakuaa va’erã omanóma hikuái ha oikotevẽha peteĩ ñemoingovejeyre. Pe añetegua umi cien cuarenta y cuatro mil omanóva hikuái, upéva ha’e peteĩ mba’e iñimportantetereíva pe marandu oñemboty’ỹva pe tiempo de gracia oñemboty mboyve. Hetaiteve gueteri ore ro’e va’erã ko añetegua rehe. Pe ombojevýva chupekuéra tekovépe ha’e pe “poriahuvereko” Tupã ome’ẽva chupekuéra ha’e “omoingovejeývo” chupekuéra ha ome’ẽvo chupekuéra Ijoja. Pe ombojevýva chupekuéra tekovépe ha’e pe añetegua Jesús ha’eha pe Alfa ha Omega, ha ko entendimiento omoheñói ipypekuéra peteĩ “py’aguapy” ohasáva opa ñemoarandu. Pe ñe’ẽme’ẽ he’i pe “añetegua” “osẽta yvýgui.” Pe marandu ojehechaukáva “añetegua” ramo, ha’éva pe Alfa ha Omega, oñepyrũ Estados Unidos-pe, osẽgui “yvýgui.” Pe marandu iñepyrũme oukuri Estados Unidos-gui ha pe marandu ipahápe osẽ jey upe tenda guive.</w:t>
      </w:r>
    </w:p>
    <w:p>
      <w:pPr>
        <w:pStyle w:val="ArticleBody"/>
        <w:jc w:val="left"/>
      </w:pPr>
      <w:r>
        <w:rPr>
          <w:rFonts w:ascii="Times New Roman" w:hAnsi="Times New Roman" w:eastAsia="Times New Roman" w:cs="Times New Roman"/>
        </w:rPr>
        <w:t>Ñamoĩ porã rire Ñandejára yvypóra itakuapegua kuéra ha’eha peteĩ símbolo, ñahesa’ỹijóta ambue maranduhára kuéra oĩ vaʼekue peteĩ itakua simbólikope. Jesús heʼi vaʼekue Juan el Bautista haʼeha Elías, ha Juan oĩ vaʼekue cárcelpe tekotevẽ jave oikuaa hag̃ua Jesús haʼépa pe Mesías oútava. Tekotevẽ kuri oikuaa Jesús reko añetetéva. Tekotevẽ kuri oikuaa pe marandu haʼe omoherakuã vaʼekue ha pe marandu Jesús osegi omoherakuãva haʼépa pe marandu añetegua. Omondo idisípulo kuérape oporandu hag̃ua Jesúspe upe porandu, ha Jesús, ohasa hag̃uáicha upe porandu ári, upéi ohechauka chupekuéra Hembiguái.</w:t>
      </w:r>
    </w:p>
    <w:p>
      <w:pPr>
        <w:pStyle w:val="ArticleScripture"/>
        <w:jc w:val="left"/>
      </w:pPr>
      <w:r>
        <w:rPr>
          <w:rFonts w:ascii="Times New Roman" w:hAnsi="Times New Roman" w:eastAsia="Times New Roman" w:cs="Times New Roman"/>
        </w:rPr>
        <w:t>Upéicha hasýkuri ára, Juan remimbo'e ohechávo ha ohendúvo opa mba'e. Ipahápe Jesús ohenói chupekuéra hendápe, ha omondo chupekuéra oho hag̃ua omombe'u Juánpe mba'épa ha'e kuéra ohecha vaekue, omoĩve hag̃ua ko ñe'ẽ: “Ojehovasáva pe ndojuhúiva chepype mba'eve hag̃ua oñepysanga.” Lucas 7:23, R. V. Umi prueba heko Tupã rehegua ojehechauka ikatupyryhápe oñemohenda hag̃ua umi tekotevẽ ohasáva yvypóra ñembyasy. Iglória ojehechauka heñói hag̃ua ñande rekove mirĩme.</w:t>
      </w:r>
    </w:p>
    <w:p>
      <w:pPr>
        <w:pStyle w:val="ArticleScripture"/>
        <w:jc w:val="left"/>
      </w:pPr>
      <w:r>
        <w:rPr>
          <w:rFonts w:ascii="Times New Roman" w:hAnsi="Times New Roman" w:eastAsia="Times New Roman" w:cs="Times New Roman"/>
        </w:rPr>
        <w:t>“Umi disípulo ogueraha pe marandu, ha upéva ha’e vaekue suficiente. Juan imandu’a jeýkuri pe profesía oñe’ẽva Mesías rehe: ‘Ñandejára chemoĩ porã marandu porã amombe’u hag̃ua umi imboriahúpe; chembou akãrasyetéva korasõ omonguera hag̃ua, amombe’u hag̃ua sãso umi prisionérop e, ha jepe’a hag̃ua ka’irãime oĩvape; amombe’u hag̃ua Ñandejára arýpe ojeroviakuaáva.’ Isaías 61:1, 2. Cristo rembiapo ndaha’éi añónte ohechaukáva chupe ha’eha pe Mesías, síno avei ohechauka mba’éichapa Itekoha oñemopyendátava. Juan-pe oñembyesakã upe añetegua peteĩchagua pe ou vaekue Elías-pe pe desiértope, araka’e ‘peteĩ yvytu guasu mbarete oityvyro umi yvyty ha ombyaipa umi itakua Ñandejára renondépe; ha Ñandejára ndaipóri kuri pe yvýtupe: ha pe yvytu rire ou peteĩ yvyryrýi; ha Ñandejára ndaipóri kuri pe yvyryrýipe: ha pe yvyryrýi rire ou tata; ha Ñandejára ndaipóri kuri pe tatápe:’ ha pe tata rire, Tupã oñe’ẽ pe maranduhárape ‘ñe’ẽkangy kirirĩme.’ 1 Reyes 19:11, 12. Péicha avei Jesús ojapóta vaekue Hembiapo, ndaha’éi armakuéra ryrýi rupive térã mburuvicha guasu ha tetãnguéra rovapy rehe ojejapysakávo, síno oñe’ẽvo yvypóra kuéra korasõme peteĩ tekove poriahuvereko ha jejopy hag̃ua ojejopýva rupive.” El Deseado de Todas las Gentes, 217.</w:t>
      </w:r>
    </w:p>
    <w:p>
      <w:pPr>
        <w:pStyle w:val="ArticleBody"/>
        <w:jc w:val="left"/>
      </w:pPr>
      <w:r>
        <w:rPr>
          <w:rFonts w:ascii="Times New Roman" w:hAnsi="Times New Roman" w:eastAsia="Times New Roman" w:cs="Times New Roman"/>
        </w:rPr>
        <w:t>Tupã pu’aka oñembohasákuri Iñe’ẽ rupive. Ojegueru “kuimba’e kuñanguéra korasõme”. Upéva vaekue pe mbo’epy oĩva “ñe’ẽ mbegue ha ipochy’ỹvape” pegua. Upéicharõ jepe, Elías marandu ha’e pe marandu okáguigua ohechakuaaukáva umi mbarete oĩva Tupã tavayguakuéra okápe. Cristo he’ína kuri Elíaspe umi “ára pahápe” Iñe’ẽmeha oĩ pe pu’aka; ha upéicharõ jepe, “ñorairõ rembipu joavy ha guapyhára ha mburuvicharenda ha tetãnguéra oñembyaipáva”, ojejoguáva pe yvytu vaiete, yvyryrýi ha tata rehe, orrepresenta mbohapy umi mbarete okáguigua ojehechaukáva Apocalipsis arandukápe, ha umíva rehe Tupã tavayguakuéra oñembohováita. Pe “yvytu” vaiete ha’e peteĩ símbolo Islam rehegua Biblia profesíape. Pe “yvyryrýi” ha’e pe pu’aka’ỹ ha tekoreí oúva Revolución Francesa-gui. Pe “tata” ha’e pe ñehundi oguahẽva’ekue Sodoma ha Gomorra ári. Elías okañy vaekue pe pu’aka papal-gui og̃uahẽ hag̃ua pe itakuápe; upévare Ñandejára ohechauka chupe, opa umi mbarete aña omoheñóiva pe apañuãi paha ko yvy arýpe apytépe jepe, pe ñe’ẽ mbegue ha ipochy’ỹva rupiveha ojejuhu Tupã pu’aka.</w:t>
      </w:r>
    </w:p>
    <w:p>
      <w:pPr>
        <w:pStyle w:val="ArticleBody"/>
        <w:jc w:val="left"/>
      </w:pPr>
      <w:r>
        <w:rPr>
          <w:rFonts w:ascii="Times New Roman" w:hAnsi="Times New Roman" w:eastAsia="Times New Roman" w:cs="Times New Roman"/>
        </w:rPr>
        <w:t>Moisés, Elías ha Juan el Bautista opavave ohecha hague Ñandejára rekotee peteĩ itakua guive. Pe “itakua” ha’e pe techaukaha añoite oñeme’ẽtava peteĩ ñemoñare añáva ha tekome’ẽreíva-pe. Jesús oñe’ẽkuri pe “ñemoñare tekome’ẽreíva ha añáva” rehe, ha upéva hína pe ñemoñare umi “ára pahápe” ojejapóva pe huísio investigativo-pe. Pe techaukaha upe ñemoñarerã ha’ékuri proféta Jonás, opytava’ekue mbohapy ára peteĩ itakuápe—pira guasu rye guýpe.</w:t>
      </w:r>
    </w:p>
    <w:p>
      <w:pPr>
        <w:pStyle w:val="ArticleScripture"/>
        <w:jc w:val="left"/>
      </w:pPr>
      <w:r>
        <w:rPr>
          <w:rFonts w:ascii="Times New Roman" w:hAnsi="Times New Roman" w:eastAsia="Times New Roman" w:cs="Times New Roman"/>
        </w:rPr>
        <w:t>Ha opa tavayguakuévo heta eterei, ha’e oñepyrũ he’i: Kóva ha’e peteĩ ñemoñare vai; oheka hikuái peteĩ techaukaha; ha ndeme’ẽmo’ãi chupekuéra ambue techaukaha, Jonás maranduhára techaukahante. Jonás oiko haguéicha techaukaháramo umi ninivítape guarã, upéicha avei Yvypóra Ra’y oikóta ko ñemoñarépe guarã. Lucas 11:29, 30.</w:t>
      </w:r>
    </w:p>
    <w:p>
      <w:pPr>
        <w:pStyle w:val="ArticleBody"/>
        <w:jc w:val="left"/>
      </w:pPr>
      <w:r>
        <w:rPr>
          <w:rFonts w:ascii="Times New Roman" w:hAnsi="Times New Roman" w:eastAsia="Times New Roman" w:cs="Times New Roman"/>
        </w:rPr>
        <w:t>Jonás oĩ vaʼekue peteĩ pira guasu rye ryepýpe mbohapy ára ha mbohapy pyhare aja, upéicha avei Jesús oĩ vaʼekue sepultúrape mbohapy ára aja. Jonás haʼe vaʼekue peteĩ techaukaha, ha upéicha avei Jesús. Haʼekuéra ohechauka pe jeikove jey rechaukaha, ha upéva, añetehápe, ou mano rire.</w:t>
      </w:r>
    </w:p>
    <w:p>
      <w:pPr>
        <w:pStyle w:val="ArticleScripture"/>
        <w:jc w:val="left"/>
      </w:pPr>
      <w:r>
        <w:rPr>
          <w:rFonts w:ascii="Times New Roman" w:hAnsi="Times New Roman" w:eastAsia="Times New Roman" w:cs="Times New Roman"/>
        </w:rPr>
        <w:t>Upéi oĩ va’ekue kuatia mbohára ha fariséokuéra apytégui ombohovái hikuái, he’i hag̃ua: Mbo’ehára, roipota rohecha ndehegui peteĩ techaukaha. Ha’e katu ombohovái ha he’i chupekuéra: Peteĩ ñemoñare vai ha itavýva oheka techaukaha; ha ndoguerekomo’ãi techaukaha ambue, proféta Jonás rehegua techaukaha añoite: Jonás oĩ haguéicha mbohapy ára ha mbohapy pyhare pira guasu ryepýpe; upéicha avei Yvypóra Ra’y oĩta mbohapy ára ha mbohapy pyhare yvy py’apýpe. Nínive kuimba’ekuéra opu’ãta huísiope ko ñemoñare ndive, ha ombojovakéta ichupe: oñembyasýgui hikuái Jonás opredika ramo guare; ha péina, Jonás-gui tuichavéva oĩ ko’ápe. Mateo 12:38–41.</w:t>
      </w:r>
    </w:p>
    <w:p>
      <w:pPr>
        <w:pStyle w:val="ArticleBody"/>
        <w:jc w:val="left"/>
      </w:pPr>
      <w:r>
        <w:rPr>
          <w:rFonts w:ascii="Times New Roman" w:hAnsi="Times New Roman" w:eastAsia="Times New Roman" w:cs="Times New Roman"/>
        </w:rPr>
        <w:t>Ñantendéramo ramo tembiasakue ojerejeyha, ha upéva ojoajúvo pe añetegua ndive opa tembiasakue marangatu ohechaukaha ko yvy paha, upéicharõ Jonás ha Cristo mano, oñeñotỹ ha oñemoingove jey hague ha’e pe “techaukaha” ha avei pe marandu Tupã tavayguakuérape guarã ko’ág̃a. Jonás oñemosẽ vove guare pe pira guasu ryepýgui, omombe’u pe marandu; péicha avei Cristo ñemoingove jey marandu oñemombe’u pya’e va’ekue pe ánhel oipe’a riremínte pe ita pe itakuáguio Cristo oĩ hague. Umi ojehechaukáva Moisés, Elías, Jonás ha Cristo rupive ndaha’éi ohechauka hag̃uánte Tupã tavayguakuérape umi “ára pahápe” guaréva, síno avei pe marandu káda peteĩ ome’ẽ va’ekue.</w:t>
      </w:r>
    </w:p>
    <w:p>
      <w:pPr>
        <w:pStyle w:val="ArticleBody"/>
        <w:jc w:val="left"/>
      </w:pPr>
      <w:r>
        <w:rPr>
          <w:rFonts w:ascii="Times New Roman" w:hAnsi="Times New Roman" w:eastAsia="Times New Roman" w:cs="Times New Roman"/>
        </w:rPr>
        <w:t>Jonás techaukaha oguereko ipype pe ita kua rupi ohasava’ekue, upépe ojehechauka hag̃ua Cristo rekopy poriahuverekóva. Pe poriahuvereko Jesús ome’ẽ va’ekue Elíaspe, upéva avei oñeme’ẽ Jonáspe, okañývo hikatu hag̃uáicha hembiapo guasu-gui, ha’éva marandu ñemyerakuã. Heta mba’eve gueteri oĩ hag̃ua oñeñe’ẽ Jonás rehe, péro ko’ág̃a tekotevẽ oñembohovái ambue mba’e.</w:t>
      </w:r>
    </w:p>
    <w:p>
      <w:pPr>
        <w:pStyle w:val="ArticleBody"/>
        <w:jc w:val="left"/>
      </w:pPr>
      <w:r>
        <w:rPr>
          <w:rFonts w:ascii="Times New Roman" w:hAnsi="Times New Roman" w:eastAsia="Times New Roman" w:cs="Times New Roman"/>
        </w:rPr>
        <w:t>Pe yvykua, ambue mba’e apytépe, orrepresenta mano ha jeikove jey. Ñandejára ñe’ẽme’ẽgua tavayguakuéra ára pahápe ojehechakuaa heta testígo rupive omano hague ha upéi oikove jey hague. Añetehápe, peteĩ kristiáno oñemoheñói jey vaerã ohecha hag̃ua Ñandejára rréino, ha kóva orrepresenta kuimba’e yma guare so’o rehegua ñemano; hákatu profétikamente he’ise hetave mba’e. Oñe’ẽ peteĩ marandu rehe oñembotýva hóga rapepe. Elías opyta marandu mombe’úgui, Jonás okañy marandu mombe’úgui. Juan oñemombo kárselpe ha ojejuka. Jesús oñekrusifika.</w:t>
      </w:r>
    </w:p>
    <w:p>
      <w:pPr>
        <w:pStyle w:val="ArticleBody"/>
        <w:jc w:val="left"/>
      </w:pPr>
      <w:r>
        <w:rPr>
          <w:rFonts w:ascii="Times New Roman" w:hAnsi="Times New Roman" w:eastAsia="Times New Roman" w:cs="Times New Roman"/>
        </w:rPr>
        <w:t>Jonás rechaukaha, upévare, ndaha’éi añoite omanóva ha oikove jeýva rehegua; ha’e pe marandu omanóva ha oikove jeýva rehegua, ha opaite marandu Tupã Ñe’ẽme oñembohekorãva ohechauka pe marandu pahaite ñemomarandurã, Túva ome’ẽ va’ekue Jesúspe, ha upéi Jesús ome’ẽ va’ekue Gabriélpe, ha upéi Gabriél ome’ẽ va’ekue maranduhárape, ha upéi ha’e ohai ha omondo va’ekue umi iglésiakuérape. Tupã oĩkuri dispuesto omohu’ã hag̃ua pe marandu ha oñepyrũ jey hag̃ua pe kũva pegua Moisés rembiasakuepe. Elías omohu’ã hembiapo marandu rerahaha ramo ha okañy pe kũvape. Jonás okañy Tarsis gotyo. Juan el Bautista ojejuka, ha upéicha avei Jesús. Koʼãva opavave testimonio oñembyaty va’erã Apocalipsis kuatiañe’ẽme ha oñemohenda peteĩcha ojupe. Daniel ha Apocalipsis mokoĩ kuatiañe’ẽ hína, péro pe “testimonio de Jesús” ohechauka avei ha’ekuéra peteĩ kuatiañe’ẽha. Oguereko hikuái umi característica peteĩchagua Biblia rehegua. Mokoĩ kuatiañe’ẽ ojapo peteĩ kuatiañe’ẽ, ha mokoĩ apohare ohechauka mokoĩ testígope.</w:t>
      </w:r>
    </w:p>
    <w:p>
      <w:pPr>
        <w:pStyle w:val="ArticleBody"/>
        <w:jc w:val="left"/>
      </w:pPr>
      <w:r>
        <w:rPr>
          <w:rFonts w:ascii="Times New Roman" w:hAnsi="Times New Roman" w:eastAsia="Times New Roman" w:cs="Times New Roman"/>
        </w:rPr>
        <w:t>Daniel, peteĩ Babilonia rembiguái ha upéi Medo-Persia guigua, omano hag̃uaicha simbólikamente oñemombo rupi león kuárape. Jonás omano hag̃uáicha simbólikamente peteĩ mbói guasu ho’u rupi chupe. Juan, pe Revelador, omano hag̃uáicha simbólikamente oñemombo rupi chupe ñandyry ryakuã asýpe opupu hag̃uápe. William Miller omano, ha katu oguereko pe promésa umi ánhel oha’arõha itáva ykére pe oikove jeývo hekojojáva kuérape g̃uarã. Pe ministerio Future for America omano hag̃uáicha simbólikamente 18 jasypokõi ary 2020-pe.</w:t>
      </w:r>
    </w:p>
    <w:p>
      <w:pPr>
        <w:pStyle w:val="ArticleBody"/>
        <w:jc w:val="left"/>
      </w:pPr>
      <w:r>
        <w:rPr>
          <w:rFonts w:ascii="Times New Roman" w:hAnsi="Times New Roman" w:eastAsia="Times New Roman" w:cs="Times New Roman"/>
        </w:rPr>
        <w:t>Ñe’ẽmondo ñemomandu’a paha oñemoĩ pe tenda rehegua ryepýpe, upépe pe pokatu papal rehegua ñekutu vai omano hag̃uáicha oñemboguejýva oñemonguera. Pe ñekutu vai oñemongueráva ha’e peteĩ mba’e poravopyre Apocalipsis capítulo trece ha diecisiete-pe. Pe ñekutu vai oñemonguera jave, pe papado oñemoingove jeýva oikóta pe mburuvicha guasu poapyha ramo, oñerrepresentáva Apocalipsis capítulo diecisiete-pe. Ojekuaa hag̃ua chupe poapyha ramo, ha’éva umi siete apytégui. Poapy oguereko ñemoingove jeýpe hag̃ua techaukaha, circumcisión, pe pacto joaju rehegua sello ramo, ojejapova’erãgui pe ára poapyha-pe peteĩ mitãkuimba’e heñoihague rire. Upéva renda oipyhy pe bautismo pe dispensación cristiana-pe, ha pe bautismo orrepresenta Cristo ñemano, ñeñotỹ ha ñemoingove jeýpe. Cristo oñemoingove jey pe ára sietehára rire. Upévare, marandu hag̃uáicha oñemoingove jey pe ára poapyhápe. Mil áño pytu’u rire, yvy oñembopyahu pyahúva oñemoingove jey pe milenio poapyhápe.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Tenonderãrã Estados Unidos-pe g̃uarã ha 18 jasypokõi 2020-pe g̃uarã - Peteĩha Número</dc:title>
  <dc:subject>Karai Yvypóra Ñe’ẽme’ẽgua: Moisés ha Elías Arapy Pahápe</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