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Amerikápe g̃uarã tenonderã ha 18 jasypokõi 2020 - Mokõiha Número</w:t>
      </w:r>
    </w:p>
    <w:p>
      <w:pPr>
        <w:pStyle w:val="ArticleSubtitle"/>
        <w:jc w:val="left"/>
      </w:pPr>
      <w:r>
        <w:rPr>
          <w:rFonts w:ascii="Arial" w:hAnsi="Arial" w:eastAsia="Arial" w:cs="Arial"/>
        </w:rPr>
        <w:t>Karai pe Marandu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Pe probation oñembotýta mboyve, oñemeʼẽ peteĩ mandamiento heʼíva “ani reñemboty ko aranduka profesía ñeʼẽnguéra.”</w:t>
      </w:r>
    </w:p>
    <w:p>
      <w:pPr>
        <w:pStyle w:val="ArticleScripture"/>
        <w:jc w:val="left"/>
      </w:pPr>
      <w:r>
        <w:rPr>
          <w:rFonts w:ascii="Times New Roman" w:hAnsi="Times New Roman" w:eastAsia="Times New Roman" w:cs="Times New Roman"/>
        </w:rPr>
        <w:t>Ha he’i chéve: Ani rembyta hag̃ua ko aranduka profesía ñe’ẽnguéra, pe ára hi’aguĩgui. Pe heko jojaha’ỹva, toiko heko jojaha’ỹva gueteri; ha pe ky’a vaíva, toiko ky’a vaíva gueteri; ha pe ijojáva, toiko ijojáva gueteri; ha pe imarangatúva, toiko imarangatúva gueteri. Apocalipsis 22:10, 11.</w:t>
      </w:r>
    </w:p>
    <w:p>
      <w:pPr>
        <w:pStyle w:val="ArticleBody"/>
        <w:jc w:val="left"/>
      </w:pPr>
      <w:r>
        <w:rPr>
          <w:rFonts w:ascii="Times New Roman" w:hAnsi="Times New Roman" w:eastAsia="Times New Roman" w:cs="Times New Roman"/>
        </w:rPr>
        <w:t>Apocalipsis pehẽngue 5-pe, Tupã Túva oĩ oguapy Itendaguasu ári ha oreko Ipópe peteĩ kuatiañe’ẽ oñembotyva’ekue siete sello reheve.</w:t>
      </w:r>
    </w:p>
    <w:p>
      <w:pPr>
        <w:pStyle w:val="ArticleScripture"/>
        <w:jc w:val="left"/>
      </w:pPr>
      <w:r>
        <w:rPr>
          <w:rFonts w:ascii="Times New Roman" w:hAnsi="Times New Roman" w:eastAsia="Times New Roman" w:cs="Times New Roman"/>
        </w:rPr>
        <w:t>Ha ahecha peteĩ kuatiañe’ẽ pe oguapýva guapyhápe poguýpe akatúa gotyo, ojehaipyre hyepýpe ha hapykuéri avei, oñembotýva siete sello reheve. Apocalipsis 5:1.</w:t>
      </w:r>
    </w:p>
    <w:p>
      <w:pPr>
        <w:pStyle w:val="ArticleBody"/>
        <w:jc w:val="left"/>
      </w:pPr>
      <w:r>
        <w:rPr>
          <w:rFonts w:ascii="Times New Roman" w:hAnsi="Times New Roman" w:eastAsia="Times New Roman" w:cs="Times New Roman"/>
        </w:rPr>
        <w:t>Pe tembiasakue oñepyrũháicha peteĩha versículogui ha oseguívo peve capítulo siete, jajuhu Jesúspe, ojehechaukáva Judá ñemoñare León ramo, ha’eha pe Oguerekóva pe kuatia Itúva poguýgui ha oñepyrũva mbeguekatúpe oipe’a hag̃ua umi sello. Oipe’ávo pe sexto sello ha oikuaaukávo pe marandu pe sello ohechaukáva, opa capítulo seis. Opa peteĩ porandúpe ogueraháva capítulo siete-pe, upépe jajuhúta pe mbohovái pe porandu oñemopu’ãva capítulo seis versículo pahaitépe.</w:t>
      </w:r>
    </w:p>
    <w:p>
      <w:pPr>
        <w:pStyle w:val="ArticleScripture"/>
        <w:jc w:val="left"/>
      </w:pPr>
      <w:r>
        <w:rPr>
          <w:rFonts w:ascii="Times New Roman" w:hAnsi="Times New Roman" w:eastAsia="Times New Roman" w:cs="Times New Roman"/>
        </w:rPr>
        <w:t>Máramo og̃uahẽ hína ipochy guasu ára; ha máva piko ikatúta oñembo’y hag̃ua? Apocalipsis 6:17.</w:t>
      </w:r>
    </w:p>
    <w:p>
      <w:pPr>
        <w:pStyle w:val="ArticleBody"/>
        <w:jc w:val="left"/>
      </w:pPr>
      <w:r>
        <w:rPr>
          <w:rFonts w:ascii="Times New Roman" w:hAnsi="Times New Roman" w:eastAsia="Times New Roman" w:cs="Times New Roman"/>
        </w:rPr>
        <w:t>Pe kapítulo siete-pe oñemoinge umi ciento cuarenta y cuatro mil ha pe “aty guasu”. Rembiapo kuéra Tupã rehegua oñepresenta rire pe kapítulo siete-pe, upéi jajuhu oñeipeʼaha pe séptimo ha paháva umi sello apytégui. Pe profecía ambue añoite pe Apocalipsis lívrope oĩva sellado hína umi siete trueno pe kapítulo diez pegua. Pe punto isãsóva ha’e kóva: pe profecía añoite pe Apocalipsis lívrope oĩva sellado ha ikatúva ojeipeʼa pe periodo de gracia oñemboty mboyve ha’e umi “siete truenos”.</w:t>
      </w:r>
    </w:p>
    <w:p>
      <w:pPr>
        <w:pStyle w:val="ArticleBody"/>
        <w:jc w:val="left"/>
      </w:pPr>
      <w:r>
        <w:rPr>
          <w:rFonts w:ascii="Times New Roman" w:hAnsi="Times New Roman" w:eastAsia="Times New Roman" w:cs="Times New Roman"/>
        </w:rPr>
        <w:t>Ary ohasáma, ndaha’éiramo jepe heta década, Future for America ohechauka porãma mba’épa he’ise “umi siete trueno”. “Umi siete trueno” ohechauka pe tembiasakue movimiento Millerita rehegua, 11 de agosto de 1840 guive 22 de octubre de 1844 peve. Hermana White omoneĩ ko añetegua ha ombojoapy “umi siete trueno” avei ohechaukaha “mba’e oikótava tenonderãme ojekuaaukátava iñordenpe”. Peteĩ jehechauka detallado ko’ã añetegua rehegua ikatu ojejuhu Habakkuk’s Tables-pe, umi ndoikuaáivape g̃uarã ko’ã añetegua profética.</w:t>
      </w:r>
    </w:p>
    <w:p>
      <w:pPr>
        <w:pStyle w:val="ArticleBody"/>
        <w:jc w:val="left"/>
      </w:pPr>
      <w:r>
        <w:rPr>
          <w:rFonts w:ascii="Times New Roman" w:hAnsi="Times New Roman" w:eastAsia="Times New Roman" w:cs="Times New Roman"/>
        </w:rPr>
        <w:t>Pe añetegua umi siete trueno rehegua, ojehechaukáva’ekue yma, gueteri pe añetegua; ha upéicharõ jepe, ko ary agosto guive Ñandejára omboguejy Ipo ko’ã mba’e rehegui ha ojehechauka hetave ñemyesakã. Ñañepyrũta Apocalipsis kapítulo diez rehe, upéi jahechami hag̃ua Hermana White ñe’ẽñemyesakã ko kapítulo rehegua. Jajapo mboyve kóva, tekotevẽ jahechakuaa mokõi punto ndoguerekóiva joaju umi siete trueno ñehesa’ỹijo rehe.</w:t>
      </w:r>
    </w:p>
    <w:p>
      <w:pPr>
        <w:pStyle w:val="ArticleBody"/>
        <w:jc w:val="left"/>
      </w:pPr>
      <w:r>
        <w:rPr>
          <w:rFonts w:ascii="Times New Roman" w:hAnsi="Times New Roman" w:eastAsia="Times New Roman" w:cs="Times New Roman"/>
        </w:rPr>
        <w:t>Pe peteĩha ha’e pe jeikuaa hag̃ua pe añetegua oñe’ẽva umi siete trueno rehe, ko’ág̃a ojepe’áva, oikotevẽha heta línea añetegua rehe ikatu hag̃uáicha oñemoĩ hendápe opa mba’e umi siete trueno ohechaukáva. Ko’ápe, ajerure, oĩ umi santo-kuéra paciencia. Pe mokõiha punto, ko mba’e ndive ojoajúva, ha’e pe programa ojejapóva hag̃ua pe presentación de audio ko’ã artículo rehegua oguerekoha peteĩ limitación mboy tiémpope ikatu omoñe’ẽ ha oñe’ẽ. Káda artículo oikotevẽ oike hag̃ua upe período de tiempo ryepýpe. Ko estudio ñepyrũmby guive, aikuaauka peẽme tekotevẽtaha mbovymi artículo oñemopyenda hag̃ua pe añetegua ojehechaukáva umi siete trueno rupive. Ko’ág̃a, capítulo diez-pe.</w:t>
      </w:r>
    </w:p>
    <w:p>
      <w:pPr>
        <w:pStyle w:val="ArticleScripture"/>
        <w:jc w:val="left"/>
      </w:pPr>
      <w:r>
        <w:rPr>
          <w:rFonts w:ascii="Times New Roman" w:hAnsi="Times New Roman" w:eastAsia="Times New Roman" w:cs="Times New Roman"/>
        </w:rPr>
        <w:t>Ha ahecha ambue ánhel mbarete oguejy yvágagui, arai omondeva; ha peteĩ kuarahy’ã ojere iñakã ári, hova katu kuarahýicha, ha ipykuéra tata yvyratãicha. Ha ipópe oguereko peteĩ aranduka’i ojepe’áva; ha omoĩ ipy akatúa yguasu ári, ha ipy asu yvy ári, Ha osapukái ñe’ẽ hatãme, leõ okororõháicha; ha osapukáirõ guare, siete aratiri omosẽ iñe’ẽ. Ha umi siete aratiri omosẽmbávo iñe’ẽ, che ahaitaitéma kuri; ha ahendu peteĩ ñe’ẽ yvágagui he’íva chéve: Emboty porã umi mba’e umi siete aratiri he’íva, ha ani rehai. Ha pe ánhel ahecháva opyta hag̃uáicha yguasu ári ha yvy ári, omopu’ã ipo yvágape, Ha ojurahéi pe oikovévare opa ára g̃uarã, pe ojapo va’ekue yvága, ha opa mba’e ipype oĩva, ha yvy, ha opa mba’e ipype oĩva, ha yguasu, ha opa mba’e ipype oĩva, ndaiporeimo’ãveha aravo; Ha katu pe sieteha ánhel ñe’ẽngue ára pehẽnguépe, ombopu hag̃ua itrompéta, Tupã remimĩ oñemohu’ãta, he’i haguéicha hembiguái kuéra profétape. Ha pe ñe’ẽ ahendúva yvágagui oñe’ẽ jey chéve, ha he’i: Tereho, ha egueraha pe aranduka’i ojepe’áva pe ánhel pópe, pe oĩva yguasu ári ha yvy ári. Ha aha pe ánhel rendápe, ha ha’e chupe: Eme’ẽ chéve pe aranduka’i. Ha ha’e he’i chéve: Egueraha, ha ho’u; nde ryepy rorymbaitéta, ha nde jurúpe katu he’ẽta eícha. Ha agueraha pe aranduka’i pe ánhel póguio, ha ha’u; ha che jurúpe he’ẽ eícha; ha ha’upávo, che ryepy ro’ỹ. Ha he’i chéve: Tekotevẽ reprofetisa jey heta tetãygua, tetãnguéra, ñe’ẽnguéra ha mburuvichakuéra renondépe. Apocalipsis 10:1–11.</w:t>
      </w:r>
    </w:p>
    <w:p>
      <w:pPr>
        <w:pStyle w:val="ArticleBody"/>
        <w:jc w:val="left"/>
      </w:pPr>
      <w:r>
        <w:rPr>
          <w:rFonts w:ascii="Times New Roman" w:hAnsi="Times New Roman" w:eastAsia="Times New Roman" w:cs="Times New Roman"/>
        </w:rPr>
        <w:t>Omombeʼúvo pe kapítulo diez rehe, Hermana White heʼi:</w:t>
      </w:r>
    </w:p>
    <w:p>
      <w:pPr>
        <w:pStyle w:val="ArticleScripture"/>
        <w:jc w:val="left"/>
      </w:pPr>
      <w:r>
        <w:rPr>
          <w:rFonts w:ascii="Times New Roman" w:hAnsi="Times New Roman" w:eastAsia="Times New Roman" w:cs="Times New Roman"/>
        </w:rPr>
        <w:t>“Pe ánhel ipu’akapáva ombo’éva’ekue Juánpe ndaha’éi ambue tapicha, síno Jesucristo voi. Omoĩvo Ipy akatúa y ári ha Ipy asu yvy sãmbyhýva ári, ohechauka mba’e tembiapoha orekóva pe ñorairõ guasu Satanás ndive rembiasakue pahápe. Ko ñemoĩ he’ise Ipu’aka ha Iñakãrapu’ã yvatetegua opa yvy ári. Pe ñorairõ oiko mbareteve ha añeteve ohóvo ára guive ára peve, ha upéicha meme osegíta umi mba’e paha peve, ápe pytũmby pokatu rehegua rembiapo aranduetéva oguahẽta ijyvatevévape. Satanás, oñembojoajúvo kuimba’e iñañávandi, ombotavýta opa ko yvy ha umi tupao ndaorresivíri pe añetegua mborayhu. Péro pe ánhel ipu’akapáva ojerure oñeñatendévo hese. Osapukái ñe’ẽhatãme. Ha’e ohechaukáta Iñe’ẽ pu’aka ha Iñakãrapu’ã umi oñembojoajúva’ekuépe Satanás ndive oñemoĩ hag̃ua añetegua rehe.”</w:t>
      </w:r>
    </w:p>
    <w:p>
      <w:pPr>
        <w:pStyle w:val="ArticleScripture"/>
        <w:jc w:val="left"/>
      </w:pPr>
      <w:r>
        <w:rPr>
          <w:rFonts w:ascii="Times New Roman" w:hAnsi="Times New Roman" w:eastAsia="Times New Roman" w:cs="Times New Roman"/>
        </w:rPr>
        <w:t>“Koʼã siete trueno oñehendu rire iñeʼẽme, oñemeʼẽ Juan-pe pe tembiapoukapy Daniel-pe oñemeʼẽ hagueicha pe líbro michĩ rehegua: ‘Emboty umi mbaʼe siete trueno heʼíva.’ Koʼãva oñeʼẽ umi mbaʼe oikótavare, ojekuaaukátava hiʼáraitépe. Daniel opytáta ijyvyrápe ára pahápe. Juan ohecha pe líbro michĩ ojeipeʼa hag̃ua. Upérõ Daniel profesiakuéra oguereko hendaitépe pe primer, segundo ha tercer ángel marandu oñemeʼẽvaʼerãva ko yvy ape ári. Pe líbro michĩ ojeipeʼa hag̃ua haʼe vaʼekue pe marandu ára rehegua.”</w:t>
      </w:r>
    </w:p>
    <w:p>
      <w:pPr>
        <w:pStyle w:val="ArticleScripture"/>
        <w:jc w:val="left"/>
      </w:pPr>
      <w:r>
        <w:rPr>
          <w:rFonts w:ascii="Times New Roman" w:hAnsi="Times New Roman" w:eastAsia="Times New Roman" w:cs="Times New Roman"/>
        </w:rPr>
        <w:t>“Daniel ha Apocalipsis kuéra peteĩnte. Peteĩva hína peteĩ profesía, ambuéva peteĩ revelación; peteĩva peteĩ kuatiañe'ẽ oñembotysapyre, ambuéva katu peteĩ kuatiañe'ẽ ojepe'apyre. Juan ohendu umi mba'e kañymby umi arapu he'íva, ha'e katu oñemandáva ani hag̃ua ohai umíva.”</w:t>
      </w:r>
    </w:p>
    <w:p>
      <w:pPr>
        <w:pStyle w:val="ArticleScripture"/>
        <w:jc w:val="left"/>
      </w:pPr>
      <w:r>
        <w:rPr>
          <w:rFonts w:ascii="Times New Roman" w:hAnsi="Times New Roman" w:eastAsia="Times New Roman" w:cs="Times New Roman"/>
        </w:rPr>
        <w:t>“Pe tesape resakã porã oñeme'ẽ va'ekue Juánpe ha ojeguerahauka va'ekue umi siete arapupu ryepýpe, ha'e va'ekue peteĩ jejapoha umi mba'e oikótava pe ñe'ẽmondo peteĩha ha mokõiha angel reheguápe. Ndaha'éi va'ekue iporãvéva tavayguakuérape g̃uarã oikuaa ko'ã mba'e, pórke tekotevẽete va'erãkuri ojeha'ã ijerovia. Tupã rape porãme oñemombe'úva'erãkuri añetegua hechapyrã ha tenondegua etereíva. Pe ñe'ẽmondo peteĩha ha mokõiha angel rehegua oñemombe'úva'erãkuri, ha katu ndaikatúi va'ekue ojehechauka ambue tesape ko'ã ñe'ẽmondo ndojapopáirõ gueteri hembiapo tee. Kóva oñerrepresenta pe ánhel opytáva peteĩ ipy y ári ha ambue yguasu ári, ha oikuaauka peteĩ juramento marangatúgui eterei ndive ára ndaiporimo'ãvéimaha hag̃ua.” The Seventh-day Adventist Bible Commentary, volume 7, 971.</w:t>
      </w:r>
    </w:p>
    <w:p>
      <w:pPr>
        <w:pStyle w:val="ArticleBody"/>
        <w:jc w:val="left"/>
      </w:pPr>
      <w:r>
        <w:rPr>
          <w:rFonts w:ascii="Times New Roman" w:hAnsi="Times New Roman" w:eastAsia="Times New Roman" w:cs="Times New Roman"/>
        </w:rPr>
        <w:t>Pe “ángel mbarete” oguejyva’ekue 11 de agosto de 1840-pe ha’e va’ekue Cristo, ha oguereko peteĩ marandu ipópe Juanpe oñemanda va’ekue ho’u hag̃ua. Upe Juan ho’u va’ekue ha’e peteĩ marandu, péro añetehápe ha’e peteĩ marandu ojererahava’erã Tupã tavayguakuérape, ha ndaha’éi arapýpe g̃uarã. Tuicha mba’e jahechakuaa hag̃ua mávape oñembohapéva pe pasáhepe, pórke jepe Cristo oguejy 11 de agosto de 1840-pe, omoañetévo pe ángel peteĩha marandu ñemombarete, ha upéicha ohechauka araka’épa pe ángel peteĩha marandu oguerahaháta opaite yvórape, pe aranduka michĩ Juan ho’u va’erã ohechauka araka’épa pe protestantísmo ome’ẽjey pe protestantísmo ao hag̃ua umi Millerita-pe. Cristo oguejy ramo pe aranduka michĩ reheve, ha’e omohu’ã hína ikuatia ñe’ẽme’ẽ joaju pe tupaóndi desiérto-gui, ha upekuévo peteĩ jave ohechauka umi Millerita tavayguakuérape ha’eha hikuái itavaygua pyahu poravopyre ñe’ẽme’ẽme. Umi Millerita ha’e va’ekue peteĩ tavaygua yma ndaha’éiva’ekue Tupã tavaygua. Umi maranduhára kuéra araka’eve ndojoavyi ojuehe.</w:t>
      </w:r>
    </w:p>
    <w:p>
      <w:pPr>
        <w:pStyle w:val="ArticleScripture"/>
        <w:jc w:val="left"/>
      </w:pPr>
      <w:r>
        <w:rPr>
          <w:rFonts w:ascii="Times New Roman" w:hAnsi="Times New Roman" w:eastAsia="Times New Roman" w:cs="Times New Roman"/>
        </w:rPr>
        <w:t>Ha he'i chéve: Mba'éichagua yvypóra, eñembo'y nde py ári, ha che añe'ẽta ndéve. Ha pe espíritu oike chepype ha'e oñe'ẽ ramo guare chéve, ha chemopu'ã che py ári, ha ahendu pe oñe'ẽvape chéve. Ha he'i chéve: Mba'éichagua yvypóra, romondo ndéve Israel ra'ykuérape, peteĩ tetã pu'akápe opu'ãva che rehe; ha'ekuéra ha itúva kuéra hembiapo vai che rehe ko ára peve. Cháke ha'ekuéra mitãnguéra hova atã ha py'a hatãva. Upévare romondo ndéve hendápekuéra; ha ere va'erã chupekuéra: Péicha he'i Ñandejára Tupã. Ha ha'ekuéra, ohendúta térã nohenduséimo'ãi, (cháke ha'ekuéra peteĩ óga opu'ãva,) upéicharõ jepe oikuaáta oĩ hague peteĩ maranduhára Tupãgui apytépekuéra. Ha nde, mba'éichagua yvypóra, ani rekyhyje chuguikuéra, ni rekyhyje iñe'ẽgui, jepe ñuatĩ ha juu oĩ nderehe, ha reikove escorpión apytépe; ani rekyhyje iñe'ẽgui, ni nde py'amirĩ hova renondépe, jepe ha'ekuéra peteĩ óga opu'ãva. Ha nde ere va'erã chupekuéra che ñe'ẽ, ohendúta térã nohenduséimo'ãi; cháke iñakãhatã eterei hikuái. Ha nde, mba'éichagua yvypóra, ehendu upe ha'éva ndéve; ani nde avei reiko opu'ãvaicha pe óga opu'ãva: ejupe'a nde juru, ha ho'u upe ame'ẽva ndéve. Ha ama'ẽvo, péina peteĩ po oñemondo che rendápe; ha ipype oĩ peteĩ kuatiañe'ẽ rróllo. Ha omyasãi upéva che renondépe; ha ojehai ipype ha hokápe avei; ha ipype ojehai ñembyasýre, jahe'óre ha mba'asy guasúre. Upéi he'i chéve: Mba'éichagua yvypóra, ho'u upe rejuhúva; ho'u ko rróllo, ha tereho eñe'ẽ Israel róga pegua ndive. Upémarõ aipe'a che juru, ha ha'e chemongaru upe rróllo rehe. Ha he'i chéve: Mba'éichagua yvypóra, emboguata nde rye ho'u hag̃ua, ha emyenyhẽ nde py'aite ko rróllo ame'ẽva ndéve. Upémarõ ha'u upéva; ha che jurúpe he'ẽ eireteicha. Ha he'i chéve: Mba'éichagua yvypóra, tereho, eho Israel róga rendápe, ha eñe'ẽ chupekuéra che ñe'ẽme. Cháke nde nderejemondói peteĩ tetã ñe'ẽ ambuéva ha ñe'ẽ hasýva rendápe, síno Israel róga rendápe; ndaha'éi heta tetã ñe'ẽ ambuéva ha ñe'ẽ hasýva rendápe, umi ñe'ẽ ndikatumo'ãiva rentende. Añetehápe, amondórire ndéve hendapekuéra, ha'ekuéra nehendúta kuri. Ha Israel róga ndoikuaasemo'ãi nehendúvo; cháke ndoikuaaséi chendúvo: Israel róga tuichakue hova atã ha py'a hatã. Péina, ajapo nde rova imbarete hag̃ua hovakuéra rovái, ha nde jyva renondépe nde syva imbarete hag̃uáicha ijyva renondépe. Itatĩgui hatãvévaicha ajapo nde syva; ani rekyhyje chuguikuéra, ni nde py'amirĩ hova renondépe, jepe ha'ekuéra peteĩ óga opu'ãva. Upéi he'i chéve: Mba'éichagua yvypóra, opa che ñe'ẽ ha'etava ndéve, erovia nde py'apýpe ha ehendu nde apysápe. Ezequiel 2:1–3:10.</w:t>
      </w:r>
    </w:p>
    <w:p>
      <w:pPr>
        <w:pStyle w:val="ArticleBody"/>
        <w:jc w:val="left"/>
      </w:pPr>
      <w:r>
        <w:rPr>
          <w:rFonts w:ascii="Times New Roman" w:hAnsi="Times New Roman" w:eastAsia="Times New Roman" w:cs="Times New Roman"/>
        </w:rPr>
        <w:t>Cristo oguejy ramo pe kuatiañe’ẽ michĩva Juan ojapyhy ha ho’úva’ekue, upéva oĩva’ekue i“júrupe eícha he’ẽ asy”. Juan Revelador ha Ezequiel, mokõivéva, ojapyhy peteĩ marandu Cristo “po” guive. Ezequiel, ha upévare Juan avei, oguereko va’ekue peteĩ marandu omyasãi hag̃ua “Israel róga” peguarã, ndaha’éi umi Israel okápe oĩvape guarã. Umi Israel okápe oĩva ohendu rire pe marandu, omoneĩta mo’ã kuri hikuái; Israel katu ndaha’éi, pórke “opaite pe róga” Israelgua “iñakãhatã ha ipy’ahatã”. Pe Israel róga kompletoite (opaite pe róga) tuichakue javeve opu’ãva’ekue. Israel ary 1840-pe ojehechauka Apocalipsis kapítulo diez-pe pe tupaogua desiértope ramo. Hikuái omyenyhẽma va’ekue pe kópa ohechaukáva itiempo de prueba.</w:t>
      </w:r>
    </w:p>
    <w:p>
      <w:pPr>
        <w:pStyle w:val="ArticleBody"/>
        <w:jc w:val="left"/>
      </w:pPr>
      <w:r>
        <w:rPr>
          <w:rFonts w:ascii="Times New Roman" w:hAnsi="Times New Roman" w:eastAsia="Times New Roman" w:cs="Times New Roman"/>
        </w:rPr>
        <w:t>Jepénte pe marandu noñehendumo’ãi Israel, upeichavérõ proféta ojejopy gueteri ogueraha hag̃ua chupekuéra pe marandu pe michĩva kuatiañe’ẽgui, hag̃ua hag̃uáicha ojegueraha hag̃ua hesekuéra tembiapoukapy ombotovévo hikuái pe áraha peteĩha ángel rehegua. Umi kuatiañe’ẽ huísiopeguape, ojejapo va’erã chuguikuéra tembiapoukapy ndohendusei haguére pe “proféta” marandu oĩva’ekue “ijapytepekuéra”. Oñembotovévo proféta, oñembotove hína pe marandu oñeme’ẽva’ekue profétape ánhel Gabriel rupive, ha’e voi orresivíva’ekue upe marandu Cristo-gui, ha Cristo katu Túvagui orresivi va’ekue. Cristo oguejy ramo guare pe marandu pe michĩva kuatiañe’ẽ rehegua ipópe, upéva ojoja pe Espíritu Santo oguejy ramo guare hi’araityhápe. Upéva oñemombe’upyre va’ekue Moisés rupive pe yvyramáta hendy hag̃uápe, ha upévaite hína upe techaukaha oĩva opaichagua movimiento reformatorio-pe.</w:t>
      </w:r>
    </w:p>
    <w:p>
      <w:pPr>
        <w:pStyle w:val="ArticleScripture"/>
        <w:jc w:val="left"/>
      </w:pPr>
      <w:r>
        <w:rPr>
          <w:rFonts w:ascii="Times New Roman" w:hAnsi="Times New Roman" w:eastAsia="Times New Roman" w:cs="Times New Roman"/>
        </w:rPr>
        <w:t>“Yvy ape ári Ñandejára rembiapo ohechauka, ára rire ára, peteĩ jojaha iporãitereíva opaite reforma guasu térã movimiento religioso-pe. Ñandejára ñembohape yvyporakuéra ndive nunga noñemoambuéiva. Umi movimiento iñimportánteva ko ág̃agua oguereko ijojaha umi yma guarére, ha tupao rembiasakue ymaguare oreko mbo’epy tuicha mba’éva ñane tiempo-pe g̃uarã.” The Great Controversy, 343.</w:t>
      </w:r>
    </w:p>
    <w:p>
      <w:pPr>
        <w:pStyle w:val="ArticleBody"/>
        <w:jc w:val="left"/>
      </w:pPr>
      <w:r>
        <w:rPr>
          <w:rFonts w:ascii="Times New Roman" w:hAnsi="Times New Roman" w:eastAsia="Times New Roman" w:cs="Times New Roman"/>
        </w:rPr>
        <w:t>Pe imperio otománo ñehundiha ára 11 jasypoapy 1840-pe, (upéva hína araka’épe Juan ha Ezequiel okaru pe lívro michĩva oĩva Cristo “po”-pe,) ohechauka pe mensáhe ángel peteĩha rehegua “mbarete ñeme’ẽ” oúva’ekue “paha ára”-pe 1798-pe. Upéva “oñembarete” pe mboaje rupive umi Millerista-kuéra rembiapokue profétiko tenondegua rehegua; peteĩ áño peteĩ ára-rãva principio. Upérõ Cristo oñepyrũ omopu’ã pe templo Millerista pyenda, ojapo haguéicha Ijevautísmope.</w:t>
      </w:r>
    </w:p>
    <w:p>
      <w:pPr>
        <w:pStyle w:val="ArticleScripture"/>
        <w:jc w:val="left"/>
      </w:pPr>
      <w:r>
        <w:rPr>
          <w:rFonts w:ascii="Times New Roman" w:hAnsi="Times New Roman" w:eastAsia="Times New Roman" w:cs="Times New Roman"/>
        </w:rPr>
        <w:t>“Natanael jerovia vaekue ko'ág̃a oñemombarete, ha ombohovái ha he'i: ‘Rabí, nde hína Tupã Ra'y; nde hína Israel Ruvicha Guasu.’ Jesús ombohovái ha he'i chupe: ‘Che ha'e haguére ndéve rohecha hague yvyramáta hígo guýpe, reikópa reguerovia? Rehecháta ko'ãvagui tuichavéva mba'e.’ Ha he'i chupe: ‘Añetehápe, añetehápe ha'e peẽme, ko rire pehecháta Yvága ojepe'a hag̃ua, ha Tupã remimboukuéra ojupi ha oguejy hag̃ua Yvypóra Ra'y ári.’”</w:t>
      </w:r>
    </w:p>
    <w:p>
      <w:pPr>
        <w:pStyle w:val="ArticleScripture"/>
        <w:jc w:val="left"/>
      </w:pPr>
      <w:r>
        <w:rPr>
          <w:rFonts w:ascii="Times New Roman" w:hAnsi="Times New Roman" w:eastAsia="Times New Roman" w:cs="Times New Roman"/>
        </w:rPr>
        <w:t>“Koʼã mbohapyʼi tenondegua disípulope oñemoĩhína kuri peteĩteĩ rembiapo rupive pe cimiento Iglesia Cristiana rehegua. Juan raẽ ombohape mokõi idisípulope Cristo rendápe. Upéi peteĩva koʼãvagui ojuhu ipehẽngue, ha ogueru chupe Cristo rendápe. Upérõ haʼe ohenói Felipepe osegí hag̃ua chupe, ha Felipe oho oheka Natanaélpe.” Espíritu de Profecía, volumen 2, 66.</w:t>
      </w:r>
    </w:p>
    <w:p>
      <w:pPr>
        <w:pStyle w:val="ArticleBody"/>
        <w:jc w:val="left"/>
      </w:pPr>
      <w:r>
        <w:rPr>
          <w:rFonts w:ascii="Times New Roman" w:hAnsi="Times New Roman" w:eastAsia="Times New Roman" w:cs="Times New Roman"/>
        </w:rPr>
        <w:t>Cristo oguejy ramo 11 jasypoapy 1840-pe aranduka michĩ ojepe’áva Ipope, upeva’ekue ojehechauka va’ekue tenonderã Cristo rembiasakue yvy ariguápe ñemyatyrõ ñemongu’épe; opaite ñemyatyrõ ñemongu’e oguereko peteĩchagua techaukaha tape rehegua. Moisés ha pe ñemyatyrõ ñemongu’e ha’e oguenohẽ va’ekue oguereko avei upe techaukaha tape rehegua. Moisés jehasa pe ka’aguy hendyva’ekuépe ohechauka tenonderã Espíritu Santo oguejyha Cristo ñemongaraipe; upéva katu ohechauka tenonderã 1840; ha 1840 katu ohechauka tenonderã 11 jasyporundy 2001, ára pe ángel ipu’akapáva Apocalipsis dieciochopegua oguejy hague.</w:t>
      </w:r>
    </w:p>
    <w:p>
      <w:pPr>
        <w:pStyle w:val="ArticleBody"/>
        <w:jc w:val="left"/>
      </w:pPr>
      <w:r>
        <w:rPr>
          <w:rFonts w:ascii="Times New Roman" w:hAnsi="Times New Roman" w:eastAsia="Times New Roman" w:cs="Times New Roman"/>
        </w:rPr>
        <w:t>Pe “og̃uahẽ” peteĩha ánhel remimbou rehegua, ha pe “og̃uahẽ” mokõiha ánhel remimbou rehegua ha pe “og̃uahẽ” mbohapyha ánhel remimbou rehegua, opavave ojehechauka ánhelkuéra rupive. Pe peteĩha ánhel oguereko peteĩ lívro michĩ ipope, pe mokõiha oguereko peteĩ jehaipy ipope, ha pe mbohapyha oguereko peteĩ kuatiañe’ẽ ipope. Mokõi térã mbohapy testimónio ári oñemopyenda peteĩ añetegua. Opa mbohapy ánhel, taha’e iñog̃uahẽ térã imbaretekuéra ramo, oguereko peteĩ marandu ipope.</w:t>
      </w:r>
    </w:p>
    <w:p>
      <w:pPr>
        <w:pStyle w:val="ArticleBody"/>
        <w:jc w:val="left"/>
      </w:pPr>
      <w:r>
        <w:rPr>
          <w:rFonts w:ascii="Times New Roman" w:hAnsi="Times New Roman" w:eastAsia="Times New Roman" w:cs="Times New Roman"/>
        </w:rPr>
        <w:t>Juan ha Ezequiel ohechauka umi ho'úva pe marandu oñemombaretérõ guare pe ánhel peteĩha marandu, ha upéva hína ambue techaukaha histórico iñambuéva pe ára pe ánhel peteĩha marandu “og̃uahẽ” hague ary 1798-pe.</w:t>
      </w:r>
    </w:p>
    <w:p>
      <w:pPr>
        <w:pStyle w:val="ArticleBody"/>
        <w:jc w:val="left"/>
      </w:pPr>
      <w:r>
        <w:rPr>
          <w:rFonts w:ascii="Times New Roman" w:hAnsi="Times New Roman" w:eastAsia="Times New Roman" w:cs="Times New Roman"/>
        </w:rPr>
        <w:t>Pe joavy oĩva peteĩ marandu “oguahẽha” ha i“mbaretévo” apytépe niko peteĩ ñembojoavy tuichaiterei iñimportánteva ñañangarekóvo hese. Jahechávo pe jehasa oúva ko’ág̃a, pene mandu’áke pe ángel peteĩha rembipotápe ha’eha peteĩchaite pe ángel oĩva Apocalipsis dieciocho-pe rembipotáva, pe omyesakãva yvy iñmimbipa reheve. Avei pehechakuaa va’erã peteĩteĩva marandu omoheñóiha peteĩ ñemboja’o, ha upévagui osẽ mokõi aty umi omomba’égui.</w:t>
      </w:r>
    </w:p>
    <w:p>
      <w:pPr>
        <w:pStyle w:val="ArticleScripture"/>
        <w:jc w:val="left"/>
      </w:pPr>
      <w:r>
        <w:rPr>
          <w:rFonts w:ascii="Times New Roman" w:hAnsi="Times New Roman" w:eastAsia="Times New Roman" w:cs="Times New Roman"/>
        </w:rPr>
        <w:t>“Ojehechauka chéve mba’éichapa opa yvágagui ojehupi hag̃ua pe tembiapo oikóva ko yvy ári. Jesús omondo peteĩ ánhel ipoderósova [pe ánhel peteĩha] oguejy hag̃ua ha omomarandu hag̃ua yvy ári oikóva kuérape toñembosako’i hag̃ua Ijehechauka mokõiha-rã. Pe ánhel osẽvo Jesús renondégui yvágape, peteĩ tesape hendýva eterei ha mimbipáva oho tenondete chupe. Oje’e chéve hembipota hague omyesakã hag̃ua yvy Iglória rupive ha omomarandu hag̃ua yvypórape Tupã poxy oútavare. Heta aty oguerovia pe tesape. Oĩ umi apytépe ojehecháva ipy’aguasúetereiha, ambue katu ovy’a ha hory itereíva. Opa umi ogueroviáva pe tesape ombojere hova yvágape ha omomba’eguasu Tupãme. Jepe opavave ári oñehẽ, oĩ vaekue oñemoĩnte iva’ekuére, ha ndohupytýi chupe py’aite guive. Heta henyhẽ pochy guasúgui. Mbo’eharakuéra ha tavayguakuéra oñondive umi ivaívandi ha mbarete reheve ombohovái pe tesape omoherakuãva pe ánhel ipoderósova. Ha opa umi ogueroviáva chupe ojepe’a ko múndogui ha ojoaju porãiterei ojuehe.”</w:t>
      </w:r>
    </w:p>
    <w:p>
      <w:pPr>
        <w:pStyle w:val="ArticleScripture"/>
        <w:jc w:val="left"/>
      </w:pPr>
      <w:r>
        <w:rPr>
          <w:rFonts w:ascii="Times New Roman" w:hAnsi="Times New Roman" w:eastAsia="Times New Roman" w:cs="Times New Roman"/>
        </w:rPr>
        <w:t>“Satan ha iñangelo kuéra oñehaʼãmbaite hína oity hag̃ua ipype kuéra apytuʼũ hetaitereívape ikatu hag̃uáicha ojepeʼa hag̃ua tesape-gui. Umi aty omboykéva pe tesape opyta pytũmbýpe. Ahecha Tupã ángel omaʼẽha hína ipyahẽvéva pyʼaite guive umi héra rupive heʼíva haʼeha Ipuévlo rehe, ohai hag̃ua pe tekokatu térã tekova vai ohechaukávaʼekuekuéra oñemoherakuã jave chupekuéra pe marandu yvágagui ouvaʼekue. Ha hetaiterei umi heʼíva ohayhuha Jesúspe ojere jave pe marandu yvágapegua-gui ñembohory, ñemotĩrõ ha ñembopochy reheve, peteĩ ánhel, oguerekóva peteĩ kuatia apyka ipópe, ohai pe mbaʼe vai omotĩva. Yvága tuichakue henyhẽ vaʼekue pochy marangatu rehe Jesús oñemomichĩ haguére péicha umi hapykuéri heʼíva ijehegui.”</w:t>
      </w:r>
    </w:p>
    <w:p>
      <w:pPr>
        <w:pStyle w:val="ArticleScripture"/>
        <w:jc w:val="left"/>
      </w:pPr>
      <w:r>
        <w:rPr>
          <w:rFonts w:ascii="Times New Roman" w:hAnsi="Times New Roman" w:eastAsia="Times New Roman" w:cs="Times New Roman"/>
        </w:rPr>
        <w:t>“Ahecha umi ojeroviáva ñeñembyasy, ndohéigui hikuái Ijárape pe ára oha’arõ haguépe. Ñandejára rembipota va’ekue omokañy hag̃ua tenonderã, ha ogueru hag̃ua Itavayguápe peteĩ jeporavópe. Noñe’ẽriramo aravo poravopyre rehe Cristo jeju rehegua, pe tembiapo Ñandejára omoĩ va’ekue ndojejapomo’ãikuri. Satanás omotenonde heta-itereípe oma’ẽ hag̃ua mombyryeterei tenonderã gotyo umi mba’e guasu juicio rehegua ha gracia pahápegua rehe oñembojoajúva. Tekotevẽkuri tavayguakuéra ogueraha hag̃ua oheka mbarete ha py’aite guive peteĩ ñembosako’i ko’áĝaguáva.”</w:t>
      </w:r>
    </w:p>
    <w:p>
      <w:pPr>
        <w:pStyle w:val="ArticleScripture"/>
        <w:jc w:val="left"/>
      </w:pPr>
      <w:r>
        <w:rPr>
          <w:rFonts w:ascii="Times New Roman" w:hAnsi="Times New Roman" w:eastAsia="Times New Roman" w:cs="Times New Roman"/>
        </w:rPr>
        <w:t>“Pe ti ohasávo pe ára, umi ndojapyhyipaiva’ekue pe ángel resape oñemoirũ umi omboyke ha omomorã’ỹva’ekue pe marandu reheve, ha ojere umi okañýva’erã rehe oñembohory ha ñembohory reheve. Umi ángel ohechakuaa Cristo rapykuehópe oñemboherava’ekue situasión. Pe ára poravopyre ohasáva oha’ã ha ohechauka porã kuri chupekuéra, ha hetaiterei ojehecha balánspe ha ojetopa ndoikovéiha pe medida-pe. Hatã osapukái hikuái ha he’i cristianohague, upéicharõ jepe, haimete opa mba’épe ndoikói Cristo rapykuéri. Satanás ovy’aeterei Jesús rapykuehópe oñemboherava’ekue rekopy rehe.”</w:t>
      </w:r>
    </w:p>
    <w:p>
      <w:pPr>
        <w:pStyle w:val="ArticleScripture"/>
        <w:jc w:val="left"/>
      </w:pPr>
      <w:r>
        <w:rPr>
          <w:rFonts w:ascii="Times New Roman" w:hAnsi="Times New Roman" w:eastAsia="Times New Roman" w:cs="Times New Roman"/>
        </w:rPr>
        <w:t>“Haʼe oreko vaʼekue chupekuéra iñuhãme. Ogueraha vaʼekue hetavépe oheja hag̃ua tape porãite, haʼekuéra katu ohaʼã hína ojupi hag̃ua yvágape ambue tape rupive. Ángel-kuéra ohecha umi ipotĩ ha marangatu oñembojeheʼa hína pecadorkuéra ndive Sion-pe ha mokõihóvape ohayhúva ko mundo. Haʼekuéra oñangareko vaʼekue Jesús remimboʼe añeteguáre; ha umi ikorruptóva ohupyty vai umi marangatúpe. Umi ikorasõ hendy vaʼekue peteĩ mbaʼepota mbarete rehe ohecha hag̃ua Jesúspe, oñembotove vaʼekue ijoykeʼykuéra heʼíva ijehe ojeroviaha rupive, ani hag̃ua oñeʼẽ Hembiju hag̃ua rehe. Ángel-kuéra omaña vaʼekue upe oikóva rehe ha oiporiahuvereko umi hembývape ohayhúva Ijára jehechauka.”</w:t>
      </w:r>
    </w:p>
    <w:p>
      <w:pPr>
        <w:pStyle w:val="ArticleScripture"/>
        <w:jc w:val="left"/>
      </w:pPr>
      <w:r>
        <w:rPr>
          <w:rFonts w:ascii="Times New Roman" w:hAnsi="Times New Roman" w:eastAsia="Times New Roman" w:cs="Times New Roman"/>
        </w:rPr>
        <w:t>“Oĩ ambue ánhel mbarete [mokõiha ánhel] oñemondóma vaʼekue oguejy hag̃ua ko yvy ári. Jesús omoĩ ipope peteĩ kuatiañeʼẽ, ha oguahẽvo ko yvy ári, osapukái: ‘Babilonia hoʼáma, hoʼáma.’ Upéi ahecha umi oñembotavýva jey omopuʼã jeyha hesa kuéra yvágare, ohechávo jerovia ha esperánsape Ijára jejuhurã. Ha heta katu ojehecha opytáva peteĩ tekovyrorei guýpe, ku oke hag̃uáicha; upéicharõ jepe, ikatu ahecha hova kuéra rehe pe pyʼaro pypuku rapykuere. Umi oñembotavýva ohecha hag̃ua Ñandejára Ñeʼẽme oĩ hikuái pe aravo ohaʼarõha, ha tekotevẽha ohaʼarõ hag̃ua paciencia reheve pe visión ñekumpli. Upe prueba peteĩchaite ogueraha vaʼekue chupekuéra ohaʼarõ hag̃ua Ijárare ary 1843-pe, ogueraha avei chupekuéra ohaʼarõ hag̃ua Chupe ary 1844-pe. Ha upéicharõ jepe, ahecha hetaveha ndoguerekoiha upe mbarete ohechaukávaʼekue ijerovia ary 1843-pe. Iñembotavy omboguejyvaʼekue ijerovia.”</w:t>
      </w:r>
    </w:p>
    <w:p>
      <w:pPr>
        <w:pStyle w:val="ArticleScripture"/>
        <w:jc w:val="left"/>
      </w:pPr>
      <w:r>
        <w:rPr>
          <w:rFonts w:ascii="Times New Roman" w:hAnsi="Times New Roman" w:eastAsia="Times New Roman" w:cs="Times New Roman"/>
        </w:rPr>
        <w:t>“Ñandejára tavayguakuéra oñemojoajúvo pe mokõiha ánhel ñehẽme, yvagagua aty ohechaukákuri ipypukuvéva interes pe marandu rembiapo rehe. Haʼekuéra ohecha heta umi ogueraháva cristiano réra ojere hag̃ua ñembohory ha ñemotĩrõme umi oñembotavy vaʼekue rehe. Ha umi ñeʼẽ hoʼárõ guare umi jurupýgui oñembohorýva: ‘¡Nde nderejupi gueteri!’ peteĩ ánhel ohai upéva. Heʼi pe ánhel: ‘Haʼekuéra oñembohory Ñandejára rehe.’ Che rehechauka jeýkuri peteĩ angaipa ojoguáva ojejapovaʼekue yma guarépe. Elías ojepupi vaʼekue yvágape, ha ijao hoʼákuri Eliseo ári. Upéi mitãrusu aña, oikuaáva ituvakuéragui oñemombaʼevaʼerãhaʼỹ hag̃ua kuimbaʼe Ñandejára rehegua, omoirũ Eliseópe, ha oñembohorývo osapukái: ‘Ejupi, nde akãpeládo; ejupi, nde akãpeládo.’ Péicha oñemotĩrõvo Hembiguái, oñemotĩrõ Ñandejárape, ha ohupytýkuri ipohýi upérõ voi ha upepete. Péicha avei, umi oñembohory ha oñepukáiva umi marangatu ojupítaha rehegua rehe, ojehechaukáta hese kuéra Ñandejára pochy, ha oñemboguapýta chupekuéra toikuaa porã ndahaʼeiha mbaʼe vevúi oñemboharái hag̃ua Ijapoháre.”</w:t>
      </w:r>
    </w:p>
    <w:p>
      <w:pPr>
        <w:pStyle w:val="ArticleScripture"/>
        <w:jc w:val="left"/>
      </w:pPr>
      <w:r>
        <w:rPr>
          <w:rFonts w:ascii="Times New Roman" w:hAnsi="Times New Roman" w:eastAsia="Times New Roman" w:cs="Times New Roman"/>
        </w:rPr>
        <w:t>“Jesús omondo ambue ánhelpe oveve pya’e hag̃ua omokyre’ỹ ha omombarete jey hag̃ua pe jerovia ikangýva Ipuévlope, ha ombosako’i hag̃ua chupekuéra ontende hag̃ua pe marandu pe ánhel mokõihápegua ha pe tembiapo guasu ojejapótava pya’ete yvágape. Ahecha umi ánhel oguerekoha Jesús-gui tuicha pokatu ha tesape, ha oveve pya’e yvy gotyo okumpli hag̃ua hembiporavo oipytyvõ hag̃ua pe ánhel mokõihápe hembiapópe. Peteĩ tesape guasu ohesape Tupã puévlope umi ánhel osapukái aja: ‘Péina, ou pe Novio; pesẽ pejotopa hag̃ua hese.’ Upéi ahecha umi oñembotavýva opu’ãha ha, ojoajúvo pe ánhel mokõihándi, omoherakuãha: ‘Péina, ou pe Novio; pesẽ pejotopa hag̃ua hese.’ Pe tesape ouva’ekue umi ánhel-gui oike pe pytũmbýpe opa rupi. Satanás ha iánhelkuéra oheka ojoko hag̃ua ko tesape ani hag̃ua oñemyasãi ha ani hag̃ua oguereko pe tembiaporã oñembosako’i hague. Ha’ekuéra oñorairõ umi ánhel yvágagua ndive, he’ívo chupekuéra Tupã ombotavy hague pe puévlo, ha opaite itesape ha ipokatu reheve ndaikatumo’ãiha ojapo pe mundo oguerovia Cristo ouha. Péro, Satanás oñeha’ãramo jepe omboty hag̃ua tape ha omomombyry hag̃ua umi hénte apytu’ũ pe tesapégui, umi ánhel Tupãgua osegi hembiapo….”</w:t>
      </w:r>
    </w:p>
    <w:p>
      <w:pPr>
        <w:pStyle w:val="ArticleScripture"/>
        <w:jc w:val="left"/>
      </w:pPr>
      <w:r>
        <w:rPr>
          <w:rFonts w:ascii="Times New Roman" w:hAnsi="Times New Roman" w:eastAsia="Times New Roman" w:cs="Times New Roman"/>
        </w:rPr>
        <w:t>“Oñembotývo Jesús rembiapo marangatuhápe, ha oikevo pe Marangatuvévape, ha oñembo’yvo pe arca renondépe oguerekóva Tupã léi, omondo ambue ánhel mbarete peteĩ marandu mbohapyha reheve ko yvy tuichakuére. Peteĩ kuatiañe’ẽmegua oñemoĩ pe ánhel pópe, ha oguejyvo yvy ári pokatu ha mburuvichaite reheve, omombe’u peteĩ ñe’ẽmondýi vaiete, pe ñehundi hag̃ua ñe’ẽme’ẽ ivaivéva ojereraháva araka’eve yvypórape. Ko marandu oñeme’ẽ va’ekue omoĩ hag̃ua Tupã ra’ykuérape ñangarekópe, ohechaukávo chupekuéra pe aravo jeipy’ara ha py’ahasy oĩva tenondépe. He’i pe ánhel: ‘Ojeguerúta chupekuéra peteĩ ñorairõ hi’aguĩetéva mymbaguasu ha ta’angándi. Ijerovia peteĩnte tekove opa’ỹ hag̃uarã ha’e hag̃ua opyta mbarete. Jepe hekove oĩ hag̃uáicha va’erã, ojejoko va’erã pe añetegua rehe.’ Pe ánhel mbohapyha omboty imarandu kóicha: ‘Ko’ápe oĩ umi marangatu paciencia: ko’ápe umi oñangarekóva Tupã mandamiéntore ha Jesús jeroviare.’ Ombojoapy jeyvo ko’ã ñe’ẽ, ohechauka pe yvágapegua tupaópe. Maymáva umi omoneĩva ko marandu apytu’ũ oñembohape pe Marangatuvévape, upépe Jesús oñembo’y pe arca renondépe, ojapóvo ipaha intersesión maymáva rehe umi ojeheja gueteri hag̃ua poriahuvereko ha umi oikuaa’ỹre ombyai va’ekue Tupã léi. Ko ñemyatyrõ ojejapo umi hekojoja omanóva rehehápe avei ha umi hekojoja oikovéva rehehápe. Oike ipype maymáva omanóva Cristo rehe ojeroviávo, ha katu, ndaikatúigui ohupyty pe tesape Tupã mandamiénto rehegua, opeka va’ekue oikuaa’ỹre, ombyáivo umi hembiapoukapy.” Early Writings, 245–254.</w:t>
      </w:r>
    </w:p>
    <w:p>
      <w:pPr>
        <w:pStyle w:val="ArticleBody"/>
        <w:jc w:val="left"/>
      </w:pPr>
      <w:r>
        <w:rPr>
          <w:rFonts w:ascii="Times New Roman" w:hAnsi="Times New Roman" w:eastAsia="Times New Roman" w:cs="Times New Roman"/>
        </w:rPr>
        <w:t>Mbovymi kuatiave upe lívrope voi, oñeñeʼẽ jeyvo umi concepto oñemombeʼuma vaʼekuére, Hermana White ohechauka pe mbohapy marandu ñemboyke oikovaʼekue historia Milleríta-pe ojehechauka hague yma Cristo rembiasakue rupive. Upépe omeʼẽ mokõi testígo ohechauka hag̃ua oĩha peteĩ proceso de prueba oñemboguata mbeguekatúpe, ha tekotevẽha oñehupyty jejopyʼỹ opaite prueba-pe ikatu hag̃uáicha oñembohasa pe prueba oúvape.</w:t>
      </w:r>
    </w:p>
    <w:p>
      <w:pPr>
        <w:pStyle w:val="ArticleScripture"/>
        <w:jc w:val="left"/>
      </w:pPr>
      <w:r>
        <w:rPr>
          <w:rFonts w:ascii="Times New Roman" w:hAnsi="Times New Roman" w:eastAsia="Times New Roman" w:cs="Times New Roman"/>
        </w:rPr>
        <w:t>“Ahecha peteĩ aty oĩva oñeñangareko porãva ha hatãva, ndohejamo’ãi hag̃ua tapicha omongu’ese va’erã pe jerovia oñemopyendáva hete rehegua. Tupã omaña hese kuéra ñe’ẽporãme. Ojehechauka chéve mbohapy jepytaso—pe peteĩha, mokõiha ha mbohapyha ánhel remiandu. He’i pe ánhel che irũva: ‘¡Ai upe omýiva peteĩ yvyra’i térã omongu’éva peteĩ akãvo ko’ã marandu apytégui! Ko’ã marandu jeikuaa añeteguáva tuicha mba’e tekove rehegua. Ánga kuéra rape paha oĩ mba’éichapa oñemog̃uahẽ ha oñerresivi hese.’ Upéi jegueru jey asy ko’ã marandu rupive, ha ahecha mba’eichaitépa hepyeterei Tupã retãygua kuéra pe ijehasa. Ojehupyty va’ekue heta jehasa asy ha ñorairõ pohýi rupi. Tupã oguata mbohapy jey ndive paso por paso, pe omoĩ meve chupekuéra peteĩ pyenda hatã, ndaikatúiva oñemongu’e hag̃ua ári. Ahecha umi tapicha oñemboja pe pyendáre ha ohesa’ỹijo iñepyrũmby. Oĩ va’ekue, ovy’aiterei reheve, pya’e voi opyta hi’ári. Ambue katu oñepyrũ ojuhu hag̃ua mba’e vai pe pyenda rehe. Ha’ekuéra oipota oñemoambue hag̃ua mba’e, ha upéicha ramo pe pyenda tahekoporãve ha tavayguakuéra tuvicha ovy’ave. Oĩ va’ekue oguejy pe pyendágui ohesa’ỹijo hag̃ua ha he’i hikuái oñemoĩ vai hague. Ha che ahecha mboalmost maymáva opyta hatã pe pyenda ári ha omokyre’ỹ umi oguejy va’ekuépe toheja ija’o; Tupã niko pe Mbohapohára Guasu va’ekue, ha ha’ekuéra oñorairõ hína hese. Omombe’u hikuái pe tembiapo hechapyrãva Tupã ojapo va’ekue, ogueraha hague chupekuéra pe pyenda hatãme, ha peteĩ ñe’ẽme ojupi hesa kuéra yvágare ha ñe’ẽ hatãme omomba’eguasu Tupãme. Upéva omokyre’ỹ umi oja’o ha oheja va’ekue pe pyenda, ha ha’ekuéra avei, tova ñemomirĩ reheve, ojupi jey hi’ári.”</w:t>
      </w:r>
    </w:p>
    <w:p>
      <w:pPr>
        <w:pStyle w:val="ArticleScripture"/>
        <w:jc w:val="left"/>
      </w:pPr>
      <w:r>
        <w:rPr>
          <w:rFonts w:ascii="Times New Roman" w:hAnsi="Times New Roman" w:eastAsia="Times New Roman" w:cs="Times New Roman"/>
        </w:rPr>
        <w:t>“Ajehechauka jey Cristo ou mboyvegua marandu oñemoherakuã hague rehe. Juanpe oñemondo vaʼekue Elías espíritu ha puʼaka reheve [ohechaukáva pe ánhel peteĩha marandu] ojeprepará hag̃ua Jesús rape. Umi omboykéva Juan testimonio noñepytyvõi vaʼekue Jesús mboʼepykuéragui [ohechaukáva pe ánhel mokõiha marandu]. Iñemoĩ hag̃ua pe marandu rehe heʼíva Haʼe oúta, omoĩ chupekuéra peteĩ tenda ndaikatúihápe pyaʼe hag̃uáicha oguerovia pe techaukaha ipuʼakavéva Haʼeha pe Mesías. Satanás omotenonde umi omboykéva Juan marandu hag̃ua ohove mombyry, omboyke ha omosãingo hag̃ua Cristo [ohechaukáva pe ánhel mbohapyha marandu]. Péicha ojapóvo, haʼekuéra voi oñemoĩ peteĩ tenda ndaikatúihápe ohupyty pe jehovasa Pentecostés árape, [ohechaukáva Apocalipsis dieciochopegua ánhel] upéva omboʼéta vaʼekue chupekuéra pe tape oike hag̃ua pe yvágapegua santuariope. Pe ao pehẽngue templopegua oñembyai rupi ojehechauka umi judío mymbajuka ha tembiapoukapykuéra ndojejapyhyvéimahague. Pe Tuichavéva Sacrificio ojejapóma vaʼekue ha oñemoneĩma vaʼekue, ha Espíritu Santo oguejýva Pentecostés árape oguerova vaʼekue umi temimboʼe apytuʼũ pe yvy arigua santuario-gui pe yvágape guápe, upépe Jesús oikehague Iuguy tee rupive, oñohẽ hag̃ua Itemimboʼekuéra ári pe Ijeporiahuvereko ñemyatyrõ porãgui oúva mbaʼeporã. Péro umi judío opyta pytũmbýpeite. Okáñy chuguikuéra opa pe tesape ikatúva oguereko pe salvación plan rehegua, ha gueteri ojerovia hikuái isakrificio ha iñekuaveʼẽ ndovaléivare. Pe santuario yvágapegua omyengovia pe yvy ariguápe, péro haʼekuéra ndoikuaái pe ñemoambue. Upévare ndaikatúi oñepytyvõ Cristo mediación rupive pe tenda marangatúpe.”</w:t>
      </w:r>
    </w:p>
    <w:p>
      <w:pPr>
        <w:pStyle w:val="ArticleScripture"/>
        <w:jc w:val="left"/>
      </w:pPr>
      <w:r>
        <w:rPr>
          <w:rFonts w:ascii="Times New Roman" w:hAnsi="Times New Roman" w:eastAsia="Times New Roman" w:cs="Times New Roman"/>
        </w:rPr>
        <w:t>“Heta oĩva kyhyjépe umi hudío rape rehe, omboykévo ha omosãingóvo Cristo-pe; ha omoñe'ẽvo hikuái pe tembiasakue oñemotĩ hag̃uáicha oñembyai haguére chupe, oimo'ã hikuái ohayhuha chupe, ha ndodenyamo'ãriha chupe Pedro ojapo haguéicha, ni nomosãingóimo'ãiha chupe umi hudío ojapo haguéicha. Péro Tupã, omoñe'ẽva opa tapicha py'a, ogueru prueba-pe upe mborayhu Jesús rehe he'íva hikuái orekohague. Opa yvágagui oñema'ẽ kuri tuicha interés reheve mba'éichapa oñerresivi pe ánhel peteĩha marandu. Péro heta umi he'íva ohayhuha Jesús-pe, ha osẽva tesay oñemoñe'ẽvo kurusu rembiasakue, opuka vai pe marandu porã ou jeýtagua rehe. Vy'ápe oguerohory rangue pe marandu, he'i hikuái peteĩ jejavyha. Ija'e'ỹ hikuái umi ohayhúvape ijehechauka, ha omosẽ chupekuéra umi tupãóguigui. Umi omboykéva pe marandu peteĩha ndaikatúi ojepytyvõ pe mokõiha rupive; upéicha avei ndajajepytyvõi pe pyhare mbyte sapukái rupive, pe ombosako'íva chupekuéra oike hag̃ua Jesús ndive jerovia rupive pe lugar santísimo-pe, pe yvagagua santuario ryepýpe. Ha omboykévo umi mokõi marandu tenondegua, omopytũiterei iñentendimiento, ikatu hag̃uáicha ndahechái mba'eveichagua tesape pe ánhel mbohapyha marandúpe, ohechaukáva tape pe lugar santísimo-pe. Ahecha umi hudío omosãingó haguéicha Jesús-pe, upéicha avei umi tupão réra añónteva omosãingo ko'ã marandu; upévare ndorekói hikuái arandu pe tape rehegua oikeha pe lugar santísimo-pe, ha ndaikatúi ojepytyvõ Jesús ñembo'e hag̃uáicha oĩvagui upépe. Umi hudíoicha, oikuave'ẽva isakrificio ndaiporúiva, ha'ekuéra avei oikuave'ẽ iñembo'e ndaiporúiva pe koty Jesús oheja va'ekuépe; ha Satanás, ovy'áva pe ñembotavy rehe, omoañete peteĩ tekotevẽ religioso, ha ogueraha ko'ã kristiáno he'ínteva ijupekuéra akãme, omba'apóvo ipokatu reheve, ita'ãngamýi ha techaukaha gua'u reheve, oñapytĩ hag̃ua chupekuéra iñuhãme.” Early Writings, 258–261.</w:t>
      </w:r>
    </w:p>
    <w:p>
      <w:pPr>
        <w:pStyle w:val="ArticleBody"/>
        <w:jc w:val="left"/>
      </w:pPr>
      <w:r>
        <w:rPr>
          <w:rFonts w:ascii="Times New Roman" w:hAnsi="Times New Roman" w:eastAsia="Times New Roman" w:cs="Times New Roman"/>
        </w:rPr>
        <w:t>Pe lívro Early Writings pegua jehasa’epykuéra oñembo’ejevy jeyma Future for America ministerio rupive. Péro oĩ añetegua ko’ã jehasa’epykuéra ohechauka ha noñemomandu’ái hese.</w:t>
      </w:r>
    </w:p>
    <w:p>
      <w:pPr>
        <w:pStyle w:val="ArticleBody"/>
        <w:jc w:val="left"/>
      </w:pPr>
      <w:r>
        <w:rPr>
          <w:rFonts w:ascii="Times New Roman" w:hAnsi="Times New Roman" w:eastAsia="Times New Roman" w:cs="Times New Roman"/>
        </w:rPr>
        <w:t>Miller ñemyatyrõmby rembiasakue rechaukaha oĩ ñemopyahu ñemynguéra heta rehe Biblia-pe. Ojekuaa’ỹre michĩmi jepe umi rechaukaha ojejuhúva opaite ñemopyahu ñemynguérape, hasyetereíma peteĩ tapicha oikũmby hag̃ua mba’éichapa iñimportánte pe joavy araka’épa peteĩ marandu “oguahẽ” ha araka’épa “oñembarete.” Avei ikatu hag̃uáicha heta umi oikuaáva umi ñemopyahu ñemynguéra ojuehegua ojavyra’ỹ rire ohechakuaa’ỹ hague heta mba’e tuicha mba’éva opaichagua rechaukaha rehegua umi ñemopyahu ñemynguérame.</w:t>
      </w:r>
    </w:p>
    <w:p>
      <w:pPr>
        <w:pStyle w:val="ArticleBody"/>
        <w:jc w:val="left"/>
      </w:pPr>
      <w:r>
        <w:rPr>
          <w:rFonts w:ascii="Times New Roman" w:hAnsi="Times New Roman" w:eastAsia="Times New Roman" w:cs="Times New Roman"/>
        </w:rPr>
        <w:t>“Pa siete trueno” ohechaukáva umi tembiapo oikóva Adventismo ñepyrũme ha umi tembiapo oikótava Adventismo paha gotyo, ha’e pe tesape oñemboja’óva jey’ỹre michĩmi mboyve huísio ára ñemboty. Ñañemomarandu “pa siete trueno” omombe’uha mokõivéva, “umi mba’e ojehechaukáva oikótava pe marandu peteĩha ha mokõiha ánhel guýpe,” ha avei “umi mba’e oikótava tenonderãme, ojekuaaukátava hikuái iñordenpe.” “Pa siete trueno” oguereko Alpha ha Omega firma.</w:t>
      </w:r>
    </w:p>
    <w:p>
      <w:pPr>
        <w:pStyle w:val="ArticleBody"/>
        <w:jc w:val="left"/>
      </w:pPr>
      <w:r>
        <w:rPr>
          <w:rFonts w:ascii="Times New Roman" w:hAnsi="Times New Roman" w:eastAsia="Times New Roman" w:cs="Times New Roman"/>
        </w:rPr>
        <w:t>Pe “delineación de acontecimientos” oikóva’ekue “pe marandu peteĩha ha mokõiha ángel guýpe”, ohechauka tipológicamente umi mba’e oikóva pe marandu mbohapyha ángel guýpe. Juan oñemandávo ndohai hag̃ua mba’épa he’i umi siete trueno, upe mandamiento ojehechauka vaʼekue tipológicamente pe mandamiento oñemeʼẽ vaʼekuépe Danielpe osella hag̃ua hembiapoukapy, ñañemomarandúgui, rire “umi siete trueno omosẽ rire ijayvu, pe mandamiento ou Juanpe, Daniel-pe guarãicha, pe líbro michĩ rehegua: ‘Esella umi mbaʼe heʼíva umi siete trueno.’”</w:t>
      </w:r>
    </w:p>
    <w:p>
      <w:pPr>
        <w:pStyle w:val="ArticleBody"/>
        <w:jc w:val="left"/>
      </w:pPr>
      <w:r>
        <w:rPr>
          <w:rFonts w:ascii="Times New Roman" w:hAnsi="Times New Roman" w:eastAsia="Times New Roman" w:cs="Times New Roman"/>
        </w:rPr>
        <w:t>Ezequiel ha Juan mokõivéva ohechauka Ñandejára tavayguakuéra okarúha pe marandu rehe pe ángel peteĩha ñemombarete jave ary 1840-pe, ha proféta Jeremías ohechauka pe ñembyasy oikovaʼekue Ñandejára tavayguakuéra apytépe pe ángel peteĩha marandu ojehecha ramo guare ojavy hag̃uáicha.</w:t>
      </w:r>
    </w:p>
    <w:p>
      <w:pPr>
        <w:pStyle w:val="ArticleScripture"/>
        <w:jc w:val="left"/>
      </w:pPr>
      <w:r>
        <w:rPr>
          <w:rFonts w:ascii="Times New Roman" w:hAnsi="Times New Roman" w:eastAsia="Times New Roman" w:cs="Times New Roman"/>
        </w:rPr>
        <w:t>Ne ñe’ẽ ojuhu, ha che ha’u umíva; ha ne ñe’ẽ oiko chéve guarã che py’a vy’a ha che korasõ toryrã; nde rérape niko añehenói, Ñandejára Tupã ehérsito kuéra Jára. Nacheguapyri umi oñembohoryva aty apytépe, ni avy’ái; che año aguapy nde po rupi, nde chemyenyhẽgui pochy reheve. Mba’ére piko che mba’asy opyta tapia, ha che jaga ndojekuerái, nomoneĩriva okuera hag̃ua? Nde piko reikóta chéve japu hag̃uáicha, y osẽva ha opa hag̃uáicha? Upévare kóicha he’i Ñandejára: Nderjevýramo, arojevýta jey ndéve, ha repytáta che renondépe; ha reipe’áramo pe hepyetéva pe ivaívagui, reikóta che juru ramo; tojevy hikuái ndéve, ani hag̃ua nde rejevy hesekuéra. Ha ajapóta ndehegui ko tetãme guarã peteĩ murálla kumbarete vaíva guigua mbarete; ha oñorairõta nde rehe, ha katu ndojepokomo’ãi nderehe; che aimegui nendive, rosalva ha rogueraha hag̃uáicha jejopy vaígui, he’i Ñandejára. Ha roipe’áta umi iñañávape po guive, ha roñepysãso umi kyhyje’ỹmegua po guive. Jeremías 15:16–21.</w:t>
      </w:r>
    </w:p>
    <w:p>
      <w:pPr>
        <w:pStyle w:val="ArticleBody"/>
        <w:jc w:val="left"/>
      </w:pPr>
      <w:r>
        <w:rPr>
          <w:rFonts w:ascii="Times New Roman" w:hAnsi="Times New Roman" w:eastAsia="Times New Roman" w:cs="Times New Roman"/>
        </w:rPr>
        <w:t>Jeremías ojuhu umiñe’ẽ pe kuatia’i ñe’ẽ, Juan ha Ezequiel ojuhuhaguéicha, ha ha’e avei ho’u pe marandu; péro pe marandu oiko peteĩ marandu (y) ofalláva. Haete ku Tupã ijapu va’ekue, mba’eva ndaikatúivaete, péro pe ñe’ẽjoja “japu” rehegua ome’ẽ pe clave ñamoĩ hag̃ua Jeremíaspe pe ñembotavyha peteĩha Millerita-pe, ojehechaukáva Habacuc-pe.</w:t>
      </w:r>
    </w:p>
    <w:p>
      <w:pPr>
        <w:pStyle w:val="ArticleScripture"/>
        <w:jc w:val="left"/>
      </w:pPr>
      <w:r>
        <w:rPr>
          <w:rFonts w:ascii="Times New Roman" w:hAnsi="Times New Roman" w:eastAsia="Times New Roman" w:cs="Times New Roman"/>
        </w:rPr>
        <w:t>Che aime hag̃ua che ñangarekorã ári, ha che moĩta tórre ári, ha amañáta ahecha hag̃ua mbaʼe heʼíta chéve, ha mbaʼéichapa ambohováita che ñemongavaju jave. Ha Ñandejára chembohovái ha heʼi: Ehai pe visión, ha emboguapy hesakã hag̃uáicha yvyra kuatiarogue ári, umi oleeva ikatu hag̃uáicha osẽ pyaʼe. Pe visión niko gueteri oĩ peteĩ ára oñemoĩmava guarã; ha ipahápe oñeʼẽta, ha ndijapumoʼãi: imbegue ramo jepe, ehaʼarõ chupe; oútama añetehápe, ndahiʼaréi moʼãi. Habacuc 2:1–3.</w:t>
      </w:r>
    </w:p>
    <w:p>
      <w:pPr>
        <w:pStyle w:val="ArticleBody"/>
        <w:jc w:val="left"/>
      </w:pPr>
      <w:r>
        <w:rPr>
          <w:rFonts w:ascii="Times New Roman" w:hAnsi="Times New Roman" w:eastAsia="Times New Roman" w:cs="Times New Roman"/>
        </w:rPr>
        <w:t>Pe visión ñepyrũha ángel marandu rehegua ojehai vaʼekue pe kuatiahaipyre pionéro 1843-gua ári, ojejapo vaʼekue Tupã “po” rupive.</w:t>
      </w:r>
    </w:p>
    <w:p>
      <w:pPr>
        <w:pStyle w:val="ArticleScripture"/>
        <w:jc w:val="left"/>
      </w:pPr>
      <w:r>
        <w:rPr>
          <w:rFonts w:ascii="Times New Roman" w:hAnsi="Times New Roman" w:eastAsia="Times New Roman" w:cs="Times New Roman"/>
        </w:rPr>
        <w:t>“Ahecha peteĩha 1843 pegua kuatiahaipyre ojejapo hague Ñandejára po poguýpe, ha noñemoambuéiva’erã hague; umi papapykuéra oĩ hague Ha’e oipotaháicha; Ipo oĩ hague hi’ári ha omokañy peteĩ jejavy umi papapy apytépe, avave ndaikatúi hag̃uáicha ohecha, peve Ipo ojeipe’a.” Early Writings, 74.</w:t>
      </w:r>
    </w:p>
    <w:p>
      <w:pPr>
        <w:pStyle w:val="ArticleBody"/>
        <w:jc w:val="left"/>
      </w:pPr>
      <w:r>
        <w:rPr>
          <w:rFonts w:ascii="Times New Roman" w:hAnsi="Times New Roman" w:eastAsia="Times New Roman" w:cs="Times New Roman"/>
        </w:rPr>
        <w:t>Pe “ára oñemoĩva” 1843-gua ojehechauka pe kuádro ári, ha upévare oñehenói kuádro 1843-gua. Oñemoherakuãkuri 1842-pe, oñekumpli hag̃ua pe tembiapoukapy Habacuc-pe oje’éva “ehai pe visión, ha emyesakã porã kuádrokuéra ári.” Pe visión ojekuaauka vaʼerãkuri “kuádrokuéra” ári, heta hag̃uáicha ojeʼéva, upéicha ojekuaauka porã hag̃ua, Ñandejára oipeʼa rire Ipo pe jejavygui oĩva kuádro 1843-guápe, oñemyatyrõtaha pe kuádro pionero 1850-guápe. Pe jejavy ogueru pe peteĩha ñembyasy guasu, ha Jeremías orrepresenta umi hoʼúvaʼekue pe aranduka michĩva agosto 11, 1840-pe ha oñembyasykuri pe ára oñemoĩva 1843-gua ndojehupytýi rupi.</w:t>
      </w:r>
    </w:p>
    <w:p>
      <w:pPr>
        <w:pStyle w:val="ArticleBody"/>
        <w:jc w:val="left"/>
      </w:pPr>
      <w:r>
        <w:rPr>
          <w:rFonts w:ascii="Times New Roman" w:hAnsi="Times New Roman" w:eastAsia="Times New Roman" w:cs="Times New Roman"/>
        </w:rPr>
        <w:t>Jeremías okaru rire pe kuatia’i michĩva 1840-pe, upéva ha’e va’ekue “vy’a ha torýpe” ikorasõgua; ha oguahẽvo pe ñembotavy, noñevy’avéimai, ha “oguapy ha’eño” Tupã “po” rupi. Tupã po omoakãra’anga va’ekue “jejavy umi papapy apytépe”, upéicha rupi Jeremías ohechakuaa hag̃uáicha ikatuha Tupã ijapu. Pe ñe’ẽme’ẽ oñeme’ẽ va’ekue Jeremías-pe ha’e va’ekue kóva: ha’e “ojevy” ramo, iñembyasy guasúgui, Tupã ojapotaha Jeremías-pe ijeheguigua “juru”. Jeremías ojevy ramo Tupã rendápe, pe iñembotavygui, ha oikuaa porã hag̃ua oĩ hague pe are hag̃ua ára, pe pa’ũhára irundy kuñataĩmimi ñe’ẽjoja arandupegua ryepýpe, Tupã oipurúta chupe oñe’ẽ hag̃ua hendaguépe, ohechauka hag̃ua hekopete araka’épa pe visión oguahẽva’erã ha noarevéima hag̃ua.</w:t>
      </w:r>
    </w:p>
    <w:p>
      <w:pPr>
        <w:pStyle w:val="ArticleBody"/>
        <w:jc w:val="left"/>
      </w:pPr>
      <w:r>
        <w:rPr>
          <w:rFonts w:ascii="Times New Roman" w:hAnsi="Times New Roman" w:eastAsia="Times New Roman" w:cs="Times New Roman"/>
        </w:rPr>
        <w:t>Koʼã mbaʼe ojehechauka hag̃ua koʼápe, haʼe hína oñemopyenda hag̃ua pe hecho, opaite marandu ángel-kuéra reheve, haʼekuéra “og̃uahẽ” ha “oñemombarete” jave, oikuaveʼẽha peteĩ marandu tekove térã ñemano rehegua, ha upéva omoheñói mokõi atýpe umi oñemboʼévape. Pe mbohapy ángel haʼe mbohapy paso peteĩ proceso de prueba progresiva rehegua. Iñimportantevéva ñane punto rojaposevávape g̃uarã haʼe, jepe pe ñentendekuaa umi siete trueno rehegua ojekuaa hague sapyʼami rire og̃uahẽ rire pe “tiempo del fin” ary 1989-pe, arakaʼe pe poteĩ último versículo Daniel pegua ojeipeʼa hag̃ua heʼiséva pe juicio paha, oĩha avei ambue jeipeʼa umi siete trueno rehegua tembiasakue paha gotyo pe tercer ángel-pe.</w:t>
      </w:r>
    </w:p>
    <w:p>
      <w:pPr>
        <w:pStyle w:val="ArticleBody"/>
        <w:jc w:val="left"/>
      </w:pPr>
      <w:r>
        <w:rPr>
          <w:rFonts w:ascii="Times New Roman" w:hAnsi="Times New Roman" w:eastAsia="Times New Roman" w:cs="Times New Roman"/>
        </w:rPr>
        <w:t>Pe Adventismo ñepyrũmby rembiasakue oñepyrũ pe ángel peteĩha ojeipe’ávo itañypa’ũgui ary 1798-pe, ha opa peteĩ añetegua ojeipe’ávo itañypa’ũgui, pe Ñandejára omoĩva’ekue ipo hi’ári omoheñói hag̃ua peteĩ ñembotavy. Upéi Ha’e oipe’a Ipo (ojejora), ha oikuaauka pe marandu aravo ñembotapykue rehegua.</w:t>
      </w:r>
    </w:p>
    <w:p>
      <w:pPr>
        <w:pStyle w:val="ArticleBody"/>
        <w:jc w:val="left"/>
      </w:pPr>
      <w:r>
        <w:rPr>
          <w:rFonts w:ascii="Times New Roman" w:hAnsi="Times New Roman" w:eastAsia="Times New Roman" w:cs="Times New Roman"/>
        </w:rPr>
        <w:t>Pe Adventísmo rembiapokue paha oñepyrũ pe mbohéraha’ỹgui pe ñandeyvategua mbohapyha marandu rehegua ary 1989-pe, ha opa pe ñandeyvategua oipe’ávo pe mba’e añetegua ha’e ojokóva ipo rehe ikatu hag̃uáicha ogueru peteĩ ñembotavy. Ko’ág̃a ha’e oipe’a hína Ipo, ha upévare oipe’a pe sello pe marandu rehegua pe ñembotavy peteĩha ha pe aravo oñeha’arõha. Ha’e oipe’a hína pe propósito 18 jasypokõi ary 2020 rehegua.</w:t>
      </w:r>
    </w:p>
    <w:p>
      <w:pPr>
        <w:pStyle w:val="ArticleScripture"/>
        <w:jc w:val="left"/>
      </w:pPr>
      <w:r>
        <w:rPr>
          <w:rFonts w:ascii="Times New Roman" w:hAnsi="Times New Roman" w:eastAsia="Times New Roman" w:cs="Times New Roman"/>
        </w:rPr>
        <w:t>Upévare péicha he’i Ñandejára: Rejevýramo, ajeru jeýta nde rehe, ha reñembo’ýta che renondépe; ha reipe’áramo pe iporãvéva ivaívagui, nde reikóta che juru ramo; ha’ekuéra tojevy nde rendápe, ani hag̃ua nde rejevy hendápekuéra. Ha ajapóta ndehegui ko tetãme peteĩ murálla vakapipopo guigua mbarete oñembotýva; ha’ekuéra oñorãirõta nderehe, ha katu ndaikatumo’ãi ipu’aka nderehe; che ningo aime nendive roñangareko hag̃ua nderehe ha roipe’a hag̃ua, he’i Ñandejára. Ha roguenohẽta umi iñañávape nde po guive, ha ropyrũta umi kyhyjehávape nde po guive. Jeremías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Amerikápe g̃uarã tenonderã ha 18 jasypokõi 2020 - Mokõiha Número</dc:title>
  <dc:subject>Karai pe Marandu</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