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Amerikárape g̃uarã ha 18 de julio de 2020 - Papapy Irundy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Pe marandu Daniel kuatiañe’ẽ vore 8 ha 9-gua, ojehechaukáva ysyry Ulai rupive, ojepe’a hag̃ua iñemboty’ỹ 1798-pe. Vore 8-gua profesía omyesakã Gabriel vore 9-pe, ha katu ndaha’éi Daniel oikuave’ẽ mboyve peteĩ ñembo’e, ha’éva ojehechakuaáva peteĩva umi ñembo’e yvypóra rehegua iñimportantevéva Biblia-pe. Upe ñembo’épe Daniel hechauka oikuaa hague Jerusalén ñehundi opytataha setenta ary, he’iháicha ojuhu va’ekue Jeremías kuatiañe’ẽme.</w:t>
      </w:r>
    </w:p>
    <w:p>
      <w:pPr>
        <w:pStyle w:val="ArticleScripture"/>
        <w:jc w:val="left"/>
      </w:pPr>
      <w:r>
        <w:rPr>
          <w:rFonts w:ascii="Times New Roman" w:hAnsi="Times New Roman" w:eastAsia="Times New Roman" w:cs="Times New Roman"/>
        </w:rPr>
        <w:t>Darío, Asuero ra’y, medokue ñemoñare, oñemoĩ va’ekue mburuvicha guasu ramo caldeokuéra retã ári, ha’e oisãmbyhy ñepyrũha arýpe, che Daniel aikuaa hag̃ua kuatiakuéra rupive mboy arypa, Ñandejára ñe’ẽ og̃uahẽ haguéicha proféta Jeremíaspe, omohu’ãtaha setenta ary Jerusalén ñehundi rehe. Daniel 9:1, 2.</w:t>
      </w:r>
    </w:p>
    <w:p>
      <w:pPr>
        <w:pStyle w:val="ArticleBody"/>
        <w:jc w:val="left"/>
      </w:pPr>
      <w:r>
        <w:rPr>
          <w:rFonts w:ascii="Times New Roman" w:hAnsi="Times New Roman" w:eastAsia="Times New Roman" w:cs="Times New Roman"/>
        </w:rPr>
        <w:t>Jeremías avei hechakuaa umi setenta áño pahápe Belshazzar omanoha, Ciro, Darío ruvicha guasu ruvicha ñorairõhára, ogana ramo Babilóniape.</w:t>
      </w:r>
    </w:p>
    <w:p>
      <w:pPr>
        <w:pStyle w:val="ArticleScripture"/>
        <w:jc w:val="left"/>
      </w:pPr>
      <w:r>
        <w:rPr>
          <w:rFonts w:ascii="Times New Roman" w:hAnsi="Times New Roman" w:eastAsia="Times New Roman" w:cs="Times New Roman"/>
        </w:rPr>
        <w:t>Ha opaite yvy oikóta ñembyai ha ñemondýi; ha ko'ã tetãnguéra oservíta Babilóniagua mburuvichápe setenta ary. Ha oikóta, ojejapopávo umi setenta ary, che akastigáta Babilóniagua mburuvicha ha upe tetã, he'i Ñandejára, iñangaipa rehe; ha avei Caldeagua retã, ha ajapóta chugui ñembyai opa'ỹva. Jeremías 25:11, 12.</w:t>
      </w:r>
    </w:p>
    <w:p>
      <w:pPr>
        <w:pStyle w:val="ArticleBody"/>
        <w:jc w:val="left"/>
      </w:pPr>
      <w:r>
        <w:rPr>
          <w:rFonts w:ascii="Times New Roman" w:hAnsi="Times New Roman" w:eastAsia="Times New Roman" w:cs="Times New Roman"/>
        </w:rPr>
        <w:t>Daniel avei ohechakuaa vaʼekue umi setenta ary ñehundi rehegua haʼe hague peteĩ profesía Moisés ohaivaʼekue ñemohuʼã.</w:t>
      </w:r>
    </w:p>
    <w:p>
      <w:pPr>
        <w:pStyle w:val="ArticleScripture"/>
        <w:jc w:val="left"/>
      </w:pPr>
      <w:r>
        <w:rPr>
          <w:rFonts w:ascii="Times New Roman" w:hAnsi="Times New Roman" w:eastAsia="Times New Roman" w:cs="Times New Roman"/>
        </w:rPr>
        <w:t>Ha opavave Israel rembiapo vai nde léi rehe, ojei hag̃ua jepe, ani hag̃ua ohendu nde ñe’ẽ; upévare oñeñohẽ ore ári pe ñe’ẽ vai ha pe ñe’ẽ ñemoañete ojehaíva Moisés léipe, Tupã rembiguái, roñangaipa haguére hese. Ha haʼe omboaje iñe’ẽnguéra, heʼivaʼekue ore rehe ha ore huéskuéra rehe, ore hués ombojovake vaʼekue rehe, oguerúvo ore ári peteĩ mbaʼe vai tuicháva; yvága guýpe ndaipóri avave hendápe ojejapóva pe ojejapo haguéicha Jerusalén rehe. Ojehaiháicha Moisés léipe, opa ko mbaʼe vai ou ore ári; upéicharamo jepe ndajajeruréi ñandejára Tupã renondépe, jajevy hag̃ua ore rembiapo vaikuegui ha jaikuaa hag̃ua nde añetegua. Daniel 9:11–13.</w:t>
      </w:r>
    </w:p>
    <w:p>
      <w:pPr>
        <w:pStyle w:val="ArticleBody"/>
        <w:jc w:val="left"/>
      </w:pPr>
      <w:r>
        <w:rPr>
          <w:rFonts w:ascii="Times New Roman" w:hAnsi="Times New Roman" w:eastAsia="Times New Roman" w:cs="Times New Roman"/>
        </w:rPr>
        <w:t>Pe “ñe’ẽme’ẽ” Israel ombyai vaʼekue, ha upéva ogueru vaʼekue pe “jehova py’aguapy’ỹ” térã “mba’epochy”, haʼe vaʼekue umi “siete jey” oĩva Levítico mokõiha paapyteĩme. Pe ñe’ẽ oñembohasáva “siete jey” ramo Levítico mokõiha paapyteĩme, haʼe hína pe mismo ñe’ẽ hebreo oñembohasáva “ñe’ẽme’ẽ” ramo Daniel nueve-pe. Moisés ñe’ẽme’ẽ, ojehechaukáva pe ñe’ẽ oñembohasáva “siete jey” ramo, haʼe pe tenondegua aravo-profesía William Miller ojuhu vaʼekue, ha haʼe avei pe tenondegua umi añetegua iñepyrũmbygua apytégui oñemboykéva’ekue ary 1863-pe. William Miller orrepresenta vaʼekue Elías-pe, ha kóva oñemoneĩ Espíritu de Profecía rupive.</w:t>
      </w:r>
    </w:p>
    <w:p>
      <w:pPr>
        <w:pStyle w:val="ArticleScripture"/>
        <w:jc w:val="left"/>
      </w:pPr>
      <w:r>
        <w:rPr>
          <w:rFonts w:ascii="Times New Roman" w:hAnsi="Times New Roman" w:eastAsia="Times New Roman" w:cs="Times New Roman"/>
        </w:rPr>
        <w:t>“Hetaiterei oñemotenonde hag̃ua ojapyhy hag̃ua pe añetegua ombo'éva’ekue William Miller, ha Tupã rembiguái oñemopu’ã Elías espíritu ha ipokatu reheve opredika hag̃ua pe marandu.” Early Writings, 233.</w:t>
      </w:r>
    </w:p>
    <w:p>
      <w:pPr>
        <w:pStyle w:val="ArticleBody"/>
        <w:jc w:val="left"/>
      </w:pPr>
      <w:r>
        <w:rPr>
          <w:rFonts w:ascii="Times New Roman" w:hAnsi="Times New Roman" w:eastAsia="Times New Roman" w:cs="Times New Roman"/>
        </w:rPr>
        <w:t>Áño 1863-pe opa pe movimiento Millerita, umi yma oĩva’ekue pe movimiento-pe omoñepyrũ rupi pe iglesia Adventista del Séptimo Día. Oñepyrũvo hikuái peteĩ iglesia ramo, pe movimiento opa. Opa va’ekue ojukárõ guare Moisés-pe, ojehechaukaháicha umi “siete tiempos” Levítico mokõipa poteĩme, ha upe jave avei ojukávo Elías-pe, pe mensajéro opresenta va’ekue pe “juramento” Moisés rehegua pe movimiento-pe. Moisés ha Elías mokõivéva ojuka va’ekue 1863-pe ha ndohupytýi va’erã jeikove jey peve setiembre 11, 2001 rire, Tupã ogueru jey ramo pe movimiento Future for America umi tape yma guarépe.</w:t>
      </w:r>
    </w:p>
    <w:p>
      <w:pPr>
        <w:pStyle w:val="ArticleBody"/>
        <w:jc w:val="left"/>
      </w:pPr>
      <w:r>
        <w:rPr>
          <w:rFonts w:ascii="Times New Roman" w:hAnsi="Times New Roman" w:eastAsia="Times New Roman" w:cs="Times New Roman"/>
        </w:rPr>
        <w:t>Future for America ohechakuaa vaʼekue 11 jasyporundy 2001-pe og̃uahẽ hague pe mbohapyha ñembyasýpe, ha pe omoĩva añetépe upe jehechakuaa Islam rembiapo vai 11 jasyporundy-pe haʼeha pe tembiasakue mokõi ñembyasy peteĩha guive, umi Millerita ohechakuaa haguéicha, ha upéva ojehechauka porãite mokõivéva, umi taʼanga 1843 ha 1850 guare pioneer-kuérape. Ojevyvo Millerita rembiasakuépe oñemombaʼe hag̃ua Islam rembiaporã ko árape, Upéi Ñandejára oipeʼa Future for America arandu hag̃ua “pokõi tiempo” Levítico mokõipa poteĩme, ha upéva ojehechauka taʼãngaporãicha mokõive taʼangápe pe columna mbytépe. Ha mokõivéva taʼangápe, pe mbyteite pe columna mbytépe haʼe pe kurusu. Tupã ombohape jave mokõivéva Habacuc mesa apopyre, Haʼe oñangareko porã pe “ñeʼẽmeʼẽ” Moisés rehegua, pe “pokõi tiempo” Levítico mokõipa poteĩme, toiko hag̃ua opa ambue taʼanga profético mbyte, ha mokõivéva mesa ári Cristo oñemoĩ hag̃ua pe mbyteite.</w:t>
      </w:r>
    </w:p>
    <w:p>
      <w:pPr>
        <w:pStyle w:val="ArticleBody"/>
        <w:jc w:val="left"/>
      </w:pPr>
      <w:r>
        <w:rPr>
          <w:rFonts w:ascii="Times New Roman" w:hAnsi="Times New Roman" w:eastAsia="Times New Roman" w:cs="Times New Roman"/>
        </w:rPr>
        <w:t>Kóva oñemohendáva peteĩ aravo’índi ojejuhúva ambue profesía-pe, Gabriel omyesakãva Daniel kapítulo porundýpe, upépe ojehechauka Cristo omombaretetaha pe ñe’ẽme’ẽ heta ndive peteĩ semánarõ.</w:t>
      </w:r>
    </w:p>
    <w:p>
      <w:pPr>
        <w:pStyle w:val="ArticleScripture"/>
        <w:jc w:val="left"/>
      </w:pPr>
      <w:r>
        <w:rPr>
          <w:rFonts w:ascii="Times New Roman" w:hAnsi="Times New Roman" w:eastAsia="Times New Roman" w:cs="Times New Roman"/>
        </w:rPr>
        <w:t>Ha haʼe omombaretéta pe ñeʼẽmeʼẽ heta ndive peteĩ semánarã; ha pe semána mbytépente ojapóta hag̃ua opa pe mymbajuka ha pe kuaveʼẽmby, ha pe ñemongyʼa vaiita iñasãi hag̃uére ojapóta chupe ñehundi hag̃uáicha, pe huʼã peve, ha upe ojekuaa hag̃uáicha ojehekuavo pe oñehundívape. Daniel 9:27.</w:t>
      </w:r>
    </w:p>
    <w:p>
      <w:pPr>
        <w:pStyle w:val="ArticleBody"/>
        <w:jc w:val="left"/>
      </w:pPr>
      <w:r>
        <w:rPr>
          <w:rFonts w:ascii="Times New Roman" w:hAnsi="Times New Roman" w:eastAsia="Times New Roman" w:cs="Times New Roman"/>
        </w:rPr>
        <w:t>Peteĩ semana profétika hína mokõi su ha po mokõi pa ary simbóliko, ha pe profesía Gabriel omyesakãva he'i porã hague “mbytépe” térã centro-pe umi mokõi su ha po mokõi pa ára simbóliko apytépe Cristo oñemosãingotaha kurusúre. Cristo hína pe centro “mokõi su ha po mokõi pa”-pegua mokõive Habacuc táva ári, ha avei pe semana-pe ha’e omombarete hague pe ñe'ẽme'ẽ heta tapichápe guarã.</w:t>
      </w:r>
    </w:p>
    <w:p>
      <w:pPr>
        <w:pStyle w:val="ArticleBody"/>
        <w:jc w:val="left"/>
      </w:pPr>
      <w:r>
        <w:rPr>
          <w:rFonts w:ascii="Times New Roman" w:hAnsi="Times New Roman" w:eastAsia="Times New Roman" w:cs="Times New Roman"/>
        </w:rPr>
        <w:t>Áño 1863-pe Adventismo oñepyrũ peteĩ iglesia ramo, ha pe movimiento Millerita, oñemombaretéva’ekue Elías espíritu reheve, ojejukapa. Pe movimiento Millerita ontende porã vaʼekue, Apocalipsis-pe oĩva umi siete iglesia contexto-pe, haʼe hague pe iglesia Filadelfia. Umi ojepeʼavaʼekue chuguikuéra pe Gran Chasco 1844 rire, upévare ojekuaa hag̃ua Laodicea-pegua ramo. Áño 1856-pe James White oñepyrũ peteĩ serie de artículos Review and Herald-pe, ohechauka hag̃ua pe movimiento oñepyrũvaʼekue Filadelfia ramo oiko hague Laodicea, ha umi miembro upérõ oheka vaʼerãha pe pohã oñemeʼẽva iglesia Laodicea-pe. Pe ári peteĩ áñope, upe publicación-pe voi, James White omosarambi peteĩ serie de artículos ohai vaʼekue Hiram Edson, oñeʼẽva profecía mokõi mil quinientos veinte años rehegua, Levítico veintiséis-pe oĩva. Umi artículos noñemohuʼãi arakaʼeve.</w:t>
      </w:r>
    </w:p>
    <w:p>
      <w:pPr>
        <w:pStyle w:val="ArticleBody"/>
        <w:jc w:val="left"/>
      </w:pPr>
      <w:r>
        <w:rPr>
          <w:rFonts w:ascii="Times New Roman" w:hAnsi="Times New Roman" w:eastAsia="Times New Roman" w:cs="Times New Roman"/>
        </w:rPr>
        <w:t>Ñandejára ogueraha ramo guare pe movimiento Future for America-pe jey hag̃ua tape yma guarépe, 11 de septiembre de 2001 rire, umi artíkulo ohai vaʼekue Edson ojuhu jey hag̃ua, ha upérõ, peteĩhaite jey tembiasakue pukukue javeve, mokõive pe período dos mil quinientos veinte ary rehegua ojekuaa mokõi maldición ramo. Peteĩva umi diez tribu yvate gotyo guaréva rehe, ha ambuéva umi mokõi tribu yvy gotyo guaréva rehe. Miller ohechakuaa vaʼekue umi siete tiempos ojapóva referencia pe reino surpegua Judá rehe, ha Edson katu ohechakuaa umi siete tiempos pe reino nortepegua Israel rehe. Future for America ohechakuaa mokõivéva ojejapo vaʼerãha iporurã hag̃ua. Oñembojoajúramo mokõive ñemosarambi, oguenohẽ hikuái tesape profético arakaʼeve ndojekuaái vaʼekue Miller térã Edson rupive.</w:t>
      </w:r>
    </w:p>
    <w:p>
      <w:pPr>
        <w:pStyle w:val="ArticleBody"/>
        <w:jc w:val="left"/>
      </w:pPr>
      <w:r>
        <w:rPr>
          <w:rFonts w:ascii="Times New Roman" w:hAnsi="Times New Roman" w:eastAsia="Times New Roman" w:cs="Times New Roman"/>
        </w:rPr>
        <w:t>Ñandejára ombojevývo Future for America-pe umi tape yma guarépe ary 2001 rire, Moisés “ñe’ẽme’ẽ” oikove jey ha opu’ã hi’ári. Pe marandu ojoajúva pe “ñe’ẽme’ẽ” rehe upéi oñepresenta umi mbohéraha ángel mbohapyha rehegua rupive, ojehechauka haguéicha ha oñemoha’ãngaháicha umi mbohéraha ángel peteĩha rehegua rupive. Future for America ha’eva’ekue pe movimiento omoherakuãva pe marandu ojehechaukáva “Moisés” rupive “Elías” pokatupe, ha Elías hesakã porãme ome’ẽva’ekue Moisés rembipeju pe serie de presentaciones hérava Habakkuk’s Tables paha peve, ha upéva oñemohu’ãva’ekue ary 2012 rupi. Upe serie de presentaciones opa rire, pe mymba oguẽva pe yvykua pypuku’ỹme ojupi ou hag̃ua oñorairõ Moisés ha Elías rehe. Upe ñorairõ oñepyrũ Future for America odesidírõ guare omboyke pe tembiapo ojapóva’ekue ary 1996 guive, ha oñepyrũ peteĩ mbo’ehao, iñemomba’eguasúpe ombohérava The School of the Prophets. Iporãvéne kuri ombohéra hag̃ua upe mbo’ehao: umi maranduhára japu mbo’ehao!</w:t>
      </w:r>
    </w:p>
    <w:p>
      <w:pPr>
        <w:pStyle w:val="ArticleBody"/>
        <w:jc w:val="left"/>
      </w:pPr>
      <w:r>
        <w:rPr>
          <w:rFonts w:ascii="Times New Roman" w:hAnsi="Times New Roman" w:eastAsia="Times New Roman" w:cs="Times New Roman"/>
        </w:rPr>
        <w:t>Pe mba’e vai ha ñembotavy oiko vaekue, pe mbo’ehao oñepyrũrõ guive omoneĩ haguére umi araka’eve ndopavéiva’ekue Ñandejára reheguágui ha’e hag̃ua Imaranduha, omoinge hag̃ua hikuái ijeheguiete iñemoarandu, opa Future for America omanóvo 18 jasypokõi 2020-pe. Upérõ Moisés ha Elías ojejuka vaekue tape rupi.</w:t>
      </w:r>
    </w:p>
    <w:p>
      <w:pPr>
        <w:pStyle w:val="ArticleScripture"/>
        <w:jc w:val="left"/>
      </w:pPr>
      <w:r>
        <w:rPr>
          <w:rFonts w:ascii="Times New Roman" w:hAnsi="Times New Roman" w:eastAsia="Times New Roman" w:cs="Times New Roman"/>
        </w:rPr>
        <w:t>Ha oñemohuʼã vove hikuái hepytestimónia, pe mbói guasu osẽva yvykua pypukúgui ojapóta ñorairõ hesekuéra, ipuʼakáta hesekuéra ha ojukáta chupekuéra. Ha hetekuéra omanóva opytáta pe táva guasu rape mbytépe, pe ohenóiva espiritualmente Sodoma ha Egipto, upepe avei ñande Ruvicha oñekurusufika hague. Apocalipsis 11:7, 8.</w:t>
      </w:r>
    </w:p>
    <w:p>
      <w:pPr>
        <w:pStyle w:val="ArticleBody"/>
        <w:jc w:val="left"/>
      </w:pPr>
      <w:r>
        <w:rPr>
          <w:rFonts w:ascii="Times New Roman" w:hAnsi="Times New Roman" w:eastAsia="Times New Roman" w:cs="Times New Roman"/>
        </w:rPr>
        <w:t>Pe testimonio ojeroviakuaáva ha’e pe testimonio opa va’ekue pe serie hérava Habakkuk’s Tables paha-pe. Upéi pe mymba oñorairõ. Ndarekói mba’eveichagua idea máva-pa oikóva ko’ã artículo ko’ág̃agua rapykuéri, péro aimo’ã ijapopyre hetaite pe Future for America rayhu’ỹhára reheve, ha upéicha avei umi gueteri oñeha’ãva oñemohenda hag̃ua pe ñembyasýpe julio 18-guáre. Upévare aha’arõ umi añemomba’éva che rehe enemigo-kuéra ramo ohechaukátaha mba’éichapa ko aplicación historia profética rehegua ojepuru hag̃uáicha ijeheguínte, he’iháicha ha’ekuéra iñakãme. Toikóke upéicha. Aravo mbykyeterei hag̃uáicha jajapose hag̃ua gua’u pe historia Future for America rehegua ndaha’éiha hesakã porã hag̃uáicha pe movimiento ojeporavo va’ekue tipo ramo pe movimiento Millerita rupi; ha avei mbykyeterei hag̃uáicha jajapose hag̃ua gua’u pe mensajéro yvypóra Laodicea-pegua, ikangýva ha ijejavykuaa hag̃uáva, oñembohúva’ekue omotenonde hag̃ua upe movimiento, ndaha’éi hague ojeporavo tipo ramo William Miller rehe.</w:t>
      </w:r>
    </w:p>
    <w:p>
      <w:pPr>
        <w:pStyle w:val="ArticleBody"/>
        <w:jc w:val="left"/>
      </w:pPr>
      <w:r>
        <w:rPr>
          <w:rFonts w:ascii="Times New Roman" w:hAnsi="Times New Roman" w:eastAsia="Times New Roman" w:cs="Times New Roman"/>
        </w:rPr>
        <w:t>Miller haʼe peteĩ Filadélfiagua, ha che aju Adventísmope yvóra apytégui ary 1975-pe; upévare che haʼe peteĩ Adventista Laodiceagua oñemoneĩmava. Che rekove rembiasakue ohechauka upe añetegua. Upéicha ramo jepe, yvága Tupã poriahuverekóva ramoite omboʼe chéve amoĩ hag̃ua jehaípe pe marandu Haʼe koʼág̃a oikuaaukáva, ha amondo hag̃ua umi iglésiakuérape. Iñemboʼe ndive ou pe ñeʼẽmeʼẽ ndive: Haʼe omoingovejey vove Moisés ha Elíaspe, oñemoingovejeýta Filadélfiagua ramo, ndahaʼéi Laodiceagua ramo. Pe movimiento oñepyrũvaʼekue pe tembiasakue Millerita-pe haʼe vaʼekue Filadélfia ára, ha ipahápe ohasáva Laodíceape ary 1856-pe, oñepyrũvo pe proceso ojepoi hag̃ua umi fundamento umi Millerita omoĩvaʼekuégui. Pe ñemboyke oñepyrũ vaʼekue oñemoĩ hag̃uáicha peteĩ ykére pe pyahu ñemyesakã tesakã rehegua oñemeʼẽva Hiram Edson rembiapykue rupive. Pokõi ary rire, ary 1863-pe, pe Elías movimiento opresentávaʼekue pe Moisés marandu ojejuka. Upe jave avei pe movimiento ojejukárõ guare, oñemoinge peteĩ iglésia omyengovia hag̃ua pe movimiento. Moisés ha Elías ojejuka Adventísmo ñepyrũmbyme, ha ojejuka jey Adventísmo pahaitépe.</w:t>
      </w:r>
    </w:p>
    <w:p>
      <w:pPr>
        <w:pStyle w:val="ArticleBody"/>
        <w:jc w:val="left"/>
      </w:pPr>
      <w:r>
        <w:rPr>
          <w:rFonts w:ascii="Times New Roman" w:hAnsi="Times New Roman" w:eastAsia="Times New Roman" w:cs="Times New Roman"/>
        </w:rPr>
        <w:t>Laodicea profética paha opávo, ary 1989-pe ojeipe’a hag̃ua pe visión ysyry Hiddekel rehegua ha oñepyrũ peteĩ movimiento oúva peteĩ sy Laodiceagua-gui. Ñandejára ndaha’éi peteĩ ojejuhúva oñeha’arõ’ỹre, ha Ha’e oikuaa porã va’ekue omohu’ãtaha hembiapo umi mbohapy ánhel rehegua heñepyrũháicha. Omohu’ãta va’erãkuri peteĩ movimiento Filadelfiagua reheve, heñepyrũhaguéicha avei; ha ikatu hag̃uáicha ojapo upéva, pe movimiento ha’éva Laodiceagua heñóigui tekotevẽkuri ojejuka ha oñemoingove jey Filadelfiagua-rõ. Péicha ojapóvo, pe movimiento ojeherenóva Laodicea iglésiagui osẽ va’ekue oikóta pe poapyha ha’éva umi sietegui, upe historiaitepe pe joaju mbohapyvegua oikótahápe avei pe poapyha ha’éva umi sietegui. Ha upe historiaitepe avei, pe hatĩ Republicanismo rehegua ohasa va’erã peteĩ ñemoingove jey pe poapyha rehegua ha’éva umi sietegui ha ojejuka va’ekue “woke-ism” Egipto ha Sodoma reheguápe; ha katu upe línea de profecía oñeñe’ẽta upe rire umi artículo-kuérape.</w:t>
      </w:r>
    </w:p>
    <w:p>
      <w:pPr>
        <w:pStyle w:val="ArticleScripture"/>
        <w:jc w:val="left"/>
      </w:pPr>
      <w:r>
        <w:rPr>
          <w:rFonts w:ascii="Times New Roman" w:hAnsi="Times New Roman" w:eastAsia="Times New Roman" w:cs="Times New Roman"/>
        </w:rPr>
        <w:t>Ha umi tavayguakuéra, ha ñemoñarégui, ha ñe’ẽnguéra, ha tetãnguéragui ohecháta hikuái ijete omanóva mbohapy ára ha mbyte aja, ha ndohejamo’ãi ijete omanóva oñeñotỹ hag̃ua itakuápe. Ha umi oikóva yvy ári ovy’áta hesekuéra, ha ovy’a guasúta, ha omondo hag̃ua jopói ojuehe; ko’ã mokõi maranduhára paje hag̃ua ombohasa asy umi oikóva yvy ári. Ha mbohapy ára ha mbyte rire, Tupãgui ouva’ekue tekove Espíritu oike ipypekuéra, ha opu’ã hikuái ipy ári; ha tuicha kyhyje oguejy umi ohechávare chupekuéra. Apocalipsis 11:9–11.</w:t>
      </w:r>
    </w:p>
    <w:p>
      <w:pPr>
        <w:pStyle w:val="ArticleBody"/>
        <w:jc w:val="left"/>
      </w:pPr>
      <w:r>
        <w:rPr>
          <w:rFonts w:ascii="Times New Roman" w:hAnsi="Times New Roman" w:eastAsia="Times New Roman" w:cs="Times New Roman"/>
        </w:rPr>
        <w:t>Future for America ndojejatýi pe sepultúrape, opyta rei vaʼekue pe tape ári, upépe ojejuka haguépe, ha iñenemigokuéra ovyʼa hikuái imano raʼangáre. Upéicharõ jepe, “mbohapy ára ha mbyte rire pe Espíritu de vida oúva Tupãgui oike hesekuéra, ha opuʼã hikuái hiʼarikuéra.” Arakaʼe ningo ndaipóri véima; upévare pe mbohapy ára ha mbyte haʼe peteĩ símbolo docecientos sesenta ára térã ary rehegua, pe Apocalipsis capítulo doce, versículo seis ha catorce-pe ohechaukáva pe desiérto, upépe pe santuario ha pe ehérsito ojejopy ha oñembohasa asy haguéicha. Oñemoĩrire chupekuéra pe sepultúrape, ndaikatumoʼãi oĩ peteĩ tape ári ikatuhápe oñembohasa hiʼári. Pe ñembohasa hiʼári ojejapóva Future for America rehe ndahaʼéi peteĩ período simbólico añoite, síno haʼe avei pe período simbólico pe marandu “siete tiempos” rehegua, ojehechaukáva Moisés juraméntope.</w:t>
      </w:r>
    </w:p>
    <w:p>
      <w:pPr>
        <w:pStyle w:val="ArticleScripture"/>
        <w:jc w:val="left"/>
      </w:pPr>
      <w:r>
        <w:rPr>
          <w:rFonts w:ascii="Times New Roman" w:hAnsi="Times New Roman" w:eastAsia="Times New Roman" w:cs="Times New Roman"/>
        </w:rPr>
        <w:t>Ha haʼekuéra hoʼátane kyse puku rupi, ha oñemondo hag̃ua prisionéroramo opa tetãnguéra apytépe; ha Jerusalén oñemboyke ha ojejopy vaʼerã gentíl kuéra reheve, peve umi ára gentíl kuéra rehegua oñekumpli hag̃ua. Lucas 21:24.</w:t>
      </w:r>
    </w:p>
    <w:p>
      <w:pPr>
        <w:pStyle w:val="ArticleBody"/>
        <w:jc w:val="left"/>
      </w:pPr>
      <w:r>
        <w:rPr>
          <w:rFonts w:ascii="Times New Roman" w:hAnsi="Times New Roman" w:eastAsia="Times New Roman" w:cs="Times New Roman"/>
        </w:rPr>
        <w:t>Oĩ mbohapy jey Jerusalén ojejopy hag̃ua. Peteĩha, Babilonia rupive ary 677 a.C. guive 607 a.C. peve. Mokõiha jejopy ha’e vaekue Roma pagana rupive ary 66 d.C. guive 70 d.C. peve. Mbohapyha jey katu ha’e vaekue Roma espiritual rupive ary 538 guive 1798 peve. Jerusalén jejopy umi gentil kuéra rupive, ojehechakuaáva Lucas mokõipa peteĩ-pe, ha’e vaekue umi mil mokõi saĩ po ary papakuéra poguýpe. Apocalipsis once-pe, jajuhuhápe Moisés ha Elías rembiapokue, oñepyrũ upe ára pukukue jehechakuaápe.</w:t>
      </w:r>
    </w:p>
    <w:p>
      <w:pPr>
        <w:pStyle w:val="ArticleScripture"/>
        <w:jc w:val="left"/>
      </w:pPr>
      <w:r>
        <w:rPr>
          <w:rFonts w:ascii="Times New Roman" w:hAnsi="Times New Roman" w:eastAsia="Times New Roman" w:cs="Times New Roman"/>
        </w:rPr>
        <w:t>Ha oñeme’ẽ chéve peteĩ takuára ojoguáva peteĩ yvyrakápe; ha pe ánhel oñembo’y, he’ívo: Epu’ã, ha emedi Tupã templo, pe altar, ha umi upépe omomba’éva. Péro pe korapy oĩva templo okápe eheja hag̃ua, ha ani emedi chupe; oñeme’ẽgui umi tetã ambuépe; ha pe táva marangatu opyrũta hikuái ipýpe mokõi ha irundy jasy pukukue. Apocalipsis 11:1, 2.</w:t>
      </w:r>
    </w:p>
    <w:p>
      <w:pPr>
        <w:pStyle w:val="ArticleBody"/>
        <w:jc w:val="left"/>
      </w:pPr>
      <w:r>
        <w:rPr>
          <w:rFonts w:ascii="Times New Roman" w:hAnsi="Times New Roman" w:eastAsia="Times New Roman" w:cs="Times New Roman"/>
        </w:rPr>
        <w:t>Pe tembiapoukapy Juan-pe omedi hag̃ua pe tupaópe ha umi oporomombaʼéva ipype ohechauka juicio oñepyrũ hague ary 1844-pe, umi mokõi versíkulo mboyvegua niko ohechauka Juan ohasa hague pe pyʼaro vai hérava Great Disappointment ary 1844-pe; upéi, oñemboʼe rire chupe tojapo jey hag̃ua pe tembiapo omoherakuãvo pe marandu, pe versíkulo peteĩha kapítulo oncehápe ohechauka pe juicio oñepyrũ ramoite hague.</w:t>
      </w:r>
    </w:p>
    <w:p>
      <w:pPr>
        <w:pStyle w:val="ArticleScripture"/>
        <w:jc w:val="left"/>
      </w:pPr>
      <w:r>
        <w:rPr>
          <w:rFonts w:ascii="Times New Roman" w:hAnsi="Times New Roman" w:eastAsia="Times New Roman" w:cs="Times New Roman"/>
        </w:rPr>
        <w:t>“Oguahẽma ára opa mba’e ikatúva oñembokachipa hag̃ua oñembokachi hag̃ua, opyta hag̃uánte umi mba’e ndaikatúiva oñembokachi. Opa káso ojehechakuaa jeýma hína Tupã renondépe; ha’e niko oha’ãhína Tupã róga marangatu ha umi upépe omomba’éva chupe. ‘Ko’ã mba’e he’i pe oguerekóva umi poapy mbyja ipó akatúape, pe oguatáva umi poapy tataendy renda óroguáva mbytépe; aikuaa nde rembiapo…. Che areko mba’e nderehe chejopy hag̃uáva, reguereko’ỹre hag̃ua pe mborayhu peteĩha; nemandu’a hag̃ua, upévare, moõgui re’a hague, ha ejerovia jeýke, ha ejapo jey umi tembiapo peteĩhaguáva; ndaupéichairamo aju pya’e ne rendápe, ha aipe’áta pe tataendy renda ipype guive.’ ‘Ejerovia jeýke; ndaupéichairamo aju pya’e ne rendápe, ha añorairõta nendive che juru kysepuku reheve. Pe oguerekóva apysa, tohendu mba’épa he’i pe Espíritu umi iglesia-kuérape: Pe ipu’akávape ame’ẽta ho’u hag̃ua pe maná ñemiguáva, ha ame’ẽta chupe ita morotĩ, ha pe itápe oñehai hag̃ua téra pyahu, avave ndoikuaáiva, pe ohupytývante oikuaáva.’” The 1888 Materials, 1116.</w:t>
      </w:r>
    </w:p>
    <w:p>
      <w:pPr>
        <w:pStyle w:val="ArticleBody"/>
        <w:jc w:val="left"/>
      </w:pPr>
      <w:r>
        <w:rPr>
          <w:rFonts w:ascii="Times New Roman" w:hAnsi="Times New Roman" w:eastAsia="Times New Roman" w:cs="Times New Roman"/>
        </w:rPr>
        <w:t>Juan ohechauka hag̃ua pe juicio investigativo ñepyrũ 1844-pe, oñemombe’u chupe oheja hag̃ua pe tupaópegua korapy, oñeme’ẽgui upéva umi gentil-kuérape, haʼekuéra opyrũ hag̃ua pe táva marangatu ári mil mokõi saʼi poteĩ ary aja. Lucas mokõi pa peteĩ omombeʼu umi gentil-kuéra opyrũtaha Jerusalén ári pe “ara” umi gentil-kuéragui oñehundipa peve. Juan, capítulo once-pe, omyesakãramoite pe ára Jerusalén oñepyrũha opyrũkue umi gentil-kuéra rupive haʼe hague pe tembiasakue 538 guive 1798 peve. Juan omombeʼu ko período mokõive capítulo doce-pe pe desiérto ramo, peteĩ tiempo pe iglesia okañy hague ipype ojehekýi hag̃ua pe ñemoĩ vai oguerúva pe papa.</w:t>
      </w:r>
    </w:p>
    <w:p>
      <w:pPr>
        <w:pStyle w:val="ArticleBody"/>
        <w:jc w:val="left"/>
      </w:pPr>
      <w:r>
        <w:rPr>
          <w:rFonts w:ascii="Times New Roman" w:hAnsi="Times New Roman" w:eastAsia="Times New Roman" w:cs="Times New Roman"/>
        </w:rPr>
        <w:t>Moisés ha Elías ojejukáramo ha ojehejáramo tapére oñembohérava hag̃ua hese kuimba’e ha kuña py rehe, mbohapy ára mbyte pukukue, umi mbohapy tembiasakue ymave Jerusalén oñembohérava py guýpe ojehechakuaa va’erã upe aravo pukukue rehegua techaukaháicha. Lucas mokõi-pa peteĩ-pe, tetã ambuegua opyrũta táva marangatu ári pe “ára” tetã ambueguakuéra rehegua oñemohu’ã peve.</w:t>
      </w:r>
    </w:p>
    <w:p>
      <w:pPr>
        <w:pStyle w:val="ArticleBody"/>
        <w:jc w:val="left"/>
      </w:pPr>
      <w:r>
        <w:rPr>
          <w:rFonts w:ascii="Times New Roman" w:hAnsi="Times New Roman" w:eastAsia="Times New Roman" w:cs="Times New Roman"/>
        </w:rPr>
        <w:t>Upéicha, Lucas ohechauka oĩha peteĩ “tiempo de los gentiles” ári hetave, ha jaikuaa pe “tiempo de los gentiles” oñembotýva’ekue 1798-pe. Pe peteĩha “tiempo de los gentiles” oñepyrũ 723 a.C.-pe, Israel pe rréino yvate gotyogua ojeapysaka asýramo Asiria poguýpe. Upe jepyrũ guive oñepyrũ peteĩ ñemongu’e ha jejopy vai peteĩ pokatu pagano rupive ha upéva osegi 538 peve, upérõ pe pokatu papal omotenonde jey pe tembiapo 1798 peve. Paganismo omosarambi ha opyrũ literal Israel rehe, ha papalismo omosarambi ha opyrũ espiritual Israel rehe. Umi “tiempos” de los gentiles ohechauka umi mokõi su quinientos veinte ary Levítico veintiséis-peguáva, ohechaukáva mokõi periodo jejopy ha ñemongu’e rehegua. Pe peteĩha ojapo paganismo, ojehechaukaháicha Asiria rupive, upéi Babilonia, ha upéi Roma pagana. Upéi pe mokõiha pokatu ombyaíva, Miller ohechakuaava’ekue profecía marã’ỹmegua marco sagrado-pe ha’e oipurúva’ekue, ha’eva’ekue papalismo, ha upéva osegíta pe jejopy vai 1798 peve. Pe opyrũ ha omongu’e vai rehegua mokõivéva, paganismo ha papalismo rehegua, ha’e voi pe porandu oñemopu’ãva pe ñomongeta yvagapeguápe ha omoheñóiva pe mbohovái oikóva Adventismo pyenda ha columna mbyte ramo.</w:t>
      </w:r>
    </w:p>
    <w:p>
      <w:pPr>
        <w:pStyle w:val="ArticleScripture"/>
        <w:jc w:val="left"/>
      </w:pPr>
      <w:r>
        <w:rPr>
          <w:rFonts w:ascii="Times New Roman" w:hAnsi="Times New Roman" w:eastAsia="Times New Roman" w:cs="Times New Roman"/>
        </w:rPr>
        <w:t>Upéi ahendu peteĩ marangatu oñeʼẽha, ha ambue marangatu heʼi pe marangatu oñeʼẽvape: Mboy tiémpopa ipukuvaʼerã pe visión oñeʼẽva pe sakrifísio ára ha ára rehe, ha pe ñembyai oporomombyrýva rehe, oñemeʼẽ hag̃uáicha mokõivéva, pe santuario ha pe ehérsito, ojepyrũ hag̃ua ojevyvy hag̃ua ipy guýpe? Ha heʼi chéve: Mokõi mil tres cientos árape peve; upéi pe santuario oñemopotĩta. Daniel 8:13, 14.</w:t>
      </w:r>
    </w:p>
    <w:p>
      <w:pPr>
        <w:pStyle w:val="ArticleBody"/>
        <w:jc w:val="left"/>
      </w:pPr>
      <w:r>
        <w:rPr>
          <w:rFonts w:ascii="Times New Roman" w:hAnsi="Times New Roman" w:eastAsia="Times New Roman" w:cs="Times New Roman"/>
        </w:rPr>
        <w:t>Anhel Gabriel ha ambue anhelkuéra ogueraha Miller-pe oikuaa hag̃ua pe “ára ha ára” ohechaukaha paganis moha pe “tembiapo vai ñembyai rehegua” katu ohechaukaha papalismo. Mokõivéva, paganis mo ha papalismo, opyrũta guýpe pe tupaópe ha pe aty rehe. Upévare umi “ára” umi tetã ambuegua rehegua Lucas omombeʼúva haʼe mokõi ára opyrũ hag̃ua guýpe, mil mokõi saĩ poteĩ ary pukukue peteĩteĩ, ha oñondivepa haʼe hína umi siete ára Levítico mokõipa poteĩmegua.</w:t>
      </w:r>
    </w:p>
    <w:p>
      <w:pPr>
        <w:pStyle w:val="ArticleBody"/>
        <w:jc w:val="left"/>
      </w:pPr>
      <w:r>
        <w:rPr>
          <w:rFonts w:ascii="Times New Roman" w:hAnsi="Times New Roman" w:eastAsia="Times New Roman" w:cs="Times New Roman"/>
        </w:rPr>
        <w:t>Pe “ñe’ẽme’ẽ” Moisés rehegua ojejuka kuri 1863-pe, pe mensajéro Elías ndive, ha’e vaekue ogueru vaʼekue pe marandu Moisés rehegua. Mokõivéva, pe marandu Moisés rehegua ha pe mensajéro Elías, oikove jey kuri 11 de septiembre de 2001 rire. Upéi pe marandu Moisés rehegua, Elías omombeʼu jey vaʼekue, mokõivéva ojejuka jey ha oñembojao tape mbytépe, ha noñeñotỹi docecientos sesenta ára pukukue; kóva ojoaju hag̃ua mbarete porã pe marandu “siete tiempos” rehegua ndive, Daniel ohenóiva “ñe’ẽme’ẽ” Moisés rehegua. Pe movimiento ha pe mensajéro ombojevyva pe marandu Elías ogueru vaʼekue Moisésgui, Miller ha umi Millerita ohechauka haguéicha techapyrã ramo, ipahápe opuʼãta hiʼypýpe ha oikove jeýta.</w:t>
      </w:r>
    </w:p>
    <w:p>
      <w:pPr>
        <w:pStyle w:val="ArticleScripture"/>
        <w:jc w:val="left"/>
      </w:pPr>
      <w:r>
        <w:rPr>
          <w:rFonts w:ascii="Times New Roman" w:hAnsi="Times New Roman" w:eastAsia="Times New Roman" w:cs="Times New Roman"/>
        </w:rPr>
        <w:t>Ha mbohapy ára ha mbyte rire, pe Espíritu de vida oúva Tupãgui oike hesekuéra, ha opu'ã hikuái ipy ári; ha tuicha kyhyje oguejy umi ohecháva hi'ári. Ha ohendu hikuái peteĩ ñe'ẽ hatã guasu yvágagui he'íva chupekuéra: Pejú yvate ko'ápe. Ha ojupi hikuái yvágape peteĩ arai rupi; ha iñenemigokuéra omaña hesekuéra. Apocalipsis 11:11, 12.</w:t>
      </w:r>
    </w:p>
    <w:p>
      <w:pPr>
        <w:pStyle w:val="ArticleBody"/>
        <w:jc w:val="left"/>
      </w:pPr>
      <w:r>
        <w:rPr>
          <w:rFonts w:ascii="Times New Roman" w:hAnsi="Times New Roman" w:eastAsia="Times New Roman" w:cs="Times New Roman"/>
        </w:rPr>
        <w:t>Ñañemoĩ hag̃ua ko añetegua rehe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Amerikárape g̃uarã ha 18 de julio de 2020 - Papapy Irundy</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