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Tetãryrã Amérikape guarã ha 18 jasypokõi, 2020 - Papapy seis hag̃ua</w:t>
      </w:r>
    </w:p>
    <w:p>
      <w:pPr>
        <w:pStyle w:val="ArticleSubtitle"/>
        <w:jc w:val="left"/>
      </w:pPr>
      <w:r>
        <w:rPr>
          <w:rFonts w:ascii="Arial" w:hAnsi="Arial" w:eastAsia="Arial" w:cs="Arial"/>
        </w:rPr>
        <w:t>Pe Techaukaha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2023-09-23</w:t>
      </w:r>
    </w:p>
    <w:p>
      <w:pPr>
        <w:pStyle w:val="ArticleScripture"/>
        <w:jc w:val="left"/>
      </w:pPr>
      <w:r>
        <w:rPr>
          <w:rFonts w:ascii="Times New Roman" w:hAnsi="Times New Roman" w:eastAsia="Times New Roman" w:cs="Times New Roman"/>
        </w:rPr>
        <w:t>Ha mbohapy ára ha mbyte rire, pe Espíritu de vida ouva Tupãgui oike hesekuéra, ha opu'ã hikuái ipy ári; ha tuicha kyhyje oguejy umi ohecháva hikuái ári. Ha ohendu hikuái peteĩ ñe'ẽ tuicha yvágagui he'íva chupekuéra: Pejú yvate ko'ápe. Ha ojupi hikuái yvágape peteĩ araípe; ha iñenemigokuéra oma'ẽ hesekuéra. Apocalipsis 11:11, 12.</w:t>
      </w:r>
    </w:p>
    <w:p>
      <w:pPr>
        <w:pStyle w:val="ArticleBody"/>
        <w:jc w:val="left"/>
      </w:pPr>
      <w:r>
        <w:rPr>
          <w:rFonts w:ascii="Times New Roman" w:hAnsi="Times New Roman" w:eastAsia="Times New Roman" w:cs="Times New Roman"/>
        </w:rPr>
        <w:t>Ojejepyré rire tape ári, Elías ha Moisés oguereko pe Consolador ha upéi opu’ã hi’ári kuéra. Ezequiel kanguekuéra ñúme, tenonderã ohendu peteĩ tyapu ha upéi ohasa peteĩ ryryi, ha katu opyta gueteri pytuhẽ’ỹre.</w:t>
      </w:r>
    </w:p>
    <w:p>
      <w:pPr>
        <w:pStyle w:val="ArticleScripture"/>
        <w:jc w:val="left"/>
      </w:pPr>
      <w:r>
        <w:rPr>
          <w:rFonts w:ascii="Times New Roman" w:hAnsi="Times New Roman" w:eastAsia="Times New Roman" w:cs="Times New Roman"/>
        </w:rPr>
        <w:t>Upéicha, aprofetisa he'iháicha chéve oñemandava'ekue; ha aprofetisárõ guare, oiko peteĩ ryapu, ha péina oiko peteĩ oryryi, ha umi kangue oñembojoaju, peteĩteĩva ikanguére. Ha amañávo, péina, umi tendón ha so’o ojupi hi'ári kuéra, ha pire ojaho’i yvate guive; peteĩnte voi, ndaipóri ipypekuéra pytu. Ezequiel 37:7, 8.</w:t>
      </w:r>
    </w:p>
    <w:p>
      <w:pPr>
        <w:pStyle w:val="ArticleBody"/>
        <w:jc w:val="left"/>
      </w:pPr>
      <w:r>
        <w:rPr>
          <w:rFonts w:ascii="Times New Roman" w:hAnsi="Times New Roman" w:eastAsia="Times New Roman" w:cs="Times New Roman"/>
        </w:rPr>
        <w:t>Ojeformáma vove umi tete, ohendu hikuái pe marandu umi irundy yvytu rehegua.</w:t>
      </w:r>
    </w:p>
    <w:p>
      <w:pPr>
        <w:pStyle w:val="ArticleScripture"/>
        <w:jc w:val="left"/>
      </w:pPr>
      <w:r>
        <w:rPr>
          <w:rFonts w:ascii="Times New Roman" w:hAnsi="Times New Roman" w:eastAsia="Times New Roman" w:cs="Times New Roman"/>
        </w:rPr>
        <w:t>Upéi he’i chéve: Eprofetisa pe yvytúre, eprofetisa, yvypóra ra’y, ha ere pe yvytúpe: Péicha he’i Ñandejára Tupã; Eju umi irundy yvytúgui, nde pytu, ha eipeju ko’ã ojejukáva ári, oikove hag̃ua. Upémarõ che aprofetisa he’i hag̃uáicha chéve, ha pe pytu oike ipypekuéra, ha oikove hikuái, ha opu’ã hi’árikuéra ipy hag̃uáicha, peteĩ ehérsito tuichaitereíva. Ezequiel 37:9, 10.</w:t>
      </w:r>
    </w:p>
    <w:p>
      <w:pPr>
        <w:pStyle w:val="ArticleBody"/>
        <w:jc w:val="left"/>
      </w:pPr>
      <w:r>
        <w:rPr>
          <w:rFonts w:ascii="Times New Roman" w:hAnsi="Times New Roman" w:eastAsia="Times New Roman" w:cs="Times New Roman"/>
        </w:rPr>
        <w:t>Maymáva proféta omombe’u ko yvy paha, upévare Ezequiel pehẽngue omoheñói peteĩ apañuãi umi ojehesa’ỹijosevape Apocalipsis capítulo once pegua mokõi proféta marandu. Añetehápe, umi oipotávape omboyke pe marandu, pe japu hasy’ỹvéva ikatúva he’i ijupekuéra ha’e Apocalipsis capítulo once ha’eha peteĩ tembiasakue añoite ohechaukáva pe Revolución Francesa, ha ndorekóiha mba’eveichagua jeporu ko yvy paha rehegua. Péro remoneĩramo pe ñepyrũmbyrã he’íva Apocalipsis capítulo once jepe omombe’uha ko yvy paha, upéicharõ tekotevẽ rembojoaju pe añetegua ohechaukáva pe mbarete guasu ehérsito ko yvy paha ára pegua, omoherakuãva pe tercer ángel marandu peteĩ sapukái hatãme, ojehechauka hag̃ua omano hague ha oñemopu’ãjey hague mboyve oñembo’y hag̃ua Tupã ehérsitoramo.</w:t>
      </w:r>
    </w:p>
    <w:p>
      <w:pPr>
        <w:pStyle w:val="ArticleScripture"/>
        <w:jc w:val="left"/>
      </w:pPr>
      <w:r>
        <w:rPr>
          <w:rFonts w:ascii="Times New Roman" w:hAnsi="Times New Roman" w:eastAsia="Times New Roman" w:cs="Times New Roman"/>
        </w:rPr>
        <w:t>Upéi he’i chéve: Yvypóra ra’y, ko’ã kanguekue ha’e opaite Israel róga. Péina, ha’ekuéra he’i: Ore kanguekue ipirupa, ore esperánsa okañyma; oñemboykéma orehegui ñande rete guive. Upévare eprofetisa ha ere chupekuéra: Péicha he’i Ñandejára Tupã: Péina, che retãyguakuéra, ahasáta pende tyvykuéra, ha rojapo pẽsẽ hag̃ua pende tyvygui, ha roguerúta Israel retãme. Ha peikuaáta che ha’eha Ñandejára, ahasáramo pende tyvykuéra, che retãyguakuéra, ha rojapo pẽsẽ hag̃ua pende tyvygui. Ha amoĩta che espíritu pendepype, ha peikóta, ha pomoĩta pende retã teepe; upérõ peikuaáta che, Ñandejára, ha’emaha upe añe’ẽva ha ajapóva, he’i Ñandejára. Ezequiel 37:11–14.</w:t>
      </w:r>
    </w:p>
    <w:p>
      <w:pPr>
        <w:pStyle w:val="ArticleBody"/>
        <w:jc w:val="left"/>
      </w:pPr>
      <w:r>
        <w:rPr>
          <w:rFonts w:ascii="Times New Roman" w:hAnsi="Times New Roman" w:eastAsia="Times New Roman" w:cs="Times New Roman"/>
        </w:rPr>
        <w:t>Cristo ojupi yvágape peteĩ arai reheve, ha ha’e ou jeýta arai-kuéra reheve, ha umi arai-kuéra ohechauka umi ánhel-kuérape. Moisés ha Elías ojupi yvágape peteĩ arai reheve ohechaukáva pe marandu ánhel mbohapyha rehegua ovevéva yvága mbytérupi pe léi domingo jave Estados Unidos-pe. Moisés ha Elías ojupi yvágape pe léi domingo jave, oñondive peteĩ marandu Islam rehegua ndive.</w:t>
      </w:r>
    </w:p>
    <w:p>
      <w:pPr>
        <w:pStyle w:val="ArticleBody"/>
        <w:jc w:val="left"/>
      </w:pPr>
      <w:r>
        <w:rPr>
          <w:rFonts w:ascii="Times New Roman" w:hAnsi="Times New Roman" w:eastAsia="Times New Roman" w:cs="Times New Roman"/>
        </w:rPr>
        <w:t>Isaías ohechauka heta añetegua ojoajúva ko tembiasakue rehe, ha upe jehaípe voi Jesús ohechaukáva’ekue omoañete hag̃ua Hembiapo. Ha’e oiporu vaʼekue maranduhára Elías ha Eliseo techapyrãramo peteĩ marandu profético ndojejapyhýi hague ijeheguiete tetãyguakuéra rupi; ha upéva pyaʼe ombopochy Nazaret pegua iglesia-pegua kuérape, ha haʼekuéra oheka ojuka hag̃ua chupe.</w:t>
      </w:r>
    </w:p>
    <w:p>
      <w:pPr>
        <w:pStyle w:val="ArticleScripture"/>
        <w:jc w:val="left"/>
      </w:pPr>
      <w:r>
        <w:rPr>
          <w:rFonts w:ascii="Times New Roman" w:hAnsi="Times New Roman" w:eastAsia="Times New Roman" w:cs="Times New Roman"/>
        </w:rPr>
        <w:t>Tupã Ñandejára Espíritu oĩ che ári; Tupã che mboyke hag̃ua amombeʼu hag̃ua marandu porã umi ipyʼaguapývape; chemondo aipohano hag̃ua umi korasõ oñembyaietévape, amombeʼu hag̃ua sãso umi prisionérovape, ha tojepeʼa hag̃ua kaʼirãime umi oñeñapytĩvape; amombeʼu hag̃ua ary porãite Ñandejára rehegua, ha ore Jára pyaʼe ñembojovake ára; amokyreʼỹ hag̃ua opa umi ojaheʼóva; amoĩ hag̃ua umi Siónpe ojaheʼóvape, ameʼẽ hag̃ua chupekuéra jeguaka tanimbú rendaguépe, vyʼa ñandy jaheʼo rendaguépe, ha tojao ñemombaʼeguasu pyʼaro pohýi rendaguépe; ha upéicha hag̃ua oñembohéra chupekuéra tekojoja yvyramáta, Ñandejára ñotỹmby, haʼe hag̃ua oñemombaʼeguasu. Haʼekuéra omopuʼãta umi tetãygua yma guaréva oñehundíva, omopuʼãjeýta umi ñehundi tenondegua, ha omyatyrõta umi tavaguasu oñembyai vaʼekue, umi ñehundi heta ñemoñare aja guare. Ha umi pytagua opytáta omongaru pende ovecha aty, ha umi ambue tetãygua raʼykuéra haʼéta pene aradóra ha pene parral ñangarekohára. Péro peẽ peñembohérata Ñandejára Paʼikuéra; tapicha penehenóita ore Jára Remimbokuéra; peʼúta umi tetã ambuegua mbaʼereta, ha hikuái mimbipápe peñemombaʼeguasúta. Pende tĩndýpe pehupytýta mokõi hag̃ua; ha ñemotĩ rendaguépe hikuái ovyʼáta ipehẽnguépe; upévare ijyvykuérape orekóta mokõi hag̃ua; vyʼa opaʼỹva oĩta hesekuéra. Che niko Ñandejára ahayhu jojaha, ndaijaʼéi mondaha mymbahapy reheve; ha ambohape porãta hembiapo añetetépe, ha ajapóta hendivekuéra peteĩ ñeʼẽmeʼẽ opaʼỹva. Ha iñemoñarekuéra ojekuaáta umi tetã ambuegua apytépe, ha heñóiva kuéra tavayguakuéra apytépe; opa umi ohecháva chupekuéra oikuaáta hikuái haʼekuéraha ñemoñare Ñandejára ohovasáva. Che avyʼaitereíta Ñandejárape, che ánga ovyʼáta che Járare; haʼe niko chemonde salvación ao reheve, chejahoʼi tekojoja popy reheve, ku novio oñemonde porãháicha jeguápe, ha ku novia oñembojegua hag̃ua ijeguaka reheve. Yvy oguenohẽháicha hoky, ha kokue omybyratãháicha umi ipype oñeñotỹva; upéicha Tupã Ñandejára omokakuaáta tekojoja ha ñemombaʼeguasu opa tetã renondépe.</w:t>
      </w:r>
    </w:p>
    <w:p>
      <w:pPr>
        <w:pStyle w:val="ArticleScripture"/>
        <w:jc w:val="left"/>
      </w:pPr>
      <w:r>
        <w:rPr>
          <w:rFonts w:ascii="Times New Roman" w:hAnsi="Times New Roman" w:eastAsia="Times New Roman" w:cs="Times New Roman"/>
        </w:rPr>
        <w:t>Táva rehe ndaikírĩri che py’aguapy; ha Jerusalén rehe ndaipytamo’ãi apytu’u, pe hekojojáta osẽ hag̃ua tesapeicha, ha isalvasión tataendy rendyicha ohesapéva. Ha umi tetã ambue ohecháta nde rekojoja, ha opa mburuvicha guasu nde mimbipa; ha nde réra ramo oñembohérata peteĩ téra pyahu, Ñandejára jurúgui osẽva. Nde avei reiko hag̃ua peteĩ jeguaka mimbipáva Ñandejára pópe, ha peteĩ akãregua mburuvicha guasurã nde Jára pópe. Nde noñembohéramo’ãvéima Jeheja Pyre; nde yvy katu noñembohéramo’ãvéima Ñehundi; síno oñembohérata ndéve Hefziba, ha nde yvýpe Beula; Ñandejára oguerohorygui nderehe, ha nde yvy oñemendáta. Péicha, kuimba’e mitãrusu omenda haguéicha peteĩ kuñataĩre, upéicha nde ra’ykuéra oñemendáta nderehe; ha novio ovy’aháicha novia rehe, upéicha nde Jára ovy’áta nderehe. Amoĩma nde murálla ári ñangarekohárape, Jerusalén, ha araka’eve noñekirirĩmo’ãi ára ni pyhare: peẽ pehenóiva Ñandejára réra, ani pekirirĩ. Ha ani peheja chupe topytu’u, peve omopu’ãmbávo ha ojapo peve Jerusalén-gui peteĩ ñemomba’eguasu ko yvy ape ári. Ñandejára ojura ipo akatúare, ha ipyapýpe imbarete reheve: Añetehápe, ndame’ẽmo’ãvéima nde trigó nde enemigo-kuérape ho’urã; ha umi pytagua ra’ykuéra ndo’umo’ãvéima nde víno, pe remba’apohaguére: síno umi omono’õva upéva ha’ekuéra voi ho’úta ha omomba’eguasúta Ñandejárape; ha umi ombyatyva’ekue hína upéva ho’úta che marangatu renda korapýpe. Pehasa, pehasa umi okẽ rupi; pembosako’i tapekuéra tavayguakuérape g̃uarã; pemboyvate, pemboyvate tape guasu; peipe’a umi ita; pehupi peteĩ poyvi tavayguakuérape g̃uarã. Péina, Ñandejára omoherakuã opa yvy apy peve: Peje Sión rajykuérape, Péina, ne salvasión ou; péina, imba’erepy oúva hendive, ha hembiapo henondépe. Ha ha’ekuéra oñembohérata, Pe Tavaygua Marangatu, Ñandejára Rembijogua Pyre; ha nde oñembohérata, Ojeheka Pyre, Táva ndajehejaiva’ekue. Isaías 61:1–62:12.</w:t>
      </w:r>
    </w:p>
    <w:p>
      <w:pPr>
        <w:pStyle w:val="ArticleBody"/>
        <w:jc w:val="left"/>
      </w:pPr>
      <w:r>
        <w:rPr>
          <w:rFonts w:ascii="Times New Roman" w:hAnsi="Times New Roman" w:eastAsia="Times New Roman" w:cs="Times New Roman"/>
        </w:rPr>
        <w:t>Ñandejára oike “peteĩ ñe’ẽme’ẽ opa ára g̃uarãme” umi cien cuarenta y cuatro mil ndive, ymaite guive “ojehejareíva” vaʼekue, ha upéi oiko hag̃ua “táva” ramo, “ndojehejareivéimava”. Haʼekuéra niko “ñembyahýi ha nandi” vaʼekue, ha omanóva tape mbytépe. Isaías ohechauka chupekuéra “Ñandejára Paʼikuéra” ramo, Ñandejára “mbiguái kuéra” ramo, “táva marangatu” ramo, ha “ñangarekohára kuéra” Sión murálla ári.</w:t>
      </w:r>
    </w:p>
    <w:p>
      <w:pPr>
        <w:pStyle w:val="ArticleBody"/>
        <w:jc w:val="left"/>
      </w:pPr>
      <w:r>
        <w:rPr>
          <w:rFonts w:ascii="Times New Roman" w:hAnsi="Times New Roman" w:eastAsia="Times New Roman" w:cs="Times New Roman"/>
        </w:rPr>
        <w:t>Umi ovy’áva va’ekue ijotýva’ekuére rovake, Tupã katu upéi ovy’a heseikuéra “novio ovy’aháicha novia rehe.” Upérõ pe novia oñembosako’íma. Pe promésa oñeme’ẽva Filadélfiapepeguáicha, Ñandejára ome’ẽ chupekuéra peteĩ “téra pyahu”, ha ha’e omombe’u héraha “Hephzibah” ha “Beulah”. Hephzibah he’ise che vy’aha oĩ hese, ha Beulah he’ise omenda hag̃ua. Ñandejára omenda umi ojehechaukáva Elías ha Moisés rupive.</w:t>
      </w:r>
    </w:p>
    <w:p>
      <w:pPr>
        <w:pStyle w:val="ArticleBody"/>
        <w:jc w:val="left"/>
      </w:pPr>
      <w:r>
        <w:rPr>
          <w:rFonts w:ascii="Times New Roman" w:hAnsi="Times New Roman" w:eastAsia="Times New Roman" w:cs="Times New Roman"/>
        </w:rPr>
        <w:t>Pe tembiapo oñeme’ẽva chupekuéra ha’e ombosako’i hag̃ua tape Cristo Jeju Mokõihápe guarã, opredikávo umi “marandu porã” Cristo rehegua ha Ijerekopy jojáre “pe yvy apy peve”. Ojeheipytyvõ porã vaʼekue chupekuéra Consolador rupive, Espíritu ñehẽme ñehẽme, ha upérõ oñemopuʼãta chupekuéra “poyvi ramo”, peteĩ “ñeʼẽ guasu yvágagui” heʼívo “chupekuéra, Pejupi koʼápe”. Upérõ haʼéta hikuái “mbyja jeguaka ñemombaʼeguasu rehegua” ha “mburuvicha jeguaka guasu” Ñandejára pópe. Zacarías ohechauka pe jeguaka peteĩchagua haʼerõha avei peteĩ techaukaha, ha upekuévo omoĩ avei upe mbaʼe pe ama paha ára pukukuepe.</w:t>
      </w:r>
    </w:p>
    <w:p>
      <w:pPr>
        <w:pStyle w:val="ArticleScripture"/>
        <w:jc w:val="left"/>
      </w:pPr>
      <w:r>
        <w:rPr>
          <w:rFonts w:ascii="Times New Roman" w:hAnsi="Times New Roman" w:eastAsia="Times New Roman" w:cs="Times New Roman"/>
        </w:rPr>
        <w:t>Ha Tupã Ijára osalváta chupekuéra upe árape, ijyvypórape oñangarekóva ovecha atyicha; haʼekuéra niko haʼéta peteĩ akãjegua itáicha, oñemopuʼãva techaukaha ramo ijyvýre. Mbaʼeichaitépa tuicha ipyʼaporã, ha mbaʼeichaitépa tuicha iporãite! Avati ombovyʼáta mitãkuimbaʼekuéra, ha vino pyahu mitãkuñáme. Pejerure Tupãme ama ama paha ára jave; upéicha Tupã ojapóta arai hesakãva, ha omeʼẽta chupekuéra ama, peteĩteĩme ñu rupi kapiʼi. Zacarías 9:16–10:1.</w:t>
      </w:r>
    </w:p>
    <w:p>
      <w:pPr>
        <w:pStyle w:val="ArticleBody"/>
        <w:jc w:val="left"/>
      </w:pPr>
      <w:r>
        <w:rPr>
          <w:rFonts w:ascii="Times New Roman" w:hAnsi="Times New Roman" w:eastAsia="Times New Roman" w:cs="Times New Roman"/>
        </w:rPr>
        <w:t>Haʼekuéra hína “Ipuévloreño aty”, ha katu Ñandejára oguereko peteĩ mokõiha aty, upérõ gueteri oĩva Babilóniape, haʼe avei ohenóitava. Irembiapo haʼéta omopuʼã jey hag̃ua umi tenda ymaguare ojeheja vaʼekue, ha umi “ñemonguaru” heta ñemoñarégui. Haʼekuéra haʼéta umi ojevyva ha omopyendajeyva umi tape yma guare oñemboyke ha oñemoñemi vaʼekue Adventísmo ryepýpe ha Adventísmo okápe avei. Ojevyta hikuái umi añetegua ypykue Millerita-pe ha oguerahaukáta iñemopotĩme Adventísmo Laodiceagua-pe, ha avei oguerahaukáta peteĩ marandu umi oĩvape Adventísmo okápe umi añetegua “ymaguare” rehegua oñembojoajúva Tupã léi rehe, koʼýte pytuʼu ára rehe. Upéicha ojapóvo, oipurúta hikuái heta ñemoñarépe oikovaʼekue rembiasakue omyesakã hag̃ua pe tembiasakue pyahu. Irembiapo oikóta pe ama paha aja, Tupã juísio oĩ jave yvy ári. Ha Ñandejára ipo akatúa rupive omopuʼã jave chupekuéra peteĩ techaukaha ramo, opa yvóra yma ovoríva hekoveʼỹreʼo jypy rehe oñenóva tape mbytépe ohecháta pe techaukaha, ha ohendúta umi ñangarekohára ñeʼẽmbu pukukue ñemomarandurã.</w:t>
      </w:r>
    </w:p>
    <w:p>
      <w:pPr>
        <w:pStyle w:val="ArticleScripture"/>
        <w:jc w:val="left"/>
      </w:pPr>
      <w:r>
        <w:rPr>
          <w:rFonts w:ascii="Times New Roman" w:hAnsi="Times New Roman" w:eastAsia="Times New Roman" w:cs="Times New Roman"/>
        </w:rPr>
        <w:t>Peẽ opa yvy arigua ha umi oikóva ko yvy ári, pehecha vove haʼe omopuʼã ramo peteĩ poyvi yvytykuéra ári; ha ombopu ramo peteĩ turu, pehendu. Isaías 18:3.</w:t>
      </w:r>
    </w:p>
    <w:p>
      <w:pPr>
        <w:pStyle w:val="ArticleBody"/>
        <w:jc w:val="left"/>
      </w:pPr>
      <w:r>
        <w:rPr>
          <w:rFonts w:ascii="Times New Roman" w:hAnsi="Times New Roman" w:eastAsia="Times New Roman" w:cs="Times New Roman"/>
        </w:rPr>
        <w:t>Apocalipsis kapítulo once-pe, umi ovyʼávaʼekue hikuái hetekue omanóva rehe ohechávo opuʼã jeyha, “tuicha kyhyje hoʼa umi ohechávare.”</w:t>
      </w:r>
    </w:p>
    <w:p>
      <w:pPr>
        <w:pStyle w:val="ArticleScripture"/>
        <w:jc w:val="left"/>
      </w:pPr>
      <w:r>
        <w:rPr>
          <w:rFonts w:ascii="Times New Roman" w:hAnsi="Times New Roman" w:eastAsia="Times New Roman" w:cs="Times New Roman"/>
        </w:rPr>
        <w:t>Upérõ pe Asiria-gua hoʼáta kysepuku rupive, ndahaʼéi peteĩ kuimbaʼe ipuʼakapáva rupive; ha kysepuku, ndahaʼéi peteĩ kuimbaʼe michĩva rupive, hoʼúta chupe. Haʼe katu okañýta kysepukúgui, ha itaʼýra kuimbaʼekuéra oñemondýita. Ha ohasáta pe iñemombaretaha gotyo kyhyjégui, ha iprínsipekéra okyhyjéta pe poyvígui, heʼi Ñandejára, tata orekóva Siónpe, ha tatakua Jerusalénpe. Isaías 31:8, 9.</w:t>
      </w:r>
    </w:p>
    <w:p>
      <w:pPr>
        <w:pStyle w:val="ArticleBody"/>
        <w:jc w:val="left"/>
      </w:pPr>
      <w:r>
        <w:rPr>
          <w:rFonts w:ascii="Times New Roman" w:hAnsi="Times New Roman" w:eastAsia="Times New Roman" w:cs="Times New Roman"/>
        </w:rPr>
        <w:t>Opaite marandu ñemoñe’ẽ profétape guare oñemboaty Apocalípsispe. Asirio ohechauka pe mburuvicha yvategua norte pegua oĩva Daniel capítulo once, versículo cuarenta guive cuarenta y cinco peve, pe ouva ipahápe ha ndaipóri avave oipytyvõva chupe. Umi cien cuarenta y cuatro mil, ha’éva Tupã ñangarekohára, ombopu vove pe trompéta, opaite yvy ape ári ohendúta ha okyhyjéta. Umi ojehechaukáva mokõi proféta ramo oñeunhíta Consoladór rupive “omombe’u hag̃ua marandu porã”, ha umíva hína umi “marandu kuarahyresẽ guive ha norte guive” “omoangekóitava” pe mburuvicha norte pegua Daniel capítulo once, versículo cuarenta y cuatro-pe, ha upéva omarka pe ñepyrũrã pe jejopy asýva domingo léi jejopyrã rehegua. Upe jave, umi tetã ambuegua ombohováita pe marandu osẽ hag̃ua Babiloniágui ha oúta oñembojoaju hag̃ua Ñandejára pa’ikuéra ndive, ha umíva avei ojehechauka “Jesé rapo” ramo; upéicha oñemyesakã pe tembiaporã rape bíblico oiporútava hikuái oñekuave’ẽ hag̃ua pe marandu ñemomarandu umi tetã ambueguápe.</w:t>
      </w:r>
    </w:p>
    <w:p>
      <w:pPr>
        <w:pStyle w:val="ArticleScripture"/>
        <w:jc w:val="left"/>
      </w:pPr>
      <w:r>
        <w:rPr>
          <w:rFonts w:ascii="Times New Roman" w:hAnsi="Times New Roman" w:eastAsia="Times New Roman" w:cs="Times New Roman"/>
        </w:rPr>
        <w:t>Ha upe árape oĩta peteĩ rapo Jesé rehegua, opuʼãva peteĩ poyvi ramo umi tetãnguéra renondépe; hese umi gentíl-kuéra ohekáta: ha ipytuʼu oikóta hechapyrãmimbipáva. Ha oikóta upe árape, Ñandejára omoĩjeýta ipo mokõiháicha oguerujey hag̃ua hembyre itavayguakuéragui, opytáva, Asíriagui, Egíptogui, Patrosgui, Cúshgui, Elamgui, Sinargui, Hamatgui, ha umi ypaʼũnguéra guive yguasu rehegua. Haʼe omoĩta peteĩ poyvi umi tetãnguéra pegua, ha ombyatýta Israel ñemosẽmbyrekuérape, ha ombyaty hag̃ua Judá isarambipáva yvy apýra irundy guive. Isaías 11:10–12.</w:t>
      </w:r>
    </w:p>
    <w:p>
      <w:pPr>
        <w:pStyle w:val="ArticleBody"/>
        <w:jc w:val="left"/>
      </w:pPr>
      <w:r>
        <w:rPr>
          <w:rFonts w:ascii="Times New Roman" w:hAnsi="Times New Roman" w:eastAsia="Times New Roman" w:cs="Times New Roman"/>
        </w:rPr>
        <w:t>Ñandejára ombyaty Ipuéblope 11 jasyporundy 2001-pe pe marandu rupive ohechauka vaʼekue Islam rembiapo vaiha mbohapyha ñembyasýpe guare ñepyrũ. Ñandejára ombyaty jey Ipuéblope mokõiha jey rire omanóma hikuái tape ári. Ha upéicha ojapóramo, umi oñembyatýva ojekuaauka “Israel ñemosẽpyrekuéra” ramo, “Judá isarambipyrekuéra” ramo. Haʼekuéra oñemosẽ kuri umi tape ári 18 jasypokõi 2020-pe, péro oñembyaty jey mokõiha jey hag̃ua techaukaha ombyaty hag̃uáicha Ñandejára ambue aty ovechakuérape, oĩ gueteríva Babilóniape. Umi oĩ gueteríva Babilóniape ñembyaty oñepyrũ pe arateĩ léi Estados Unidos-pe guive, upéva haʼe mokõi ñeʼẽgui mokõiha Apocalipsis dieciocho-pe.</w:t>
      </w:r>
    </w:p>
    <w:p>
      <w:pPr>
        <w:pStyle w:val="ArticleBody"/>
        <w:jc w:val="left"/>
      </w:pPr>
      <w:r>
        <w:rPr>
          <w:rFonts w:ascii="Times New Roman" w:hAnsi="Times New Roman" w:eastAsia="Times New Roman" w:cs="Times New Roman"/>
        </w:rPr>
        <w:t>Pe ñembyaty peteĩha oiko vaekue 11 jasyporundy ary 2001-pe, Islam ojapómi rupi peteĩ ñeñembyai Estados Unidos rehe. Pe techaukaha oñembyatýtava mokõiha jeype, haʼekuéra ojehechauka pe Ysy rapo ramo, peteĩ ta’anga ohechaukáva Alfa ha Omega rembiapo, omyesakãvo peteĩ mba’e paha peteĩ mba’e ñepyrũ ndive. Pe ñembyaty peteĩha ojehechakuaa vaekue peteĩ islamgua ñehundi Estados Unidos rehe, ha ohechauka ha omombe’u porã peteĩ islamgua ñehundi Estados Unidos rehe pe ñembyaty mokõiha ramo. Pe Ysy rapo oñembo’y vove peteĩ techaukaha ramo umi tetã ambuegua renondépe, “ipytu’u” iporãitereíta; techaukaha oguerahátagui umi oĩ gueteri Babilóniape jey hag̃ua tape yma marandúpe oĩva Ñandejára Ñe’ẽme, ha’éva pytu’u ára 7ha ára pegua, upéicha rupi ojehechakuaáta pe techaukaha oñemopu’ãha umi tetã ambueguápe g̃uarã pe arapokõindy ára léi apañuãi jave.</w:t>
      </w:r>
    </w:p>
    <w:p>
      <w:pPr>
        <w:pStyle w:val="ArticleBody"/>
        <w:jc w:val="left"/>
      </w:pPr>
      <w:r>
        <w:rPr>
          <w:rFonts w:ascii="Times New Roman" w:hAnsi="Times New Roman" w:eastAsia="Times New Roman" w:cs="Times New Roman"/>
        </w:rPr>
        <w:t>Pe “bandera” oñepyrũ raẽ ohasa hag̃ua peteĩ proceso ñemopotĩ rehegua, ojehechaukáva kuri Malaquías capítulo mbohapy-pe, Cristo omopotĩ mokõi jey pe templo, ha avei katuete pe parábola umi diez virgen rehegua pe movimiento Millerita paha gotyo. Pe proceso ñemopotĩ rehegua iñepyrũme oñembojey hag̃uaite opa mba’e peteĩ letra peve ipahápe, ha Isaías ohechauka upéva peteĩ mesa singular rehegua ndive, ojehechakuaava’ekue peteĩ aranduka-pe. Pe Adventismo rebeldía ha’e pe mesa japu ojejapova’ekue ary 1863-pe ojere hag̃ua ha omyengovia hag̃ua mokõi mesa ojehechakuaava’ekue Habacuc aranduka capítulo mokõi-pe.</w:t>
      </w:r>
    </w:p>
    <w:p>
      <w:pPr>
        <w:pStyle w:val="ArticleScripture"/>
        <w:jc w:val="left"/>
      </w:pPr>
      <w:r>
        <w:rPr>
          <w:rFonts w:ascii="Times New Roman" w:hAnsi="Times New Roman" w:eastAsia="Times New Roman" w:cs="Times New Roman"/>
        </w:rPr>
        <w:t>Térã eho, ehai henondépe peteĩ kuatiápe, ha emoĩ avei peteĩ arandukápe, hag̃ua hag̃ua ára oútavape g̃uarã, opa ára g̃uarã: ko’ãva niko tetã pu’akáva, ta’ýra japúva, ta’ýra nohenduséiva Ñandejára léi: he’íva umi ohechavévape: Pehecha’ỹ; ha umi maranduhárape: Ani peprofetisa oréve añetegua; peñe’ẽ oréve ñe’ẽ he’ỹiva, peprofetisa ñembotavy: Pejei tapegui, peñemboyke pe rapegui, peipe’a orendegui Israel Santope. Upévare péicha he’i Israel Santo: Peẽ pejerurégui ko ñe’ẽ, ha pejerovia ñembopojái ha japu rehe, ha pepyta hese: upévare ko mba’evai oikóta peẽme peteĩ kuatia ojepe’átavaicha, oguerojeráva peteĩ murálla yvatepe, ha iñembyai ou sapy’a peteĩ sapy’aitépe. Ha’e ombyaíta pe mba’yru ñai’ũ apoha mba’yru oñembyaívaicha, oñembyaipaite peve; noiporiahúta: upéicha rupi ndaijuhumo’ãi iñembyaipakuégui peteĩ te’ýi jepe ojegueraha hag̃ua tata tatarendágui, térã y ykua guive. Péicha he’i Ñandejára Tupã, Israel Santo: Pejevy jey ha pepytu’úramo, pejesalváta; py’aguapy ha jeroviápe oĩta pende mbarete: ha peẽ ndapeipotái. Péro peje: Nahániri; rojava’arã kavaju ári; upévare pejava’áta: ha, Roho’arã pya’e hag̃ua; upévare umi pende rapykue oútava ipya’etéta. Mil okañýta peteĩnte ñehundúgui; po ñehundúgui pekañýta: pehejáta peẽme peteĩ techaukahaicha yvyty ru’ã ári, ha peteĩ poyvi yvyty ári. Upévare Ñandejára oha’ãrõta, ipy’aporã hag̃ua penderehe, ha upévare oñemomba’eguasúta, poriahuvereko hag̃ua penderehe: Ñandejára niko Tupã tekojoja rehegua: ojehovasáva opa umi oha’arõva hese. Anichéne pe tetã oikóta Siónpe Jerusalénpe: nderejasýmo’ãvéima; ha’e tuicha ndeporiahuverekóta nde rasẽ ñe’ẽme; ohendúvo, ombohováita ndéve. Isaías 30:8–19.</w:t>
      </w:r>
    </w:p>
    <w:p>
      <w:pPr>
        <w:pStyle w:val="ArticleBody"/>
        <w:jc w:val="left"/>
      </w:pPr>
      <w:r>
        <w:rPr>
          <w:rFonts w:ascii="Times New Roman" w:hAnsi="Times New Roman" w:eastAsia="Times New Roman" w:cs="Times New Roman"/>
        </w:rPr>
        <w:t>Áño 1863-pe pe Adventismo oñepyrũ omboyke hag̃ua William Miller marandu profético, ojehechaukaháicha umi mokõi tabla marangatu Habacuc rehegua ári. Jesús omyesakã pe paha oñepyrũha rupive. Ko pasáhepe umi opuʼãva Adventismo ñepyrũme, avei ohechauka umi opuʼãvape Adventismo pahápe. Mokõivéva kásope pe ñemopuʼã ohechauka peteĩ ñemboyke marandu ha metodología profética rehegua peteĩteĩ historia-pe, haʼekuéra heʼívo umi “ohechávape”, “Ani pehecha; ha umi profétape, Ani peprofetisa oréve mbaʼe hekopeteva, peñeʼẽ oréve mbaʼe ijyʼúvare, peprofetisa ñembotavy.”</w:t>
      </w:r>
    </w:p>
    <w:p>
      <w:pPr>
        <w:pStyle w:val="ArticleBody"/>
        <w:jc w:val="left"/>
      </w:pPr>
      <w:r>
        <w:rPr>
          <w:rFonts w:ascii="Times New Roman" w:hAnsi="Times New Roman" w:eastAsia="Times New Roman" w:cs="Times New Roman"/>
        </w:rPr>
        <w:t>Ha’e kuéra avei oñemoĩmbaitéma oheja hag̃ua tape, oikuaaukávo: “Pejei ñande rapégui, peñemboyke tape-gui, peipe’a ore renondégui Israel-pegua Imarangatuvévape.” Tekovejojáva rape hína umi “tape yma guare” oje’éva Jeremías, capítulo seis, versículos dieciséis ha diecisiete-pe. Umi opu’ãva oñemoĩmbaitéma ndoguatamo’ãi hag̃ua umi añetegua iñepyrũmbyguáre, ni nohendusemo’ãi hag̃ua trompéta pu osẽva umi ñangarekohára oñemopu’ãva rupi, ohechaukáva Movimiento Millerita ha Future for America rembiapo.</w:t>
      </w:r>
    </w:p>
    <w:p>
      <w:pPr>
        <w:pStyle w:val="ArticleScripture"/>
        <w:jc w:val="left"/>
      </w:pPr>
      <w:r>
        <w:rPr>
          <w:rFonts w:ascii="Times New Roman" w:hAnsi="Times New Roman" w:eastAsia="Times New Roman" w:cs="Times New Roman"/>
        </w:rPr>
        <w:t>Péicha he'i Ñandejára: Peñembo'y tape kuérape, ha pehecha, ha peporandu umi ypygua rape rehe, moõpa oĩ pe tape porã, ha peguata ipype, ha pejuhúta pytu'u pene ánga kuérape guarã. Ha'e kuéra katu he'i: Ndoroguatamo'ãi ipype. Avei amoĩ penderehe ñangarekoha kuérape, ha ha'e: Pehendúke trompéta pu. Ha'e kuéra katu he'i: Norohehendumo'ãi. Upévare pehendu, peẽ tetã nguéra, ha peikuaa, aty, mba'épa oĩ ijapytepe kuéra. Ehendu, yvy: péina, aguerúta ivaíva ko tetãygua ári, ha'éva ijepy'amongeta kuéra yva, ndohendúigui che ñe'ẽnguéra, ni che léi, síno omboyke chupe. Jeremías 6:16–19.</w:t>
      </w:r>
    </w:p>
    <w:p>
      <w:pPr>
        <w:pStyle w:val="ArticleBody"/>
        <w:jc w:val="left"/>
      </w:pPr>
      <w:r>
        <w:rPr>
          <w:rFonts w:ascii="Times New Roman" w:hAnsi="Times New Roman" w:eastAsia="Times New Roman" w:cs="Times New Roman"/>
        </w:rPr>
        <w:t>Umi mboyke katu ndoikosei oiko tapére yma guaréva rehe avei oñerrepresenta ha’ekuéra rembipota ramo “ombopytu’u hag̃ua Israel Marangatuetéva oĩgui henondépekuéra”, ha ohechauka pe pyhare mbyte sapukái marandu rejeheja hag̃ua, oñemopyenda rupi pe Alfa ha Omega ohechaukávo Adventísmo paha ijoajúvo iñepyrũ rehe.</w:t>
      </w:r>
    </w:p>
    <w:p>
      <w:pPr>
        <w:pStyle w:val="ArticleScripture"/>
        <w:jc w:val="left"/>
      </w:pPr>
      <w:r>
        <w:rPr>
          <w:rFonts w:ascii="Times New Roman" w:hAnsi="Times New Roman" w:eastAsia="Times New Roman" w:cs="Times New Roman"/>
        </w:rPr>
        <w:t>“Oreko peteĩ tesape omimbipáva oñemoĩmava’ekue hapykuéri, tape ñepyrũme, ha peteĩ ánhel he’i chéve upéva ha’eha pe ‘sapukái pyhare mbytegua’. Ko tesape omimbi pe tape pukukue javeve, ha ome’ẽ tesape ipykuérape, ani hag̃ua oñepysanga.”</w:t>
      </w:r>
    </w:p>
    <w:p>
      <w:pPr>
        <w:pStyle w:val="ArticleScripture"/>
        <w:jc w:val="left"/>
      </w:pPr>
      <w:r>
        <w:rPr>
          <w:rFonts w:ascii="Times New Roman" w:hAnsi="Times New Roman" w:eastAsia="Times New Roman" w:cs="Times New Roman"/>
        </w:rPr>
        <w:t>“Ojapytáramo hesakuéra Jesús rehe, oĩva hendape kuéra renondépe, ogueraháva chupekuéra pe táva gotyo, ha’e kuéra oĩ porã vaʼekue. Péro pyaʼeete oĩ umi ikaneʼõva, ha heʼíva pe táva mombyryetereiha, ha haʼekuéra ohaʼarõ vaʼekue oike hag̃ua ipype ymaiteve. Upémarõ Jesús omokyreʼỹ chupekuéra ohupi hag̃ua Ijyva akatúa hechapyrãva; ha Ijyvágui osẽ peteĩ tesape ojereva pe aty adventista ári, ha haʼekuéra osapukái: ‘Aleluya!’ Ambuekuéra katu pyʼahatãme omoneĩʼỹ pe tesape oĩva hapykuépe, ha heʼi ndahaʼéi hague Tupã pe oguerahávaʼekue chupekuéra péicha mombyry. Pe tesape oĩva hapykuépe ogue, ha upéicha opyta ipykuéra pytũmbýpe añetetépe; ha haʼekuéra hepykoty, okañy chuguikuéra pe mbaʼe rechaukaha ha Jesús rehecha, ha hoʼa tapegui yvýpe, pe mundo iñypytũ ha aña oĩva iguýpe.” Christian Experience and Teachings of Ellen G. White, 57.</w:t>
      </w:r>
    </w:p>
    <w:p>
      <w:pPr>
        <w:pStyle w:val="ArticleBody"/>
        <w:jc w:val="left"/>
      </w:pPr>
      <w:r>
        <w:rPr>
          <w:rFonts w:ascii="Times New Roman" w:hAnsi="Times New Roman" w:eastAsia="Times New Roman" w:cs="Times New Roman"/>
        </w:rPr>
        <w:t>Pe mopotĩrõ ojehechaukáva Pyhare Pyte Sapy’a guasu rupive omoheñói mokõi aty omomba’eguasúva, ha Isaías, capítulo treinta-pe, ohechauka umi vírgenes tavy kuéra ndorekoiha aséite peteĩ incapacidad ramo ombyaty hag̃ua y térã tata, mokõivéva símbolo Consolador rehegua, Isaías he’i jave: “ijaiha ou sapy’aitépe, peteĩ sapy’ápe. Ha’e omboja’óta ñai’ũ apohára rembiapo ojepóipehẽvaicha; ndoporoporiahúta: upéicha rupi nañemoĩri hag̃ua ipéhe peteĩ ipehẽngue ojepuru hag̃uáicha ojegueraha hag̃ua tata tataypygui, térã ojeipyhy hag̃ua y yvykua guýgui.” Ijovake ou “sapy’aitépe” ojehechaukaháicha sapukái pyhare pytepeguápe, upérõ ha’ekuéra oikuaa hag̃ua ndaikatuiha véima ohupyty pe aséite. Pe tata ha pe y Isaías testimonio-pe ha’e mante ambue jehechauka pe aséite rehegua pe parábola diez vírgenes reheguápe. Aséite, y ha tata ohechauka carácter; ohechauka pe marandu ha avei Consolador jeheguapy. Avave ko’ã símbolo rehegua ndaikatúi oñehupyty pe diez vírgenes jovake “ou jave sapy’aitépe, peteĩ sapy’ápe.” Upérõ itarambéma.</w:t>
      </w:r>
    </w:p>
    <w:p>
      <w:pPr>
        <w:pStyle w:val="ArticleBody"/>
        <w:jc w:val="left"/>
      </w:pPr>
      <w:r>
        <w:rPr>
          <w:rFonts w:ascii="Times New Roman" w:hAnsi="Times New Roman" w:eastAsia="Times New Roman" w:cs="Times New Roman"/>
        </w:rPr>
        <w:t>Pe peteĩ tekorosã añetegua oĩ “jevy”pe añoite, ha upéva hína pe ñe’ẽme’ẽ oñeme’ẽva’ekue Jeremíaspe, ha’e ohechauka jave umi oñembotavývape pe ñembotavy peteĩha rire. Tupã tavayguakuéra ou jeýramo hendápe, Ha’e ou jeýta hendápekuéra; ha umi opu’ãva katu ndoipotái, ha pe tesape omyesakãva’ekue tape ogue. Pe tesape iñepyrũme va’ekue hína pe Sapukái Pyhare Mbytegua, ha pe tape tenonde gotyo omyesakãva’ekue Cristo ipo akatúa mimbipáva opa peve tekove opave’ỹvape. Cristo oĩkuri tenonde umi oĩvagui pe tapére, ha pe tesape tapykuépe oĩva’erã pe tesape voi, Cristo ohechauka rupi pe tape paha pe tape ñepyrũ reheve. Pe Sapukái Pyhare Mbytegua va’ekue ha ha’e ko’ág̃a pe añetegua ko ára pegua.</w:t>
      </w:r>
    </w:p>
    <w:p>
      <w:pPr>
        <w:pStyle w:val="ArticleScripture"/>
        <w:jc w:val="left"/>
      </w:pPr>
      <w:r>
        <w:rPr>
          <w:rFonts w:ascii="Times New Roman" w:hAnsi="Times New Roman" w:eastAsia="Times New Roman" w:cs="Times New Roman"/>
        </w:rPr>
        <w:t>“Py’ỹi oñemondo chéve umi pa karai’ỹ pahápe oñe’ẽva pa marangatukuéra rehe, diez virgen-kuéra rehe, cinco ijarandúva ha cinco itavyva’ekue. Ko parábola oñekumpli va’ekue ha oñekumplíta pe letraite peve, pórke oguereko peteĩ aplicación especial ko ára rehegua, ha, pe mensáhe ángel mbohapyhaicha, oñekumpli va’ekue ha osegíta añetegua ko’ág̃agua ramo pe ára paha peve.” Review and Herald, 19 de agosto de 1890.</w:t>
      </w:r>
    </w:p>
    <w:p>
      <w:pPr>
        <w:pStyle w:val="ArticleBody"/>
        <w:jc w:val="left"/>
      </w:pPr>
      <w:r>
        <w:rPr>
          <w:rFonts w:ascii="Times New Roman" w:hAnsi="Times New Roman" w:eastAsia="Times New Roman" w:cs="Times New Roman"/>
        </w:rPr>
        <w:t>Peteĩ tembiapo vai potáva ombogue hag̃ua Henondépe pe Imarangatuetéva ndaha’éi Cristo añónte rejejaíva, ha katu Cristo-pe rejejaíva Alpha ha Omega ramo. Kóva hína pe pyhare mbyte sapukái marandu rejejaíha. Pe pyhare mbyte sapukái marandu, Adventismo ñepyrũme, ha’e va’ekue peteĩ jehekombo’e pe marandu vaiete va’ekue rehe.</w:t>
      </w:r>
    </w:p>
    <w:p>
      <w:pPr>
        <w:pStyle w:val="ArticleBody"/>
        <w:jc w:val="left"/>
      </w:pPr>
      <w:r>
        <w:rPr>
          <w:rFonts w:ascii="Times New Roman" w:hAnsi="Times New Roman" w:eastAsia="Times New Roman" w:cs="Times New Roman"/>
        </w:rPr>
        <w:t>Umi pu’akáva omboykéva “tape yma guarépe” ha omoheñóiva peteĩ “mesa” japóva, oñemboja’óva umi ijojaha’ỹvagui, ojehechauka haguéicha pe cumplimiento pe Millerita movimiento-pe pe Grito de Medianoche rehegua. Upéi “Mil” okañy “peteĩ ñe’ẽratã rupi”, ha pe movimiento pya’eterei oguejy cincuenta mil-gui cincuenta-pe. Okañy hikuái pe “ñe’ẽratã” rehegua oúva’ekue umi “po” virgen iñarandúvagui, he’íva chupekuéra ndaiporiha aceite ikatúva omboja’o, ha oho va’erãha ojogua hag̃ua hikuái ijehegui g̃uarã. Pe ñemboja’o umi itavývagui umi iñarandúvape oheja umi virgen iñarandúvape “peteĩ techaukaha ramo yvyty ru’ã ári, ha peteĩ poyvi ramo peteĩ cerro ári.” Pe pu’aka umi virgen itavýva rehegua 22 jasypakõi 1844-pe ohechauka pe pu’aka 1863-pe guare, 22 jasypakõi 1844-gui niko oñepyrũ umi diecinueve ary ohechaukáva pe paha umi “siete tiempos” Levítico veintiséis-pe. Ore roguereko hetave mba’e ja’e hag̃ua ko tema rehe, ha pe pu’aka 1844-pe guare oikuaa uka pe pu’aka 1863-pe guare ha omarka pe punto oñemoheñóihápe pe mesa japóva.</w:t>
      </w:r>
    </w:p>
    <w:p>
      <w:pPr>
        <w:pStyle w:val="ArticleBody"/>
        <w:jc w:val="left"/>
      </w:pPr>
      <w:r>
        <w:rPr>
          <w:rFonts w:ascii="Times New Roman" w:hAnsi="Times New Roman" w:eastAsia="Times New Roman" w:cs="Times New Roman"/>
        </w:rPr>
        <w:t>Okyhyje ohasáva umi virgen insensátape, ha’e pe okyhyje ojehechaukáva umi virgen arandukuaáva ojeguerujevývo jey ha oñembo’ývo ipy ári. Upérõ ijárai’etereíma hag̃ua ojevy pe ñembyasy guasu 18 de julio de 2020-gua-gui, ha pe mba’e oikótava upe rire ha’e pe jehupi yvágape oikóva pe léi domíngo jave. Upérõ avei oiko peteĩ yvyryrýi guasu.</w:t>
      </w:r>
    </w:p>
    <w:p>
      <w:pPr>
        <w:pStyle w:val="ArticleScripture"/>
        <w:jc w:val="left"/>
      </w:pPr>
      <w:r>
        <w:rPr>
          <w:rFonts w:ascii="Times New Roman" w:hAnsi="Times New Roman" w:eastAsia="Times New Roman" w:cs="Times New Roman"/>
        </w:rPr>
        <w:t>Ha upe aravoitépe oiko peteĩ yvyryrýi tuicháva, ha pe távagui peteĩ décima oity; ha pe yvyryrýipe omanókuri yvypórakuéra apytégui siete mil; ha umi hembýva okyhyje eterei ha omeʼẽ mbytekuaa yvága Jára pe. Pe mokõiha jehasa asy ohasáma; ha, péina, pe mbohapyha jehasa asy ou pyaʼe. Apocalipsis 11:13, 14.</w:t>
      </w:r>
    </w:p>
    <w:p>
      <w:pPr>
        <w:pStyle w:val="ArticleBody"/>
        <w:jc w:val="left"/>
      </w:pPr>
      <w:r>
        <w:rPr>
          <w:rFonts w:ascii="Times New Roman" w:hAnsi="Times New Roman" w:eastAsia="Times New Roman" w:cs="Times New Roman"/>
        </w:rPr>
        <w:t>Apocalipsis kapítulo 11 oikuaauka, Revolución Francesa aja jave, ho’a hague táva pehẽngue pahapygui peteĩ; ha upe tembiasakuepe tetã Francia, peteĩ tetã oguerekóva mokõi kũatĩ profétiko oñembojekuaáva Sodoma ha Egipto ramo, oñemboguejy. Francia rembe’y mokõi rehegua oñemomba’eguasu Estados Unidos rembe’y mokõi reheguaicha.</w:t>
      </w:r>
    </w:p>
    <w:p>
      <w:pPr>
        <w:pStyle w:val="ArticleBody"/>
        <w:jc w:val="left"/>
      </w:pPr>
      <w:r>
        <w:rPr>
          <w:rFonts w:ascii="Times New Roman" w:hAnsi="Times New Roman" w:eastAsia="Times New Roman" w:cs="Times New Roman"/>
        </w:rPr>
        <w:t>Fránsia haʼe vaʼekue profétikamente peteĩva umi diez rréinogui ohechaukáva Roma pagana Daniel 7-pe, ha upévare hoʼa peteĩ décima pehẽ rréino-gui (siudágui). Añetehápe, umi diez akãratĩ Daniel 7-gua apytépe, ipahápe omoĩva’ekue papadope yvy guive tróno ári ary 538-pe, Fránsia haʼe vaʼekue pe rréino tenondegua omopyendáva papado. Oĩháicha peteĩva umi diez puʼaka Daniel 7-gua, Fránsia ohechauka pe tembiapo orekóva pe mymba yvyguigua mokõi akãratĩva Apocalipsis 13-pe. Estados Unidos omohuʼã pe tembiapo peteĩcha papado rehehápe paha gotyo, mbaʼéichapa Fránsia ojapo vaʼekue iñepyrũme. Estados Unidos haʼe pe puʼaka tenondegua umi diez rréi apytépe ohechaukáva Naciones Unidas, ha hoʼa pe yvyryrýi pype léi domingo jave. Koʼã versíkulo rehe ñañeʼẽta hetave mbaʼére pe artíkulo oúvape.</w:t>
      </w:r>
    </w:p>
    <w:p>
      <w:pPr>
        <w:pStyle w:val="ArticleBody"/>
        <w:jc w:val="left"/>
      </w:pPr>
      <w:r>
        <w:rPr>
          <w:rFonts w:ascii="Times New Roman" w:hAnsi="Times New Roman" w:eastAsia="Times New Roman" w:cs="Times New Roman"/>
        </w:rPr>
        <w:t>Peteĩva umi mbaʼe iñimportantevéva ko artículo-pe haʼe hína peteĩ marandu omoñemboʼýva Tupã retãyguakuérape; pe Consolador omoñemboʼýva chupekuéra rehechauka pe asýte, ha upéva ndahaʼéi año Espíritu Santo rehegua, síno avei umi ñeʼẽmondo Tupã omondóva Itavayguakuérape. Pe marandu Apocalipsis capítulo once-gua omoñemboʼýva Moisés ha Elías-pe oñerepresenta avei pe ñeʼẽmeʼẽ Jeremías-pe oñemeʼẽ vaʼekuépe.</w:t>
      </w:r>
    </w:p>
    <w:p>
      <w:pPr>
        <w:pStyle w:val="ArticleScripture"/>
        <w:jc w:val="left"/>
      </w:pPr>
      <w:r>
        <w:rPr>
          <w:rFonts w:ascii="Times New Roman" w:hAnsi="Times New Roman" w:eastAsia="Times New Roman" w:cs="Times New Roman"/>
        </w:rPr>
        <w:t>Upévare péicha he’i Ñandejára: Nde rejevýramo, che rombojevýta, ha reñembo’éta che renondépe; ha reipe’áramo iporãva ivaívagui, nde reiko hag̃ua che juruicha. Tojevy hikuái nendápe; ani hag̃ua nde rejevy hendápe kuéra. Ha ajapóta ndéve ko tetãme peteĩ murálla de brónse oñembýatýva; ha oñorairõta nendive, péro ndoipu’akamo’ãi nderehe; che aime hag̃ua nendive roñangareko ha roipe’a hag̃ua, he’i Ñandejára. Ha roipe’áta umi iñañáva póguigui, ha rosalváta umi kyhyjehárape póguigui. Jeremías 15:19–21.</w:t>
      </w:r>
    </w:p>
    <w:p>
      <w:pPr>
        <w:pStyle w:val="ArticleBody"/>
        <w:jc w:val="left"/>
      </w:pPr>
      <w:r>
        <w:rPr>
          <w:rFonts w:ascii="Times New Roman" w:hAnsi="Times New Roman" w:eastAsia="Times New Roman" w:cs="Times New Roman"/>
        </w:rPr>
        <w:t>Isaías ojapo vaʼekue upe jejurure peteĩcha heʼívo: “Péicha he’i Ñandejára Jára, Israel Santo; Pe jevy ha pytuʼúpe peñesalváta.” Isaías ombojoapy vaʼekue pe “jevy” ojoajuha pe aranduka’i ñeʼẽtekuaa pegua arõha ára ndive, ohai rupi: “Ha upévare Ñandejára ohaʼarõta pene poriahuvereko hag̃ua, ha upévare oñembotuicháta pene poriahu hag̃ua: Ñandejára niko tekojoja Jára; ojehovasapyre opa umi hese ohaʼaróva.”</w:t>
      </w:r>
    </w:p>
    <w:p>
      <w:pPr>
        <w:pStyle w:val="ArticleBody"/>
        <w:jc w:val="left"/>
      </w:pPr>
      <w:r>
        <w:rPr>
          <w:rFonts w:ascii="Times New Roman" w:hAnsi="Times New Roman" w:eastAsia="Times New Roman" w:cs="Times New Roman"/>
        </w:rPr>
        <w:t>Pe priviléhio ja’e hag̃ua Tupã “juru” ramo, Jeremías ohechauka haguéicha, ha’e pe priviléhio oñeñe’ẽ hag̃ua Tupã rérape upe ára Estados Unidos “ñe’ẽ jave mbói guasuicha”. Umi ñe’ẽ upérõ he’íta Tupã tavayguakuéra ha’éta pe ñeñangareko pe marandu pype pe marca mymba papal rehegua rehe. Oike hag̃ua upe movimiento gloriosope tekotevẽ jahasajevy.</w:t>
      </w:r>
    </w:p>
    <w:p>
      <w:pPr>
        <w:pStyle w:val="ArticleScripture"/>
        <w:jc w:val="left"/>
      </w:pPr>
      <w:r>
        <w:rPr>
          <w:rFonts w:ascii="Times New Roman" w:hAnsi="Times New Roman" w:eastAsia="Times New Roman" w:cs="Times New Roman"/>
        </w:rPr>
        <w:t>Nde rerujéramo ramo, Israel, he’i Ñandejára, che rendápe rerujérata; ha remombytévo nde jeguaru che renondégui, nderejeremo’ãi. Ha reñe’ẽme’ẽta: “Oikove Ñandejára”, añeteguápe, tekojojápe ha teko porãme; ha tetã nguéra oñembohovasáta hese, ha hese voi oñemomba’eguasúta. Péicha he’i Ñandejára Judá kuimba’érape ha Jerusalén guárape: Pejokupyty pe yvy oñeñotỹ’ỹva, ha ani peñotỹ ñuatĩ apytépe. Pejejapi Ñandejárape guarã, ha peipe’a pene korasõ pire, peẽ Judá kuimba’e ha Jerusalén guaikuéra: ani hag̃ua osẽ che pochy tataicha ha okái ndaipóri hag̃uáicha ombogue hag̃uáva, pende rembiapo vaikue rupi. Pemombe’u Judápe, ha peikuaauka Jerusalénpe; ha peje: “Peipú pe turu retãme; pesapukái, peñembyaty, ha peje: ‘Peñembyaty, ha jaháke táva mbaretepýpe’”. Pemopu’ã pe poyvi Sión gotyo: pejevy, ani pejejoko; che aguerúta hag̃ua mba’e vai yvate gotyogua, ha peteĩ ñehundi guasu. Pe leõ osẽma ijatyhégui, ha tetã nguéra ohundíva ou hína ihapérupi; osẽma tenda oĩhágui omoingo hag̃uáicha ne retã nandi, ha nde táva kuéra opytáta oñehundi, avave oiko’ỹre ipype. Jeremías 4:1–7.</w:t>
      </w:r>
    </w:p>
    <w:p>
      <w:pPr>
        <w:pStyle w:val="ArticleScripture"/>
        <w:jc w:val="left"/>
      </w:pPr>
      <w:r>
        <w:rPr>
          <w:rFonts w:ascii="Times New Roman" w:hAnsi="Times New Roman" w:eastAsia="Times New Roman" w:cs="Times New Roman"/>
        </w:rPr>
        <w:t>Ha Ñandejára Espíritu ou Gedeón ári, ha haʼe opu’ã turu hag̃ua; ha Abiezer oñembyaty hapykuéri. Upéi omondo marandu rerahaha opa Manasés rupi; ha umíva avei oñembyaty hapykuéri. Avei omondo marandu rerahaha Aser, Zabulón ha Neftalí-pe; ha haʼekuéra ojupi ojojuhu hag̃ua hendivekuéra. Jueces 6:34, 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Tetãryrã Amérikape guarã ha 18 jasypokõi, 2020 - Papapy seis hag̃ua</dc:title>
  <dc:subject>Pe Techaukaha</dc:subject>
  <dc:creator>Jeff Pippenger</dc:creator>
  <cp:keywords/>
  <dc:description>Generated by ArticleDigger from future_for_america\06_future_for_america.json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