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Futuro Amerika-pe g̃uarã ha 18 de julio de 2020 - Papapy 7</w:t>
      </w:r>
    </w:p>
    <w:p>
      <w:pPr>
        <w:pStyle w:val="ArticleSubtitle"/>
        <w:jc w:val="left"/>
      </w:pPr>
      <w:r>
        <w:rPr>
          <w:rFonts w:ascii="Arial" w:hAnsi="Arial" w:eastAsia="Arial" w:cs="Arial"/>
        </w:rPr>
        <w:t>Umi Hu’ỹva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2023-09-25</w:t>
      </w:r>
    </w:p>
    <w:p>
      <w:pPr>
        <w:pStyle w:val="ArticleBody"/>
        <w:jc w:val="left"/>
      </w:pPr>
      <w:r>
        <w:rPr>
          <w:rFonts w:ascii="Times New Roman" w:hAnsi="Times New Roman" w:eastAsia="Times New Roman" w:cs="Times New Roman"/>
        </w:rPr>
        <w:t>Peteĩ artículo ramo nda’aréi ñamyesakãma Isaías mokõi pa mokõi-pe pe “mba’epohýi pe ñu yvyty pa’ũ jehechapy rehegua.” Upépe ñamombe’u pe “ñu yvyty pa’ũ jehechapy rehegua” ha’eha peteĩ símbolo geográfico ohechaukáva pe joavy umi Laodiceaygua ha Filadelfiaygua apytépe umi “ára pahápe.” Umi mba’e ombojoaju vaekue umi virhén tavýva Laodiceayguápe atykuérape, umi tata ñehundihápe guarã, ha’e vaekue umi “hu’ypohára.” Umi hu’ypohára profecía bíblicape ohechauka Islam-pe.</w:t>
      </w:r>
    </w:p>
    <w:p>
      <w:pPr>
        <w:pStyle w:val="ArticleScripture"/>
        <w:jc w:val="left"/>
      </w:pPr>
      <w:r>
        <w:rPr>
          <w:rFonts w:ascii="Times New Roman" w:hAnsi="Times New Roman" w:eastAsia="Times New Roman" w:cs="Times New Roman"/>
        </w:rPr>
        <w:t>Ha Tupã he’i Abraham-pe: Ani reñembyasy nde resa renondépe mitãrusu rehe, ni ne rembiguái kuña rehe; opa mba’épe Sara he’íva ndéve, ehendu iñe’ẽ; Isaac rupive niko oñembohérata ne ñemoñare. Ha avei ne rembiguái kuña ra’ygui ajapóta peteĩ tetã, ha’e niko ne ñemoñare. Upémarõ Abraham opu’ã pyharevete voi, ha ojapyhy mbuja ha peteĩ hy’a y rehegua, ha ome’ẽ Hagar-pe, omoĩvo iati’y ári, ha avei mitãrusupe, ha omondo chupe. Ha’e osẽ ha oguata ojevy’a’ỹre Beerseba ñu meguápe. Ha opa y hy’ápe, upémarõ omombo mitãrusupe peteĩ ka’aguy’i guýpe. Ha oho oguapy henondépe mombyrymi, peteĩ hu’y mombyrykue rupi; he’i niko: Ani hag̃uáicha ahecha mitãrusu mano. Upémarõ oguapy henondépe, ha ohupi iñe’ẽ ha hasẽ. Ha Tupã ohendu mitãrusu ñe’ẽ; ha Tupã remimbou ohenói Hagar-pe yvágagui ha he’i chupe: Mba’épa ojehu ndéve, Hagar? Ani rekyhyje; Tupã ohendu niko mitãrusu ñe’ẽ oĩháme. Epu’ã, ehupi mitãrusupe ha ejoko nde po reheve; che ajapóta chugui peteĩ tetã guasu. Upérõ Tupã oipe’a hesakuéra, ha ha’e ohecha peteĩ ykua; ha oho omyenyhẽ pe hy’a y reheve ha omboy’u mitãrusupe. Ha Tupã oĩ mitãrusu ndive; ha okakuaa, oiko ñu meguápe, ha oiko peteĩ hu’yporãhára. Génesis 21:12–21.</w:t>
      </w:r>
    </w:p>
    <w:p>
      <w:pPr>
        <w:pStyle w:val="ArticleBody"/>
        <w:jc w:val="left"/>
      </w:pPr>
      <w:r>
        <w:rPr>
          <w:rFonts w:ascii="Times New Roman" w:hAnsi="Times New Roman" w:eastAsia="Times New Roman" w:cs="Times New Roman"/>
        </w:rPr>
        <w:t>Ismael, Agar ra’y, oiko vaʼerã Islam retãgua ru, ha oñembohechauka chupe “huʼy jára” ramo. Ismael ñeʼẽpy peteĩha omyesakã hembiaporã maranduʼi marangatupegua profecíape.</w:t>
      </w:r>
    </w:p>
    <w:p>
      <w:pPr>
        <w:pStyle w:val="ArticleScripture"/>
        <w:jc w:val="left"/>
      </w:pPr>
      <w:r>
        <w:rPr>
          <w:rFonts w:ascii="Times New Roman" w:hAnsi="Times New Roman" w:eastAsia="Times New Roman" w:cs="Times New Roman"/>
        </w:rPr>
        <w:t>Ha Ñandejára remimbou he’i chupe: Nde ryepýpe reikóma, ha remembýta peteĩ ta’ýra, ha remoĩta héra Ismael; Ñandejára niko ohendúgui nde jehasa asy. Ha’e peteĩ kuimba’e ka’aguygua-icha va’erã; ipo opu’ãta opavave rehe, ha opavave po opu’ãta hese; ha oikóta opa ijoyke’y kuéra renondépe. Génesis 16:11, 12.</w:t>
      </w:r>
    </w:p>
    <w:p>
      <w:pPr>
        <w:pStyle w:val="ArticleBody"/>
        <w:jc w:val="left"/>
      </w:pPr>
      <w:r>
        <w:rPr>
          <w:rFonts w:ascii="Times New Roman" w:hAnsi="Times New Roman" w:eastAsia="Times New Roman" w:cs="Times New Roman"/>
        </w:rPr>
        <w:t>Tetã Islam rehegua “opáichagua kuimbaʼe reheta hag̃ua,” ha “opa kuimbaʼe po” oĩta “hese.” Pe ñeʼẽ oñembohasáva “sajúramo” heʼise pe mburika Arabiahápegua saju, upévare, iñepyrũ guive Ismael ojehechauka ramo marandu hag̃uáicha, oñembojoaju “kavaju ñemoñare” rehe, ha haʼe ombyatyta opa tetã yvy ape arigua peteĩ ñeʼẽme hesegua itetã rehe.</w:t>
      </w:r>
    </w:p>
    <w:p>
      <w:pPr>
        <w:pStyle w:val="ArticleBody"/>
        <w:jc w:val="left"/>
      </w:pPr>
      <w:r>
        <w:rPr>
          <w:rFonts w:ascii="Times New Roman" w:hAnsi="Times New Roman" w:eastAsia="Times New Roman" w:cs="Times New Roman"/>
        </w:rPr>
        <w:t>Umi Millerita oikuaa vaʼekue pe mbohapy ñembyasýva Apocalipsis capítulo 9-pe orrepresentaha Islam rembiasakue profética, ha upéicha rupi ohechauka jey vaʼekue jehechahápe Islam peteĩ kavaju ramo mokõivéva Habacuc mokõi tabla marangatu ári. Umi cuadro “oñemotenonde vaʼekue Ñandejára po rupive” ha oñeprofetisa hague Heseguasu Habacuc capítulo 2-pe. Oñemboyke hag̃ua pe añetegua heʼíva Islam ojehechauka hague pe mbohapy ñembyasýva rupive Apocalipsis capítulo 8 versículo 13-pe, haʼe hína oñemboyke hag̃ua Espíritu de Profecía ha Habacuc-pe. Upéva hína peteĩ ñemboyke mokõivévape g̃uarã: pe Biblia ha Espíritu de Profecía.</w:t>
      </w:r>
    </w:p>
    <w:p>
      <w:pPr>
        <w:pStyle w:val="ArticleScripture"/>
        <w:jc w:val="left"/>
      </w:pPr>
      <w:r>
        <w:rPr>
          <w:rFonts w:ascii="Times New Roman" w:hAnsi="Times New Roman" w:eastAsia="Times New Roman" w:cs="Times New Roman"/>
        </w:rPr>
        <w:t>Ha ahecha, ha ahendu peteĩ ánhel ovevéva yvága mbyte rupi, he’íva ñe’ẽ hatãme: ¡Avaí, avaí, avaí umi yvy ári oikóvape, ambue ñe’ẽnguéra turu rehegua rupi umi mbohapy ánhel mba’éva gueteri opu’ã hag̃uápe! Apocalipsis 8:13.</w:t>
      </w:r>
    </w:p>
    <w:p>
      <w:pPr>
        <w:pStyle w:val="ArticleBody"/>
        <w:jc w:val="left"/>
      </w:pPr>
      <w:r>
        <w:rPr>
          <w:rFonts w:ascii="Times New Roman" w:hAnsi="Times New Roman" w:eastAsia="Times New Roman" w:cs="Times New Roman"/>
        </w:rPr>
        <w:t>Ojerehe hag̃ua pe añetegua ha’e hína jeñapytĩ pe ñehundipa tatápe, ha Adventismo omoñepyrũ ikatupyryrãme pe iñakãrechakuaa mbeguekatúpe ojereíva añeteguágui ary 1863-pe. Islam ha’e pe mba’e omoñondéva opa tetãnguéra yvy ariguápe mbohapyha ñembyasy guasu aja. Ko peteĩntegua ojehechauka kuri 11 jasyporundy ary 2001-pe, ha’égui pe peteĩha techaukaha rape rehegua umi poapy aratiri apytégui, upévare tekotevẽ avei tohechauka pe paha techaukaha rape rehegua umi poapy aratiri apytégui. Pe paha techaukaha rape rehegua umi poapy aratiri apytégui umi “ára pahápe” ha’e pe arapokõindy léi, upéi pe mbohapyha ñembyasy guasu ou pya’e. Pe pokatu ombopochýva tetãnguéra ha’e Islam, ha umi ára pahápe Islam ombopochy tetãnguérape 11 jasyporundy ary 2001-pe, ha upe jave avei “ojejoko” hikuái. Upe tiempo-pe pe ama paha oñepyrũ oky michĩ hag̃ua tenonderãite pe ñehẽmbapukukue tuicháva mboyve oikóva pe novia oñembosako’i jave hag̃ua.</w:t>
      </w:r>
    </w:p>
    <w:p>
      <w:pPr>
        <w:pStyle w:val="ArticleScripture"/>
        <w:jc w:val="left"/>
      </w:pPr>
      <w:r>
        <w:rPr>
          <w:rFonts w:ascii="Times New Roman" w:hAnsi="Times New Roman" w:eastAsia="Times New Roman" w:cs="Times New Roman"/>
        </w:rPr>
        <w:t>“Upérõ pe árape, pe tembiapo ñepysyrõ rehegua oñemboty hag̃uáicha, jehasa’asy ouva’erãta ko yvy ári, ha umi tetãnguéra ipochyta, upéicharõ jepe oñejokóta ani hag̃ua ojoko pe tembiapo mbohapyha ánhel rehegua. Upérõ oguahẽta pe ‘ama pahápegua,’ térã pe mbopy’aguapy Ñandejára renondégui ouva, ome’ẽ hag̃uáicha pokatu pe ñe’ẽ hatã mbohapyha ánhelme, ha ombosako’i hag̃ua umi marangatu ikatu hag̃uáicha oĩ mbarete pe ára umi pokõi plága pahápegua oñeñohẽmbotávo.” Early Writings, 85.</w:t>
      </w:r>
    </w:p>
    <w:p>
      <w:pPr>
        <w:pStyle w:val="ArticleBody"/>
        <w:jc w:val="left"/>
      </w:pPr>
      <w:r>
        <w:rPr>
          <w:rFonts w:ascii="Times New Roman" w:hAnsi="Times New Roman" w:eastAsia="Times New Roman" w:cs="Times New Roman"/>
        </w:rPr>
        <w:t>11 jasypakõi ary 2001-pe oñepyrũ umi oikovéva juicio, tetãnguéra ipochy Islam ojapo vaʼekue ataque Estados Unidos rehe ha pe ama pahague oñepyrũ hoʼa. Pe juicio oñepyrũ Tupã róga ndive, ha Tupã róga juicio opa pe crisis léi domingo peve; upéi oñepyrũ Tupã ambue atyʼi juicio. Heta mbaʼe oike ko añetegua iñimportantetereívape, ha koʼã añetegua ojehechauka porã serie-pe, Habakkuk’s Tables. Tuicha mbaʼe vaʼekue oñemoĩ koʼã mbaʼe ko artículo-pe koʼápe, ñande jajevy mboyve Apocalipsis kapítulo once narrativa-pe.</w:t>
      </w:r>
    </w:p>
    <w:p>
      <w:pPr>
        <w:pStyle w:val="ArticleScripture"/>
        <w:jc w:val="left"/>
      </w:pPr>
      <w:r>
        <w:rPr>
          <w:rFonts w:ascii="Times New Roman" w:hAnsi="Times New Roman" w:eastAsia="Times New Roman" w:cs="Times New Roman"/>
        </w:rPr>
        <w:t>Ha upe aravópe oiko peteĩ yvyryrýi guasu; ha táva pehẽngue décimo ho’a; ha upe yvyryrýipe ojejuka yvypóra apytégui siete mil: ha umi hembýva kyhyjepápe opyta, ha omomba’e hag̃ua yvága Járape. Pe mokõiha ñembyasy ohasa; ha, péina, pe mbohapyha ñembyasy ou pya’e. Apocalipsis 11:13, 14.</w:t>
      </w:r>
    </w:p>
    <w:p>
      <w:pPr>
        <w:pStyle w:val="ArticleBody"/>
        <w:jc w:val="left"/>
      </w:pPr>
      <w:r>
        <w:rPr>
          <w:rFonts w:ascii="Times New Roman" w:hAnsi="Times New Roman" w:eastAsia="Times New Roman" w:cs="Times New Roman"/>
        </w:rPr>
        <w:t>Pe “terremoto guasu” omombe’úva mba’éichapa oñembojerovia hag̃ua tetã Francia-pe Revolución Francesa jave, ohechauka pe oñembojeroviapaiteha Estados Unidos-pe léi domingo jave. Pe apostasía nacional oúta ruiná nacional rire, ha oñehundívo Estados Unidos, opa yvy tuichakue oñemomyíta ipy guive; upévare pe símbolo “terremoto” rehegua. Upérõ “pe mbohapyha ñembyasy ou pyaʼe.” Islam ojehechauka umi mokõi mesa marangatu ári peteĩha ha mokõiha ñembyasy ramo Apocalipsis nueve-pe, ha pe peteĩha ñembyasy haʼéramo Islam ha pe mokõiha ñembyasy haʼéramo Islam, upéicharõ pe mbohapyha ñembyasy tekotevẽ haʼe Islam, mbaʼérepa mokõi testimónio ñeʼẽ rupive peteĩ mbaʼe oñemopyenda. Estados Unidos oñenupã jeýta Islam rupive léi domingo jave.</w:t>
      </w:r>
    </w:p>
    <w:p>
      <w:pPr>
        <w:pStyle w:val="ArticleBody"/>
        <w:jc w:val="left"/>
      </w:pPr>
      <w:r>
        <w:rPr>
          <w:rFonts w:ascii="Times New Roman" w:hAnsi="Times New Roman" w:eastAsia="Times New Roman" w:cs="Times New Roman"/>
        </w:rPr>
        <w:t>Oñe’ẽvo Ezequiel rembiguái kanguekuéra ñu rehegua, Hermana White ohai ko’ã mba’e.</w:t>
      </w:r>
    </w:p>
    <w:p>
      <w:pPr>
        <w:pStyle w:val="ArticleScripture"/>
        <w:jc w:val="left"/>
      </w:pPr>
      <w:r>
        <w:rPr>
          <w:rFonts w:ascii="Times New Roman" w:hAnsi="Times New Roman" w:eastAsia="Times New Roman" w:cs="Times New Roman"/>
        </w:rPr>
        <w:t>“Umi ánhel ojoko pe irundy yvytu, ojehechaukáva peteĩ kavaju pochýicha oheka hag̃uáicha ojei, ha oñani hag̃ua opa yvy ape ári, oguerahávo ñehundi ha mano hapére.</w:t>
      </w:r>
    </w:p>
    <w:p>
      <w:pPr>
        <w:pStyle w:val="ArticleScripture"/>
        <w:jc w:val="left"/>
      </w:pPr>
      <w:r>
        <w:rPr>
          <w:rFonts w:ascii="Times New Roman" w:hAnsi="Times New Roman" w:eastAsia="Times New Roman" w:cs="Times New Roman"/>
        </w:rPr>
        <w:t>“¿Piko piko ra’e ñake pe arapy opa’ỹva rembe’ýpe voi? ¿Piko ñande kyre’ỹ’ỹ, ro’ysã ha omanóvaicha jaikóta? ¡Ay, tojehu ñande iglésia-kuérape Tupã Espíritu ha ipytu toipeju Itavayguakuéra rehe, ikatu hag̃uáicha oñembo’y hikuái ipy rehe ha toikove! Tekotevẽ jahecha tapeha ipo’imiha, ha okẽ ipohýiha. Péro jahasa vove pe okẽ ipohýivare, ipysokue ndorekói límite.” Manuscript Releases, volúmen 20, 217.</w:t>
      </w:r>
    </w:p>
    <w:p>
      <w:pPr>
        <w:pStyle w:val="ArticleBody"/>
        <w:jc w:val="left"/>
      </w:pPr>
      <w:r>
        <w:rPr>
          <w:rFonts w:ascii="Times New Roman" w:hAnsi="Times New Roman" w:eastAsia="Times New Roman" w:cs="Times New Roman"/>
        </w:rPr>
        <w:t>Pe marandu “irundy yvytu” omopu’ãva mokõi maranduhára Apocalipsis once-pe ha’e pe marandu kavaju pochy rehegua profesía bíblica-pe, ojehechaukaháicha opaite testimonio bíblico ryepýpe, ha avei ojehechaukaháicha ta’angápe mokõi tabla marangatu Habacuc rehegua ári. Pe marandu omoĩva Elías ha Moisés ipy ári ha’e pe marandu mba’easy mbohapýha rehegua oguahẽ pya’éva oñemopu’ã rire hikuái ipy ári; pórke pe léi domingo rehegua oguahẽ vove ha Islam ombota jey vove, Moisés ha Elías oñemopu’ã yvate tetãnguéra poyvi-rãicha.</w:t>
      </w:r>
    </w:p>
    <w:p>
      <w:pPr>
        <w:pStyle w:val="ArticleBody"/>
        <w:jc w:val="left"/>
      </w:pPr>
      <w:r>
        <w:rPr>
          <w:rFonts w:ascii="Times New Roman" w:hAnsi="Times New Roman" w:eastAsia="Times New Roman" w:cs="Times New Roman"/>
        </w:rPr>
        <w:t>Islam mbohapyha jejopyha avei pe turu porundyha. Pe ñepyrũ oñembopu haguépe pe turu porundyha oiko kuri 22 jasypa 1844-pe, oñepyrũ ramo guare pe huísio.</w:t>
      </w:r>
    </w:p>
    <w:p>
      <w:pPr>
        <w:pStyle w:val="ArticleScripture"/>
        <w:jc w:val="left"/>
      </w:pPr>
      <w:r>
        <w:rPr>
          <w:rFonts w:ascii="Times New Roman" w:hAnsi="Times New Roman" w:eastAsia="Times New Roman" w:cs="Times New Roman"/>
        </w:rPr>
        <w:t>Ha umi ára pe séptimo ánhel ñeʼẽme, haʼe oñepyrũvo ombopu hag̃ua, Ñandejára remimimby ojejapopáta, heʼiháicha haʼe omombeʼu vaʼekue hembiguáipe, umi maranduhára kuérape. Apocalipsis 10:7.</w:t>
      </w:r>
    </w:p>
    <w:p>
      <w:pPr>
        <w:pStyle w:val="ArticleBody"/>
        <w:jc w:val="left"/>
      </w:pPr>
      <w:r>
        <w:rPr>
          <w:rFonts w:ascii="Times New Roman" w:hAnsi="Times New Roman" w:eastAsia="Times New Roman" w:cs="Times New Roman"/>
        </w:rPr>
        <w:t>“Ángel séptimo ñe’ẽ ára” ha’e umi ára huísio investigativo rehegua, oñepyrũva’ekue 22 jasypa 1844-pe. Upérõ oñepyrũ umi omanóva huísio. Oguahẽ vove pya’e pe mbohapyha ñembyasy, oñemombe’u jey pe trompéta sieteha hyapu. Ko hyapu ndaha’éi huísio investigativo ñepyrũ, síno Tupã róga guigua huísio paha, ha Tupã ambue ovecha aty rehegua huísio ñepyrũ.</w:t>
      </w:r>
    </w:p>
    <w:p>
      <w:pPr>
        <w:pStyle w:val="ArticleScripture"/>
        <w:jc w:val="left"/>
      </w:pPr>
      <w:r>
        <w:rPr>
          <w:rFonts w:ascii="Times New Roman" w:hAnsi="Times New Roman" w:eastAsia="Times New Roman" w:cs="Times New Roman"/>
        </w:rPr>
        <w:t>Ha pe ánhel mbokapypa osapukái; ha oĩ ñeʼẽnguéra tuicháva yvágape, heʼíva: Ko yvy arigua rréino kuéra oiko ñande Ruvicha ha Icristo rréinorã; ha haʼe oisãmbyhýta opa ára g̃uarã. Ha umi irundy ha mokõi karai guasu oguapýva Tupã renondépe, ityvyrakuéra ári, hoʼa hova yvýre ha omombaʼe Tupãme, heʼívo: Romeʼẽ ndéve aguyje, Ore Ruvicha Tupã Ipuʼakapáva, nde reiméva, reiméva yma guive, ha reútava; reipyhy haguére nde pópe nde puʼaka guasu, ha nde reñepyrũ reñorairõ. Apocalipsis 11:15–17.</w:t>
      </w:r>
    </w:p>
    <w:p>
      <w:pPr>
        <w:pStyle w:val="ArticleBody"/>
        <w:jc w:val="left"/>
      </w:pPr>
      <w:r>
        <w:rPr>
          <w:rFonts w:ascii="Times New Roman" w:hAnsi="Times New Roman" w:eastAsia="Times New Roman" w:cs="Times New Roman"/>
        </w:rPr>
        <w:t>Pe “misterio Ñandejára rehegua” ha’e Cristo ñande pype, pe esperanza de gloria oñemohu’ãva upe ára pukukuepe Moisés ha Elías opu’ã ha oñemoingove jey jave peteĩ marandu Ñandejára Ñe’ẽgui rupive omombe’úva Islam rehegua. Pe marandu oñemoguahẽ ramo, ombojoaju peteĩ ánga pe mba’ẽ mono’õha yvagapeguápe g̃uarã; ha umi omboykéva pe marandupe g̃uarã katu, ha’e umi flechero Islamgua marandu ombojoajúva chupekuéra atykuérape ohapy hag̃uáicha ñehundi tatakuérape. Pe marandu trompeta pokõiha rehegua osella umi cien cuarenta y cuatro mil ojehupi mboyve peteĩ poyvi ramo ogueru hag̃ua Ñandejára ovecha aty ambuépe. Umi mokõi proféta oñemoingove jey vaʼekue tenonderãite ojesella vaʼerã, upéi ae ikatu hag̃uáicha oñeñeʼẽ hag̃ua ñandeyáraʼỹ mundope.</w:t>
      </w:r>
    </w:p>
    <w:p>
      <w:pPr>
        <w:pStyle w:val="ArticleScripture"/>
        <w:jc w:val="left"/>
      </w:pPr>
      <w:r>
        <w:rPr>
          <w:rFonts w:ascii="Times New Roman" w:hAnsi="Times New Roman" w:eastAsia="Times New Roman" w:cs="Times New Roman"/>
        </w:rPr>
        <w:t>“Espíritu Santo rembiapo niko omongu’e hag̃ua ko yvy ape ári oĩvape angaipágui, tekojojágui ha huísiogui. Ko yvy ape ári oĩvape ikatu hag̃uáicha oñeñandu hag̃ua ñe’ẽmondo, tekotevẽ ohecha umi ogueroviáva pe añetegua oñemopotĩha pe añetegua rupive, oiko hag̃ua yvate ha marangatu mba’éva rehe, ohechauka hag̃ua peteĩ sentido yvate ha oñembojegua porãvape pe línea ombojoajúva’ỹva umi oñangarekóva Tupã mandamientokuéra rehe, ha umi ombohasáva umíva ipy guýpe. Espíritu remongarai remopotĩva ohechauka porã pe joavy oĩva umi oguerekóva Tupã sello, ha umi oñangarekóva peteĩ ára pytu’u japu rehe. Oguahẽ vove pe prueba, ojehechaukáta hesakã porã hag̃ua mba’épa pe mymba marca. Upéva hína domingo ñemboyke. Umi, ohecha rire pe añetegua, oseguíva gueteri ohecha ko ára marangatúramo, ogueraha kuimba’e angaipa firma, pe opensáva omoambue hag̃ua ára ha léi. Bible Training School, 1 de diciembre de 1903.”</w:t>
      </w:r>
    </w:p>
    <w:p>
      <w:pPr>
        <w:pStyle w:val="ArticleBody"/>
        <w:jc w:val="left"/>
      </w:pPr>
      <w:r>
        <w:rPr>
          <w:rFonts w:ascii="Times New Roman" w:hAnsi="Times New Roman" w:eastAsia="Times New Roman" w:cs="Times New Roman"/>
        </w:rPr>
        <w:t>Umi ciento cuarenta y cuatro mil oñemopuʼã vove peteĩ poyvi ramo tetãnguéra renondépe, tetãnguéra ipochyta. Umi Biblia maranduʼypykuépe pe mbarete ombochýva tetãnguérape haʼe Islam. Islam oinupãta jey Estados Unidos-pe pe léi domingo jave.</w:t>
      </w:r>
    </w:p>
    <w:p>
      <w:pPr>
        <w:pStyle w:val="ArticleScripture"/>
        <w:jc w:val="left"/>
      </w:pPr>
      <w:r>
        <w:rPr>
          <w:rFonts w:ascii="Times New Roman" w:hAnsi="Times New Roman" w:eastAsia="Times New Roman" w:cs="Times New Roman"/>
        </w:rPr>
        <w:t>Ha umi tetãnguéra ipochy, ha nde pochy oguahẽma, ha omanóva ára, ojehusgaha hag̃uáicha, ha reme’ẽ hag̃ua tembiaporã nde rembiguái profétakuérape, ha umi marangatupe, ha umi okyhyjévape nde réra, michĩva ha tuicháva; ha rehundi hag̃ua umi ohundíva yvy. Ha ojepe’a yvágape Tupã róga, ha ojehecha ipype itupãópe pe arkaha iñe’ẽme’ẽgua; ha oiko ára resa, ha ñe’ẽnguéra, ha arapupu, ha yvyryrýi, ha amandáu guasu. Apocalipsis 11:18, 19.</w:t>
      </w:r>
    </w:p>
    <w:p>
      <w:pPr>
        <w:pStyle w:val="ArticleBody"/>
        <w:jc w:val="left"/>
      </w:pPr>
      <w:r>
        <w:rPr>
          <w:rFonts w:ascii="Times New Roman" w:hAnsi="Times New Roman" w:eastAsia="Times New Roman" w:cs="Times New Roman"/>
        </w:rPr>
        <w:t>Ko serie mba’e ojehupytýva marandu porã rehegua rire, Juan ohechauka pe iglésia oikótava tembe’y tee ramo.</w:t>
      </w:r>
    </w:p>
    <w:p>
      <w:pPr>
        <w:pStyle w:val="ArticleScripture"/>
        <w:jc w:val="left"/>
      </w:pPr>
      <w:r>
        <w:rPr>
          <w:rFonts w:ascii="Times New Roman" w:hAnsi="Times New Roman" w:eastAsia="Times New Roman" w:cs="Times New Roman"/>
        </w:rPr>
        <w:t>Ha ojekuaa yvágape peteĩ mba’e hechapyrã tuicha: peteĩ kuña oñemonde kuarahýre, jasy oĩ ipy guýpe, ha iñakã ári peteĩ koróna pakõi mbyjakuéragui. Ha ha’e hyeguasu hag̃uáicha osapukái, hasýgui imemby hag̃ua, ha ohasa asy oikuaa hag̃ua. Apocalipsis 12:1.</w:t>
      </w:r>
    </w:p>
    <w:p>
      <w:pPr>
        <w:pStyle w:val="ArticleBody"/>
        <w:jc w:val="left"/>
      </w:pPr>
      <w:r>
        <w:rPr>
          <w:rFonts w:ascii="Times New Roman" w:hAnsi="Times New Roman" w:eastAsia="Times New Roman" w:cs="Times New Roman"/>
        </w:rPr>
        <w:t>Ko’ápe pe tupao ojejukáva’ekue, ojeapyrũmbyre, omoingove jeypyre, ha upéi ojegueraha yvágape Tupã poyvi omimbi aja kuarahy mimbipa reheve. Ha’ekuéra oĩ jasy ári, ohechaukáva umi pa’ũva umi doce mbyja rehegua iñakã rehegua ári. Pe ta’ãngami hína umi doce trívu Israel ymaguaregua, omboyke’ỹre ha ohecharamojeyva’ekue umi doce temimbo’e ha’éva umi doce mbyja iñakã rehegua ári. Ñepyrũmby Israel ymaguaregua ohechaukaramo pe paha Israel ymaguaregua pe ta’anga rupive.</w:t>
      </w:r>
    </w:p>
    <w:p>
      <w:pPr>
        <w:pStyle w:val="ArticleBody"/>
        <w:jc w:val="left"/>
      </w:pPr>
      <w:r>
        <w:rPr>
          <w:rFonts w:ascii="Times New Roman" w:hAnsi="Times New Roman" w:eastAsia="Times New Roman" w:cs="Times New Roman"/>
        </w:rPr>
        <w:t>Kuña oĩta imemby hag̃uáicha, ha upéva ohechauka Cristo ñemoñare yma Israel yma guarépe, ha koʼág̃a katu orrepresenta umi Gentil-kuéra ñemoñare osẽva Babilóniagui ha ojoajúva cien cuarenta y cuatro mil ndive. Pyaʼevoi Elías ha Moisés oñemopuʼã vove poyvi-rãicha, haʼe omboaje Ñandejára aty ambue ovecha-kuérape, umi ombohováitava pe poyvípe.</w:t>
      </w:r>
    </w:p>
    <w:p>
      <w:pPr>
        <w:pStyle w:val="ArticleBody"/>
        <w:jc w:val="left"/>
      </w:pPr>
      <w:r>
        <w:rPr>
          <w:rFonts w:ascii="Times New Roman" w:hAnsi="Times New Roman" w:eastAsia="Times New Roman" w:cs="Times New Roman"/>
        </w:rPr>
        <w:t>“mundo” ikatu hag̃uáinte oñemomarandu ohechávo umi cien cuarenta y cuatro mil oñehupiha peteĩ poyvi ramo pe apañuãi oñepyrũvape pe léi domingo rehegua Estados Unidos-pe. Umi osẽva Babilonia-gui ha oñembo’ýva umi cien cuarenta y cuatro mil ndive oñerepresenta pe aty guasu ramo. Umi mokõi aty oĩva Apocalipsis 7-pe oñerepresenta Moisés ha Elías rupive pe monte de la Transfiguración-pe, ha Tupã iglesia triunfante, oñemoingove jeýva ha oñehupíva peteĩ poyvi ramo, oñembojoaju Tupã ambue ovecha aty ndive, umíva gueteri upérõ oĩva Babilonia-pe pe tiempo pahápegua apañuãi jave.</w:t>
      </w:r>
    </w:p>
    <w:p>
      <w:pPr>
        <w:pStyle w:val="ArticleScripture"/>
        <w:jc w:val="left"/>
      </w:pPr>
      <w:r>
        <w:rPr>
          <w:rFonts w:ascii="Times New Roman" w:hAnsi="Times New Roman" w:eastAsia="Times New Roman" w:cs="Times New Roman"/>
        </w:rPr>
        <w:t>Pehendúke Ñandejára ñe'ẽ, peẽ ipy'atarováva iñe'ẽ renondépe; pene ryvykuéra, pene ndaija'éiva, ha pene mosẽva che réra rehehápe, he'i va'ekue: “Toñemomba'eguasu Ñandejára”; ha'e katu ojehechaukáta pene vy'ápe, ha ha'ekuéra otĩta. Oĩ peteĩ tyapu távagui, peteĩ ñe'ẽ tupaógui, peteĩ Ñandejára ñe'ẽ ome'ẽva jevy umi iñenemigokuérape. Ohasa mboyve imembyasy, ha'e imemby; og̃uahẽ mboyve hese mba'asy, oñemosãso peteĩ mitãkuimba'ére. Máva piko ohendu va'ekue koichagua mba'e? máva piko ohecha va'ekue ko'ãichagua mba'e? Ikatúpa yvy imemby peteĩ árape? térã peteĩ tetã heñóikuaa pya'etépe? Sión ningo, oñepyrũvo imembyasy, upepete oguereko imembykuérape. “Che piko amoñepyrũta memby reñói ha ndaajapomo'ãi osẽ hag̃ua?” he'i Ñandejára; “che piko ajapóta osẽ hag̃ua ha amboty hag̃ua membyru?” he'i nde Jára. Pevy'a Jerusalén ndive ha peñembovy'a hendive, enterove peẽ pehayhúva chupe; pevy'aite hendive, enterove peẽ pejasýva hese; ikatu hag̃uáicha peikambu ha peñemyatyrõ hepykue ñembyasýgui, ikatu hag̃uáicha peikambu ha peñembovy'a hetaiterei iñemomba'eguasúgui. Péicha he'i Ñandejára: “Péina ápe, aipysóta chupe py'a guapy ysyryicha, ha tetãnguéra mimbipa peteĩ ysyry osyryvaicha; upérõ peẽ peikambúta, pejereráta ijyke ári, ha oñembohováita pende rehe henypy'ã ári. Oĩ hag̃uáicha peteĩ mitãme isy ombopy'aguapýva, upéicha che rombopy'aguasúta; ha peẽ peñembopy'aguapýta Jerusalénpe. Ha peẽ pehechávo ko mba'e, pene korasõ ovy'áta, ha pende kanguekuéra hokyvy'áta kapi'ipeguáicha; ha ojekuaáta Ñandejára po hembiguáikuéra rehe, ha ijarova umi iñenemigokuéra rehe.” Isaías 66:5–14.</w:t>
      </w:r>
    </w:p>
    <w:p>
      <w:pPr>
        <w:pStyle w:val="ArticleBody"/>
        <w:jc w:val="left"/>
      </w:pPr>
      <w:r>
        <w:rPr>
          <w:rFonts w:ascii="Times New Roman" w:hAnsi="Times New Roman" w:eastAsia="Times New Roman" w:cs="Times New Roman"/>
        </w:rPr>
        <w:t>Umi oikovéva yvágape ojeupi ramo yvágape ha’e umi oñemosẽva’ekue ijoyke’ykuéra rupi, umi ndaija’éiva hesekuéra. Umi ijoyke’ykuéra ndaija’éiva hesekuéra ha ovy’áva’ekue omanóre, ha’e umi he’íva ha’eha judío, ha ndaha’éi. Ha’e umi Satanás sinagógagui, profetikamente oadora va’erã umi py guýpe pe poyvirã oguerekóva “Israel ñemosẽpyrekuéra.”</w:t>
      </w:r>
    </w:p>
    <w:p>
      <w:pPr>
        <w:pStyle w:val="ArticleScripture"/>
        <w:jc w:val="left"/>
      </w:pPr>
      <w:r>
        <w:rPr>
          <w:rFonts w:ascii="Times New Roman" w:hAnsi="Times New Roman" w:eastAsia="Times New Roman" w:cs="Times New Roman"/>
        </w:rPr>
        <w:t>Ha’e omoĩta peteĩ poyvi tetãnguéra renondépe, ombyatýta Israel ñemosẽmbyrekuérape, ha omono’õta Judá isarambipáva yvy apýra irundýgui. Isaías 11:12.</w:t>
      </w:r>
    </w:p>
    <w:p>
      <w:pPr>
        <w:pStyle w:val="ArticleScripture"/>
        <w:jc w:val="left"/>
      </w:pPr>
      <w:r>
        <w:rPr>
          <w:rFonts w:ascii="Times New Roman" w:hAnsi="Times New Roman" w:eastAsia="Times New Roman" w:cs="Times New Roman"/>
        </w:rPr>
        <w:t>“Peimo’ã umi omomba’éva ñembo’e umi santo py renondépe (Apocalipsis 3:9) ipahápe ojesalvataha. Ko’ápe ahova’erã ndehegui; Tupã niko ohechauka chéve ko atyha umi adventista oñemombe’úva, ojei va’ekue, ha ‘ojukajeyvaicha ijeheguipeteĩ Tupã Ra’y, ha omoĩ chupe tĩrõrõme opavave renondépe.’ Ha pe ‘ara iñemo’ãrã,’ oúta gueteri, ohechauka hag̃ua peteĩteĩva rekotee, ha’ekuéra oikuaáta okañy hag̃ua opa árape g̃uarãha, ha oñembyahýi etereíva espíritu rembiasa asýgui, oñesũta umi santo py renondépe.” Word to the Little Flock, 12.</w:t>
      </w:r>
    </w:p>
    <w:p>
      <w:pPr>
        <w:pStyle w:val="ArticleBody"/>
        <w:jc w:val="left"/>
      </w:pPr>
      <w:r>
        <w:rPr>
          <w:rFonts w:ascii="Times New Roman" w:hAnsi="Times New Roman" w:eastAsia="Times New Roman" w:cs="Times New Roman"/>
        </w:rPr>
        <w:t>Pe oguerekóva apysa, tohendu pe Espíritu he’íva umi iglésia-kuérape.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Futuro Amerika-pe g̃uarã ha 18 de julio de 2020 - Papapy 7</dc:title>
  <dc:subject>Umi Hu’ỹva</dc:subject>
  <dc:creator>Jeff Pippenger</dc:creator>
  <cp:keywords/>
  <dc:description>Generated by ArticleDigger from future_for_america\07_future_for_america.json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