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Espíritu de Profecía: Aravo jehasa araka’e ha pe Sapukái Pyharepyteguápe</w:t>
      </w:r>
    </w:p>
    <w:p>
      <w:pPr>
        <w:pStyle w:val="ArticleSubtitle"/>
        <w:jc w:val="left"/>
      </w:pPr>
      <w:r>
        <w:rPr>
          <w:rFonts w:ascii="Arial" w:hAnsi="Arial" w:eastAsia="Arial" w:cs="Arial"/>
        </w:rPr>
        <w:t>Habacuc Mokõi Tabla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2012-10-14</w:t>
      </w:r>
    </w:p>
    <w:p>
      <w:pPr>
        <w:pStyle w:val="ArticleHeading"/>
        <w:jc w:val="left"/>
      </w:pPr>
      <w:r>
        <w:rPr>
          <w:rFonts w:ascii="Arial" w:hAnsi="Arial" w:eastAsia="Arial" w:cs="Arial"/>
        </w:rPr>
        <w:t>Mokõi Mesa Habacuc rehegua 2/95</w:t>
      </w:r>
    </w:p>
    <w:p>
      <w:pPr>
        <w:pStyle w:val="ArticleHeading"/>
        <w:jc w:val="left"/>
      </w:pPr>
      <w:r>
        <w:rPr>
          <w:rFonts w:ascii="Arial" w:hAnsi="Arial" w:eastAsia="Arial" w:cs="Arial"/>
        </w:rPr>
        <w:t>Mba’éichapa hag̃ua Calendario Millerita ha pe Tiempo de Demora</w:t>
      </w:r>
    </w:p>
    <w:p>
      <w:pPr>
        <w:pStyle w:val="ArticleBody"/>
        <w:jc w:val="left"/>
      </w:pPr>
      <w:r>
        <w:rPr>
          <w:rFonts w:ascii="Times New Roman" w:hAnsi="Times New Roman" w:eastAsia="Times New Roman" w:cs="Times New Roman"/>
        </w:rPr>
        <w:t>Ñane presentación pahápe oñeporandu mba’éichapa ikatu 22 jasypa 1844 ha’e pe ára pahápeha séptimo jasypegua, oimérõ 22 jasypoapy 1844 ha’e pe ára peteĩha peteĩha jasypegua. Umi Millerita-kuéra jasypoapy 1844-pe ontende vai va’ekue pe ha’ekuéra ogueroviáva hague 1843 paha. Upe ñembyasy rire, ha’ekuéra ohecha jey pe aravo ñemohenda bíblico. Kóva oñemyesakã Gerhard Damsteegt arandukápe, Foundations of the Seventh-day Adventist Message and Mission, ko’ýte kuatiarogue 89 ha 92-pe. Oimo’ãvo hikuái 1843 paha hague, ohecha jey mokõi mba’e iñimportánteva pe aravo ñentendérape: pe jehasa 1843 guive 1844-pe, ha umi ára ohechaukáva ary ñepyrũ ha paha, ikatu hag̃uáicha okalkula pe ára pahápeha séptimo jasypegua.</w:t>
      </w:r>
    </w:p>
    <w:p>
      <w:pPr>
        <w:pStyle w:val="ArticleBody"/>
        <w:jc w:val="left"/>
      </w:pPr>
      <w:r>
        <w:rPr>
          <w:rFonts w:ascii="Times New Roman" w:hAnsi="Times New Roman" w:eastAsia="Times New Roman" w:cs="Times New Roman"/>
        </w:rPr>
        <w:t>Py’ỹinte amomba’e guasu jepi va’ekue, jasypoapy 22 guive jasypa 22 peve oĩha siete jasy. Ndaha’éi aikuaaukáva kóva ha’eha “Seventh Month Movement”, ha katu iporã ñamomandu’a hag̃ua umi Millerita oguerovia hague jasypoapy 22 iñimportanteha, ha upéva ikatu nepytyvõ peteĩ techaukaha akãme hag̃ua—siete jasy rire reguahẽ jasypa 22 pe. Kóva ha’e añetegua.</w:t>
      </w:r>
    </w:p>
    <w:p>
      <w:pPr>
        <w:pStyle w:val="ArticleBody"/>
        <w:jc w:val="left"/>
      </w:pPr>
      <w:r>
        <w:rPr>
          <w:rFonts w:ascii="Times New Roman" w:hAnsi="Times New Roman" w:eastAsia="Times New Roman" w:cs="Times New Roman"/>
        </w:rPr>
        <w:t>Pe ñembyasy ha pe tiempo de tarrying ndaha’éi cumplimiento peteĩ profecía de tiempo rehegua, síno upéva oiko peteĩ entendimiento vai rupi umi Millerita-kuéra apytépe. Iñentendimiento vai omboaje pe tiempo de tarrying ha pe ñembyasy; ndaipóri va’ekue profecía específica he’íva pe tiempo de tarrying oñepyrũtaha peteĩ punto determinado-pe. Ijerovia hikuái 1843 ohasáma hague marzo 22, 1844-pe, omoheñói pe ñembyasy.</w:t>
      </w:r>
    </w:p>
    <w:p>
      <w:pPr>
        <w:pStyle w:val="ArticleBody"/>
        <w:jc w:val="left"/>
      </w:pPr>
      <w:r>
        <w:rPr>
          <w:rFonts w:ascii="Times New Roman" w:hAnsi="Times New Roman" w:eastAsia="Times New Roman" w:cs="Times New Roman"/>
        </w:rPr>
        <w:t>Damsteegt he’i:</w:t>
      </w:r>
    </w:p>
    <w:p>
      <w:pPr>
        <w:pStyle w:val="ArticleScripture"/>
        <w:jc w:val="left"/>
      </w:pPr>
      <w:r>
        <w:rPr>
          <w:rFonts w:ascii="Times New Roman" w:hAnsi="Times New Roman" w:eastAsia="Times New Roman" w:cs="Times New Roman"/>
        </w:rPr>
        <w:t>Jepénte umi kuatiahaipyre guasu Millerita-kuéra rehegua omombaʼe kuri pe cálculo Karaita ohechaukáva pe ary judío paha oñepyrũha pe jasy pyahu 17 jasyrundy 1844-pe, hetave umi creyénte ohaʼarõ 21 jasypoapy 1844-pe Cristo ou jeýta hag̃ua. Pe movimiento Millerita okápe, 21 jasypoapy ojekuaa porãiterei vaʼekue, ha oĩ kuri peteĩ ñehaʼarõ tuichaitereíva oñembyaipaitévo upe árape sistema Adventismo rehegua tuichakue.</w:t>
      </w:r>
    </w:p>
    <w:p>
      <w:pPr>
        <w:pStyle w:val="ArticleBody"/>
        <w:jc w:val="left"/>
      </w:pPr>
      <w:r>
        <w:rPr>
          <w:rFonts w:ascii="Times New Roman" w:hAnsi="Times New Roman" w:eastAsia="Times New Roman" w:cs="Times New Roman"/>
        </w:rPr>
        <w:t>Kuehe ñamoñe’ẽ hague Miller oha’arõ hague upe ára. Hetave umi Millerita-kuéra ojesareko hína kuri upe árare, ha jepe umi iñorairõhára oikuaa upe mba’e ha oma’ẽ hína kuri hese, ohechauka hag̃ua umi Millerita-kuéra japuha ramo. Kóva ha’e va’ekue pe entendimiento jepiveguáva. Ohasávo upe ára, oñepyrũ hikuái ohesa’ỹijove porã hag̃ua umi profecía ára rehegua, ha upéva ogueraha chupekuéra 22 jasypa 1844-pe. Kóva ome’ẽ peteĩ punto de referencia pe porandu rehegua osẽ va’ekue kuehe.</w:t>
      </w:r>
    </w:p>
    <w:p>
      <w:pPr>
        <w:pStyle w:val="ArticleHeading"/>
        <w:jc w:val="left"/>
      </w:pPr>
      <w:r>
        <w:rPr>
          <w:rFonts w:ascii="Arial" w:hAnsi="Arial" w:eastAsia="Arial" w:cs="Arial"/>
        </w:rPr>
        <w:t>Pe Aravo Araka’e ha Ellen White Jehecha Peteĩha</w:t>
      </w:r>
    </w:p>
    <w:p>
      <w:pPr>
        <w:pStyle w:val="ArticleBody"/>
        <w:jc w:val="left"/>
      </w:pPr>
      <w:r>
        <w:rPr>
          <w:rFonts w:ascii="Times New Roman" w:hAnsi="Times New Roman" w:eastAsia="Times New Roman" w:cs="Times New Roman"/>
        </w:rPr>
        <w:t>Ko árape, aipota aimeve ñamaña pukuve pe tiempo de demora rehe. Kóva iñimportanteterei, ñande jajapo rupi Ellen White pe visión peteĩha rehegua, upépe ha’e he’i pe tesakã omimbipáva tapére yvága gotyo ñepyrũhápe ha’e hague pe Clamor de Medianoche; ha remoneĩrõ upe tesakã, re’a pe tape oho hag̃uáre yvágape. Che ahechaukase pe Clamor de Medianoche oĩva hembiéramope oguerekoha ipype pe historia tuichakue pe Mensaje del Segundo Ángel rehegua.</w:t>
      </w:r>
    </w:p>
    <w:p>
      <w:pPr>
        <w:pStyle w:val="ArticleBody"/>
        <w:jc w:val="left"/>
      </w:pPr>
      <w:r>
        <w:rPr>
          <w:rFonts w:ascii="Times New Roman" w:hAnsi="Times New Roman" w:eastAsia="Times New Roman" w:cs="Times New Roman"/>
        </w:rPr>
        <w:t>Che añe’ẽ hag̃uáicha, ndaipóri chéve apañuãi hag̃ua ha’e hag̃ua pe Sapukái Pyhare Mbytegua upe visión-pe, oĩva tape ñepyrũme ha omyesakãva opa tape pukukue, ohechauka hag̃ua umi Millerita rembiasakue ary 1840 guive 1844 peve. Upe rembiasakue rembiapo rape ojeporavo vaʼerã añetehápe. Pe Sapukái Pyhare Mbytegua ñemohuʼã tee niko oikókuri agosto 12 guive 17 peve, upe marandu oñepresentárõ guare Exeter Camp Meeting-pe, ha upéi ogueraha hikuái pe marandu mokõi jasy rupi—setiembre ha octubre, mokõi jasy ha po ára. Octubre 22 mboyve, oĩkuri hikuái oñembosakoʼívo Ñandejára ou jeýpe g̃uarã. Ko mokõi jasy pukukue haʼe pe Sapukái Pyhare Mbytegua rembiasakue. Upéicharõ jepe, ndaikatúi reikũmby ko período reĩrõkatuʼỹre reikũmby umi mbaʼe rapykuere oguerúvaʼekue chupe. Chéve g̃uarã, pe Sapukái Pyhare Mbytegua haʼe, hesakãvéva hag̃uáicha, pe tarrying time rembiasakue, oñemotenondévo octubre 22, 1844 peve.</w:t>
      </w:r>
    </w:p>
    <w:p>
      <w:pPr>
        <w:pStyle w:val="ArticleHeading"/>
        <w:jc w:val="left"/>
      </w:pPr>
      <w:r>
        <w:rPr>
          <w:rFonts w:ascii="Arial" w:hAnsi="Arial" w:eastAsia="Arial" w:cs="Arial"/>
        </w:rPr>
        <w:t>Ojehupyty Moĩhaapy Ángel Marandu-kuéra Renda</w:t>
      </w:r>
    </w:p>
    <w:p>
      <w:pPr>
        <w:pStyle w:val="ArticleBody"/>
        <w:jc w:val="left"/>
      </w:pPr>
      <w:r>
        <w:rPr>
          <w:rFonts w:ascii="Times New Roman" w:hAnsi="Times New Roman" w:eastAsia="Times New Roman" w:cs="Times New Roman"/>
        </w:rPr>
        <w:t>Kóva hína pe tembiasakue 1840 guive 1844 peve. Oĩ heta jehasa Espíritu de Profecía-pe, upépe Hermana White he’i ñandéve tekotevẽha jaikuaa moõpa ñamoĩva’erã umi marandu. Reñepyrũ vove remoĩ hag̃ua umi marandu hendápe, rehechakuaa opa umi marandu og̃uahẽha peteĩ ára peteĩha’ápe ha upe rire oñembareteveha.</w:t>
      </w:r>
    </w:p>
    <w:p>
      <w:pPr>
        <w:pStyle w:val="ArticleBody"/>
        <w:jc w:val="left"/>
      </w:pPr>
      <w:r>
        <w:rPr>
          <w:rFonts w:ascii="Times New Roman" w:hAnsi="Times New Roman" w:eastAsia="Times New Roman" w:cs="Times New Roman"/>
        </w:rPr>
        <w:t>Pe Ángel peteĩha og̃uahẽ 1798-pe, Paha Árape, Daniel Aranduka oñemboty’ỹ jave ha oĩrõ guare peteĩ mba’ekuaa jehepyme’ẽ. Pe Ángel peteĩha Marandu oñembarete agosto 11 ary 1840-pe, ára-ary principio oñemoneĩmbávo opaite yvóra renondépe, oguerúvo yvýpe pe Ángel Apocalipsis 10-pe guare, upéva ohechauka hag̃ua pe Ángel peteĩha Marandu ñembarete.</w:t>
      </w:r>
    </w:p>
    <w:p>
      <w:pPr>
        <w:pStyle w:val="ArticleBody"/>
        <w:jc w:val="left"/>
      </w:pPr>
      <w:r>
        <w:rPr>
          <w:rFonts w:ascii="Times New Roman" w:hAnsi="Times New Roman" w:eastAsia="Times New Roman" w:cs="Times New Roman"/>
        </w:rPr>
        <w:t>Pe Mokõiha Ángel og̃uahẽ vaʼekue junio ary 1842-pe. Kuehe ñamoñeʼẽ vaʼekue, junio ary 1842-pe, karai Miller omeʼẽ hague imokõiha aty jehechaukarã Casco Street tupãope. Mbovymi oñeexceptuávo, umi tupão protestánte omboty hokẽ. Upévare, junio ary 1842-pe, og̃uahẽ vaʼekue pe Mokõiha Ángel Mensáhe, pórke peteĩ tupão protestánte omboty jave hokẽ pe Peteĩha Ángel Mensáhe rovái, oiko Babilonia rehegua. Pe Mokõiha Ángel Mensáhe haʼe peteĩ ñehenói osẽ hag̃ua Babilóniagui. Haʼe peteĩ mbaʼe ohóvo tenonderãme.</w:t>
      </w:r>
    </w:p>
    <w:p>
      <w:pPr>
        <w:pStyle w:val="ArticleBody"/>
        <w:jc w:val="left"/>
      </w:pPr>
      <w:r>
        <w:rPr>
          <w:rFonts w:ascii="Times New Roman" w:hAnsi="Times New Roman" w:eastAsia="Times New Roman" w:cs="Times New Roman"/>
        </w:rPr>
        <w:t>Hermana White he’i ñandéve, jepe umi protestánte oñepyrũma omboty hokẽkuéra junio ary 1842-pe, pe ñehenói osẽ hag̃ua Babilóniagui—pe marandu oguerekóva Mokõiha Ángel Marandu—ndaikatúi oñepyrũ añetépe pe Verano ary 1844 peve.</w:t>
      </w:r>
    </w:p>
    <w:p>
      <w:pPr>
        <w:pStyle w:val="ArticleBody"/>
        <w:jc w:val="left"/>
      </w:pPr>
      <w:r>
        <w:rPr>
          <w:rFonts w:ascii="Times New Roman" w:hAnsi="Times New Roman" w:eastAsia="Times New Roman" w:cs="Times New Roman"/>
        </w:rPr>
        <w:t>Pe mokõiha ánhel remimombe’u oguahẽ 1842 jasypoteĩme ha oñemombarete Pyharepyte Sapukái remimombe’u reheve, 12–17 jasypoapy 1844-pe, Exeter Camp Meeting-pe.</w:t>
      </w:r>
    </w:p>
    <w:p>
      <w:pPr>
        <w:pStyle w:val="ArticleBody"/>
        <w:jc w:val="left"/>
      </w:pPr>
      <w:r>
        <w:rPr>
          <w:rFonts w:ascii="Times New Roman" w:hAnsi="Times New Roman" w:eastAsia="Times New Roman" w:cs="Times New Roman"/>
        </w:rPr>
        <w:t>Mbohapy Ángel Mbohapy oúvo 22 jasypa 1844-pe, upe árape ojepeʼágui tape pe Tenda Marangatúvévape, upépe yvyporakuéra ikatu hag̃uáicha ontende Cristo koʼág̃a haʼeha Paʼi Guasu pe Tenda Marangatúvévape. Upépe ojekuaa pe ñeʼẽmeʼẽ arca, ha pe arca ryepýpe oĩ pe Diez Mandamiento. Hermana White oguerahahápe chupe pe Tenda Marangatúvévape ha omañárõ guare pe Diez Mandamiento rehe, haʼe ohecha pe Mandamiento del Sábado omimbiha umi ambue ári, ohechaukávo pe sábado mbaʼeichaitépa tuicha mbaʼe pe Mensaje del Tercer Ángel-pe. Oikóta peteĩ prueba sábado térã domingo rehegua. 22 jasypa 1844-pe og̃uahẽ pe contenido pe Mensaje del Tercer Ángel rehegua.</w:t>
      </w:r>
    </w:p>
    <w:p>
      <w:pPr>
        <w:pStyle w:val="ArticleBody"/>
        <w:jc w:val="left"/>
      </w:pPr>
      <w:r>
        <w:rPr>
          <w:rFonts w:ascii="Times New Roman" w:hAnsi="Times New Roman" w:eastAsia="Times New Roman" w:cs="Times New Roman"/>
        </w:rPr>
        <w:t>Peteĩ mba’e ohechaukáva umi mbohapy marandu rehegua ha’e, pe Marandu Ángel Peteĩha og̃uahẽrõ guare ary 1798-pe, avave ndoikuaái va’ekue. Ñandejára omoñepyrũ William Miller-pe toiko hag̃ua Ángel Peteĩha remimondorã, ha ndaha’éi peve ary 1818—mokõi pa ary rire—Miller oñepyrũ hag̃ua ontende pe marandu. Pe marandu og̃uahẽkuri, ha katu oikotevẽ tiempo Tupã tavayguakuéra ohechakuaa mboyve, upéi katu oñemombarete.</w:t>
      </w:r>
    </w:p>
    <w:p>
      <w:pPr>
        <w:pStyle w:val="ArticleBody"/>
        <w:jc w:val="left"/>
      </w:pPr>
      <w:r>
        <w:rPr>
          <w:rFonts w:ascii="Times New Roman" w:hAnsi="Times New Roman" w:eastAsia="Times New Roman" w:cs="Times New Roman"/>
        </w:rPr>
        <w:t>Marandu Mokõiha pegua og̃uahẽ kuri junio ary 1842-pe, ha katu ni peteĩva umi Millerista 1842-pe ndoñepyrũi kuri ohenói Babilonia umi tupão protestánte-pe. Ndohechakuaái gueteri upéva. Ndaha’éi pe verano ary 1844 peve oñepyrũ hague ohechakuaa upéva ha ohenói hag̃ua tavayguakuérape osẽ hag̃ua umi tupãogui. Pe marandu og̃uahẽ, upéi ojekuaa porã, ha upéi oñemombarete.</w:t>
      </w:r>
    </w:p>
    <w:p>
      <w:pPr>
        <w:pStyle w:val="ArticleBody"/>
        <w:jc w:val="left"/>
      </w:pPr>
      <w:r>
        <w:rPr>
          <w:rFonts w:ascii="Times New Roman" w:hAnsi="Times New Roman" w:eastAsia="Times New Roman" w:cs="Times New Roman"/>
        </w:rPr>
        <w:t>Ára 22 jasypa 1844-pe, Hiram Edson oreko jave pe visión Cristo ohasaha pe Tenda Marangatúgui pe Tenda Marangatuvévape, haʼekuéra ohupyty michĩmi tesape Cristo rembiapo ñemoambue rehe. Péro árare 23 jasypa 1844-pe, Hiram Edson noĩri kuri preparado ohai hag̃ua peteĩ artículo térã opredika hag̃ua peteĩ sermón domingo haʼeha pe mymba ñaña marka rehegua. Haʼekuéra noikũmbýi pe Mbohapyha Ángel Marandu upe ára rire añoite.</w:t>
      </w:r>
    </w:p>
    <w:p>
      <w:pPr>
        <w:pStyle w:val="ArticleBody"/>
        <w:jc w:val="left"/>
      </w:pPr>
      <w:r>
        <w:rPr>
          <w:rFonts w:ascii="Times New Roman" w:hAnsi="Times New Roman" w:eastAsia="Times New Roman" w:cs="Times New Roman"/>
        </w:rPr>
        <w:t>Pe mbohapyha angél marandu oñemombarete, oikuaaháicha umi Adventista del Séptimo Día, áraha pe irundyha angél Apocalipsis 18-gua oñondive hag̃ua ichupe. Umi omañáva ko mba’ére LiveStreaming rupive térã upéi umi DVD rupive, ikatu hag̃uáicha peñemoĩ peñe’ẽ hag̃ua pe ára rehe pe irundyha angél oñembojoajúvo pe mbohapyha ndive 11 jasyporundy 2001-pe. Ko’ág̃a peve, ndaipóri ñorairõ ñandejapóva upe mba’e rehe, péro ndoroñemboykéi avei: Pe irundyha angél oñembojoaju pe mbohapyha angél ndive umi Torres Gemelas ho’áramo guare, ha kóva hína pe hendápe pe mbohapyha angél marandu oñemombareteveha.</w:t>
      </w:r>
    </w:p>
    <w:p>
      <w:pPr>
        <w:pStyle w:val="ArticleBody"/>
        <w:jc w:val="left"/>
      </w:pPr>
      <w:r>
        <w:rPr>
          <w:rFonts w:ascii="Times New Roman" w:hAnsi="Times New Roman" w:eastAsia="Times New Roman" w:cs="Times New Roman"/>
        </w:rPr>
        <w:t>Opavave Mbohapy Marandu oguereko ko'ã mba'e rechaukaha: ou, ojekuaa hag̃ua, ha upéi oñemombarete.</w:t>
      </w:r>
    </w:p>
    <w:p>
      <w:pPr>
        <w:pStyle w:val="ArticleHeading"/>
        <w:jc w:val="left"/>
      </w:pPr>
      <w:r>
        <w:rPr>
          <w:rFonts w:ascii="Arial" w:hAnsi="Arial" w:eastAsia="Arial" w:cs="Arial"/>
        </w:rPr>
        <w:t>Mokõi Okẽ Ñemboty ha Templo Ñemopotĩ hag̃ua</w:t>
      </w:r>
    </w:p>
    <w:p>
      <w:pPr>
        <w:pStyle w:val="ArticleBody"/>
        <w:jc w:val="left"/>
      </w:pPr>
      <w:r>
        <w:rPr>
          <w:rFonts w:ascii="Times New Roman" w:hAnsi="Times New Roman" w:eastAsia="Times New Roman" w:cs="Times New Roman"/>
        </w:rPr>
        <w:t>Jasypoteĩ ary 1842-pe, peteĩ okẽ oñepyrũ oñemboty, ojehechaukáva umi iglesia protestánte omboty hikuái hokẽ kuéra peteĩha Ángel Marandu rovake. Ko tembiasakue ñepyrũme jahecha peteĩ okẽ oñembotýva, ha ko tembiasakue pahápe—mokõiha Ángel rembiasakue pahápe—pe okẽ oñemboty jey, pe okẽ oikeha pe Tenda Marangatúpe, pe okẽ oĩva paʼũme umi Paʼũ Porundy Vírgen rehegua.</w:t>
      </w:r>
    </w:p>
    <w:p>
      <w:pPr>
        <w:pStyle w:val="ArticleBody"/>
        <w:jc w:val="left"/>
      </w:pPr>
      <w:r>
        <w:rPr>
          <w:rFonts w:ascii="Times New Roman" w:hAnsi="Times New Roman" w:eastAsia="Times New Roman" w:cs="Times New Roman"/>
        </w:rPr>
        <w:t>Ko'ã mokõi okẽ ñemboty iñimportánte ojehechakuaa hag̃ua, ko'ýte remba'apóramo umi mokõi tupão ñemopotĩ rehe. Cristo omopotĩ va'ekue pe tupão mokõikue yvy ári oĩrõ guare, ha Hermana White he'i ñandéve oĩtaha mokõi tupão ñemopotĩ ára pahápe, ojeguerekohaguéicha umi Millerita tiémpope. Umi tupão ñemopotĩ Millerita tiémpope ikatu ojehechakuaa pe okẽ ñembotýpe junio 1842-pe — pe peteĩha tupão rokẽ, Protestantismo — ha pe mokõiha tupão ñemopotĩme, oñemohu'ãvo umi Millerita tupão ñemopotĩ.</w:t>
      </w:r>
    </w:p>
    <w:p>
      <w:pPr>
        <w:pStyle w:val="ArticleBody"/>
        <w:jc w:val="left"/>
      </w:pPr>
      <w:r>
        <w:rPr>
          <w:rFonts w:ascii="Times New Roman" w:hAnsi="Times New Roman" w:eastAsia="Times New Roman" w:cs="Times New Roman"/>
        </w:rPr>
        <w:t>Jahecháta pe ára umi ára ñembotavyrõ rehe. Ko tembiasakuepe pe Mokõiha Ángel rembiguáipe, pe ára ñembotavyrõ oñepyrũ 22 jasypoapy ary 1844-pe, ha oñemohu’ã mokõi ñemopotĩ Tupãopegua mbytépe. Kóva hína pe Mokõiha Ángel Marandu.</w:t>
      </w:r>
    </w:p>
    <w:p>
      <w:pPr>
        <w:pStyle w:val="ArticleBody"/>
        <w:jc w:val="left"/>
      </w:pPr>
      <w:r>
        <w:rPr>
          <w:rFonts w:ascii="Times New Roman" w:hAnsi="Times New Roman" w:eastAsia="Times New Roman" w:cs="Times New Roman"/>
        </w:rPr>
        <w:t>Kóva avei hína Gedeón rembiasa. Gedeón rembiasápe oĩ mokõi ñemopotĩ, ha upéva hína peteĩva umi símbolo mokõi templo ñemopotĩ rehegua ha pe Mokõiha Ángel Marandu rehegua.</w:t>
      </w:r>
    </w:p>
    <w:p>
      <w:pPr>
        <w:pStyle w:val="ArticleHeading"/>
        <w:jc w:val="left"/>
      </w:pPr>
      <w:r>
        <w:rPr>
          <w:rFonts w:ascii="Arial" w:hAnsi="Arial" w:eastAsia="Arial" w:cs="Arial"/>
        </w:rPr>
        <w:t>Pe Aravo ha pe Pyhare Mbytegua Sapy’a ñehendu Maranduhápe</w:t>
      </w:r>
    </w:p>
    <w:p>
      <w:pPr>
        <w:pStyle w:val="ArticleBody"/>
        <w:jc w:val="left"/>
      </w:pPr>
      <w:r>
        <w:rPr>
          <w:rFonts w:ascii="Times New Roman" w:hAnsi="Times New Roman" w:eastAsia="Times New Roman" w:cs="Times New Roman"/>
        </w:rPr>
        <w:t>Ñañepyrũkena ñane estudio peteĩ ñe’ẽnguéra *Spiritual Gifts*, volumen 1, páhina 195, 196-gui. Jahecháta pe ára jegueraha hag̃ua ñantende hag̃ua ijoajuha pe *Midnight Cry* ndive, ndoroipotái rupi rejecha vai pe tesape *Midnight Cry* rehegua; upéicha jajapóramo, ñande’a ho’áta tape ári guive pe mundo aña oĩva yvýpe gotyo.</w:t>
      </w:r>
    </w:p>
    <w:p>
      <w:pPr>
        <w:pStyle w:val="ArticleBody"/>
        <w:jc w:val="left"/>
      </w:pPr>
      <w:r>
        <w:rPr>
          <w:rFonts w:ascii="Times New Roman" w:hAnsi="Times New Roman" w:eastAsia="Times New Roman" w:cs="Times New Roman"/>
        </w:rPr>
        <w:t>Umi ánhelkuéra oñemondo hag̃ua oipytyvõ pe ánhel mbarete yvágagui, ha ahendu ñe’ẽnguéra ha’etéva osẽva opa hendárupi: “Pesẽ chugui, che retãyguakuéra, ani hag̃ua peikekuaa hendive iñangaipakuérape, ha ani hag̃ua pehupyty iplagakuéra; pórke iñangaipakuéra og̃uahẽma yvágape, ha Tupã imandu’áma hekojoja’ỹrekuére.” Ko marandu ha’etéva peteĩ jehe’a pe marandu mbohapyha rehe, —Ko’ág̃a, ha’e ramoite ohechauka Apocalipsis 18:4, “Pesẽ chugui, che retãyguakuéra, . . . .” Ha he’i: “Ko marandu ha’etéva peteĩ jehe’a pe marandu mbohapyha [Ángelpegua] rehe ha oñembojoaju hese, pe sapukái pyhare mbytegua oñembojoaju haguéicha pe ángel mokõiha marandúre ary 1844-pe.”</w:t>
      </w:r>
    </w:p>
    <w:p>
      <w:pPr>
        <w:pStyle w:val="ArticleBody"/>
        <w:jc w:val="left"/>
      </w:pPr>
      <w:r>
        <w:rPr>
          <w:rFonts w:ascii="Times New Roman" w:hAnsi="Times New Roman" w:eastAsia="Times New Roman" w:cs="Times New Roman"/>
        </w:rPr>
        <w:t>Pe Ángela Mokõihára marandu og̃uahẽ junio ary 1842-pe, ha Pe Sapukái Pyhare Mbytegua oñembojoaju hese agosto ary 1844-pe. Ko Espíritu ñehẽ, oñeñohẽva ko marandu ári—pe ñehenói osẽ hag̃ua Babilóniagui—ha’e pe tembiasakue Hermana White oiporúva omombe’u hag̃ua septiembre 11 ary 2001 rembiasakue, upérõ Pe Ángela Mbohapyhára Marandu oñembojoajúramo Pe Ángela Irundyhára ndive. Pe Ángela Irundyhára ha’e upe jave pe Ángela Mbaretéva Apocalipsis 18-gua oguejy ramo.</w:t>
      </w:r>
    </w:p>
    <w:p>
      <w:pPr>
        <w:pStyle w:val="ArticleBody"/>
        <w:jc w:val="left"/>
      </w:pPr>
      <w:r>
        <w:rPr>
          <w:rFonts w:ascii="Times New Roman" w:hAnsi="Times New Roman" w:eastAsia="Times New Roman" w:cs="Times New Roman"/>
        </w:rPr>
        <w:t>“Ko marandu ojechauka ha’e hag̃ua peteĩ joapyha pe marandu mbohapyhápe ha ojoaju hese, péicha pe sapukái pyhare mbytegua ojoaju haguéicha pe ángel mokõihápe 1844-pe. Tupã mimbipa opyta umi marangatu ipasiénteva, oha’arõvape ári,”—Máva ári piko opyta va’ekue Tupã mimbipa? Umi ipasiénteva—mba’e? Oha’arõva. Umi marangatu ipasiénteva, oha’arõva. Añete piko? Umi marangatu oha’arõva; ñande ningo ko’ág̃a ñaime pe tembiasakue ryepýpe, mo’ãha he’i: “Ojehovasáva pe oha’arõva ha oguahẽva 1335-pe. Jepe pe visión ojapyhyve, eha’arõ chupe.” Umi tavaygua ohupytytava pe Espíritu Santo ñehẽme’ẽtuicha hína umi marangatu oha’arõva.</w:t>
      </w:r>
    </w:p>
    <w:p>
      <w:pPr>
        <w:pStyle w:val="ArticleBody"/>
        <w:jc w:val="left"/>
      </w:pPr>
      <w:r>
        <w:rPr>
          <w:rFonts w:ascii="Times New Roman" w:hAnsi="Times New Roman" w:eastAsia="Times New Roman" w:cs="Times New Roman"/>
        </w:rPr>
        <w:t>“Pe Tupã glória opytu'u umi santo ipasiénsia ha oha'arõvape ári, ha ha'ekuéra kyhyje'ỹre ome'ẽ pe pahápegua adverténsia solemne, omoherakuãvo Babilonia ho'apa hague, ha ohenóivo Tupã retãguápe osẽ hag̃ua chugui; ikatu hag̃uáicha okañy iñehundi vaiete guasúgui.” — Añetehápe, kóva ojehu ñande ára ha tiempope; ha umi santo oha'arõva ñande ára ha tiempope oñembohechauka yma hag̃ua umi santo oha'arõva Historia Milleritape jahechaháicha.</w:t>
      </w:r>
    </w:p>
    <w:p>
      <w:pPr>
        <w:pStyle w:val="ArticleBody"/>
        <w:jc w:val="left"/>
      </w:pPr>
      <w:r>
        <w:rPr>
          <w:rFonts w:ascii="Times New Roman" w:hAnsi="Times New Roman" w:eastAsia="Times New Roman" w:cs="Times New Roman"/>
        </w:rPr>
        <w:t>“Pe tesapeva’ekuére oñehesape vaekue oike opa hendárupi, ha umi oguerekóva mba’eve peve tesape umi iglésiakuérape, nohendúiva ha noñemboykéiva umi mbohapy marandu, ombohovái pe ñehenói, ha osẽ umi iglésia ho’áva-gui.”—Kóva hína pe “Pesẽ chugui, che retayguakuéra!” Kóva oñe’ẽ umi osẽvare Babilonia iglésiakuéragui ñane ára ha ñane tiémpope, og̃uahẽ vove pe Léi Domingo Estados Unidos-pe. Umíva hína umi iglésia ho’áva, Babilonia iglésiakuéra.</w:t>
      </w:r>
    </w:p>
    <w:p>
      <w:pPr>
        <w:pStyle w:val="ArticleBody"/>
        <w:jc w:val="left"/>
      </w:pPr>
      <w:r>
        <w:rPr>
          <w:rFonts w:ascii="Times New Roman" w:hAnsi="Times New Roman" w:eastAsia="Times New Roman" w:cs="Times New Roman"/>
        </w:rPr>
        <w:t>«Heta oĩ oguahẽma responsabilidad ary pe ko’ã marandu oñeme’ẽ haguépe guive, ha tesape omimbi hi’ári kuéra, ha oreko kuri privilegio oiporavo hag̃ua tekove térã mano.»— Ko’ág̃a ha’e he’i oĩha tapicha kuéra iglesia protestántepe ko árape oguahẽva’ekue responsabilidad arýpe 22 jasypa 1844 guive; ha, péva añete. Umi tapicha oĩva iglesia protestántepe ko árape ndorekovéi kuri pe Mensáhe Mbohapyha Ángel oguahẽ jave Historia Millerítape. Ndojehechakuaái chupekuéra responsable ramo pe rechazo umi iglesia protestánte ojapova’ekue ijára pukukuepe, ha kóva ha’e peteĩ punto iñimportánteva ojehechakuaa hag̃uáicha rembo’e ramo mba’éichapa Cristo rembiasakue ohechauka ko yvy paha; péicha ramo, técnicamente, proféticamente Jerusalén ikatuva’ekue, va’erãmo’ã kuri oñehundi AD34-pe.</w:t>
      </w:r>
    </w:p>
    <w:p>
      <w:pPr>
        <w:pStyle w:val="ArticleBody"/>
        <w:jc w:val="left"/>
      </w:pPr>
      <w:r>
        <w:rPr>
          <w:rFonts w:ascii="Times New Roman" w:hAnsi="Times New Roman" w:eastAsia="Times New Roman" w:cs="Times New Roman"/>
        </w:rPr>
        <w:t>Oĩkuri 490 ary de prueba oñeikytĩva umi hudíogui umi 2300 arýgui ojehechaukáva Daniel 8 ha Daniel 9-pe. Umi 490 ary opa AD 34-pe Esteban ojejapírõ itatypa. Upe jave, Jerusalén, ñe’ẽmarandu rehegua ypykue rupi, oñehundiva’erã kuri; ha upéicharamo jepe, ndohundíri pe ary 70 peve. The Great Controversy-pe, hermana White he’i upe mba’e peteĩcha upe tembiasakue rehe. Ha’e he’i oĩhague mitãnguéra ha ambuekuéra ndoikuaáiva’ekue Cristo ha umi temimbo’e marandu 34 mboyve, ha Tupã, Iporiahuverekópe, ome’ẽ chupekuéra tiempo ojuhúvo pe marandu Jerusalén ñehundi mboyve. Ha’e omombe’u, Cristo ojapoháicha avei, Jerusalén ñehundi ohechauka hag̃ua ára paha, térã ko mundo paha.</w:t>
      </w:r>
    </w:p>
    <w:p>
      <w:pPr>
        <w:pStyle w:val="ArticleBody"/>
        <w:jc w:val="left"/>
      </w:pPr>
      <w:r>
        <w:rPr>
          <w:rFonts w:ascii="Times New Roman" w:hAnsi="Times New Roman" w:eastAsia="Times New Roman" w:cs="Times New Roman"/>
        </w:rPr>
        <w:t>Upe tembiasakue ohechauka ymaite voi pe tembiasakue ha’e oñe’ẽ hag̃uére. Oguãhẽvo pe Léy Domingo Estados Unidos-pe ha pe mensáhe ipahápe ohóvo umi iglésia ho’ávape, Ñandejára ra’ykuéra ko’ág̃a oĩva Babilóniape ndoguerekomo’ãi responsabilidad pe mbohovái hag̃ua pe ñemboyke ojapo va’ekue ijiglésia térã iñemoñarekuéra siglo 19-pe.</w:t>
      </w:r>
    </w:p>
    <w:p>
      <w:pPr>
        <w:pStyle w:val="ArticleScripture"/>
        <w:jc w:val="left"/>
      </w:pPr>
      <w:r>
        <w:rPr>
          <w:rFonts w:ascii="Times New Roman" w:hAnsi="Times New Roman" w:eastAsia="Times New Roman" w:cs="Times New Roman"/>
        </w:rPr>
        <w:t>“Heta heta oikéma kuimba’e guasu kuéra ko’ã marandu oñeme’ẽ hague guive, ha pe tesape omimbi hi’ári kuéra, ha oñeme’ẽ chupekuéra pe jehecha porã oiporavóvo tekove térã mano. Oĩ oiporavóva tekove, ha oñemoĩ porã umi oha’arõva Ijára ou hag̃ua ndive, ha ojapóva opa hembiapoukapy. Pe mbohapyha marandu ojapova’erã ikatupyry; opavave oñeha’ãva’erã hese, ha umi hepyetereíva oñehenóiva’erã osẽ hag̃ua umi aty ñemomba’eguasupegua apytégui. Peteĩ pu’aka mbopy’aguasu omongu’e umi iñe’ẽrendúva añetehápe, ha Tupã pu’aka jehechauka omoĩ kyhyje ha jejoko reheve hogaygua ha iñirũnguéra ári, ha ndaikatúi hikuái, ha ndorekói avei pu’aka, ojoko hag̃ua umi oñandúva hi’ári kuéra Tupã Espíritu rembiapo. Pe pahague ñehenói oguahẽ jepe umi tembiguái mboriahúpe, ha umi Tupã rehegua ipy’a potĩva apytépe, ñe’ẽ ñemomirĩ reheve, osẽ okaruãvo iñehẽnguekuéra vy’a tuichaitéva purahéi reheve pe oha’arõva’erãgui isãsõvy vy’apavẽ. Ha ijára kuéra ndaikatúi ojoko chupekuéra; kyhyje ha ñemondýi guasu niko omokirirĩ chupekuéra. Milágro tuicháva ojejapo, hasýva okuera, ha techaukaha ha mba’e hechapyrãva oho umi ogueroviáva rapykuéri. Tupã oĩ ko tembiapópe, ha mayma marangatu, ndojepy’apýiva mba’épa oikóta rehe, osegi ipy’apy remiandu tee, ha oñembojoaju umi ojapóva opa Tupã rembiapoukapy ndive; ha omyasãi hikuái pe mbohapyha marandu pu’akápe. Ahecha pe mbohapyha marandu oñembotýta hague pu’aka ha mbarete reheve, tuichave pe sapukái pyhare mbytegua-gui.”</w:t>
      </w:r>
    </w:p>
    <w:p>
      <w:pPr>
        <w:pStyle w:val="ArticleBody"/>
        <w:jc w:val="left"/>
      </w:pPr>
      <w:r>
        <w:rPr>
          <w:rFonts w:ascii="Times New Roman" w:hAnsi="Times New Roman" w:eastAsia="Times New Roman" w:cs="Times New Roman"/>
        </w:rPr>
        <w:t>Ko’ã mokõi párrafope, kóva hína mokõiha jey ha’e ombojoja ñande rembiasakue pe Léy del Domingo rehegua, ko mundo paha opávo, pe pyhare mbyte sapukái rembiasakuére. Peteĩha jey, ha’e he’i pe Ángel Poderoso Apocalipsis 18 pegua oñembojoajuha pe Mbohapyha Ángel ndive, pe pyhare mbyte sapukái oñembojoaju haguéicha pe Mokõiha Ángel ndive. Jepémo ha’e oñe’ẽ hína pe Léy del Domingo apañuái rembiasakue rehe, hesakã porã oipurúha pe Mokõiha Ángel rembiasakue peteĩ techapyrãramo. Umíva ha’e tembiasakue ojoguáva.</w:t>
      </w:r>
    </w:p>
    <w:p>
      <w:pPr>
        <w:pStyle w:val="ArticleScripture"/>
        <w:jc w:val="left"/>
      </w:pPr>
      <w:r>
        <w:rPr>
          <w:rFonts w:ascii="Times New Roman" w:hAnsi="Times New Roman" w:eastAsia="Times New Roman" w:cs="Times New Roman"/>
        </w:rPr>
        <w:t>Tupã rembijokuái, oñeme'ẽva pokatu yvate guive, hova kuéra hendy ha omimbipáva ñembojerovia marangatúpe, osẽ ojapóvo hembiapo, ha omyasãivo pe marandu yvágagui. Umi ánga isarambíva opaite atyguasu religioso rupi ombohovái pe ñehenói, ha umi hepyetereíva oñeguenohẽ pya'e umi tupão oñehundítavagui, Lot oñeguenohẽhague pya'e Sodoma-gui ikañymbota mboyveicha.</w:t>
      </w:r>
    </w:p>
    <w:p>
      <w:pPr>
        <w:pStyle w:val="ArticleBody"/>
        <w:jc w:val="left"/>
      </w:pPr>
      <w:r>
        <w:rPr>
          <w:rFonts w:ascii="Times New Roman" w:hAnsi="Times New Roman" w:eastAsia="Times New Roman" w:cs="Times New Roman"/>
        </w:rPr>
        <w:t>Oñeñe’ẽrõ Babilóniagui osẽ hag̃ua pe ñehenói rehe, taha’e arapaha opávo térã Mokõiha Ángel Marandupe, Lot ha’e peteĩ ta’ãnga upe tembiasakue rehegua ha Sodoma ñehundíre.</w:t>
      </w:r>
    </w:p>
    <w:p>
      <w:pPr>
        <w:pStyle w:val="ArticleBody"/>
        <w:jc w:val="left"/>
      </w:pPr>
      <w:r>
        <w:rPr>
          <w:rFonts w:ascii="Times New Roman" w:hAnsi="Times New Roman" w:eastAsia="Times New Roman" w:cs="Times New Roman"/>
        </w:rPr>
        <w:t>Reikuaáramo porã Daniel 11, versíkulo 41-pe Mburuvicha Yvateguágui oike pe yvy porãme ha heta oñehundi, ha katu “ko’ãva osẽta ipo guýgui, Edom, Moab ha umi tenondegua Ammón ra’ykuéra apytégui”. Moab ha Ammón ha’e Lot rajy mokõive membykuéra. Lot rogaygua ohechauka umi ojesalvátava papado po guýgui pe Léi Domingo apañuãi guasu jave.</w:t>
      </w:r>
    </w:p>
    <w:p>
      <w:pPr>
        <w:pStyle w:val="ArticleBody"/>
        <w:jc w:val="left"/>
      </w:pPr>
      <w:r>
        <w:rPr>
          <w:rFonts w:ascii="Times New Roman" w:hAnsi="Times New Roman" w:eastAsia="Times New Roman" w:cs="Times New Roman"/>
        </w:rPr>
        <w:t>Ermana White oipuru ko simbolismo. Umi iglesia hoʼáva ojehechauka Lot rupive, ha umi iporãvéva ojehupi pyaʼe umi iglesia oñehunditavágui, Lot ojehupi pyaʼe haguéicha Sodoma-gui okañy mboyve. Tupã tavayguakuéra oñembosakoʼi ha oñemombarete pe mimbipa porãite oguejýva hiʼarikuéra hetaite mbaʼeporã reheve, ombosakoʼívo chupekuéra ohasa hag̃ua pe aravo ñemohaʼãnga. Heta ñeʼẽ oñehendu mamove, heʼíva: “Koʼápe oĩ umi imarangatúva paciencia; koʼápe oĩ umi oñongatúva Tupã mandamiénto ha Jesús jerovia.”</w:t>
      </w:r>
    </w:p>
    <w:p>
      <w:pPr>
        <w:pStyle w:val="ArticleBody"/>
        <w:jc w:val="left"/>
      </w:pPr>
      <w:r>
        <w:rPr>
          <w:rFonts w:ascii="Times New Roman" w:hAnsi="Times New Roman" w:eastAsia="Times New Roman" w:cs="Times New Roman"/>
        </w:rPr>
        <w:t>Ha’e oñe’ẽ aja pe ñehenói osẽ hag̃ua Babilóniagui ko mundo paha jave, ha’e oipuru pe historia pe Marandu Mokõiha Ángel rehegua pe tiempo Millerita-pe omombe’u hag̃ua upe ñehenói. Pe Marandu Mokõiha Ángel rehegua ha’e peteĩ ñehenói osẽ hag̃ua Babilóniagui, ha ko historia ohechauka typorãite pe historia pe crisis Léi Domingo rehegua.</w:t>
      </w:r>
    </w:p>
    <w:p>
      <w:pPr>
        <w:pStyle w:val="ArticleBody"/>
        <w:jc w:val="left"/>
      </w:pPr>
      <w:r>
        <w:rPr>
          <w:rFonts w:ascii="Times New Roman" w:hAnsi="Times New Roman" w:eastAsia="Times New Roman" w:cs="Times New Roman"/>
        </w:rPr>
        <w:t>Peteĩva umi ñe’ẽjoaju bíblicagui Ellen White oipurúva omombeʼu hag̃ua ko tembiasakue haʼe hína pe tembiasakue Sodoma ha Gomorra rehegua. Jalee hag̃ua Génesis 19:1-11-gui, ha’éva peteĩ parte pe tembiasakue Lot rehegua.</w:t>
      </w:r>
    </w:p>
    <w:p>
      <w:pPr>
        <w:pStyle w:val="ArticleScripture"/>
        <w:jc w:val="left"/>
      </w:pPr>
      <w:r>
        <w:rPr>
          <w:rFonts w:ascii="Times New Roman" w:hAnsi="Times New Roman" w:eastAsia="Times New Roman" w:cs="Times New Roman"/>
        </w:rPr>
        <w:t>Ha mokõi ánhel oguahẽ Sodóma-pe ka’aru jave; ha Lóto oguapy Sodóma rokẽme. Ha Lóto, ohechávo chupekuéra, opu’ã ombohovái hag̃ua chupekuéra; ha oñesũ hova yvýre. Ha he’i: Péina ko’ág̃a, che ruvicha kuéra, peike, ajerure peẽme, pende rembiguái róga-pe, ha pepyta upépe pyhare pukukue, pejohéi pende py, ha pevyta ko’ẽmba hag̃uáicha, ha pesegíta pene rape. Ha ha’e kuéra he’i: Nahániri; ore ropytáta tape ári pyhare pukukue. Ha ha’e ojerure hatãiterei chupekuéra; upévare ha’e kuéra oike hendápe, ha oike hógape; ha ha’e ojapo chupekuéra guarã peteĩ karu guasu, ha ombojy mbujape ilévadura’ỹva, ha ho’u hikuái. Ha oñoeno mboyve, tavayguakuéra, ha’éva Sodóma kuimba’e kuéra, ojere pe óga jerére, imitãva ha itujáva, opa tavaygua opa henda guive. Ha ohenói Lóto-pe, ha he’i chupe: Moõpa oĩ umi kuimba’e oike va’ekue nde rendápe ko pyhare? Egueru chupekuéra ore rendápe, roikuaa hag̃ua chupekuéra. Ha Lóto osẽ okẽme hendápekuéra, ha omboty okẽ hapykuéri, ha he’i: Ajerure peẽme, che joyke’y kuéra, ani pejapo ko mba’e vaiete. Péina ko’ág̃a, areko mokõi che rajy, kuimba’e ndoikuaái gueteri va’ekue; ajerure peẽme, taunohẽ chupekuéra pene rendápe, ha pejapo hesekuéra pejaposéva pende resa renondépe; ko’ã kuimba’ére katu ani pejapo mba’eve, upévare niko ou hikuái che róga guýpe. Ha ha’e kuéra he’i: Ejei orehegui. Ha he’i jey: Ko kuimba’e ou va’ekue ko’ápe pytaguáicha, ha ko’ág̃a oikosete ñane mburuvicháramo; ko’ág̃a rojapóta nderehe ivaivéva chuguikuéra rehe. Ha ombohasa asyeterei hikuái kuimba’e, ha’éva Lóto, ha oñemboja omboty hag̃ua okẽ. Umi kuimba’e katu omyasãi ipo, ogueraha Lóto-pe óga ryepýpe hendápekuéra, ha omboty okẽ. Ha umi kuimba’e oĩva óga rokẽme oinupã hikuái pytũmba reheve, michĩva ha tuicháva, ha upéicha ikane’õ hikuái ohekávo okẽ.</w:t>
      </w:r>
    </w:p>
    <w:p>
      <w:pPr>
        <w:pStyle w:val="ArticleHeading"/>
        <w:jc w:val="left"/>
      </w:pPr>
      <w:r>
        <w:rPr>
          <w:rFonts w:ascii="Arial" w:hAnsi="Arial" w:eastAsia="Arial" w:cs="Arial"/>
        </w:rPr>
        <w:t>Jehechapyrã Mbeguekatúpe ha Aravo Oñembohasáva hag̃ua hag̃uáicha</w:t>
      </w:r>
    </w:p>
    <w:p>
      <w:pPr>
        <w:pStyle w:val="ArticleBody"/>
        <w:jc w:val="left"/>
      </w:pPr>
      <w:r>
        <w:rPr>
          <w:rFonts w:ascii="Times New Roman" w:hAnsi="Times New Roman" w:eastAsia="Times New Roman" w:cs="Times New Roman"/>
        </w:rPr>
        <w:t>Hermana White oñe’ẽ peteĩ prueba progresíva rehe Cristo tiémpope ha umi Millerita-kuéra tiémpope, ohechauka hag̃ua ñandéve peteĩ proceso de prueba progresíva. Early Writings, página 259-pe, haʼe he’i:</w:t>
      </w:r>
    </w:p>
    <w:p>
      <w:pPr>
        <w:pStyle w:val="ArticleScripture"/>
        <w:jc w:val="left"/>
      </w:pPr>
      <w:r>
        <w:rPr>
          <w:rFonts w:ascii="Times New Roman" w:hAnsi="Times New Roman" w:eastAsia="Times New Roman" w:cs="Times New Roman"/>
        </w:rPr>
        <w:t>“Umi ndoguerohorýiva Juan el Bautista marandu ndaikatúi ojepy’aty porã Jesús mbo’epykuéra reheve, ha upéicha avei ndaikatúi ojepy’aty porã Cristo ministerio rehe yvágape pe Santuario-pe.” Upéi he’i: “Umi ndojapóiva pe Ángel Peteĩha Marandu ndaikatúi ojepy’aty porã pe Ángel Mokõiha Marandu reheve, ha upéicha avei ndaikatúi ojepy’aty porã pe Pyharepyte Sapukái rehe.”</w:t>
      </w:r>
    </w:p>
    <w:p>
      <w:pPr>
        <w:pStyle w:val="ArticleBody"/>
        <w:jc w:val="left"/>
      </w:pPr>
      <w:r>
        <w:rPr>
          <w:rFonts w:ascii="Times New Roman" w:hAnsi="Times New Roman" w:eastAsia="Times New Roman" w:cs="Times New Roman"/>
        </w:rPr>
        <w:t>Pe pasáhe oĩva Early Writings, 259-pe, oñemboty jave pe okẽ Cristo tiémpope, umi judío oĩ pytũmbýpe añetehápe, áraípe.</w:t>
      </w:r>
    </w:p>
    <w:p>
      <w:pPr>
        <w:pStyle w:val="ArticleBody"/>
        <w:jc w:val="left"/>
      </w:pPr>
      <w:r>
        <w:rPr>
          <w:rFonts w:ascii="Times New Roman" w:hAnsi="Times New Roman" w:eastAsia="Times New Roman" w:cs="Times New Roman"/>
        </w:rPr>
        <w:t>Miller-ygua rembiasakue Ángel Mokõiháva rehegua ha’e Lot rembiasakue. Mokõi ánhel og̃uahẽ távape (junio de 1842), og̃uahẽ pe marandu Ángel Mokõihápegua, ha Lot ojoko chupekuéra opyta hag̃ua pyharekue (pe Aravo Oha’arõha). Oiko peteĩ huísio, ha upéi peteĩ okẽ oñemboty (22 de octubre de 1844).</w:t>
      </w:r>
    </w:p>
    <w:p>
      <w:pPr>
        <w:pStyle w:val="ArticleBody"/>
        <w:jc w:val="left"/>
      </w:pPr>
      <w:r>
        <w:rPr>
          <w:rFonts w:ascii="Times New Roman" w:hAnsi="Times New Roman" w:eastAsia="Times New Roman" w:cs="Times New Roman"/>
        </w:rPr>
        <w:t>Jahecháta ambue tembiasakue bíblicope, peteĩ ára ñembohasa hag̃ua oñembojoajúva Historia Millerita reheve, ko mba’e ñambyaty mboyve.</w:t>
      </w:r>
    </w:p>
    <w:p>
      <w:pPr>
        <w:pStyle w:val="ArticleHeading"/>
        <w:jc w:val="left"/>
      </w:pPr>
      <w:r>
        <w:rPr>
          <w:rFonts w:ascii="Arial" w:hAnsi="Arial" w:eastAsia="Arial" w:cs="Arial"/>
        </w:rPr>
        <w:t>Moisés, pe Santuario, ha pe ára oñeha’arõva hag̃ua</w:t>
      </w:r>
    </w:p>
    <w:p>
      <w:pPr>
        <w:pStyle w:val="ArticleBody"/>
        <w:jc w:val="left"/>
      </w:pPr>
      <w:r>
        <w:rPr>
          <w:rFonts w:ascii="Times New Roman" w:hAnsi="Times New Roman" w:eastAsia="Times New Roman" w:cs="Times New Roman"/>
        </w:rPr>
        <w:t>Pe historia oúva hína Moisés oguerekóvo instrukciónkuéra oñemopuʼã hag̃ua pe santuario ha pe Léi.</w:t>
      </w:r>
    </w:p>
    <w:p>
      <w:pPr>
        <w:pStyle w:val="ArticleScripture"/>
        <w:jc w:val="left"/>
      </w:pPr>
      <w:r>
        <w:rPr>
          <w:rFonts w:ascii="Times New Roman" w:hAnsi="Times New Roman" w:eastAsia="Times New Roman" w:cs="Times New Roman"/>
        </w:rPr>
        <w:t>Ára peteĩha poapyha, ha’éva sábado, Moisés oñehenói hag̃ua ojupi hag̃ua arai ryepýpe. Pe arai hũ ijyvatetereíva ojepe’a opa Israel renondépe, ha Ñandejára mimbipa osẽ okápe tata ohundívaicha. “Ha Moisés oike pe arai mbytépe, ha ojupi yvýrape; ha Moisés opyta pe yvýrape mokõi pa ary ha mokõi pa pyhare.” Patriarcas y Profetas, 313, 314.</w:t>
      </w:r>
    </w:p>
    <w:p>
      <w:pPr>
        <w:pStyle w:val="ArticleBody"/>
        <w:jc w:val="left"/>
      </w:pPr>
      <w:r>
        <w:rPr>
          <w:rFonts w:ascii="Times New Roman" w:hAnsi="Times New Roman" w:eastAsia="Times New Roman" w:cs="Times New Roman"/>
        </w:rPr>
        <w:t>Umi irundy ára opytákuri yvyty ári ndoikéi umi poteĩ ára ñembosako’i rehegua.</w:t>
      </w:r>
    </w:p>
    <w:p>
      <w:pPr>
        <w:pStyle w:val="ArticleBody"/>
        <w:jc w:val="left"/>
      </w:pPr>
      <w:r>
        <w:rPr>
          <w:rFonts w:ascii="Times New Roman" w:hAnsi="Times New Roman" w:eastAsia="Times New Roman" w:cs="Times New Roman"/>
        </w:rPr>
        <w:t>Ko tembiasakue jave, Moisés opyta 46 ára ohupyty hag̃ua ñe'ẽmondo pe tupao ñemopu'ã rehegua, ombojojáva umi 46 ary guive 1798 guive 1844 peve, upe jave Ñandejára omopu'ã haguépe pe tupao Millerita, ha avei umi 46 ary Herodes omyatyrõ jeýhague pe tupao, he'iháicha Juan 2:20-pe, ha avei umi 46 cromosoma oguerekóva yvypóra rekove, pe tupao yvypóra rehegua. Umi seis ára aja, Josué oĩ Moisés ndive, ha mokõivéva okaru maná rehe ha hoy'u y pe ysyrýgui oguejýva pe yvytýgui. Josué ndoikéi pe araípe Moisés ndive, síno opyta okápe, okaru ha hoy'u ára ha ára oha'arõ aja Moisés jevy, ha Moisés katu oñembyahýi umi cuarenta ára aja.</w:t>
      </w:r>
    </w:p>
    <w:p>
      <w:pPr>
        <w:pStyle w:val="ArticleBody"/>
        <w:jc w:val="left"/>
      </w:pPr>
      <w:r>
        <w:rPr>
          <w:rFonts w:ascii="Times New Roman" w:hAnsi="Times New Roman" w:eastAsia="Times New Roman" w:cs="Times New Roman"/>
        </w:rPr>
        <w:t>Oĩ aja jave yvytype, Moisés ohupyty mbaʼeichaitépa oñemopuʼãvaʼerã peteĩ santuario, upépe ojehechaukáta hag̃ua iñambuéva pe Tupã reko oĩha. “Tochemopuʼã chéve peteĩ santuario, aikóvo hag̃ua ijapytepekuéra” (Éxodo 25:8), upéva vaʼekue Tupã mandamiento.</w:t>
      </w:r>
    </w:p>
    <w:p>
      <w:pPr>
        <w:pStyle w:val="ArticleBody"/>
        <w:jc w:val="left"/>
      </w:pPr>
      <w:r>
        <w:rPr>
          <w:rFonts w:ascii="Times New Roman" w:hAnsi="Times New Roman" w:eastAsia="Times New Roman" w:cs="Times New Roman"/>
        </w:rPr>
        <w:t>Ko’ápe jajuhu pe papapy 46 oñembojoajuha pe tenda marangatu ñemopu’ã rehe.</w:t>
      </w:r>
    </w:p>
    <w:p>
      <w:pPr>
        <w:pStyle w:val="ArticleBody"/>
        <w:jc w:val="left"/>
      </w:pPr>
      <w:r>
        <w:rPr>
          <w:rFonts w:ascii="Times New Roman" w:hAnsi="Times New Roman" w:eastAsia="Times New Roman" w:cs="Times New Roman"/>
        </w:rPr>
        <w:t>Rohecháta Éxodo-gui ha ñañatendéta peteĩ ára opytave hag̃ua ko tembiasápe, ko mba'e ohechauka hag̃ua pe ára opytave hag̃ua oikótava Cristo ára, Millerita-kuéra tiempope, ha ko yvy pahápe. Pe ára opytave hag̃ua omoheñói pe tekohápe ohejáta hag̃ua pe Pyharepyte Sapu'ái oñemoherakuã ha omoheñói mokõi aty oñemomba'éva. Ndaha'éiramo pe ára opytave hag̃ua, umi mba'e oikóva upe tembiasápe ndohupytymo'ãi pe tenda tekotevẽva Ñandejára oipotáva ogueru hag̃ua pe Pyharepyte Sapu'ái jave. Tekotevẽ jahecha mba'épa he'ise pe ára opytave hag̃ua.</w:t>
      </w:r>
    </w:p>
    <w:p>
      <w:pPr>
        <w:pStyle w:val="ArticleScripture"/>
        <w:jc w:val="left"/>
      </w:pPr>
      <w:r>
        <w:rPr>
          <w:rFonts w:ascii="Times New Roman" w:hAnsi="Times New Roman" w:eastAsia="Times New Roman" w:cs="Times New Roman"/>
        </w:rPr>
        <w:t>Ha’e he’i Moiséspe: Ejupi Ñandejára rendápe, nde, ha Aarón, Nadab ha Abiú, ha pokõi pa Israel myakãhára kuéragui; ha peñesũ mombyry guive. . . . Ha Moisés ojapyhy tuguy mbyte, ha omoĩ mba’yru kuérape; ha ambue mbyte tuguy rehe osapymi altar ári. Ha ojapyhy pe ñe’ẽme’ẽ aranduka, ha omoñe’ẽ tavayguakuéra renondépe; ha ha’ekuéra he’i: Opa mba’e Ñandejára he’íva rojapóta, ha roñe’ẽrendúta. Ha Moisés ojapyhy pe tuguy, ha osapymi tavayguakuéra ári, ha he’i: Péina pe ñe’ẽme’ẽ ruguy, Ñandejára ojapóva penendive opa ko’ã ñe’ẽ rehehápe. Éxodo 24:1, 6-8.</w:t>
      </w:r>
    </w:p>
    <w:p>
      <w:pPr>
        <w:pStyle w:val="ArticleBody"/>
        <w:jc w:val="left"/>
      </w:pPr>
      <w:r>
        <w:rPr>
          <w:rFonts w:ascii="Times New Roman" w:hAnsi="Times New Roman" w:eastAsia="Times New Roman" w:cs="Times New Roman"/>
        </w:rPr>
        <w:t>Ko 46 ára pukukue, ko Araro’a Ára, ha’e pe ára Ñandejára oike hag̃ua peteĩ tavayguakuéra ndive ñe’ẽme’ẽme.</w:t>
      </w:r>
    </w:p>
    <w:p>
      <w:pPr>
        <w:pStyle w:val="ArticleBody"/>
        <w:jc w:val="left"/>
      </w:pPr>
      <w:r>
        <w:rPr>
          <w:rFonts w:ascii="Times New Roman" w:hAnsi="Times New Roman" w:eastAsia="Times New Roman" w:cs="Times New Roman"/>
        </w:rPr>
        <w:t>¿Pe Señor oike Kuarái ombojoaju pendejepére umi Millerita ndive ko tembiasakuepe? Heẽ.</w:t>
      </w:r>
    </w:p>
    <w:p>
      <w:pPr>
        <w:pStyle w:val="ArticleBody"/>
        <w:jc w:val="left"/>
      </w:pPr>
      <w:r>
        <w:rPr>
          <w:rFonts w:ascii="Times New Roman" w:hAnsi="Times New Roman" w:eastAsia="Times New Roman" w:cs="Times New Roman"/>
        </w:rPr>
        <w:t>¿Ojapo piko pe ñe’ẽme’ẽ joaju pe iglésia kristiána ndive Pentecostéspe Cristo tiémpope? Heẽ.</w:t>
      </w:r>
    </w:p>
    <w:p>
      <w:pPr>
        <w:pStyle w:val="ArticleBody"/>
        <w:jc w:val="left"/>
      </w:pPr>
      <w:r>
        <w:rPr>
          <w:rFonts w:ascii="Times New Roman" w:hAnsi="Times New Roman" w:eastAsia="Times New Roman" w:cs="Times New Roman"/>
        </w:rPr>
        <w:t>Upévare, ko ára opyta hag̃uáva ha’e peteĩva umi techaukaha apytégui ohechaukáva Ñandejára oikeha ñe’ẽme’ẽme peteĩ tetã ndive.</w:t>
      </w:r>
    </w:p>
    <w:p>
      <w:pPr>
        <w:pStyle w:val="ArticleScripture"/>
        <w:jc w:val="left"/>
      </w:pPr>
      <w:r>
        <w:rPr>
          <w:rFonts w:ascii="Times New Roman" w:hAnsi="Times New Roman" w:eastAsia="Times New Roman" w:cs="Times New Roman"/>
        </w:rPr>
        <w:t>Ha Ñandejára he'i Moiséspe: Eju che rendápe yvytýpe, ha epyta upépe; ha che ame'ẽta ndéve ita tavlakue, léi ha mandamiéntokue che ahai va'ekue, ikatu hag̃uáicha rembo'e chupekuéra. Ha Moisés opu'ã, ha hendive hembiguái Josué; ha Moisés ojupi Tupã yvytýpe. Ha he'i umi myakãhárape: Pepyta ko'ápe ore rehehápe, peve rojey peẽme; ha péina, Aarón ha Hur oĩ penendive: oiméramo avave oguereko mba'eve hag̃ua, toúke hendápekuéra. Upérõ Moisés ojupi yvytýpe, ha peteĩ arai ojaho'i pe yvyty. Ha Ñandejára mimbipa opyta yvyty Sinaí ári, ha pe arai ojaho'i chupe seis ára pukukue; ha ára sietehápe ha'e ohenói Moiséspe pe arai mbytégui. Ha Ñandejára mimbipa jehecha va'ekue ojoguákuri tata ohapypávaicha pe yvyty ru'ã ári, Israel ra'ykuéra renondépe. Ha Moisés oike pe arai mbytépype ha ojupi pe yvytýre; ha Moisés opyta pe yvytýpe cuarenta ára ha cuarenta pyhare. Éxodo 24:12-18.</w:t>
      </w:r>
    </w:p>
    <w:p>
      <w:pPr>
        <w:pStyle w:val="ArticleBody"/>
        <w:jc w:val="left"/>
      </w:pPr>
      <w:r>
        <w:rPr>
          <w:rFonts w:ascii="Times New Roman" w:hAnsi="Times New Roman" w:eastAsia="Times New Roman" w:cs="Times New Roman"/>
        </w:rPr>
        <w:t>Moisés rembiasakuepe jahecha peteĩ are oha’arõha. Ko arépe, mokõi tabla ohechauka pe ñemoĩmbyre, ha Ñandejára oike ñemoĩmbyrépe ha ome’ẽ Moiséspe mbo’epy pe templo jejapo rehegua.</w:t>
      </w:r>
    </w:p>
    <w:p>
      <w:pPr>
        <w:pStyle w:val="ArticleBody"/>
        <w:jc w:val="left"/>
      </w:pPr>
      <w:r>
        <w:rPr>
          <w:rFonts w:ascii="Times New Roman" w:hAnsi="Times New Roman" w:eastAsia="Times New Roman" w:cs="Times New Roman"/>
        </w:rPr>
        <w:t>1798 guive 1844 peve, umi 46 ary pukukue, Ñandejára omopu’ãhína kuri pe tupão Millerita ikatu hag̃uáicha oike ñe’ẽme’ẽme Israel ko’ag̃agua ndive.</w:t>
      </w:r>
    </w:p>
    <w:p>
      <w:pPr>
        <w:pStyle w:val="ArticleBody"/>
        <w:jc w:val="left"/>
      </w:pPr>
      <w:r>
        <w:rPr>
          <w:rFonts w:ascii="Times New Roman" w:hAnsi="Times New Roman" w:eastAsia="Times New Roman" w:cs="Times New Roman"/>
        </w:rPr>
        <w:t>Pe pehẽngue ñamoñeʼẽ ramóva Moisés rehegua ha umi 70 karai guasu ohaʼarõ hague arekue oñembohéra Pentecostés tembiasakue bíblico-pe—mokõipa ára rire Páskua-gui. Ñandejára omboʼe Israel-pe omanduʼa hag̃ua Pentecostés rehe opa ára g̃uarã. Testamento Pyahu-pe, Pentecostés haʼe peteĩ mbaʼe ojehechakuaáva tenonderãite pe iglesia cristiana yma guarépe, ojegueromanduʼávo ko tembiasakueetéva. Jahecha umi componente peteĩchagua Pentecostés-pe Cristo tiempo-pe, umi Millerita-kuéra rembiasakue-pe, ha koʼã componente ojerepetíta yvy paha opávo.</w:t>
      </w:r>
    </w:p>
    <w:p>
      <w:pPr>
        <w:pStyle w:val="ArticleHeading"/>
        <w:jc w:val="left"/>
      </w:pPr>
      <w:r>
        <w:rPr>
          <w:rFonts w:ascii="Arial" w:hAnsi="Arial" w:eastAsia="Arial" w:cs="Arial"/>
        </w:rPr>
        <w:t>Pentecostés ha pe tenda’arõ ára Testamento Pyahúpe</w:t>
      </w:r>
    </w:p>
    <w:p>
      <w:pPr>
        <w:pStyle w:val="ArticleBody"/>
        <w:jc w:val="left"/>
      </w:pPr>
      <w:r>
        <w:rPr>
          <w:rFonts w:ascii="Times New Roman" w:hAnsi="Times New Roman" w:eastAsia="Times New Roman" w:cs="Times New Roman"/>
        </w:rPr>
        <w:t>Tahechamíkena Pentecostés rehe Lucas 24:44-52 guive, Emaús rapére ojehuva’ekue rembiasakue aja.</w:t>
      </w:r>
    </w:p>
    <w:p>
      <w:pPr>
        <w:pStyle w:val="ArticleBody"/>
        <w:jc w:val="left"/>
      </w:pPr>
      <w:r>
        <w:rPr>
          <w:rFonts w:ascii="Times New Roman" w:hAnsi="Times New Roman" w:eastAsia="Times New Roman" w:cs="Times New Roman"/>
        </w:rPr>
        <w:t>Yma Lukápe, umi mokõi temimbo'e oguatáva Jesús ndive ojerure Chupe opyta hag̃ua hendivekuéra. La Biblia oipuru pe ñe'ẽ “opyta”. Oĩ upépe peteĩ ára opyta hag̃uáicha oñemarka vaekue, péro ñande jahechaukase ambue ára opyta hag̃uáicha ko tembiasakue peteĩchape.</w:t>
      </w:r>
    </w:p>
    <w:p>
      <w:pPr>
        <w:pStyle w:val="ArticleScripture"/>
        <w:jc w:val="left"/>
      </w:pPr>
      <w:r>
        <w:rPr>
          <w:rFonts w:ascii="Times New Roman" w:hAnsi="Times New Roman" w:eastAsia="Times New Roman" w:cs="Times New Roman"/>
        </w:rPr>
        <w:t>Ha he’i chupekuéra: Kóvango umi ñe’ẽ che ha’éva peẽme, aime guive gueteri penendive, opa mba’e ojehaíva’ekue che rehe Moisés léipe, umi profétape ha salmo kuérape, oñekumpli hag̃uáicha. Upémarõ oipe’a chupekuéra iñarandu hag̃ua ontende hag̃ua umi Escritura. Ha he’i chupekuéra: Péicha niko ojehai, ha péicha tekotevẽ Cristo ohasa asy, ha opu’ã jey hag̃ua omanóva apytégui mbohapyha árape; ha péicha avei oñemoherakuã va’erã héra rupi opa tetãnguéra apytépe, oñepyrũvo Jerusaléngui, pe arrepentimiento ha angaipa ñeñyrõ. Ha peẽ hína ko’ã mba’e rehegua testígo. Ha péina ápe, che amondo pende ári che Ru ñe’ẽme’ẽ; ha peẽ pepyta Jerusalén táva ryepýpe peñemonde peve pu’aka yvágagui ouvagui.</w:t>
      </w:r>
    </w:p>
    <w:p>
      <w:pPr>
        <w:pStyle w:val="ArticleBody"/>
        <w:jc w:val="left"/>
      </w:pPr>
      <w:r>
        <w:rPr>
          <w:rFonts w:ascii="Times New Roman" w:hAnsi="Times New Roman" w:eastAsia="Times New Roman" w:cs="Times New Roman"/>
        </w:rPr>
        <w:t>Pe ára de espera ojehechauka pe mandádo rupive opyta hag̃ua Jerusalénpe oñeme’ẽ hag̃ua pu’aka. Upépe oiko marandu ñemombarete umi Millerita-pe g̃uarã.</w:t>
      </w:r>
    </w:p>
    <w:p>
      <w:pPr>
        <w:pStyle w:val="ArticleBody"/>
        <w:jc w:val="left"/>
      </w:pPr>
      <w:r>
        <w:rPr>
          <w:rFonts w:ascii="Times New Roman" w:hAnsi="Times New Roman" w:eastAsia="Times New Roman" w:cs="Times New Roman"/>
        </w:rPr>
        <w:t>Pyta hag̃ua he'ise oha'arõ hag̃ua. “Ojehovasa pe oha'aróva.” Mba'épe hag̃ua? Pe mbaretekuaa rehe.</w:t>
      </w:r>
    </w:p>
    <w:p>
      <w:pPr>
        <w:pStyle w:val="ArticleBody"/>
        <w:jc w:val="left"/>
      </w:pPr>
      <w:r>
        <w:rPr>
          <w:rFonts w:ascii="Times New Roman" w:hAnsi="Times New Roman" w:eastAsia="Times New Roman" w:cs="Times New Roman"/>
        </w:rPr>
        <w:t>Ndikatúi reikuaa porã hag̃ua pe Mbytépygua Sapukái mbaretekue oñeme’ẽva, ndereikuaáiramo pe aravo oha’arõ hag̃uápe, upépe oñemandahápe chupekuéra oha’arõ hag̃ua upe mbarete. Kóva ha’e peteĩ parte pe tembiasakue rehegua. Ikatu hag̃uáicha pe tesape oñemopyenda vaʼekue nde rapykuéri osegi hendy, tekotevẽ reikuaa pe tembiasakue tuichakue.</w:t>
      </w:r>
    </w:p>
    <w:p>
      <w:pPr>
        <w:pStyle w:val="ArticleBody"/>
        <w:jc w:val="left"/>
      </w:pPr>
      <w:r>
        <w:rPr>
          <w:rFonts w:ascii="Times New Roman" w:hAnsi="Times New Roman" w:eastAsia="Times New Roman" w:cs="Times New Roman"/>
        </w:rPr>
        <w:t>Nde ikatu gueteri rehecha moõpa ko mba’e ohohína, péro ko’ẽrõ ojekuaáta hesakã hag̃uáicha.</w:t>
      </w:r>
    </w:p>
    <w:p>
      <w:pPr>
        <w:pStyle w:val="ArticleHeading"/>
        <w:jc w:val="left"/>
      </w:pPr>
      <w:r>
        <w:rPr>
          <w:rFonts w:ascii="Arial" w:hAnsi="Arial" w:eastAsia="Arial" w:cs="Arial"/>
        </w:rPr>
        <w:t>Mbohapy Profecía ha pe Aravo Araka’e G̃uarã hag̃uáva</w:t>
      </w:r>
    </w:p>
    <w:p>
      <w:pPr>
        <w:pStyle w:val="ArticleBody"/>
        <w:jc w:val="left"/>
      </w:pPr>
      <w:r>
        <w:rPr>
          <w:rFonts w:ascii="Times New Roman" w:hAnsi="Times New Roman" w:eastAsia="Times New Roman" w:cs="Times New Roman"/>
        </w:rPr>
        <w:t>Mbohapy profecía ogueraha umi Millerita-kuérape peteĩ jejavy hag̃ua oheja vaʼekue pe are hag̃ua ha pe peteĩha ñembyasy guasu. Koʼã profecía hína umi mbohapy William Miller heʼi vaʼekue oñemeʼẽ hague chupe ñepyrũrãramo: pe 1335, pe 2520 ha pe 2300 ára.</w:t>
      </w:r>
    </w:p>
    <w:p>
      <w:pPr>
        <w:pStyle w:val="ArticleBody"/>
        <w:jc w:val="left"/>
      </w:pPr>
      <w:r>
        <w:rPr>
          <w:rFonts w:ascii="Times New Roman" w:hAnsi="Times New Roman" w:eastAsia="Times New Roman" w:cs="Times New Roman"/>
        </w:rPr>
        <w:t>Nde rentendéramo pe tiempo de demora ha’eha peteĩ componente específico del Clamor de Medianoche, tekotevẽ reporandu mba’épa omoheñói pe tiempo de demora. Ha’e va’ekue ko’ã mbohapy profesía de tiempo: pe 1335, pe 2520 ha pe 2300.</w:t>
      </w:r>
    </w:p>
    <w:p>
      <w:pPr>
        <w:pStyle w:val="ArticleBody"/>
        <w:jc w:val="left"/>
      </w:pPr>
      <w:r>
        <w:rPr>
          <w:rFonts w:ascii="Times New Roman" w:hAnsi="Times New Roman" w:eastAsia="Times New Roman" w:cs="Times New Roman"/>
        </w:rPr>
        <w:t>Recháramo pe profesía 2520 ha pe 1335 rehegua, rejechaukahína reñemboykeha Pe Sapukái Pyharepytepegua-gui ha reguejýta tape ári yvy arigua ñaña gotyo.</w:t>
      </w:r>
    </w:p>
    <w:p>
      <w:pPr>
        <w:pStyle w:val="ArticleBody"/>
        <w:jc w:val="left"/>
      </w:pPr>
      <w:r>
        <w:rPr>
          <w:rFonts w:ascii="Times New Roman" w:hAnsi="Times New Roman" w:eastAsia="Times New Roman" w:cs="Times New Roman"/>
        </w:rPr>
        <w:t>Upépe peve jaháta opa ko mba’e reheve.</w:t>
      </w:r>
    </w:p>
    <w:p>
      <w:pPr>
        <w:pStyle w:val="ArticleBody"/>
        <w:jc w:val="left"/>
      </w:pPr>
      <w:r>
        <w:rPr>
          <w:rFonts w:ascii="Times New Roman" w:hAnsi="Times New Roman" w:eastAsia="Times New Roman" w:cs="Times New Roman"/>
        </w:rPr>
        <w:t>Opyta pórke ohaʼarõvaʼerã mbareterã yvate guive; ha pe Historia Millerita-pe, upe mbarete vaʼekue haʼe vaʼekue pe Sapukái Pyharepytegua.</w:t>
      </w:r>
    </w:p>
    <w:p>
      <w:pPr>
        <w:pStyle w:val="ArticleScripture"/>
        <w:jc w:val="left"/>
      </w:pPr>
      <w:r>
        <w:rPr>
          <w:rFonts w:ascii="Times New Roman" w:hAnsi="Times New Roman" w:eastAsia="Times New Roman" w:cs="Times New Roman"/>
        </w:rPr>
        <w:t>Peẽ katu pepyta Jerusalén távape, peñemonde peve pu’aka yvateguágui. Ha ogueraha chupekuéra Betania peve; ha omopu’ã ipo, ha ohovasa chupekuéra. Ha oiko aja ohovasárõ guare chupekuéra, ojepe’a chuguikuéra, ha ojegueraha yvágape. Ha ha’ekuéra omomba’e guasu chupe, ha ojevy Jerusalén-pe tory guasúpe. Lucas 24:49-52.</w:t>
      </w:r>
    </w:p>
    <w:p>
      <w:pPr>
        <w:pStyle w:val="ArticleBody"/>
        <w:jc w:val="left"/>
      </w:pPr>
      <w:r>
        <w:rPr>
          <w:rFonts w:ascii="Times New Roman" w:hAnsi="Times New Roman" w:eastAsia="Times New Roman" w:cs="Times New Roman"/>
        </w:rPr>
        <w:t>Betania ha’e peteĩ táva’i Jerusalén jerére, amo peteĩ milla y media rupi okápe pe távagui. Jesús árape, kóva ha’e va’ekue peteĩ mombyry tuicha mba’éva, yvypóra opavave oguatágui opa hendárupi.</w:t>
      </w:r>
    </w:p>
    <w:p>
      <w:pPr>
        <w:pStyle w:val="ArticleBody"/>
        <w:jc w:val="left"/>
      </w:pPr>
      <w:r>
        <w:rPr>
          <w:rFonts w:ascii="Times New Roman" w:hAnsi="Times New Roman" w:eastAsia="Times New Roman" w:cs="Times New Roman"/>
        </w:rPr>
        <w:t>Betania he’ise “Mboriahú Róga”.</w:t>
      </w:r>
    </w:p>
    <w:p>
      <w:pPr>
        <w:pStyle w:val="ArticleBody"/>
        <w:jc w:val="left"/>
      </w:pPr>
      <w:r>
        <w:rPr>
          <w:rFonts w:ascii="Times New Roman" w:hAnsi="Times New Roman" w:eastAsia="Times New Roman" w:cs="Times New Roman"/>
        </w:rPr>
        <w:t>Jesús rembiporavovéva oĩ hag̃ua vaʼekue hína Betánia-pe, upépe oiko haguépe Lázaro, María ha Marta.</w:t>
      </w:r>
    </w:p>
    <w:p>
      <w:pPr>
        <w:pStyle w:val="ArticleBody"/>
        <w:jc w:val="left"/>
      </w:pPr>
      <w:r>
        <w:rPr>
          <w:rFonts w:ascii="Times New Roman" w:hAnsi="Times New Roman" w:eastAsia="Times New Roman" w:cs="Times New Roman"/>
        </w:rPr>
        <w:t>Ojehechakuaa va’erã pe Jeike Triunfalha ha’eha pe tembiasakue Hermana White oipurúva omombe’u hag̃ua pe Sapukái Pyharepytepegua.</w:t>
      </w:r>
    </w:p>
    <w:p>
      <w:pPr>
        <w:pStyle w:val="ArticleBody"/>
        <w:jc w:val="left"/>
      </w:pPr>
      <w:r>
        <w:rPr>
          <w:rFonts w:ascii="Times New Roman" w:hAnsi="Times New Roman" w:eastAsia="Times New Roman" w:cs="Times New Roman"/>
        </w:rPr>
        <w:t>Jesús oike mboyve Jerusalénpe pe Jeike Jehechaukapyrãme, opyta sapy’aitemi Betániape, Mboriahukuéra Rógape. Oĩ peteĩ tiempo de demora oñemotenondéva pe Jeike Jehechaukapyrãme, péicha avei oĩ peteĩ tiempo de demora oñemotenondéva pe Sapukái Pyharepytegua. Mokõivéva tembiasakue ojoguáva, ha katu ñande gueteri jaiko Lucas 24:44-52 reheve ha jaha’arõ ha japyta Jerusalénpe.</w:t>
      </w:r>
    </w:p>
    <w:p>
      <w:pPr>
        <w:pStyle w:val="ArticleBody"/>
        <w:jc w:val="left"/>
      </w:pPr>
      <w:r>
        <w:rPr>
          <w:rFonts w:ascii="Times New Roman" w:hAnsi="Times New Roman" w:eastAsia="Times New Roman" w:cs="Times New Roman"/>
        </w:rPr>
        <w:t>**Yvypóra Ypykuépe**, kuatia rogue 247-pe, oñe’ẽvo pe **Historia Millerita** rehe, **Hermana White** he’i:</w:t>
      </w:r>
    </w:p>
    <w:p>
      <w:pPr>
        <w:pStyle w:val="ArticleScripture"/>
        <w:jc w:val="left"/>
      </w:pPr>
      <w:r>
        <w:rPr>
          <w:rFonts w:ascii="Times New Roman" w:hAnsi="Times New Roman" w:eastAsia="Times New Roman" w:cs="Times New Roman"/>
        </w:rPr>
        <w:t>Umi oñembotavy vaʼekue ohechakuaa hag̃ua Ñandejára Ñeʼẽgui haʼekuéra oĩha pe aravo ñembotavy pyʼaguasúpe, ha tekotevẽha ohaʼarõ pyʼaguasúpe pe visión ñekumpli. Pe evidence peteĩchagua oguerahávaʼekue chupekuéra ohaʼarõ hag̃ua Ijára rehe 1843-pe, ogueraha avei chupekuéra ohaʼarõ hag̃ua Chupe 1844-pe.</w:t>
      </w:r>
    </w:p>
    <w:p>
      <w:pPr>
        <w:pStyle w:val="ArticleBody"/>
        <w:jc w:val="left"/>
      </w:pPr>
      <w:r>
        <w:rPr>
          <w:rFonts w:ascii="Times New Roman" w:hAnsi="Times New Roman" w:eastAsia="Times New Roman" w:cs="Times New Roman"/>
        </w:rPr>
        <w:t>Pyhare mbytepegua-pe, umi Millerita-kuéra ojepe’a hag̃ua iñentendimiento Escritura-kuéra rehe.</w:t>
      </w:r>
    </w:p>
    <w:p>
      <w:pPr>
        <w:pStyle w:val="ArticleBody"/>
        <w:jc w:val="left"/>
      </w:pPr>
      <w:r>
        <w:rPr>
          <w:rFonts w:ascii="Times New Roman" w:hAnsi="Times New Roman" w:eastAsia="Times New Roman" w:cs="Times New Roman"/>
        </w:rPr>
        <w:t>“Umi oñembotavýva” pe ñembotavy peteĩha guive ohechakuaa hag̃ua Escritura-kuéragui oĩha hikuái pe aravo oñembotardahápe, ha upe tembiporu peteĩteĩ voi omboguatáva chupekuéra opredesi hag̃ua 1843-pe ou jeytaha pe Ñandejára, koʼág̃a ohechauka 1844.</w:t>
      </w:r>
    </w:p>
    <w:p>
      <w:pPr>
        <w:pStyle w:val="ArticleBody"/>
        <w:jc w:val="left"/>
      </w:pPr>
      <w:r>
        <w:rPr>
          <w:rFonts w:ascii="Times New Roman" w:hAnsi="Times New Roman" w:eastAsia="Times New Roman" w:cs="Times New Roman"/>
        </w:rPr>
        <w:t>Mbaʼe piko ojapo vaʼekue pe Ñandejára hesekuéra? Haʼe oipeʼa hag̃ua iñentendimiento. Kóva haʼe peteĩ tembiasakue ojoja hag̃ua umi temimboʼekuéra rehegua ndive.</w:t>
      </w:r>
    </w:p>
    <w:p>
      <w:pPr>
        <w:pStyle w:val="ArticleHeading"/>
        <w:jc w:val="left"/>
      </w:pPr>
      <w:r>
        <w:rPr>
          <w:rFonts w:ascii="Arial" w:hAnsi="Arial" w:eastAsia="Arial" w:cs="Arial"/>
        </w:rPr>
        <w:t>Arakaʼe Opyta Araháre ha Pe Ñeʼẽmeʼẽ Ñeʼẽmbyre</w:t>
      </w:r>
    </w:p>
    <w:p>
      <w:pPr>
        <w:pStyle w:val="ArticleBody"/>
        <w:jc w:val="left"/>
      </w:pPr>
      <w:r>
        <w:rPr>
          <w:rFonts w:ascii="Times New Roman" w:hAnsi="Times New Roman" w:eastAsia="Times New Roman" w:cs="Times New Roman"/>
        </w:rPr>
        <w:t>Oĩ peteĩ ára opyta hag̃ua Jacob rembiasakuépe. Ko ára opytaha omyesakã heta añetegua profétika, jepe ñande japokóta michĩnte peteĩvaʼekue rehe.</w:t>
      </w:r>
    </w:p>
    <w:p>
      <w:pPr>
        <w:pStyle w:val="ArticleBody"/>
        <w:jc w:val="left"/>
      </w:pPr>
      <w:r>
        <w:rPr>
          <w:rFonts w:ascii="Times New Roman" w:hAnsi="Times New Roman" w:eastAsia="Times New Roman" w:cs="Times New Roman"/>
        </w:rPr>
        <w:t>Génesis 28-pe, oñepyrũvo pe versíkulo 10-gui, ohechauka Jacob rembiasakue ohechauka hag̃ua mba’éichapa ko mundo paháta. Jacob ra’ykuéra orrepresenta umi 144.000 oĩva ko mundo paha aja.</w:t>
      </w:r>
    </w:p>
    <w:p>
      <w:pPr>
        <w:pStyle w:val="ArticleBody"/>
        <w:jc w:val="left"/>
      </w:pPr>
      <w:r>
        <w:rPr>
          <w:rFonts w:ascii="Times New Roman" w:hAnsi="Times New Roman" w:eastAsia="Times New Roman" w:cs="Times New Roman"/>
        </w:rPr>
        <w:t>Jacob oguereko vaʼekue taʼýra irundy kuñágui—mokõi hembireko, Raquel ha Lea, ha mokõi tembirekorã. Haʼe ombaʼapo vaʼerãkuri hembirekokuéra rehehápe: 2520 ára Lea rehehápe ha 2520 ára Raquel rehehápe. Jacob rembiasakuepe jahecha mokõivéva 2520, ohechaukáva Reino del Norte ha Reino del Sur.</w:t>
      </w:r>
    </w:p>
    <w:p>
      <w:pPr>
        <w:pStyle w:val="ArticleBody"/>
        <w:jc w:val="left"/>
      </w:pPr>
      <w:r>
        <w:rPr>
          <w:rFonts w:ascii="Times New Roman" w:hAnsi="Times New Roman" w:eastAsia="Times New Roman" w:cs="Times New Roman"/>
        </w:rPr>
        <w:t>Jacob ha’e peteĩ símbolo pe historia Millerita ha umi 144.000-gui. Iñe’ẽasa oikova’erã ome’ẽ hag̃ua ñandéve tesape ko mundo pahaitepe.</w:t>
      </w:r>
    </w:p>
    <w:p>
      <w:pPr>
        <w:pStyle w:val="ArticleScripture"/>
        <w:jc w:val="left"/>
      </w:pPr>
      <w:r>
        <w:rPr>
          <w:rFonts w:ascii="Times New Roman" w:hAnsi="Times New Roman" w:eastAsia="Times New Roman" w:cs="Times New Roman"/>
        </w:rPr>
        <w:t>Ha Jacob osẽ Beersebágui ha oho Harán gotyo. Ha oguahẽ peteĩ tenda-pe, ha opyta upépe pyhare pukukue, kuarahy oike haguére; ha ojapyhy upe tenda ita kuéragui ha omoĩ iñakãngyta ramo, ha oñeno upe tenda-pe oke hag̃ua. Ha ohecha peteĩ kepe, ha péina peteĩ eskaléra oñembo’y yvy ári, ha iñakã oguahẽ yvágape; ha péina Tupã remimbou kuéra ojupi ha oguejy hese. Ha péina Ñandejára oĩ hi’ári, ha he’i: Che hína Ñandejára, nde ru ypykue Abraham Jára, ha Isaac Jára; ko yvy reñenohápe, ndéve ame’ẽta, ha ne ñemoñarépe. Ha ne ñemoñare heta etáta yvy ku’iicha; ha reñemosarambíta kuarahyreike gotyo, kuarahysẽ gotyo, yvate gotyo ha yvývo gotyo; ha nde pype ha ne ñemoñarépe ojehovasáta opa yvy ape arygua ñemoñarekuéra. Ha péina, che aime nendive, ha roñangarekóta opa rupi rehohápe, ha roguerujeyta ko yvýpe; ndoroheja mo’ãi, ajapopa peve opa mba’e ha’éva’ekue ndéve. Génesis 28:10-15.</w:t>
      </w:r>
    </w:p>
    <w:p>
      <w:pPr>
        <w:pStyle w:val="ArticleBody"/>
        <w:jc w:val="left"/>
      </w:pPr>
      <w:r>
        <w:rPr>
          <w:rFonts w:ascii="Times New Roman" w:hAnsi="Times New Roman" w:eastAsia="Times New Roman" w:cs="Times New Roman"/>
        </w:rPr>
        <w:t>Ñandejára oike pe joaju ñemboguata hag̃ua Jacob ndive. Ñandejára oike vove pe joaju ñemboguatápe Moisés ha Israel ndive, oĩ peteĩ ára oñeha’arõva; oike vove pe joaju ñemboguatápe Jacob ndive, oĩ peteĩ ára oñeha’arõva; oike vove pe joaju ñemboguatápe Israel moderno ndive pe Historia Millerita-pe, oĩ peteĩ ára oñeha’arõva; ha oike vove pe joaju ñemboguatápe tupao cristiana ndive Pentecostés-pe, oĩ peteĩ ára oñeha’arõva.</w:t>
      </w:r>
    </w:p>
    <w:p>
      <w:pPr>
        <w:pStyle w:val="ArticleBody"/>
        <w:jc w:val="left"/>
      </w:pPr>
      <w:r>
        <w:rPr>
          <w:rFonts w:ascii="Times New Roman" w:hAnsi="Times New Roman" w:eastAsia="Times New Roman" w:cs="Times New Roman"/>
        </w:rPr>
        <w:t>Ko tembiasakuepe, pe arrekuerái aja, Ñandejára oipe’a iñentendimiento ipuévlope Iñe’ẽrã, ojehechauka hag̃ua pe eskaléra ángelkuéra ojupi ha oguejýva rupive — peteĩ símbolo ohechaukáva ñomongeta Tupã ha yvypóra apytépe.</w:t>
      </w:r>
    </w:p>
    <w:p>
      <w:pPr>
        <w:pStyle w:val="ArticleScripture"/>
        <w:jc w:val="left"/>
      </w:pPr>
      <w:r>
        <w:rPr>
          <w:rFonts w:ascii="Times New Roman" w:hAnsi="Times New Roman" w:eastAsia="Times New Roman" w:cs="Times New Roman"/>
        </w:rPr>
        <w:t>Ha Jacob opáyvo ikérape, ha he'i: Añetehápe Ñandejára oĩ ko tenda rupi; ha che ndaikuaái va'ekue. Ha okyhyje, ha he'i: Mba'eichaitépa ñemondýi ko tenda! Kóva ndaha'éi ambue mba'e, Ñandejára róga añoite, ha kóva hína yvága rokẽ. Génesis 28:16, 17.</w:t>
      </w:r>
    </w:p>
    <w:p>
      <w:pPr>
        <w:pStyle w:val="ArticleBody"/>
        <w:jc w:val="left"/>
      </w:pPr>
      <w:r>
        <w:rPr>
          <w:rFonts w:ascii="Times New Roman" w:hAnsi="Times New Roman" w:eastAsia="Times New Roman" w:cs="Times New Roman"/>
        </w:rPr>
        <w:t>Pyhare mbytepe guare, umi kuñataĩ Millerita-kuéra opáy hína ha oiko hína Tupã Róga. Ha’e oike hína ñe’ẽme’ẽme hendivekuéra, ha ojapo chuguikuéra Israel ko’ag̃agua.</w:t>
      </w:r>
    </w:p>
    <w:p>
      <w:pPr>
        <w:pStyle w:val="ArticleScripture"/>
        <w:jc w:val="left"/>
      </w:pPr>
      <w:r>
        <w:rPr>
          <w:rFonts w:ascii="Times New Roman" w:hAnsi="Times New Roman" w:eastAsia="Times New Roman" w:cs="Times New Roman"/>
        </w:rPr>
        <w:t>Ha Jacob opu’ã pyhareve voi, ha ojapyhy pe ita omoĩ va’ekue iñakãguýpe, ha omopu’ã yvyra’anga ramo, ha oñohẽ aséite hese ñandy pe iñakã ári. Ha ombohéra upe tenda Betel; ha upe táva réra yma ningo va’ekue Luz. Génesis 28:18, 19.</w:t>
      </w:r>
    </w:p>
    <w:p>
      <w:pPr>
        <w:pStyle w:val="ArticleBody"/>
        <w:jc w:val="left"/>
      </w:pPr>
      <w:r>
        <w:rPr>
          <w:rFonts w:ascii="Times New Roman" w:hAnsi="Times New Roman" w:eastAsia="Times New Roman" w:cs="Times New Roman"/>
        </w:rPr>
        <w:t>“Luz” oñemoambue. Umi Millerita ndaha’éi vaʼekue Tupã tavaygua ary 1798-pe. Umi Millerita rembiasakue ha’e pe tembiasakue mba’éichapa Ha’e oike hendivekuéra ñe’ẽme’ẽme ha ojapo chupekuéra Itavayguarã, omoambuévo chupekuéra “Luz” guive “Betel”-pe.</w:t>
      </w:r>
    </w:p>
    <w:p>
      <w:pPr>
        <w:pStyle w:val="ArticleScripture"/>
        <w:jc w:val="left"/>
      </w:pPr>
      <w:r>
        <w:rPr>
          <w:rFonts w:ascii="Times New Roman" w:hAnsi="Times New Roman" w:eastAsia="Times New Roman" w:cs="Times New Roman"/>
        </w:rPr>
        <w:t>Ha Jacob ojapo peteĩ ñe’ẽme’ẽ, he’ívo: Oĩramo Tupã che ndive, ha che ñangarekóramo ko tape ahahápe, ha ome’ẽramo chéve mbujape ha’u hag̃ua, ha ao añemonde hag̃ua, upéicha rupi aju jeýramo py’aguapýpe che ru róga peve; upéicharõ Jehová ha’éta che Tupã; ha ko ita, amoĩva peteĩ yvyrarãicha, oikóta Tupã róga; ha opa mba’e reme’ẽtava chévegui, katuete ame’ẽta ndéve pa’ẽha. Génesis 28:20-22.</w:t>
      </w:r>
    </w:p>
    <w:p>
      <w:pPr>
        <w:pStyle w:val="ArticleBody"/>
        <w:jc w:val="left"/>
      </w:pPr>
      <w:r>
        <w:rPr>
          <w:rFonts w:ascii="Times New Roman" w:hAnsi="Times New Roman" w:eastAsia="Times New Roman" w:cs="Times New Roman"/>
        </w:rPr>
        <w:t>Jacob ñe’ẽme’ẽ oike pacto-pe. Ha’e ojerure Tupãme tañangareko hese tape rehe—Tapekue Ymaguare—ha tome’ẽ chupe mbuja ho’u hag̃uáicha. Umi Millerita ho’uva’erã imbuja tee ha ndojevéiva’erã protestante reíre.</w:t>
      </w:r>
    </w:p>
    <w:p>
      <w:pPr>
        <w:pStyle w:val="ArticleBody"/>
        <w:jc w:val="left"/>
      </w:pPr>
      <w:r>
        <w:rPr>
          <w:rFonts w:ascii="Times New Roman" w:hAnsi="Times New Roman" w:eastAsia="Times New Roman" w:cs="Times New Roman"/>
        </w:rPr>
        <w:t>Jaiporamo ñandejára ome'ẽva ñandéve pe mbuja, Ha'e omombaretéta Ijoguapy ñanendive. Pe mbuja ha ao oĩva Jacob ñe'ẽme'ẽme oguerovia umi añetegua oĩva pe 1843 Chart-pe, Ellen White ohenóiva pe Rock of Ages—umi Tape Yma ha pe mbuja.</w:t>
      </w:r>
    </w:p>
    <w:p>
      <w:pPr>
        <w:pStyle w:val="ArticleScripture"/>
        <w:jc w:val="left"/>
      </w:pPr>
      <w:r>
        <w:rPr>
          <w:rFonts w:ascii="Times New Roman" w:hAnsi="Times New Roman" w:eastAsia="Times New Roman" w:cs="Times New Roman"/>
        </w:rPr>
        <w:t>“Pe eskaléra Jacob ohecháva’ekue pyhare jehecha’ýpe, henda yvýpe oñemoĩva ha hi’ári guataha oguahẽva yvága ijyvatevévape; Tupã voi pe eskaléra ári, ha Iglória omimbi opaite henda rehe; ánhelkuéra ojupi ha oguejy ko escalerá omimbipávare, ha’e peteĩ techaukaha ñomongeta tapiaite hag̃ua ko yvy arapýpe ha umi tenda yvagapeguándi. Tupã omohu’ã Ivolunta umi ánhel yvagapegua rembiapopyre rupive, joaju tapiaitépe yvyporakuérandi. Ko escalerá ohechauka peteĩ tape joajurã directa ha iñimportánteva ko yvy arigua ndive. Pe escalerá ohechauka Jacob-pe Mundo Redentor, ombojoajúva yvy ha yvága peteĩcha. Maymáva ohechava’ekue añetegua rehegua techaukaha ha tesape, ha omoneĩva pe añetegua, he’ívo oguerekoha ijerovia Jesucristo rehe, ha’e peteĩ misionéro ñe’ẽ he’isévape ijyvatevévaicha. Ha’e ohupytyva yvagapegua mba’erepy, ha hembiaporãte hína ome’ẽ hag̃ua umíva, omyasãi hag̃ua upe ohupytyva’ekue.” Fundamentals of Christian Education, 270.</w:t>
      </w:r>
    </w:p>
    <w:p>
      <w:pPr>
        <w:pStyle w:val="ArticleBody"/>
        <w:jc w:val="left"/>
      </w:pPr>
      <w:r>
        <w:rPr>
          <w:rFonts w:ascii="Times New Roman" w:hAnsi="Times New Roman" w:eastAsia="Times New Roman" w:cs="Times New Roman"/>
        </w:rPr>
        <w:t>Ha’e oipe’ávo iñentendimiento-kuéra pe tiempo de espera-pe, ojapo upéva omondo hag̃ua ánhel kuérape ojupi ha oguejy hag̃ua pe eskaléra rupive.</w:t>
      </w:r>
    </w:p>
    <w:p>
      <w:pPr>
        <w:pStyle w:val="ArticleBody"/>
        <w:jc w:val="left"/>
      </w:pPr>
      <w:r>
        <w:rPr>
          <w:rFonts w:ascii="Times New Roman" w:hAnsi="Times New Roman" w:eastAsia="Times New Roman" w:cs="Times New Roman"/>
        </w:rPr>
        <w:t>Rehupytýramo pe añetegua, reguereko tembiapo porã rembohasa hag̃ua ambuépe. Remboajepáramo nde rembiaporã, nde reiko pe eskaléra ramo—pe tape oñembohasaha marandu. Ñande ñañehenói jaiko hag̃ua upe tape ramo.</w:t>
      </w:r>
    </w:p>
    <w:p>
      <w:pPr>
        <w:pStyle w:val="ArticleScripture"/>
        <w:jc w:val="left"/>
      </w:pPr>
      <w:r>
        <w:rPr>
          <w:rFonts w:ascii="Times New Roman" w:hAnsi="Times New Roman" w:eastAsia="Times New Roman" w:cs="Times New Roman"/>
        </w:rPr>
        <w:t>“Pe eskaléra ohechauka Cristo-pe; ha’e hína pe tape rupive oĩva joaju hag̃ua yvágagui yvy peve, ha umi ánhel oho ha ou meme joaju tapia hag̃uáicha pe yvypóra ho’ava’ekue ndive. Cristo ñe’ẽ he’iva’ekue Natanaélpe ojokupyty pe ta’anga eskaléra rehegua ndive, he’i ramo guare: ‘Añete, añete, ha’e peẽme, ko’ág̃a guive peẽ pehechátama yvága ojepe’áva, ha Tupã ánhelkuéra ojupi ha oguejy Yvypóra Ra’y ári.’ Ko’ápe pe Redentor omoañete ijehe voiha pe eskaléra místico, ojapóva ikatu hag̃uáicha pe joaju yvága ha yvy apytépe.” Review and Herald, 11 de noviembre de 1890.</w:t>
      </w:r>
    </w:p>
    <w:p>
      <w:pPr>
        <w:pStyle w:val="ArticleBody"/>
        <w:jc w:val="left"/>
      </w:pPr>
      <w:r>
        <w:rPr>
          <w:rFonts w:ascii="Times New Roman" w:hAnsi="Times New Roman" w:eastAsia="Times New Roman" w:cs="Times New Roman"/>
        </w:rPr>
        <w:t>Jacob oguereko peteĩ araka’e opyta hag̃uáicha; opyta ha ohecha ikepe pe escalera, upéva orrepresenta Ñandejára oipe’aha Iñe’ẽ ñehesa’ỹijo Itavayguakuérape pe araka’e opyta hag̃uáicha aja. Ko tembiasakuepe, Ñandejára oike pacto-pe Itavayguakuéra ndive, oguenohẽvo chupekuéra Luz-gui ha ojapóvo chuguikuéra Betel—Tupã Róga.</w:t>
      </w:r>
    </w:p>
    <w:p>
      <w:pPr>
        <w:pStyle w:val="ArticleBody"/>
        <w:jc w:val="left"/>
      </w:pPr>
      <w:r>
        <w:rPr>
          <w:rFonts w:ascii="Times New Roman" w:hAnsi="Times New Roman" w:eastAsia="Times New Roman" w:cs="Times New Roman"/>
        </w:rPr>
        <w:t>Pe marandu rape ojehechaukáva umi ánhel ojeupi ha oguejýva pe eskaléra ári, ha upéva hína Cristo, ojehechauka avei Zacarías-pe. Hermana White oñe’ẽ ko mba’ére Review and Herald, 20 de julio de 1897-pe, jepémo ha’e oipuru ambue símbolo.</w:t>
      </w:r>
    </w:p>
    <w:p>
      <w:pPr>
        <w:pStyle w:val="ArticleScripture"/>
        <w:jc w:val="left"/>
      </w:pPr>
      <w:r>
        <w:rPr>
          <w:rFonts w:ascii="Times New Roman" w:hAnsi="Times New Roman" w:eastAsia="Times New Roman" w:cs="Times New Roman"/>
        </w:rPr>
        <w:t>“Umi oñemoĩporã vaekue, oĩva Ñandejára yvy tuichakue javeve Jára ykére, oguereko pe tenda yma oñeme'ẽ vaekue Satanáspe querubín oñuãramóvaramo. Umi tekove marangatu oguerekóva ijere guive itróno.”</w:t>
      </w:r>
    </w:p>
    <w:p>
      <w:pPr>
        <w:pStyle w:val="ArticleBody"/>
        <w:jc w:val="left"/>
      </w:pPr>
      <w:r>
        <w:rPr>
          <w:rFonts w:ascii="Times New Roman" w:hAnsi="Times New Roman" w:eastAsia="Times New Roman" w:cs="Times New Roman"/>
        </w:rPr>
        <w:t>Mba’épa umi “tekove marangatúva”? Umi ánhel. “Umi tekove marangatúva ojerevãva Ijyke rehe, Ñandejára omantene peteĩ ñomongeta tapiaite yvy ári oikóva ndive.” Upéva hína pe eskaléra. Añetehápe, ko’ápe Hermana White ndoipurumo’ãi pe eskaléra símbolo ramo.</w:t>
      </w:r>
    </w:p>
    <w:p>
      <w:pPr>
        <w:pStyle w:val="ArticleScripture"/>
        <w:jc w:val="left"/>
      </w:pPr>
      <w:r>
        <w:rPr>
          <w:rFonts w:ascii="Times New Roman" w:hAnsi="Times New Roman" w:eastAsia="Times New Roman" w:cs="Times New Roman"/>
        </w:rPr>
        <w:t>Pe asýva ohechauka Tupã ñanderovasa hag̃ua, ha upéicha oñembosako’i meme hag̃ua umi lámpara umi ojeroviáva rehegua, ani hag̃ua ojepyso ha ogue. Ndaha’éirire ko asýva marangatu oñehẽva yvágagui umi marandu Tupã Espíritu rehegua rupive, umi mbarete vaígui ojejapóva oguerekótaite pe mba’eveichagua ñesãso’ỹre opaite kuimba’e ári.</w:t>
      </w:r>
    </w:p>
    <w:p>
      <w:pPr>
        <w:pStyle w:val="ArticleScripture"/>
        <w:jc w:val="left"/>
      </w:pPr>
      <w:r>
        <w:rPr>
          <w:rFonts w:ascii="Times New Roman" w:hAnsi="Times New Roman" w:eastAsia="Times New Roman" w:cs="Times New Roman"/>
        </w:rPr>
        <w:t>Tupã oñemomarangatu’ỹ ñande ndajajapyhýiramo umi marandu Ha’e ome’ẽva ñandéve. Péicha rojoko pe aséite óro ome’ẽséva ñane ángape, ikatu hag̃uáicha oñembohasa umi oĩvape pytũmbýpe. Oguahẽvo pe ñehenói, “Pema’ẽ, pe novio ouma; pesẽ pejotopa haguã hese,” umi ndohupytýiva pe aséite marangatu, umi noñongatúiva Cristo grásia ipy’apýpe, ohechakuaáta, umi virgen iñakãhatã’ỹvaicha, noĩriha oĩporã hag̃uáicha ojotopa hag̃ua Ñandejárare. Ndojapóiri ijehegui pe pokatu ohupyty hag̃ua pe aséite, ha hekove oñehundi. Ha katu ojejeruréramo Tupã Espíritu Santo rehe, ñañembo’éramo Moisés ojapo haguéicha, “Ehechauka chéve nde gloria,” upéramo Tupã mborayhu oñeñohẽta ñane korasõme. Umi tubo óro rupive, pe aséite óro oñembohasáta ñandéve. “Ndaha’éi mbarete rupive, ni pokatu rupive, che Espíritu rupive katu, he’i Jehová de los Ejércitos.” Ojehupytyvo umi tesape rendy porã Kuarahy Tekoporãgui, Tupã ra’ykuéra omimbi tesapéramo ko yvy ape ári. Review and Herald, July 20, 1897.</w:t>
      </w:r>
    </w:p>
    <w:p>
      <w:pPr>
        <w:pStyle w:val="ArticleBody"/>
        <w:jc w:val="left"/>
      </w:pPr>
      <w:r>
        <w:rPr>
          <w:rFonts w:ascii="Times New Roman" w:hAnsi="Times New Roman" w:eastAsia="Times New Roman" w:cs="Times New Roman"/>
        </w:rPr>
        <w:t>Jacób rembiasakuepe jareko pe tembiasakue Historia Millerita rehegua. Oĩ peteĩ aravo opyta hag̃uarã, ha’e ohecha pe eskaléra ohechaukáva jeikuaauka Yvága ha Yvy apytépe.</w:t>
      </w:r>
    </w:p>
    <w:p>
      <w:pPr>
        <w:pStyle w:val="ArticleBody"/>
        <w:jc w:val="left"/>
      </w:pPr>
      <w:r>
        <w:rPr>
          <w:rFonts w:ascii="Times New Roman" w:hAnsi="Times New Roman" w:eastAsia="Times New Roman" w:cs="Times New Roman"/>
        </w:rPr>
        <w:t>Zacarías ñandehechauka mokõi tubo óroguigua rehegua. Peteĩ eskaléra oguereko mokõi yke tenondegua, ha Zacarías ohenói umívape mokõi tubo óroguigua.</w:t>
      </w:r>
    </w:p>
    <w:p>
      <w:pPr>
        <w:pStyle w:val="ArticleBody"/>
        <w:jc w:val="left"/>
      </w:pPr>
      <w:r>
        <w:rPr>
          <w:rFonts w:ascii="Times New Roman" w:hAnsi="Times New Roman" w:eastAsia="Times New Roman" w:cs="Times New Roman"/>
        </w:rPr>
        <w:t>Ñandejára yvágagui oguejyva léra rupive ñamoguahẽva’erã umi marandu, ha upéi ñambohasa hag̃ua ambuekuérape. Péicha jajapóramo, ñande voi ñaime pe léra rehegua, pe marandu ñembohasakuaa rembiapo rehegua.</w:t>
      </w:r>
    </w:p>
    <w:p>
      <w:pPr>
        <w:pStyle w:val="ArticleBody"/>
        <w:jc w:val="left"/>
      </w:pPr>
      <w:r>
        <w:rPr>
          <w:rFonts w:ascii="Times New Roman" w:hAnsi="Times New Roman" w:eastAsia="Times New Roman" w:cs="Times New Roman"/>
        </w:rPr>
        <w:t>Hermana White ombojoaju ko mba’e umi Pa’i Porã Diez Vírgenes rehegua ndive.</w:t>
      </w:r>
    </w:p>
    <w:p>
      <w:pPr>
        <w:pStyle w:val="ArticleBody"/>
        <w:jc w:val="left"/>
      </w:pPr>
      <w:r>
        <w:rPr>
          <w:rFonts w:ascii="Times New Roman" w:hAnsi="Times New Roman" w:eastAsia="Times New Roman" w:cs="Times New Roman"/>
        </w:rPr>
        <w:t>Tembiasakue Millerita rembiasakuepe, ha’ekuéra omboajevy hína kuri pe parábola Umi Diez Vírgenes rehegua. Jacob pyta are hag̃ua ára ha’e pe pyta are hag̃ua ára Mateo 25 ha Habacuc 2-pe guáicha: “Pe visión ipukáramo jepe, eha’arõ chupe.”</w:t>
      </w:r>
    </w:p>
    <w:p>
      <w:pPr>
        <w:pStyle w:val="ArticleBody"/>
        <w:jc w:val="left"/>
      </w:pPr>
      <w:r>
        <w:rPr>
          <w:rFonts w:ascii="Times New Roman" w:hAnsi="Times New Roman" w:eastAsia="Times New Roman" w:cs="Times New Roman"/>
        </w:rPr>
        <w:t>Jacob ha Zacarías rembiasakue ha’e peteĩcha umi ára ñemboare rehegua.</w:t>
      </w:r>
    </w:p>
    <w:p>
      <w:pPr>
        <w:pStyle w:val="ArticleBody"/>
        <w:jc w:val="left"/>
      </w:pPr>
      <w:r>
        <w:rPr>
          <w:rFonts w:ascii="Times New Roman" w:hAnsi="Times New Roman" w:eastAsia="Times New Roman" w:cs="Times New Roman"/>
        </w:rPr>
        <w:t>Pe aravo ojehechauka, ambue mba’e apytépe, Ñandejára oĩma hag̃uáicha ombohetave hag̃ua hemimbo’e kuérape iñentendimiento Tupã Ñe’ẽ rehe. Nde nderehupytýiramo upe Aseite Marangatu, nde ha’e peteĩ kuñataĩ vírhen tavy.</w:t>
      </w:r>
    </w:p>
    <w:p>
      <w:pPr>
        <w:pStyle w:val="ArticleBody"/>
        <w:jc w:val="left"/>
      </w:pPr>
      <w:r>
        <w:rPr>
          <w:rFonts w:ascii="Times New Roman" w:hAnsi="Times New Roman" w:eastAsia="Times New Roman" w:cs="Times New Roman"/>
        </w:rPr>
        <w:t>Reguahẽvo ko tembiasakue peve, okẽ oñemboty ha nde reiko peteĩ kuñataĩ arandukaʼỹva ramo, Hermana White he’i: “Umi ñe’ẽ ipyahuvéva ojehendu vaʼekue apytépe, ‘Ndaikuaái pende rehe.’”</w:t>
      </w:r>
    </w:p>
    <w:p>
      <w:pPr>
        <w:pStyle w:val="ArticleBody"/>
        <w:jc w:val="left"/>
      </w:pPr>
      <w:r>
        <w:rPr>
          <w:rFonts w:ascii="Times New Roman" w:hAnsi="Times New Roman" w:eastAsia="Times New Roman" w:cs="Times New Roman"/>
        </w:rPr>
        <w:t>Ndikatúi peikytĩ hag̃ua pe ára jeguereko hag̃ua pe Sapukái Pyharepytegua-gui. Pe ára jeguereko hag̃ua ogueru pe Espíritu Santo ñehẽkue, ombojuruja Tupã retãygua kuérape iñakãrapu’ã hag̃ua pe Ñe’ẽ rehe pe Sapukái Pyharepyteguápe ha ome’ẽ pe asýte ombojoavýva umi vírhen arandu umi vírhen itavývagui.</w:t>
      </w:r>
    </w:p>
    <w:p>
      <w:pPr>
        <w:pStyle w:val="ArticleHeading"/>
        <w:jc w:val="left"/>
      </w:pPr>
      <w:r>
        <w:rPr>
          <w:rFonts w:ascii="Arial" w:hAnsi="Arial" w:eastAsia="Arial" w:cs="Arial"/>
        </w:rPr>
        <w:t>Pe Aravo Raka’e ha Cristo Milágro Tuichavéva oñemoakãjegua jave</w:t>
      </w:r>
    </w:p>
    <w:p>
      <w:pPr>
        <w:pStyle w:val="ArticleBody"/>
        <w:jc w:val="left"/>
      </w:pPr>
      <w:r>
        <w:rPr>
          <w:rFonts w:ascii="Times New Roman" w:hAnsi="Times New Roman" w:eastAsia="Times New Roman" w:cs="Times New Roman"/>
        </w:rPr>
        <w:t>Oĩ peteĩ tiempo de demora Cristo ojapo jave pe tembiapo ijojaha’ỹvéva—omoingove jeývo Lázarope.</w:t>
      </w:r>
    </w:p>
    <w:p>
      <w:pPr>
        <w:pStyle w:val="ArticleBody"/>
        <w:jc w:val="left"/>
      </w:pPr>
      <w:r>
        <w:rPr>
          <w:rFonts w:ascii="Times New Roman" w:hAnsi="Times New Roman" w:eastAsia="Times New Roman" w:cs="Times New Roman"/>
        </w:rPr>
        <w:t>Jesús oguereko pe marandu: “Lázaro hasy. Eju, eñangareko hese”. Ha Jesús ndohói pyaʼe hag̃uáicha upepete.</w:t>
      </w:r>
    </w:p>
    <w:p>
      <w:pPr>
        <w:pStyle w:val="ArticleBody"/>
        <w:jc w:val="left"/>
      </w:pPr>
      <w:r>
        <w:rPr>
          <w:rFonts w:ascii="Times New Roman" w:hAnsi="Times New Roman" w:eastAsia="Times New Roman" w:cs="Times New Roman"/>
        </w:rPr>
        <w:t>Hermana White he’i umi temimbo’e opyta hag̃ua ojepy’apy ko mba’ére. Oñeporandu hikuái mba’érepa Ha’e ndohói oipytyvõ hag̃ua Iñangirũme, térã ohechauka hag̃ua ipokatu Mesías ramo. Péro Ha’e opyta hag̃ua upépe.</w:t>
      </w:r>
    </w:p>
    <w:p>
      <w:pPr>
        <w:pStyle w:val="ArticleScripture"/>
        <w:jc w:val="left"/>
      </w:pPr>
      <w:r>
        <w:rPr>
          <w:rFonts w:ascii="Times New Roman" w:hAnsi="Times New Roman" w:eastAsia="Times New Roman" w:cs="Times New Roman"/>
        </w:rPr>
        <w:t>“Omboare hag̃ua Lázaro rendápe, Cristo oreko vaʼekue peteĩ propósito poriahuverekópe umi nohendúivape chupe. Haʼe opyta hag̃uáicha, omoingove jeývo Lázaro omanóva apytégui, ikatu hag̃uáicha omeʼẽ hetã iñakãhatã ha ndogueroviáivape ambue prueba haʼe añetehápe ‘pe ñemoingove jey ha pe tekove’. Ndahaʼéi kuri pyaʼe hag̃ua omboyke opa esperanza pe tetã rehe, umi ovecha mboriahu okañýva Israel róga pegua. Ipyʼa ojeka hag̃uaicha hikuái noñembyasýigui ipekádore. Iporiahuverekópe oipota omeʼẽ chupekuéra peteĩ prueba hag̃uave haʼeha pe Moĩjeyhára, pe peteĩ añoite ikatúva ogueru tesapépe tekove ha omanoʼỹ hag̃ua. Kóva vaʼerã peteĩ prueba umi paʼi ndaikatumoʼãi hag̃ua ombohasa vai térã omyesakã vai. Kóva hína vaʼekue mbaʼérepa omboare oho hag̃ua Betániape.” The Desire of Ages, 529.</w:t>
      </w:r>
    </w:p>
    <w:p>
      <w:pPr>
        <w:pStyle w:val="ArticleBody"/>
        <w:jc w:val="left"/>
      </w:pPr>
      <w:r>
        <w:rPr>
          <w:rFonts w:ascii="Times New Roman" w:hAnsi="Times New Roman" w:eastAsia="Times New Roman" w:cs="Times New Roman"/>
        </w:rPr>
        <w:t>Ha’e opyta hag̃ua ome’ẽ hag̃ua chupekuéra peteĩ jehechaukarãve gueteri oguerekohague pu’aka omoingove jey hag̃ua omanóva. Ko milágro ijyvatevéva, Lázaro ñemopu’ã jeýpe, omoĩ Tupã sello Hembiapóre ha iñe’ẽre omombe’úva Ha’eha Divino. Pe Pyharepyte Sapy’ápe, Ñandejára omopu’ã araka’eve umi kuñataĩ arandu. Kóva ha’e peteĩ ta’anga pe proceso de sellado rehegua. Umi Millerita ojejoko hína kuri sello rupive, ome’ẽvo peteĩ ta’anga pe sellado rehegua umi 144,000-pe g̃uarã. Pe mbo’epy Lázaro rehegua ha’e Cristo ikatuha ojapyhy peteĩva omanóva hembiapo vai ha angaipápe, ha omoingove jey chupe. Pe pasáhe Lázaro reheguápe, Cristo omyesakã manoha’eha ke. Opavave oke hína. Ha’e opyta. Omoingove jeýta Lázarope, oguerúvo chupekuéra jeikovépe ha omoĩvo hese kuéra Isello. Kóva ha’e Imilágro ijyvatevéva. Ñane rembiasápe, osella jave umi 144,000-pe, omopu’ã chupekuéra peteĩ poyvi ramo. Zacarías he’i pe poyvi ha’ehaicha umi ita jeguaka peteĩ akãrejegua ryepýpe. Kóva ha’e Hembiapo ijyvatevéva.</w:t>
      </w:r>
    </w:p>
    <w:p>
      <w:pPr>
        <w:pStyle w:val="ArticleBody"/>
        <w:jc w:val="left"/>
      </w:pPr>
      <w:r>
        <w:rPr>
          <w:rFonts w:ascii="Times New Roman" w:hAnsi="Times New Roman" w:eastAsia="Times New Roman" w:cs="Times New Roman"/>
        </w:rPr>
        <w:t>Millerita rembiasakuepe oñehẽ ha oñeñepyrũvo pe añetegua, pe are oñeha’arõva ohechauka araka’e Ñandejára oipe’a pe añetegua. Pe eskaléra, umi ánhel ojupíva ha oguejýva hese, upépe oiko pe proceso oñesevahápe.</w:t>
      </w:r>
    </w:p>
    <w:p>
      <w:pPr>
        <w:pStyle w:val="ArticleHeading"/>
        <w:jc w:val="left"/>
      </w:pPr>
      <w:r>
        <w:rPr>
          <w:rFonts w:ascii="Arial" w:hAnsi="Arial" w:eastAsia="Arial" w:cs="Arial"/>
        </w:rPr>
        <w:t>Pe Jeike Triunfal ha pe Sapukái Pyharepytegua</w:t>
      </w:r>
    </w:p>
    <w:p>
      <w:pPr>
        <w:pStyle w:val="ArticleBody"/>
        <w:jc w:val="left"/>
      </w:pPr>
      <w:r>
        <w:rPr>
          <w:rFonts w:ascii="Times New Roman" w:hAnsi="Times New Roman" w:eastAsia="Times New Roman" w:cs="Times New Roman"/>
        </w:rPr>
        <w:t>Koʼág̃a ñamaʼẽ pe Jeike Triunfal rehe. Eñatendéke mbaʼérepa Hermana White ombojoja pe Jeike Triunfal Espíritu de Profecía-pe, volumen 4, página 250-pe.</w:t>
      </w:r>
    </w:p>
    <w:p>
      <w:pPr>
        <w:pStyle w:val="ArticleScripture"/>
        <w:jc w:val="left"/>
      </w:pPr>
      <w:r>
        <w:rPr>
          <w:rFonts w:ascii="Times New Roman" w:hAnsi="Times New Roman" w:eastAsia="Times New Roman" w:cs="Times New Roman"/>
        </w:rPr>
        <w:t>“Pe pyhare mbyte pe sapukái noñemoguahẽi vaʼekue argumentación rupive añónte, jepe Ñandejára Ñeʼẽgui pe prueba hesakã ha opa mbaʼére ombohováiva. Oho hendive peteĩ mbarete oporomyañáva omonguʼéva pe ánga. Ndaipóri vaʼekue duda, ni porandu. Cristo oike hag̃ua triunfante Jerusalénpe, umi tavayguakuéra oñembyatýva tetã tuichakue guive arete hag̃ua pe ñemongaru, osyry atyhápe Olivoty Yvytýpe, ha oikevo hikuái pe aty omoirũvape Jesúspe, ojapyhy pe aravo inspiración, ha oipytyvõ ombotuicha hag̃ua pe sapukái: ‘Tojehovasa pe oúva Ñandejára rérape!’ [Matthew 21:9.] Péicha avei umi ndogueroviáiva, osyryvaʼekue umi Adventista atyhápe—oĩva curiosity rehe, ha oĩva añónte hag̃ua pukarã—oñandu pe mbarete ogueroviaukáva omoirũva pe marandu: ‘Pemaʼẽ, pe Novio ou!’”</w:t>
      </w:r>
    </w:p>
    <w:p>
      <w:pPr>
        <w:pStyle w:val="ArticleBody"/>
        <w:jc w:val="left"/>
      </w:pPr>
      <w:r>
        <w:rPr>
          <w:rFonts w:ascii="Times New Roman" w:hAnsi="Times New Roman" w:eastAsia="Times New Roman" w:cs="Times New Roman"/>
        </w:rPr>
        <w:t>Pe Jeike Triunfal ohechauka Pe Sapukái Pyharepytegua.</w:t>
      </w:r>
    </w:p>
    <w:p>
      <w:pPr>
        <w:pStyle w:val="ArticleBody"/>
        <w:jc w:val="left"/>
      </w:pPr>
      <w:r>
        <w:rPr>
          <w:rFonts w:ascii="Times New Roman" w:hAnsi="Times New Roman" w:eastAsia="Times New Roman" w:cs="Times New Roman"/>
        </w:rPr>
        <w:t>Ñamoñe’ẽ hag̃ua Hermana White he’íva pe Jeike Triunfál rehegua The Youth’s Instructor-pe, 21 de febrero de 1901-pe.</w:t>
      </w:r>
    </w:p>
    <w:p>
      <w:pPr>
        <w:pStyle w:val="ArticleScripture"/>
        <w:jc w:val="left"/>
      </w:pPr>
      <w:r>
        <w:rPr>
          <w:rFonts w:ascii="Times New Roman" w:hAnsi="Times New Roman" w:eastAsia="Times New Roman" w:cs="Times New Roman"/>
        </w:rPr>
        <w:t>Cristo oike Jerusalénpe oikéma hína ary pe arýpe iporãvéva. Yvyty Olivos hovyũ hũme oñemoĩmba, ha ka’aguykuéra iporã opaichagua rogue reheve. Hetave tendágui ijerére Jerusaléngui heta tapicha ou vaekue areterãme, py’aguapyha ichugui ohechase eterei hag̃ua Jesúspe.</w:t>
      </w:r>
    </w:p>
    <w:p>
      <w:pPr>
        <w:pStyle w:val="ArticleBody"/>
        <w:jc w:val="left"/>
      </w:pPr>
      <w:r>
        <w:rPr>
          <w:rFonts w:ascii="Times New Roman" w:hAnsi="Times New Roman" w:eastAsia="Times New Roman" w:cs="Times New Roman"/>
        </w:rPr>
        <w:t>Mba’érehe piko? Péva, ohendu rupi Lázaro rehegua.</w:t>
      </w:r>
    </w:p>
    <w:p>
      <w:pPr>
        <w:pStyle w:val="ArticleScripture"/>
        <w:jc w:val="left"/>
      </w:pPr>
      <w:r>
        <w:rPr>
          <w:rFonts w:ascii="Times New Roman" w:hAnsi="Times New Roman" w:eastAsia="Times New Roman" w:cs="Times New Roman"/>
        </w:rPr>
        <w:t>“Pe Salvador rembiapo hechapyrãvéva oiporomondýiva, omoingove jeývo Lázarope omanóva apytégui, oguereko vaʼekue peteĩ efecto hechapyrãva umi hénte rehe, ha peteĩ aty guasu, heta ha kyreʼỹme henyhẽva, oñembyaty upe tenda Jesús opytahápe.”</w:t>
      </w:r>
    </w:p>
    <w:p>
      <w:pPr>
        <w:pStyle w:val="ArticleBody"/>
        <w:jc w:val="left"/>
      </w:pPr>
      <w:r>
        <w:rPr>
          <w:rFonts w:ascii="Times New Roman" w:hAnsi="Times New Roman" w:eastAsia="Times New Roman" w:cs="Times New Roman"/>
        </w:rPr>
        <w:t>Upéicha, Ha’e oha’arõ hína Betániape pe Jeike Triunfál mboyve.</w:t>
      </w:r>
    </w:p>
    <w:p>
      <w:pPr>
        <w:pStyle w:val="ArticleBody"/>
        <w:jc w:val="left"/>
      </w:pPr>
      <w:r>
        <w:rPr>
          <w:rFonts w:ascii="Times New Roman" w:hAnsi="Times New Roman" w:eastAsia="Times New Roman" w:cs="Times New Roman"/>
        </w:rPr>
        <w:t>Kóva oñe’ẽ pe Tarrying Time rehe.</w:t>
      </w:r>
    </w:p>
    <w:p>
      <w:pPr>
        <w:pStyle w:val="ArticleScripture"/>
        <w:jc w:val="left"/>
      </w:pPr>
      <w:r>
        <w:rPr>
          <w:rFonts w:ascii="Times New Roman" w:hAnsi="Times New Roman" w:eastAsia="Times New Roman" w:cs="Times New Roman"/>
        </w:rPr>
        <w:t>Ka’aru pytã asaje mboyve Jesús omondo hembiapo’yrakuérape táva Betfagépe, he’ívo: “Tapeho pe táva pene renondépe oĩvape, ha pya’eterei pejuhúta peteĩ mburika oñeñapytĩva, ha peteĩ ta’ýra imemby ndive; pejoráke chupekuéra, ha pegueru chéve. Ha oĩramo avave he’íva pendehegui mba’eve, peje: Ñandejára oikotevẽ hese; ha pya’eterei omondóta chupekuéra.”</w:t>
      </w:r>
    </w:p>
    <w:p>
      <w:pPr>
        <w:pStyle w:val="ArticleScripture"/>
        <w:jc w:val="left"/>
      </w:pPr>
      <w:r>
        <w:rPr>
          <w:rFonts w:ascii="Times New Roman" w:hAnsi="Times New Roman" w:eastAsia="Times New Roman" w:cs="Times New Roman"/>
        </w:rPr>
        <w:t>Kóva ha’e vaekue pe primera vez, Iministerio aja, Cristo oñemoneĩ hag̃ua ojupi hag̃ua peteĩ mymba ári; ha umi temimbo’e ombohasa upéva peteĩ techaukaha ramo, ha’e hag̃uáicha ohechauka hag̃uáicha ipu’aka mburuvicha guasu rehegua ha heko mburuvicha guasu rehegua, ha oipyhy hag̃ua hendaguã David guapyha guasu ári. Vy’apópe ojapo hikuái pe tembiapo oñeme’ẽ vaekue chupekuéra. Ojuhu hikuái pe mburika ra’y, oipe’a chugui iñapytĩha, ha ogueru chupe Jesús rendápe, ha’e oguapy hague hi’ári. Jesús oguapývo pe mymba ári, pe yvytu henyhẽ ñemomba’eguasu ha jehory ñehendu reheve. Ndoguerekói vaekue mba’eve techaukaha okáguio mburuvicha guasu reko rehegua, ndoiporúi vaekue ao teete mba’eteerã, ha ndohupytýi chupe soldádo kuéra. Péro oĩ vaekue ijerére peteĩ aty oñembopy’arory ha oha’arõmbaitéva. Ha’e ramove omopu’ã vaekue omanóva. Umi tavayguakuéra oimo’ã vaekue ha’e ouha hag̃ua Israel Salvador-rã. Mávapa ko’ãva tavayguakuéra?</w:t>
      </w:r>
    </w:p>
    <w:p>
      <w:pPr>
        <w:pStyle w:val="ArticleScripture"/>
        <w:jc w:val="left"/>
      </w:pPr>
      <w:r>
        <w:rPr>
          <w:rFonts w:ascii="Times New Roman" w:hAnsi="Times New Roman" w:eastAsia="Times New Roman" w:cs="Times New Roman"/>
        </w:rPr>
        <w:t>Heta rupi heta oñembotavy ijehe voi, oimo’ãvo og̃uahẽmaha Israel ñemosãso aravo. Ipy’a guýpe ohecha hikuái pe ehérsito romano oñemosarambipa, ha oñemosẽha Jerusaléngui, ha umi judío tetã oĩ jeyha sãsope pe oporojopy va’ekue júgogui. Juru guive jurúpe ohasa pe porandu: “¿Péicha piko ko árape ombojevy jeýta pe rréino Israélpe?” Heta umi atyguasu apytépe imandu’a maranduhára ñe’ẽre: “Evy’a eterei, Sión rajy; esapukái, Jerusalén rajy: ehecha, nde Rréi ouha ndéve: ha’e hekojoja, ha ogueru ñepysyrõ; ñembyasy’ỹme, ha oĩ peteĩ vúrro ári.” Káda peteĩ oñeha’ã oñembojoja hag̃ua ambuépe pe ombohováivo pe maranduhára yma guarépe. Pe sapukái osẽ jey yvyty ha ñu guýpe: “¡Hosána David Ra’ýpe!”—pe Pyharepyte Sapy’a—“¡Ojehovasa toúvape Ñandejára rérape; hosána yvatevévape!”</w:t>
      </w:r>
    </w:p>
    <w:p>
      <w:pPr>
        <w:pStyle w:val="ArticleBody"/>
        <w:jc w:val="left"/>
      </w:pPr>
      <w:r>
        <w:rPr>
          <w:rFonts w:ascii="Times New Roman" w:hAnsi="Times New Roman" w:eastAsia="Times New Roman" w:cs="Times New Roman"/>
        </w:rPr>
        <w:t>Ndahendúi ñembyasy térã jahe’o upe ñemotenondépe. Umi yma oikova’ekue hesa’ỹijáicha, ha ikesakuéra omonguera va’ekue Tupã Ra’y, omotenonde hikuái.</w:t>
      </w:r>
    </w:p>
    <w:p>
      <w:pPr>
        <w:pStyle w:val="ArticleBody"/>
        <w:jc w:val="left"/>
      </w:pPr>
      <w:r>
        <w:rPr>
          <w:rFonts w:ascii="Times New Roman" w:hAnsi="Times New Roman" w:eastAsia="Times New Roman" w:cs="Times New Roman"/>
        </w:rPr>
        <w:t>Máva oguata tenondépe? Umi oikovaʼekue vaʼekue Laodicea-gua.</w:t>
      </w:r>
    </w:p>
    <w:p>
      <w:pPr>
        <w:pStyle w:val="ArticleScripture"/>
        <w:jc w:val="left"/>
      </w:pPr>
      <w:r>
        <w:rPr>
          <w:rFonts w:ascii="Times New Roman" w:hAnsi="Times New Roman" w:eastAsia="Times New Roman" w:cs="Times New Roman"/>
        </w:rPr>
        <w:t>Ojapyhy Jesús rehe, ha peteĩ ha’e omoingove jevy vaekue omanóva apytégui ogueraha pe mymba ha’e ohoha hi’ári. Umi yma ijapysaka’ỹva ha iñe’ẽnguvaekue, ko’ág̃a oñemonguera rire, oipytyvõ ombotuichave hag̃ua umi vy’apópe osapukáiva hosána. Umi ikarẽva, ko’ág̃a oguatáva, omopẽ yvyrarakã pindo rehegua ha omyasãi iñirũrape.</w:t>
      </w:r>
    </w:p>
    <w:p>
      <w:pPr>
        <w:pStyle w:val="ArticleScripture"/>
        <w:jc w:val="left"/>
      </w:pPr>
      <w:r>
        <w:rPr>
          <w:rFonts w:ascii="Times New Roman" w:hAnsi="Times New Roman" w:eastAsia="Times New Roman" w:cs="Times New Roman"/>
        </w:rPr>
        <w:t>Umi lepróso, yma guare peteĩ jave tekove atygui, oĩ upépe, oñemopotĩva Pe Salvador pokatu rupive. Haʼe omoĩ ijao Pe Salvador rape ári, osapukáivo: “Peagradese Ñandejárape; iporãgui ha hemiandu porã opyta opa ára g̃uarã.”</w:t>
      </w:r>
    </w:p>
    <w:p>
      <w:pPr>
        <w:pStyle w:val="ArticleScripture"/>
        <w:jc w:val="left"/>
      </w:pPr>
      <w:r>
        <w:rPr>
          <w:rFonts w:ascii="Times New Roman" w:hAnsi="Times New Roman" w:eastAsia="Times New Roman" w:cs="Times New Roman"/>
        </w:rPr>
        <w:t>Pe kuimba'epyréva oĩ upépe, ko'ágã iñarandú porã jey, omoĩvo avei hepykue mombe'upy: “Ñandejára ojapo chéve guarã mba'e tuichaitéva, upévare avy'a.”</w:t>
      </w:r>
    </w:p>
    <w:p>
      <w:pPr>
        <w:pStyle w:val="ArticleScripture"/>
        <w:jc w:val="left"/>
      </w:pPr>
      <w:r>
        <w:rPr>
          <w:rFonts w:ascii="Times New Roman" w:hAnsi="Times New Roman" w:eastAsia="Times New Roman" w:cs="Times New Roman"/>
        </w:rPr>
        <w:t>Umi omanóva ojevy vaʼekue oĩ upépe, omombaʼeguasu hag̃ua Chupe. Kuña iména omanóva ha mitã tyreʼỹ omombeʼu Hembiapo hechapyrãva. Mitãʼi, umi mbaʼasygui oñemonguera vaʼekue, ha umi yvyraity guive ojegueru jey vaʼekue, omyasãi pe Redentor rape ári pindo rogue ha yvotykuéra.</w:t>
      </w:r>
    </w:p>
    <w:p>
      <w:pPr>
        <w:pStyle w:val="ArticleBody"/>
        <w:jc w:val="left"/>
      </w:pPr>
      <w:r>
        <w:rPr>
          <w:rFonts w:ascii="Times New Roman" w:hAnsi="Times New Roman" w:eastAsia="Times New Roman" w:cs="Times New Roman"/>
        </w:rPr>
        <w:t>Upéicha, Jesús opyta arekue Mba’e’asyguakuéra Rógape, oje’éva pe Arémaha Ára rehe.</w:t>
      </w:r>
    </w:p>
    <w:p>
      <w:pPr>
        <w:pStyle w:val="ArticleBody"/>
        <w:jc w:val="left"/>
      </w:pPr>
      <w:r>
        <w:rPr>
          <w:rFonts w:ascii="Times New Roman" w:hAnsi="Times New Roman" w:eastAsia="Times New Roman" w:cs="Times New Roman"/>
        </w:rPr>
        <w:t>Mba'érehe? Ha'e oĩma oñembosako'ívo oñohẽ hag̃ua Ipy'aguapy Marangatu ha oipe'a hag̃ua iñarandupy, oñe'ẽvo Pe Sapy'a Pyharepytegua rehe.</w:t>
      </w:r>
    </w:p>
    <w:p>
      <w:pPr>
        <w:pStyle w:val="ArticleBody"/>
        <w:jc w:val="left"/>
      </w:pPr>
      <w:r>
        <w:rPr>
          <w:rFonts w:ascii="Times New Roman" w:hAnsi="Times New Roman" w:eastAsia="Times New Roman" w:cs="Times New Roman"/>
        </w:rPr>
        <w:t>Ko tembiasakuepe, Haʼe ou mburuvicha guasu ramo, oñeʼẽvo 22 jasypa 1844 rehe. ¿Jesús piko ou oguerohory hag̃ua peteĩ rréino 22 jasypa 1844-pe? Héẽ.</w:t>
      </w:r>
    </w:p>
    <w:p>
      <w:pPr>
        <w:pStyle w:val="ArticleBody"/>
        <w:jc w:val="left"/>
      </w:pPr>
      <w:r>
        <w:rPr>
          <w:rFonts w:ascii="Times New Roman" w:hAnsi="Times New Roman" w:eastAsia="Times New Roman" w:cs="Times New Roman"/>
        </w:rPr>
        <w:t>Kóva ha’e Jeike Triunfal, ha oĩ umi omopuʼãtava Pyharepyte Sapy’a Hatã.</w:t>
      </w:r>
    </w:p>
    <w:p>
      <w:pPr>
        <w:pStyle w:val="ArticleBody"/>
        <w:jc w:val="left"/>
      </w:pPr>
      <w:r>
        <w:rPr>
          <w:rFonts w:ascii="Times New Roman" w:hAnsi="Times New Roman" w:eastAsia="Times New Roman" w:cs="Times New Roman"/>
        </w:rPr>
        <w:t>Mávapa koʼã tapicha? Haʼekuéra hína umi oñemoambuéva Cristo pokatu rupive.</w:t>
      </w:r>
    </w:p>
    <w:p>
      <w:pPr>
        <w:pStyle w:val="ArticleBody"/>
        <w:jc w:val="left"/>
      </w:pPr>
      <w:r>
        <w:rPr>
          <w:rFonts w:ascii="Times New Roman" w:hAnsi="Times New Roman" w:eastAsia="Times New Roman" w:cs="Times New Roman"/>
        </w:rPr>
        <w:t>Pe marandu Cristo tekojoja rehegua, ipokatu ñandemoambuévo ñande rehe ohecha’ỹvagui ohechávape, omanóvagui oikovévape, leproso-gui potĩvape, ojehupyty pe historia Jeike Triunfal reheguápe, oñemotenondévo Pyharepyte Sapukái. Mávapa ogueraha upe marandu?</w:t>
      </w:r>
    </w:p>
    <w:p>
      <w:pPr>
        <w:pStyle w:val="ArticleBody"/>
        <w:jc w:val="left"/>
      </w:pPr>
      <w:r>
        <w:rPr>
          <w:rFonts w:ascii="Times New Roman" w:hAnsi="Times New Roman" w:eastAsia="Times New Roman" w:cs="Times New Roman"/>
        </w:rPr>
        <w:t>Mba’e rehepa Cristo oguata hína? Peteĩ mburika ári. Islam marandu hína pe ogueraháva Cristo tekojoja marandu.</w:t>
      </w:r>
    </w:p>
    <w:p>
      <w:pPr>
        <w:pStyle w:val="ArticleBody"/>
        <w:jc w:val="left"/>
      </w:pPr>
      <w:r>
        <w:rPr>
          <w:rFonts w:ascii="Times New Roman" w:hAnsi="Times New Roman" w:eastAsia="Times New Roman" w:cs="Times New Roman"/>
        </w:rPr>
        <w:t>Áño 1840-pe, pe Ñe’ẽmondoha Peteĩha Marandu ñemombarete oñembojoaju vaʼekue islam ñejoko rehe. Pe Marandu Peteĩha ogueraha Marandu Mokõiha-pe; ndaikatúi oñembojaʼo.</w:t>
      </w:r>
    </w:p>
    <w:p>
      <w:pPr>
        <w:pStyle w:val="ArticleBody"/>
        <w:jc w:val="left"/>
      </w:pPr>
      <w:r>
        <w:rPr>
          <w:rFonts w:ascii="Times New Roman" w:hAnsi="Times New Roman" w:eastAsia="Times New Roman" w:cs="Times New Roman"/>
        </w:rPr>
        <w:t>Pe Marandu Peteĩha ogueraha Pe Marandu Mokõiha.</w:t>
      </w:r>
    </w:p>
    <w:p>
      <w:pPr>
        <w:pStyle w:val="ArticleBody"/>
        <w:jc w:val="left"/>
      </w:pPr>
      <w:r>
        <w:rPr>
          <w:rFonts w:ascii="Times New Roman" w:hAnsi="Times New Roman" w:eastAsia="Times New Roman" w:cs="Times New Roman"/>
        </w:rPr>
        <w:t>Pe Marandu Peteĩha oñemombarete Islam ojejoko jave, oñekumpli hag̃ua pe profecía. Ko ñemombarete omombarete pe Ángel Peteĩha Marandu ha ogueraha umi protestántepe omboty hag̃ua hokẽkuéra hese.</w:t>
      </w:r>
    </w:p>
    <w:p>
      <w:pPr>
        <w:pStyle w:val="ArticleBody"/>
        <w:jc w:val="left"/>
      </w:pPr>
      <w:r>
        <w:rPr>
          <w:rFonts w:ascii="Times New Roman" w:hAnsi="Times New Roman" w:eastAsia="Times New Roman" w:cs="Times New Roman"/>
        </w:rPr>
        <w:t>Okẽ ñemboty umi tupãóga protestánte rupive ha’e va’ekue pe marandu Islam rehegua ñemboyke.</w:t>
      </w:r>
    </w:p>
    <w:p>
      <w:pPr>
        <w:pStyle w:val="ArticleBody"/>
        <w:jc w:val="left"/>
      </w:pPr>
      <w:r>
        <w:rPr>
          <w:rFonts w:ascii="Times New Roman" w:hAnsi="Times New Roman" w:eastAsia="Times New Roman" w:cs="Times New Roman"/>
        </w:rPr>
        <w:t>Millerigua rembiasakue oñemombe’u ñande rembiasakue rehegua tenonderãramo.</w:t>
      </w:r>
    </w:p>
    <w:p>
      <w:pPr>
        <w:pStyle w:val="ArticleBody"/>
        <w:jc w:val="left"/>
      </w:pPr>
      <w:r>
        <w:rPr>
          <w:rFonts w:ascii="Times New Roman" w:hAnsi="Times New Roman" w:eastAsia="Times New Roman" w:cs="Times New Roman"/>
        </w:rPr>
        <w:t>Cristo tekojoja marandu, 144.000 oñembyasýva ára pegua, Ñandejára ohẽvo Ijespíritu Santo ha oipe’ávo Ñandejára Ñe’ẽ Laodiceagua ha Adventismo leproso-kuérape, ojegueraha jey mburika rupive — Islam Marandu.</w:t>
      </w:r>
    </w:p>
    <w:p>
      <w:pPr>
        <w:pStyle w:val="ArticleScripture"/>
        <w:jc w:val="left"/>
      </w:pPr>
      <w:r>
        <w:rPr>
          <w:rFonts w:ascii="Times New Roman" w:hAnsi="Times New Roman" w:eastAsia="Times New Roman" w:cs="Times New Roman"/>
        </w:rPr>
        <w:t>“Ára ha araro’y 1844-pe, oñemoherakuã vaekue pe marandu: ‘Péina, ou pe novío’. Upérõ ojehechauka mokõi aty ohechaukáva umi kuñataĩ arandu ha nda’arandúivape—peteĩ aty ovy’áva oha’arõvo pe Ñandejára jevy, ha oĩva’ekue kyre’ỹme oñembosako’ívo oñembyte hag̃ua hese; ambue aty katu, okyhyjégui ha omba’apóva impulso rehe, oñekontentárõ guare peteĩ teoría añetegua rehe, ha ndoguerekóiva Tupã grásia. Pe parávolape, oguahẽvo pe novío, ‘umi oñembosako’íva oike hendive pe ñemendáme’. Pe novío ouha, ko’ápe oñeñe’ẽva hese, oiko pe ñemenda mboyve. Pe ñemenda ohechauka Cristo orresiviha Itavusu. . . .” The Great Controversy, 427</w:t>
      </w:r>
    </w:p>
    <w:p>
      <w:pPr>
        <w:pStyle w:val="ArticleBody"/>
        <w:jc w:val="left"/>
      </w:pPr>
      <w:r>
        <w:rPr>
          <w:rFonts w:ascii="Times New Roman" w:hAnsi="Times New Roman" w:eastAsia="Times New Roman" w:cs="Times New Roman"/>
        </w:rPr>
        <w:t>Jeike guasuha rupi oikeha hína pe Mburuvicha Guasu oúva. 22 jasypa, ary 1844-pe, Ha’e oguereko pe Reino. Kóva hína pe Jeike guasuha.</w:t>
      </w:r>
    </w:p>
    <w:p>
      <w:pPr>
        <w:pStyle w:val="ArticleBody"/>
        <w:jc w:val="left"/>
      </w:pPr>
      <w:r>
        <w:rPr>
          <w:rFonts w:ascii="Times New Roman" w:hAnsi="Times New Roman" w:eastAsia="Times New Roman" w:cs="Times New Roman"/>
        </w:rPr>
        <w:t>Ko araka’e mokõi aty oñemohenda hag̃ua hikuái peteĩ-teĩ ijapopyrãme.</w:t>
      </w:r>
    </w:p>
    <w:p>
      <w:pPr>
        <w:pStyle w:val="ArticleScripture"/>
        <w:jc w:val="left"/>
      </w:pPr>
      <w:r>
        <w:rPr>
          <w:rFonts w:ascii="Times New Roman" w:hAnsi="Times New Roman" w:eastAsia="Times New Roman" w:cs="Times New Roman"/>
        </w:rPr>
        <w:t>Pe ñe’ẽñehẽ, “Pema’ẽ, pe Novio ouma”, ary 1844 pe verano-pe, ogueru hetaiterei tapicha oha’arõ hag̃ua pe Ñandejára jeju pya’e hag̃ua. Pe ára ojeporavóva guive pe Novio og̃uahẽ, ndaha’éi yvy ári, umi tapicha oha’arõ haguéicha, síno pe Ijapykakue Ymaguarépe yvágape, pe ñemendápe, ha’e hag̃ua oguereko hag̃ua Irreino. “Ha umi oĩva’ekue oñembosako’íva oike hendive pe ñemendápe, ha pe okẽ” —mba’épa?— “oñemboty.” Ndoikova’erãi hikuái upépe hetepy rupive pe ñemendápe; peva ningo oiko yvágape, ha’ekuéra katu oĩ aja gueteri yvy ári. Cristo rapykuehóvape “toha’arõ iva’erã Ijára, ou jey vove pe ñemendágui.” Lucas 12:36. Péro tekotevẽ oikuaa hikuái hembiapo, ha ipy’aguapy rupi tohapykueho chupe oike aja Ñandejára renondépe. Ko sentido-pe he’íva oikévo hikuái pe ñemendápe.” El Gran Conflicto, 427.</w:t>
      </w:r>
    </w:p>
    <w:p>
      <w:pPr>
        <w:pStyle w:val="ArticleHeading"/>
        <w:jc w:val="left"/>
      </w:pPr>
      <w:r>
        <w:rPr>
          <w:rFonts w:ascii="Arial" w:hAnsi="Arial" w:eastAsia="Arial" w:cs="Arial"/>
        </w:rPr>
        <w:t>Mandu’a Arandú Marangatu rehegua ára oha’arõha hag̃ua</w:t>
      </w:r>
    </w:p>
    <w:p>
      <w:pPr>
        <w:pStyle w:val="ArticleBody"/>
        <w:jc w:val="left"/>
      </w:pPr>
      <w:r>
        <w:rPr>
          <w:rFonts w:ascii="Times New Roman" w:hAnsi="Times New Roman" w:eastAsia="Times New Roman" w:cs="Times New Roman"/>
        </w:rPr>
        <w:t>Mbovymi Escritura omomba’e poravopyre ohechauka pe aravo ñembotavýva. Jahasáta hesekuéra pya’e ha ñamohu’ãta peteĩ ñe’ẽme’ẽ Hermana White rehegua.</w:t>
      </w:r>
    </w:p>
    <w:p>
      <w:pPr>
        <w:pStyle w:val="ArticleScripture"/>
        <w:jc w:val="left"/>
      </w:pPr>
      <w:r>
        <w:rPr>
          <w:rFonts w:ascii="Times New Roman" w:hAnsi="Times New Roman" w:eastAsia="Times New Roman" w:cs="Times New Roman"/>
        </w:rPr>
        <w:t>Ha pe novio opyta aja, opavave oke ha opytuʼu. Mateo 25:5.</w:t>
      </w:r>
    </w:p>
    <w:p>
      <w:pPr>
        <w:pStyle w:val="ArticleBody"/>
        <w:jc w:val="left"/>
      </w:pPr>
      <w:r>
        <w:rPr>
          <w:rFonts w:ascii="Times New Roman" w:hAnsi="Times New Roman" w:eastAsia="Times New Roman" w:cs="Times New Roman"/>
        </w:rPr>
        <w:t>Ko’ápe voi, 22 jasypoapy 1844-pe, oñeñe’ẽvo pe Aravo Oha’arõha rehe.</w:t>
      </w:r>
    </w:p>
    <w:p>
      <w:pPr>
        <w:pStyle w:val="ArticleBody"/>
        <w:jc w:val="left"/>
      </w:pPr>
      <w:r>
        <w:rPr>
          <w:rFonts w:ascii="Times New Roman" w:hAnsi="Times New Roman" w:eastAsia="Times New Roman" w:cs="Times New Roman"/>
        </w:rPr>
        <w:t>22 jasypakõi ary 1844 ndaha’éi peteĩ prediksión profétika oĩva Biblia-pe. Ha’e hína pe fecha umi Millerita-kuéra ontende vai va’ekue, ha upéva ogueru pe ñembyasy peteĩha ha omarka pe aravo oñembotapykuéva.</w:t>
      </w:r>
    </w:p>
    <w:p>
      <w:pPr>
        <w:pStyle w:val="ArticleBody"/>
        <w:jc w:val="left"/>
      </w:pPr>
      <w:r>
        <w:rPr>
          <w:rFonts w:ascii="Times New Roman" w:hAnsi="Times New Roman" w:eastAsia="Times New Roman" w:cs="Times New Roman"/>
        </w:rPr>
        <w:t>Pe Escritura-kuéra ndái he’i Tupã omoheñóiha pe aravo ojepytasoha. Tavayguakuéra jeikuaa vai voi hína pe omoheñóiva upéva: “Jepe pe visión ojepytaso ramo, eha’arõ chupe, pórke ndojepytasomo’ãi, ndijapúi.”</w:t>
      </w:r>
    </w:p>
    <w:p>
      <w:pPr>
        <w:pStyle w:val="ArticleScripture"/>
        <w:jc w:val="left"/>
      </w:pPr>
      <w:r>
        <w:rPr>
          <w:rFonts w:ascii="Times New Roman" w:hAnsi="Times New Roman" w:eastAsia="Times New Roman" w:cs="Times New Roman"/>
        </w:rPr>
        <w:t>Ojehovasa pe oha'arõ ha oguahẽva mil mbohapy sa cienco ha treinta y cinco ára peve. Ha nde katu eho nde rapére pe paha peve; reñembopy'aguapýta, ha repu'ãta nde rupi'a pe ára paha jave. Daniel 12:12, 13.</w:t>
      </w:r>
    </w:p>
    <w:p>
      <w:pPr>
        <w:pStyle w:val="ArticleBody"/>
        <w:jc w:val="left"/>
      </w:pPr>
      <w:r>
        <w:rPr>
          <w:rFonts w:ascii="Times New Roman" w:hAnsi="Times New Roman" w:eastAsia="Times New Roman" w:cs="Times New Roman"/>
        </w:rPr>
        <w:t>Ikatu remoñe’ẽ ko’ãva mokõi hendáicha. Oimeraẽ hendáicha:</w:t>
      </w:r>
    </w:p>
    <w:p>
      <w:pPr>
        <w:pStyle w:val="ArticleBody"/>
        <w:jc w:val="left"/>
      </w:pPr>
      <w:r>
        <w:rPr>
          <w:rFonts w:ascii="Times New Roman" w:hAnsi="Times New Roman" w:eastAsia="Times New Roman" w:cs="Times New Roman"/>
        </w:rPr>
        <w:t>Ojehovasáva pe oha’arõva, ha ojehovasáva pe oguahẽva 1335-pe. Ha nde katu tereho nde rapére pe paha peve; nde repytáta pytu’úpe, ha repu’ãta nde porãnguére umi ára paha opávo.</w:t>
      </w:r>
    </w:p>
    <w:p>
      <w:pPr>
        <w:pStyle w:val="ArticleBody"/>
        <w:jc w:val="left"/>
      </w:pPr>
      <w:r>
        <w:rPr>
          <w:rFonts w:ascii="Times New Roman" w:hAnsi="Times New Roman" w:eastAsia="Times New Roman" w:cs="Times New Roman"/>
        </w:rPr>
        <w:t>Pe jehovasa og̃uahẽ hag̃ua 1335-pe ndaha’éi añoite rehegua og̃uahẽ hag̃ua ára-profesía pahápe. Pe 1335 opa 1843-pe pe Kuatia’atãme. Pe jehovasa ndaha’éi añoite pe profesía paha, ha’e avei pe experiencia pe ára de demora rehegua. Pe jehovasa oiko pe Tiempo de Demora ha 22 de octubre de 1844 mbytépe. Kóva hína pe tenda reha’arõ va’erã. “Ojehovasáva hína pe oha’arõva.”</w:t>
      </w:r>
    </w:p>
    <w:p>
      <w:pPr>
        <w:pStyle w:val="ArticleScripture"/>
        <w:jc w:val="left"/>
      </w:pPr>
      <w:r>
        <w:rPr>
          <w:rFonts w:ascii="Times New Roman" w:hAnsi="Times New Roman" w:eastAsia="Times New Roman" w:cs="Times New Roman"/>
        </w:rPr>
        <w:t>Ha upévare pe Ñandejára oha’arõta, pene poriahuvereko hag̃ua; ha upévare ha’e oñemomba’eguasúta, pene rehe oiporiahuvereko hag̃ua; mba’érepa pe Ñandejára ha’e peteĩ Tupã tekojoja rehegua: ojehovasáva opavave umi hese oha’arõva. Isaías 30:18.</w:t>
      </w:r>
    </w:p>
    <w:p>
      <w:pPr>
        <w:pStyle w:val="ArticleBody"/>
        <w:jc w:val="left"/>
      </w:pPr>
      <w:r>
        <w:rPr>
          <w:rFonts w:ascii="Times New Roman" w:hAnsi="Times New Roman" w:eastAsia="Times New Roman" w:cs="Times New Roman"/>
        </w:rPr>
        <w:t>Pe ñeha’arõha hína pe Tarrying Time guive 22 jasypa 1844 peve. Reha’arõramo Chupe, reñevendesiáta.</w:t>
      </w:r>
    </w:p>
    <w:p>
      <w:pPr>
        <w:pStyle w:val="ArticleScripture"/>
        <w:jc w:val="left"/>
      </w:pPr>
      <w:r>
        <w:rPr>
          <w:rFonts w:ascii="Times New Roman" w:hAnsi="Times New Roman" w:eastAsia="Times New Roman" w:cs="Times New Roman"/>
        </w:rPr>
        <w:t>Pe visión niko gueteri peteĩ ára oñemohendavaʼekuépe g̃uarã; ha ipahápe oñeʼẽta, ha ndijapumoʼãi: jepe itĩarõ, ehaʼarõ chupe; mbaʼére pórke katuete ou, ndaitĩaromoʼãi. Habacuc 2:3.</w:t>
      </w:r>
    </w:p>
    <w:p>
      <w:pPr>
        <w:pStyle w:val="ArticleBody"/>
        <w:jc w:val="left"/>
      </w:pPr>
      <w:r>
        <w:rPr>
          <w:rFonts w:ascii="Times New Roman" w:hAnsi="Times New Roman" w:eastAsia="Times New Roman" w:cs="Times New Roman"/>
        </w:rPr>
        <w:t>Umi Millerita-kuéra oñentende vai rupi ou pe aravo oñearõ hag̃uáva. Pe visión niko peteĩ ára oñemboykévare g̃uarã—22 jasypa 1844-pe. Ndaijapumo’ãi, ha katu peẽ peimo’ãta iñaretaha pe ñentende vai rupi.</w:t>
      </w:r>
    </w:p>
    <w:p>
      <w:pPr>
        <w:pStyle w:val="ArticleBody"/>
        <w:jc w:val="left"/>
      </w:pPr>
      <w:r>
        <w:rPr>
          <w:rFonts w:ascii="Times New Roman" w:hAnsi="Times New Roman" w:eastAsia="Times New Roman" w:cs="Times New Roman"/>
        </w:rPr>
        <w:t>¿Pa Ñandejára omoheñói ra’e pe ñentendekuaa vai? Héẽ. Hermana White he’i upéicha.</w:t>
      </w:r>
    </w:p>
    <w:p>
      <w:pPr>
        <w:pStyle w:val="ArticleBody"/>
        <w:jc w:val="left"/>
      </w:pPr>
      <w:r>
        <w:rPr>
          <w:rFonts w:ascii="Times New Roman" w:hAnsi="Times New Roman" w:eastAsia="Times New Roman" w:cs="Times New Roman"/>
        </w:rPr>
        <w:t>Ñandejára omoheñói pe jejavy 1843 Chart rupive. William Miller he’i vaekue araka’eve ndoe’eha peteĩchaite 1843, ha katu ary 1843-pe umi ermáno ojerure chupe toipe’a pe “if” ha tomarka 1843 peteĩ señal profética ramo. Hermana White he’i kóva ha’eha peteĩ señal profética, peteĩ cumplimiento Habacuc 2-pe. Ko señal, oñemarka dogmáticamente 1843, omoheñói pe tiempo de demora.</w:t>
      </w:r>
    </w:p>
    <w:p>
      <w:pPr>
        <w:pStyle w:val="ArticleScripture"/>
        <w:jc w:val="left"/>
      </w:pPr>
      <w:r>
        <w:rPr>
          <w:rFonts w:ascii="Times New Roman" w:hAnsi="Times New Roman" w:eastAsia="Times New Roman" w:cs="Times New Roman"/>
        </w:rPr>
        <w:t>“Ojehovasa umi tesa ohecháva’ekue umi mba’e ojehechava’ekue 1843 ha 1844-pe. Pe marandu oñeme’ẽkuri. Ha ndaipóri va’erã ñembotapykuéri oñeñe’ẽjey hag̃ua pe marandu rehe, pórke umi ára paha rechaukaha oñehundipa ohóvo; pe tembiapo paha ojejapo va’erã. Peteĩ tembiapo tuicháva ojejapóta mbykymi aravo ryepýpe. Ko’ẽrõitéma oñeme’ẽta peteĩ marandu Tupã omoĩ hag̃uáicha, ha upéva okakuaáta oñemomba’eguasu peve sapukái hatãramo. Upérõ Daniel opu’ãta ilótepe, ome’ẽ hag̃ua itestimónio.” Manuscript Releases, volúmen 21, 437.</w:t>
      </w:r>
    </w:p>
    <w:p>
      <w:pPr>
        <w:pStyle w:val="ArticleBody"/>
        <w:jc w:val="left"/>
      </w:pPr>
      <w:r>
        <w:rPr>
          <w:rFonts w:ascii="Times New Roman" w:hAnsi="Times New Roman" w:eastAsia="Times New Roman" w:cs="Times New Roman"/>
        </w:rPr>
        <w:t>Eñatendéke Daniel 12:12, 13-pe he’íva: “Ojehovasáva pe oha’arõva ha oguahẽva mil mbohapy sa cienco treinta y cinco ára peve.”—“Ojehovasáva pe oguahẽva 1335 peve. Ojehovasáva pe oguahẽva 1843 peve”; upéva hína pe versíkulo 12.</w:t>
      </w:r>
    </w:p>
    <w:p>
      <w:pPr>
        <w:pStyle w:val="ArticleBody"/>
        <w:jc w:val="left"/>
      </w:pPr>
      <w:r>
        <w:rPr>
          <w:rFonts w:ascii="Times New Roman" w:hAnsi="Times New Roman" w:eastAsia="Times New Roman" w:cs="Times New Roman"/>
        </w:rPr>
        <w:t>Versículo 13:</w:t>
      </w:r>
    </w:p>
    <w:p>
      <w:pPr>
        <w:pStyle w:val="ArticleScripture"/>
        <w:jc w:val="left"/>
      </w:pPr>
      <w:r>
        <w:rPr>
          <w:rFonts w:ascii="Times New Roman" w:hAnsi="Times New Roman" w:eastAsia="Times New Roman" w:cs="Times New Roman"/>
        </w:rPr>
        <w:t>Ha nde raperã pe paha pehu hag̃ua ára pahápe: nde repytáta pytuʼúpe, ha repuʼãta ne rérape umi ára paha opávo. Daniel 12:12, 13.</w:t>
      </w:r>
    </w:p>
    <w:p>
      <w:pPr>
        <w:pStyle w:val="ArticleBody"/>
        <w:jc w:val="left"/>
      </w:pPr>
      <w:r>
        <w:rPr>
          <w:rFonts w:ascii="Times New Roman" w:hAnsi="Times New Roman" w:eastAsia="Times New Roman" w:cs="Times New Roman"/>
        </w:rPr>
        <w:t>Hermana White ombojoaju umi versíkulo 12 ha 13, he'ívo pe jehovasa 1335 rehegua oñemoañeteha ary 1843 ha 1844-pe. Ndaha'éi peteĩ ára térã aravo añónte rehegua, síno umi oha'arõvaguáre Cristo Jeike Triunfal Jerusalén-pe, ohechakuaáva umi ánhel ojupíva ha oguejýva pe eskála rehe, ha oikeva ñemboguataha ñemoĩme Ñandejára ndive, ha'e ome'ẽvo chupekuéra mokõi tavla pe ñemoĩmbyre rehegua.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Espíritu de Profecía: Aravo jehasa araka’e ha pe Sapukái Pyharepyteguápe</dc:title>
  <dc:subject>Habacuc Mokõi Tabla</dc:subject>
  <dc:creator>Jeff Pippenger</dc:creator>
  <cp:keywords/>
  <dc:description>Generated by ArticleDigger from habakkuks_two_tables\02_habakkuks_two_tables.json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