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Historia Ñemiguáva Versículo Cuarenta rehegua - Papapy Peteĩ hag̃ua</w:t>
      </w:r>
    </w:p>
    <w:p>
      <w:pPr>
        <w:pStyle w:val="ArticleSubtitle"/>
        <w:jc w:val="left"/>
      </w:pPr>
      <w:r>
        <w:rPr>
          <w:rFonts w:ascii="Arial" w:hAnsi="Arial" w:eastAsia="Arial" w:cs="Arial"/>
        </w:rPr>
        <w:t>Ñembotyryry hag̃ua umi Marandu Profético: Umi Ára Paha, Judá León, ha umi Mýi Pahaguéva Apocalipsis-pe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Apocalipsis kapítulo cinco-pe, pe León Judá ñemoñaregua ohechauka Cristo posición pe oúvaicha ha’e hag̃ua upe ipu’akáva omoĩ hag̃ua sello ha ombojera hag̃ua Ñandejára Ñe’ẽ hembipota hag̃uáicha. Áño 1989-pe, ciento veintiséis ary rire pe rebelión 1863-gua, pe León Judá ñemoñaregua ombojéra Daniel kapítulo once paha seis versíkulo. Umi versíkulo oñepyrũ pe herida mortal papado rehegua 1798-pe, ha omoinge testimonio mba’éichapa pe herida papal ojekuera va’erã ha upéi, upe rire, pe herida mortal paha papado rehegua peve. Umi versíkulo oñepyrũ peteĩ hendápe oguahẽhápe ipaha; pe juicio Roma papal rehegua ndive.</w:t>
      </w:r>
    </w:p>
    <w:p>
      <w:pPr>
        <w:pStyle w:val="ArticleBody"/>
        <w:jc w:val="left"/>
      </w:pPr>
      <w:r>
        <w:rPr>
          <w:rFonts w:ascii="Times New Roman" w:hAnsi="Times New Roman" w:eastAsia="Times New Roman" w:cs="Times New Roman"/>
        </w:rPr>
        <w:t>Umi seis versíkulo omombe’u pe papado rehe oikova’ekue, ikutu manohára okuera jey hague, ha avei mba’éichapa pe mbohapy joaju—pe dragón, pe mymba guasu ha pe proféta japúva—ogueraha ko yvy tuichakue Armagedón-pe, upéva ojehechakuaáva versíkulo irundypa poha-pe kóicha: “yguasu kuéra mbytépe ha pe yvyty marangatu hechapyrãva renondépe.”</w:t>
      </w:r>
    </w:p>
    <w:p>
      <w:pPr>
        <w:pStyle w:val="ArticleBody"/>
        <w:jc w:val="left"/>
      </w:pPr>
      <w:r>
        <w:rPr>
          <w:rFonts w:ascii="Times New Roman" w:hAnsi="Times New Roman" w:eastAsia="Times New Roman" w:cs="Times New Roman"/>
        </w:rPr>
        <w:t>Alfa ha Omega ohechauka Cristo reko, tapia ohechauka hag̃ua pe paha iñepyrũmby rupive. Pe ñemyatyrõ ñemongu’e umi cien cuarenta y cuatro mil rehegua ha’e pe ñemongu’e ángel mbohapyha rehegua, ha upéva hína pe ñemongu’e paha ojejapoukapyréva iñepyrũmby rupive, ha’éva pe ñemongu’e Millerita umi ángel peteĩha ha mokõiha rehegua. Pe ñemongu’e Millerita oñepyrũ pe ára paha-pe ary 1798-pe, upépe oñepyrũhágui Daniel capítulo once pehẽngue paha seis versíkulo, ha pe ñemongu’e opa pe huísio oñepyrũvo octubre 22, 1844-pe. Pe ñemongu’e umi cien cuarenta y cuatro mil rehegua opa pe léi domingo-pe Estados Unidos-pe.</w:t>
      </w:r>
    </w:p>
    <w:p>
      <w:pPr>
        <w:pStyle w:val="ArticleBody"/>
        <w:jc w:val="left"/>
      </w:pPr>
      <w:r>
        <w:rPr>
          <w:rFonts w:ascii="Times New Roman" w:hAnsi="Times New Roman" w:eastAsia="Times New Roman" w:cs="Times New Roman"/>
        </w:rPr>
        <w:t>Pe movimiento ñepyrũme ára paha tiémpope ary 1989-pe, Judá ñemoñaregua León oipe’a pe seis versíkulo paha Daniel kapítulo once-gui, ha pe movimiento paha hag̃uáicha, domingo léi mboyveimi, Ha’e oipe’a pe tembiasakue ñemiguáva versíkulo cuarenta-pe Daniel kapítulo once-pe. Hermana White ñe’ẽñemyesakã mba’e partepa Daniel-gui ojeipe’a, oñe’ẽ pe jeipe’a rehe oñepyrũva’ekue 1989-pe, ha avei pe jeipe’a rehe oñepyrũva’ekue julio de 2023-pe.</w:t>
      </w:r>
    </w:p>
    <w:p>
      <w:pPr>
        <w:pStyle w:val="ArticleScripture"/>
        <w:jc w:val="left"/>
      </w:pPr>
      <w:r>
        <w:rPr>
          <w:rFonts w:ascii="Times New Roman" w:hAnsi="Times New Roman" w:eastAsia="Times New Roman" w:cs="Times New Roman"/>
        </w:rPr>
        <w:t>“Pe kuatia oñemboty vaʼekue ndahaʼéi pe Apocalipsis kuatia, síno upe pehẽngue Daniel maranduʼypy rehegua omombeʼúva umi ára pahápe guarã. Ñandejára Ñeʼẽ heʼi: ‘Ha nde, Daniel, emboty umi ñeʼẽ ha esella pe kuatia ára paha peve; heta oguata hag̃ua peteĩ hendágui ambuépe, ha arandu okakuaáta’ (Daniel 12:4). Pe kuatia ojepeʼa rire, oñemoherakuã vaʼekue: ‘Aravo ndaiporimoʼãvéima.’ (Ehecha Apocalipsis 10:6.) Koʼágã Daniel kuatia oĩma ojepeʼa hag̃uáicha, ha pe ñemyesakã Cristo omeʼẽ vaʼekue Juánpe oguahẽvaʼerã opa umi yvy ape ári oikóvape. Pe arandu ñembohetave rupive peteĩ tavayguakuéra oñembosakoʼíta ikatu hag̃uáicha oñemboʼy umi ára pahápe. . . .”</w:t>
      </w:r>
    </w:p>
    <w:p>
      <w:pPr>
        <w:pStyle w:val="ArticleScripture"/>
        <w:jc w:val="left"/>
      </w:pPr>
      <w:r>
        <w:rPr>
          <w:rFonts w:ascii="Times New Roman" w:hAnsi="Times New Roman" w:eastAsia="Times New Roman" w:cs="Times New Roman"/>
        </w:rPr>
        <w:t>“Pe ánhel peteĩha marandupe umi kuimbaʼe ha kuñanguéra oñehenói omombaʼeguasúvo Tupãme, ñande Apoharépe, ojapo vaʼekuépe ko yvy ha opa mbaʼe ipype oĩva. Haʼekuéra omombaʼe peteĩ institución papado rehegua, ojapóvo mbaʼevete hag̃uáicha Jehová léi; ha katu ko mbaʼére oĩta peteĩ jeikuaa okakuaáva.” Selected Messages, libro 2, 105, 106.</w:t>
      </w:r>
    </w:p>
    <w:p>
      <w:pPr>
        <w:pStyle w:val="ArticleBody"/>
        <w:jc w:val="left"/>
      </w:pPr>
      <w:r>
        <w:rPr>
          <w:rFonts w:ascii="Times New Roman" w:hAnsi="Times New Roman" w:eastAsia="Times New Roman" w:cs="Times New Roman"/>
        </w:rPr>
        <w:t>Pe Daniel kuatia rehegua, umi ára paha rehegua ary 1989-pe ha’e kuri capítulo onceha umi seis versículo paha; ha pe movimiento umi cien cuarenta y cuatro mil rehegua oguahẽvo ipahápe, pe Daniel kuatia pehẽ ojeipe’áva ha’e pe tembiasakue ñemiguáva versículo cuarenta-pe, ha upéva orrepresenta pe tembiasakue 1989 guive pe léi domingo peve Tetã peteĩ reko Amérikape. Pe tembiasakue ñemiguáva versículo cuarenta rehegua ha’e pe tembiasakue umi cien cuarenta y cuatro mil rehegua. Opa maranduhára ome’ẽ testimónio upe período rehe.</w:t>
      </w:r>
    </w:p>
    <w:p>
      <w:pPr>
        <w:pStyle w:val="ArticleBody"/>
        <w:jc w:val="left"/>
      </w:pPr>
      <w:r>
        <w:rPr>
          <w:rFonts w:ascii="Times New Roman" w:hAnsi="Times New Roman" w:eastAsia="Times New Roman" w:cs="Times New Roman"/>
        </w:rPr>
        <w:t>Pe pasáhepe, pe jeikuaa oñembohetaveha “ombosako’íva peteĩ tavayguakuérape oñembo’y hag̃ua umi ára pahápe”, he’ise pe ojeipe’a jeýva umi seis versíkulo pahagua ary 1989-pe, ha avei he’ise pe tembiasakue kañymby oĩva versíkulo cuarenta-pe oñembohesakãha. Mokõivéva tembiasakuépe pe inspiración omombe’u oĩtaha peteĩ jeikuaa oñembohetavéva pe pokatu papal rehe ha pe léi domingo rehe. Mokõive pe ñepyrũme ha pahápe pe movimiento umi cien cuarenta y cuatro mil rehegua, pe jeikuaa oñembohetaveha ogueru peteĩ proceso de prueba mbohapy jepéva, ojehechaukaháicha Daniel kapítulo doce-pe.</w:t>
      </w:r>
    </w:p>
    <w:p>
      <w:pPr>
        <w:pStyle w:val="ArticleScripture"/>
        <w:jc w:val="left"/>
      </w:pPr>
      <w:r>
        <w:rPr>
          <w:rFonts w:ascii="Times New Roman" w:hAnsi="Times New Roman" w:eastAsia="Times New Roman" w:cs="Times New Roman"/>
        </w:rPr>
        <w:t>Ha he'i: Tereho nde rapére, Daniel; ko'ã ñe'ẽ niko oñemboty ha ojesella pe ára paha peve. Heta oñemopotĩta, ojetĩmbáta morotĩ hag̃uáicha, ha oñeha'ãmbáta; ha umi heko añáva ojejapóta heko añáme; ha avave umi heko añávagui ndoikuaamo'ãi; ha umi iñarandúva katu oikuaáta. Daniel 12:9, 10.</w:t>
      </w:r>
    </w:p>
    <w:p>
      <w:pPr>
        <w:pStyle w:val="ArticleBody"/>
        <w:jc w:val="left"/>
      </w:pPr>
      <w:r>
        <w:rPr>
          <w:rFonts w:ascii="Times New Roman" w:hAnsi="Times New Roman" w:eastAsia="Times New Roman" w:cs="Times New Roman"/>
        </w:rPr>
        <w:t>Opaite ñemyatyrõ marangatu reformatorioicha, umi mbohapy tape Daniel ohechaukáva “oñemopotĩ, ojeapo morotĩ, ha oñeha’ã” ramo, ohechauka pe techaukaha oguejyha peteĩ símbolo Divino, upéi oúvo pe prueba peteĩ marandu’ỹ oñeñandu vai haguére, ha upéi peteĩ mbohapyha prueba litmus oikuaauka hag̃ua umi mokõi aty rekove, oñemoheñóiva oñemopyendáva pehẽnguéra omoneĩ térã omboykévo pe ñembotuicha arandu rehegua ojepe’áva séllogui. Oñepyrũvo pe movimiento umi cien cuarenta y cuatro mil rehegua, umi mbohapy tape ha’e va’ekue 11 de septiembre de 2001, upéi 18 de julio de 2020, ha upéi pe léi dominical. Ha opa hag̃uáicha upe movimientoete rehe, umi mbohapy tape ha’e julio de 2023, pe marandu Midnight Cry og̃uahẽva, ha pe léi dominical.</w:t>
      </w:r>
    </w:p>
    <w:p>
      <w:pPr>
        <w:pStyle w:val="ArticleBody"/>
        <w:jc w:val="left"/>
      </w:pPr>
      <w:r>
        <w:rPr>
          <w:rFonts w:ascii="Times New Roman" w:hAnsi="Times New Roman" w:eastAsia="Times New Roman" w:cs="Times New Roman"/>
        </w:rPr>
        <w:t>Pe marandu ombosakoíva Tupã tavayguakuérape opyta hag̃ua mbarete hag̃ua, ojepe’áva’ekue julio ary 2023-pe, oguereko heta línea añetegua maranduhára rehegua, ha umíva apytépe oĩ Ezequiel kangue omanóva ha isekáva capítulo treinta y siete-pe. Ezequiel ohechauka mokõi marandu. Peteĩha marandu ombyaty jey umi kangue, ha katu ndaha’éi pe mokõiha marandúpe añoite Israel opu’ãva’ekue ipy rehe peteĩ ehérsito guasu ramo. Umi mokõi testígo Apocalipsis capítulo once-pegua opu’ãva’ekue oñemyenyhẽrõ guare Espíritu Santo rehe.</w:t>
      </w:r>
    </w:p>
    <w:p>
      <w:pPr>
        <w:pStyle w:val="ArticleScripture"/>
        <w:jc w:val="left"/>
      </w:pPr>
      <w:r>
        <w:rPr>
          <w:rFonts w:ascii="Times New Roman" w:hAnsi="Times New Roman" w:eastAsia="Times New Roman" w:cs="Times New Roman"/>
        </w:rPr>
        <w:t>Ha rire mbohapy ára ha mbyte rire, Tupãgui ou vaekue tekove Espíritu oike hesekuéra, ha opu'ã hikuái ipy ári; ha tuicha kyhyje oguejy umi ohecháva ári. Apocalipsis 11:11.</w:t>
      </w:r>
    </w:p>
    <w:p>
      <w:pPr>
        <w:pStyle w:val="ArticleBody"/>
        <w:jc w:val="left"/>
      </w:pPr>
      <w:r>
        <w:rPr>
          <w:rFonts w:ascii="Times New Roman" w:hAnsi="Times New Roman" w:eastAsia="Times New Roman" w:cs="Times New Roman"/>
        </w:rPr>
        <w:t>Ezequiel ombo’e upe añetegua peteĩcha.</w:t>
      </w:r>
    </w:p>
    <w:p>
      <w:pPr>
        <w:pStyle w:val="ArticleScripture"/>
        <w:jc w:val="left"/>
      </w:pPr>
      <w:r>
        <w:rPr>
          <w:rFonts w:ascii="Times New Roman" w:hAnsi="Times New Roman" w:eastAsia="Times New Roman" w:cs="Times New Roman"/>
        </w:rPr>
        <w:t>Ha he'i chéve: Ta'ýra yvypóra, eñembo'y nde py ári, ha añe'ẽta ndéve. Ha pe espíritu oike chepype, ha'e oñe'ẽvo chéve, ha chemoĩ che py ári, upéicha ahendu hag̃ua upe oñe'ẽvape chéve. Ezequiel 2:1, 2.</w:t>
      </w:r>
    </w:p>
    <w:p>
      <w:pPr>
        <w:pStyle w:val="ArticleBody"/>
        <w:jc w:val="left"/>
      </w:pPr>
      <w:r>
        <w:rPr>
          <w:rFonts w:ascii="Times New Roman" w:hAnsi="Times New Roman" w:eastAsia="Times New Roman" w:cs="Times New Roman"/>
        </w:rPr>
        <w:t>Hermana White he’i jave: “arandu oñembohetavévo peteĩ tetãgua oñembosako’i hag̃ua opyta hag̃ua mbarete umi ára pahápe.” Upe arandu ñembohetave oñemombe’u “aséite” ramo umi pa arykuéra parávolape, ha upe “aséite” ohechauka “Ñandejára Espíritu marandu”, avei “Espíritu Santo”, ha péicha avei “teko”.</w:t>
      </w:r>
    </w:p>
    <w:p>
      <w:pPr>
        <w:pStyle w:val="ArticleBody"/>
        <w:jc w:val="left"/>
      </w:pPr>
      <w:r>
        <w:rPr>
          <w:rFonts w:ascii="Times New Roman" w:hAnsi="Times New Roman" w:eastAsia="Times New Roman" w:cs="Times New Roman"/>
        </w:rPr>
        <w:t>Jasykue jasykõi 2023 ha pe léi domingo pya’etéma ou hag̃uáicha apytépe oĩ peteĩ jeikuaave oñembohetavéva omoingovejey hag̃ua Ñandejára retãyguakuérape, ha ha’ekuéra opu’ã. Opu’ã hikuái ohechauka hag̃ua oguerekoha pe “aséite” oñe’ẽva marandu rehe, upe marandu ojeipe’a hag̃uáicha upe aravópe. Opu’ã hikuái oguerekóramo Espíritu Santo ipypekuéra umi hyru ryepýpe, ha opu’ã hikuái oguerekóramo peteĩ tekokatu oñembosako’íva Ñandejára sello rehe hag̃ua.</w:t>
      </w:r>
    </w:p>
    <w:p>
      <w:pPr>
        <w:pStyle w:val="ArticleBody"/>
        <w:jc w:val="left"/>
      </w:pPr>
      <w:r>
        <w:rPr>
          <w:rFonts w:ascii="Times New Roman" w:hAnsi="Times New Roman" w:eastAsia="Times New Roman" w:cs="Times New Roman"/>
        </w:rPr>
        <w:t>Pe peteĩha prueba rape oñepyrũva’ekue julio 2023-pe, upéi ou peteĩ ára pukukue ome’ẽva umi candidato-kuérape omoneĩ térã ombotove hag̃ua pe aséite. Umi omoneĩva oñemboguata hag̃ua, ojehechauka hag̃ua chupekuéra peteĩ techaukaha ramo pe léi domingo og̃uahẽmbotaitévape. Umi ombotovéva pe aséite, oguereko mbotavy mbarete.</w:t>
      </w:r>
    </w:p>
    <w:p>
      <w:pPr>
        <w:pStyle w:val="ArticleBody"/>
        <w:jc w:val="left"/>
      </w:pPr>
      <w:r>
        <w:rPr>
          <w:rFonts w:ascii="Times New Roman" w:hAnsi="Times New Roman" w:eastAsia="Times New Roman" w:cs="Times New Roman"/>
        </w:rPr>
        <w:t>Umi kandidáto oñemombáy hag̃ua pe oke espiritual-gui julio 2023-pe, ha upéi oñembohovái chupekuéra pe proceso pahaite de prueba oĩva mboyve oñemboty hag̃ua iprobasión individual. Pe proceso de prueba oñemoĩ vaʼekue peteĩ contexto de prueba profética rehe, ojoajúva pe mymbajára raʼanga ñemoheñói rehe, pe tiempo-pe umi kandidáto voi oikove jey vaʼerã ha omoheñói hag̃ua ipypekuéra Cristo raʼanga. Pe estructura profética upépe ojejapovaʼerã pe prueba haʼe pe tembiasakue 1989 guive pe léi dominical peve. Umi kandidáto ndaikatúigui opáy, upéva ogueru Ñandejára oheja hag̃ua umi herejía oike.</w:t>
      </w:r>
    </w:p>
    <w:p>
      <w:pPr>
        <w:pStyle w:val="ArticleScripture"/>
        <w:jc w:val="left"/>
      </w:pPr>
      <w:r>
        <w:rPr>
          <w:rFonts w:ascii="Times New Roman" w:hAnsi="Times New Roman" w:eastAsia="Times New Roman" w:cs="Times New Roman"/>
        </w:rPr>
        <w:t>“Tupã omombáyta Itavayguápe; ambue tape ndoikói ramo, oike hag̃ua apytépekuéra herehía, upéva ombovojáta chupekuéra, oipe’ávo pe kapi’i pe trígogui. Ñandejára ohenói opa umi ogueroviáva Iñe’ẽ opáy hag̃ua okegui. Oguahẽ hína tesape hepyetéva, ko ára-pe g̃uarã porãite. Upéva ha’e añetegua Bíblica, ohechaukáva umi mba’e vai ñande ári voi oĩmava. Ko tesape oguerahava’erã ñandéve peteĩ jesareko mbarete hag̃ua Ñandejára Ñe’ẽre, ha peteĩ jehecha pypuku eterei hag̃ua umi ñemoĩ porã ñande jajokóvare. Tupã oipota opaite umi aspecto ha ñemoĩ porã añetegua rehegua tojeheka porãite ha tapiaite, ñembo’e ha ayuno reheve.” Testimonies, volúmen 5, 708.</w:t>
      </w:r>
    </w:p>
    <w:p>
      <w:pPr>
        <w:pStyle w:val="ArticleBody"/>
        <w:jc w:val="left"/>
      </w:pPr>
      <w:r>
        <w:rPr>
          <w:rFonts w:ascii="Times New Roman" w:hAnsi="Times New Roman" w:eastAsia="Times New Roman" w:cs="Times New Roman"/>
        </w:rPr>
        <w:t>Opaite maranduhára oñeʼẽ ára paháre rehe, upévare koʼã ára pahápe, julio ary 2023-pe, Ñandejára oñehaʼã “ombopáy” hag̃ua Itavayguakuérape, ha katu Iñehaʼã ndoikói porãiramo, ha Haʼe oheja hag̃ua oñembojoapy jey hag̃ua pe ñorairõ peteĩha peteĩ símbolo de Roma rehegua historia adventistape peteĩ ñemomarandu ramo paha hiʼag̃uietereiha rehe. Péicha ojapo, jepe “tesakã porã” “ou hague, ko tiémpope g̃uarã hekopete.” Pe tesakã og̃uahẽvaʼekue julio ary 2023-pe haʼe “Añetegua Bíblica, ohechaukáva umi mbaʼe vai ñane renondetépe oĩmava.” Upéva pe tesakã omboguata vaʼerã kuri “ñandéve peteĩ estudio kyreʼỹme Ñandejára Ñeʼẽ rehegua ha peteĩ examen iporãitereíva umi posición ñande jajokóva rehe.”</w:t>
      </w:r>
    </w:p>
    <w:p>
      <w:pPr>
        <w:pStyle w:val="ArticleBody"/>
        <w:jc w:val="left"/>
      </w:pPr>
      <w:r>
        <w:rPr>
          <w:rFonts w:ascii="Times New Roman" w:hAnsi="Times New Roman" w:eastAsia="Times New Roman" w:cs="Times New Roman"/>
        </w:rPr>
        <w:t>Pe tembiasakue kañymby versíkulo cuarenta-pe ojehechauka versíkulo diez guive quince peve Daniel once-pe, Alpha ha Omega ohechaukárõ Daniel profecía paha paha, iñepyrũ ndive. Oguahẽ mboyve pe ñembyasy 18 jasypokõi 2020-pe, Satanás omoinge kuri ñemyangekói versíkulo diez guive quince peve rehe, oikuaágui pe kapítulo ñepyrũha ha’eha pe llave ohechauka hag̃ua pe kapítulo paha. Upéi oñemoinge pe controversia ypykue versíkulo catorce-pegua.</w:t>
      </w:r>
    </w:p>
    <w:p>
      <w:pPr>
        <w:pStyle w:val="ArticleScripture"/>
        <w:jc w:val="left"/>
      </w:pPr>
      <w:r>
        <w:rPr>
          <w:rFonts w:ascii="Times New Roman" w:hAnsi="Times New Roman" w:eastAsia="Times New Roman" w:cs="Times New Roman"/>
        </w:rPr>
        <w:t>“Pe ñembotavyha guasu noñemongyhyjéi mba’eve rehe hetave ñande jaikuaáramo hag̃ua hemba’apo ñembotavy rehegua.” The Great Controversy, 516.</w:t>
      </w:r>
    </w:p>
    <w:p>
      <w:pPr>
        <w:pStyle w:val="ArticleBody"/>
        <w:jc w:val="left"/>
      </w:pPr>
      <w:r>
        <w:rPr>
          <w:rFonts w:ascii="Times New Roman" w:hAnsi="Times New Roman" w:eastAsia="Times New Roman" w:cs="Times New Roman"/>
        </w:rPr>
        <w:t>Ojehechakuaa porã umi ñeha’ã satanigua ombojoavy hag̃ua pe he’iséva ha pe rembipota umi versículo rehegua, ha pévare ojehechakuaa hikuái ha’eha peteĩ parte iñimportánteva pe proceso de prueba oikóva ko’ág̃a, oipe’áva ha ombovajyvéva umi candidato oĩ hag̃ua umi cien cuarenta y cuatro mil apytépe. Hermana White omomba’eguasu hag̃ua he’i pe tembiasakue ojehechaukáva Daniel once-pe, oñekumplíma va’ekue ára paha mboyve ary 1798-pe, oñeha’arõjeyha umi seis versículo pahápe.</w:t>
      </w:r>
    </w:p>
    <w:p>
      <w:pPr>
        <w:pStyle w:val="ArticleScripture"/>
        <w:jc w:val="left"/>
      </w:pPr>
      <w:r>
        <w:rPr>
          <w:rFonts w:ascii="Times New Roman" w:hAnsi="Times New Roman" w:eastAsia="Times New Roman" w:cs="Times New Roman"/>
        </w:rPr>
        <w:t>“Ndarekói ára ñambyai hag̃ua. Ára jejopy ha jepy’apy rehegua oĩ ñane renondépe. Yvy tuichakue oñemyakãmbuépe ñorairõ espíritu reheve. Pya’eterei oikóta umi tembiapo jejopy rehegua oñeñe’ẽva umi profesía-pe. Pe profesía oĩva Daniel kapítulo once-pe oguahẽma haimete ipahápe hekopete oñekumpli hag̃ua. Heta umi tembiasakue ojehu vaʼekue ko profesía ñekumpli rehehápe ojehu jeýta.” Manuscript Releases, número 13, 394.</w:t>
      </w:r>
    </w:p>
    <w:p>
      <w:pPr>
        <w:pStyle w:val="ArticleBody"/>
        <w:jc w:val="left"/>
      </w:pPr>
      <w:r>
        <w:rPr>
          <w:rFonts w:ascii="Times New Roman" w:hAnsi="Times New Roman" w:eastAsia="Times New Roman" w:cs="Times New Roman"/>
        </w:rPr>
        <w:t>Che alega pe opaite tembiasakue ojehechauka hag̃ua umi versíkulo peteĩ guive mbohapypa porundy peve oñembojere jeyha umi pahapy versíkulo pahápe pe kapítulogui. Avei alega umi ára pahagua rembiasakue, ha’éva pe tembiasakue pe huísio remohu’ã rehegua oñepyrũva’ekue 22 jasypa 1844-pe, ojehechaukaha mokõi período profético principal rupive. Pe peteĩha período ohechauka pe huísio oñemboguataha Tupã róga rehe, ha upéi upéva rire ou peteĩ período ojehupi hag̃ua pe huísio umi oĩva Tupã rógagui okápe rehe. Pe peteĩha período oñepyrũ 1989-pe ha opa pe léi domingo Estados Unidos-pe, ha upéva avei omarka pe mokõiha período ñepyrũ, ha upéva oñemohu’ã Michael opu’ã vove ha yvypóra período de gracia oñemboty. Pe tembiasakue kañymby versíkulo 40-pe oñepyrũ avei 1989-pe, ha opa versíkulo 41-pe, ha’éva pe léi domingo Estados Unidos-pe.</w:t>
      </w:r>
    </w:p>
    <w:p>
      <w:pPr>
        <w:pStyle w:val="ArticleBody"/>
        <w:jc w:val="left"/>
      </w:pPr>
      <w:r>
        <w:rPr>
          <w:rFonts w:ascii="Times New Roman" w:hAnsi="Times New Roman" w:eastAsia="Times New Roman" w:cs="Times New Roman"/>
        </w:rPr>
        <w:t>Upéva hína pe tembiasakue peteĩchagua pe versíkulo diez guive quince peve upe kapítulope voi. Upe tembiasakue ojoja pe tembiasakue Millerita-kuéra reheve ára paha guive ary 1798-pe, pe huísio oñepyrũ meve 22 jasypa 1844-pe. Umi mokõi tembiasakue oho oñondive pe tembiasakue profétika oñepyrũva’ekue Cristo heñói ramo guare ha opa va’ekue kurusúre.</w:t>
      </w:r>
    </w:p>
    <w:p>
      <w:pPr>
        <w:pStyle w:val="ArticleBody"/>
        <w:jc w:val="left"/>
      </w:pPr>
      <w:r>
        <w:rPr>
          <w:rFonts w:ascii="Times New Roman" w:hAnsi="Times New Roman" w:eastAsia="Times New Roman" w:cs="Times New Roman"/>
        </w:rPr>
        <w:t>Pe tembiasakue oñepyrũva ary 1989-pe oguereko umi ára de prueba oñepyrũva 11 jasyporundy 2001-pe, ojejoguáva pe período de prueba oñepyrũva 11 jasypoapy 1840-pe ha pe período de prueba oñepyrũva Cristo ñemongaraipe. Pe mymba ra’anga ñemoheñói ojehechaukáma heta línea historia profética rupive. Peteĩva umi ta’anga omombe’úva upe período de tiempo ha’e pe sellado ára umi cien cuarenta y cuatro mil rehegua, oñepyrũva 11 jasyporundy 2001-pe ha opa pe ley dominical oúta hag̃uápe. Pe historia kañymby versículo cuarenta rehegua ikatu avei oñembojoaju pe línea 22 jasypa 1844 guive pe pu’ã hag̃ua 1863-pe.</w:t>
      </w:r>
    </w:p>
    <w:p>
      <w:pPr>
        <w:pStyle w:val="ArticleBody"/>
        <w:jc w:val="left"/>
      </w:pPr>
      <w:r>
        <w:rPr>
          <w:rFonts w:ascii="Times New Roman" w:hAnsi="Times New Roman" w:eastAsia="Times New Roman" w:cs="Times New Roman"/>
        </w:rPr>
        <w:t>22 jasypa 1844-pe oguahẽ mbohapyha ánhel. Oimeraẽ ánhel profétiko oguahẽháicha, oreko peteĩ marandu oñekotevẽva oñe'ũ hag̃ua, ha katu ndajajapói va'ekue upéicha; ha Millerísmo Filadelfiagua ojere Millerísmo Laodiceaguápe, 1863 mboyve, upe jave hikuái oficialmente ojapyhy pe téra Adventista Ára Pokõiha-gua ha oñepyrũ oiko tape ñembotavyme'ỹme desierto-pe ko'ág̃aite peve. Tembiasakue 1844 guive 1863 peve orrepresenta umi omboykéva pe ñehenói oĩ hag̃ua umi cien cuarenta y cuatro mil apytépe. Ha'ekuéra hína Daniel rembiapokue capítolo doce-pe he'íva umi iñañáva, Jeremías assembly of mockers, Juan sinagoga Satanás rehegua ha Mateo vírgenes insensatas.</w:t>
      </w:r>
    </w:p>
    <w:p>
      <w:pPr>
        <w:pStyle w:val="ArticleBody"/>
        <w:jc w:val="left"/>
      </w:pPr>
      <w:r>
        <w:rPr>
          <w:rFonts w:ascii="Times New Roman" w:hAnsi="Times New Roman" w:eastAsia="Times New Roman" w:cs="Times New Roman"/>
        </w:rPr>
        <w:t>Pe marandu ñemongyhyjéva, Cristo omohechauka va’ekue “mba’e jejahýiramo oporomongy’áva, maranduhára Daniel he’i haguéicha” ramo, he’ise peteĩ ñe’ẽmondo ñañani hag̃ua upe ñehundígui ha ñemosarambígui oútavagui upe rire. Áño 66 d.C.-pe, general romano Cestius omboaje upe marandu ñemongyhyje kristiánokuérape g̃uarã upe Roma pagana ára-pe. Peteĩha siglo-pe, apóstol Pablo omboguapy kuatia rehe upe marandu avei umi kristiáno ohasa asýtavape g̃uarã Roma papal ára-pe. Upe marandu umi sábado ñangarekohárape g̃uarã osẽ hag̃ua távagui ha oiko hag̃ua ñúme ou va’ekue 1888-pe, upe arýpe voi oñemoĩ ramo guare Blair Bill, peteĩha ñeha’ã omoĩ hag̃ua domingo Tetã Pytu’u Ára ramo. Blair Bill ha’e va’ekue upe marandu ñañani hag̃ua, oñemboajeháicha Cristo oñe’ẽ haguépe Daniel mba’e jejahýiramo oporomongy’áva rehe.</w:t>
      </w:r>
    </w:p>
    <w:p>
      <w:pPr>
        <w:pStyle w:val="ArticleBody"/>
        <w:jc w:val="left"/>
      </w:pPr>
      <w:r>
        <w:rPr>
          <w:rFonts w:ascii="Times New Roman" w:hAnsi="Times New Roman" w:eastAsia="Times New Roman" w:cs="Times New Roman"/>
        </w:rPr>
        <w:t>Oiko Cestio rehe 66 d.C. áñope, pe Proyecto de Ley Blair ojeipe’a providencialmente. 1888 ojoguapy septiembre 11, 2001-pe, Sister White oñe’ẽgui pe ángel Apocalipsis dieciocho guáre oguejyha mokõivéva tembiasakuepe. Pe ñe’ẽmondo okañy hag̃ua tavaguasúgui ára pahápe oike mbaretepe septiembre 11, 2001-pe. Upévare, pe Proyecto de Ley Blair 1888-pegua ojoguapy pe Patriot Act 2001-peguápe. Pe ángel oguejýva septiembre 11, 2001-pe omombe’u pe marandu ñemomandu’a paha Apocalipsis dieciocho mbohapy versíkulo peteĩha-pe, ha pe marandu ñemomandu’a paha ha’e avei pe mbohapyha ángel rembiapo marandu, jepe pe marandu ojehechaukáva pe mbohapyha ángel rupive capítulo catorce-pe ndaha’éi umi ñe’ẽ añetegua peteĩchagua capítulo dieciocho-peguaicha. Línea ári línea, ha’ekuéra peteĩcha pe marandu ñemomandu’a rehegua.</w:t>
      </w:r>
    </w:p>
    <w:p>
      <w:pPr>
        <w:pStyle w:val="ArticleBody"/>
        <w:jc w:val="left"/>
      </w:pPr>
      <w:r>
        <w:rPr>
          <w:rFonts w:ascii="Times New Roman" w:hAnsi="Times New Roman" w:eastAsia="Times New Roman" w:cs="Times New Roman"/>
        </w:rPr>
        <w:t>Pe ñemongy’a vai opytáva oje’e haguéicha maranduhára Daniel rupive, ha’e va’ekue peteĩ techaukaha Cristo ome’ẽva ohechauka hag̃ua araka’épa Itavayguakuéra oheja va’erã iñehapejoko hag̃ua. Ha’e peteĩ marandu ñe’ẽñemi rehegua, ha upévare tekotevẽ oiko hag̃ua pe marandu ñe’ẽñemi paha, jepe oje’e ambue ñe’ẽme pe marandu ojehechaukáva Apocalipsis capítulo catorce-pe ha avei capítulo dieciocho-pe. Pe tembiasakue oñepyrũva versículo dieciséispe, Jeremías quince-pe, ha’e pe profecía aravo peteĩchagua pe marandu ñe’ẽñemi ha ñeha’ãrõ rehegua. Oñepyrũ Jeremías ho’u jave Tupã Ñe’ẽ, ha upéva oiko pe ánhel oguejy jave, ojapo haguéicha umi óga tuichaitéva Táva Pyahu York-pe ho’a ramo guare.</w:t>
      </w:r>
    </w:p>
    <w:p>
      <w:pPr>
        <w:pStyle w:val="ArticleBody"/>
        <w:jc w:val="left"/>
      </w:pPr>
      <w:r>
        <w:rPr>
          <w:rFonts w:ascii="Times New Roman" w:hAnsi="Times New Roman" w:eastAsia="Times New Roman" w:cs="Times New Roman"/>
        </w:rPr>
        <w:t>Jeremías oporomo’ẽ ramo: “Ne ñe’ẽnguéra ojuhúma, ha che aikaru chuguikuéra; ha nde ñe’ẽ oiko chéve guarã vy’a ha che py’a rory,” ha’e ohechauka Daniel ñepyrũrãha jehecha hi’upyrã rehe peteĩha capítulope, ha Juan, Apocalipsis capítulo diez-pe, oguenohẽvo pe kuatiañe’ẽ ángel po guive ha ho’úvo. Pe ñe’ẽmondo je’ukue oñepyrũ peteĩ ángel oguahẽ jave, ha pe ángel oguahẽ vove oĩ peteĩ profecía ñeha’ãrã oñemboty’ỹva. Pe ángel oguahẽ vove oñepyrũ pe peteĩha ára ñeha’ãrã, ha opa pe mokõiha ára ñeha’ãrã oñepyrũ jave; ha Miguel opu’ã jave, pe mokõiha ára ñeha’ãrã opa.</w:t>
      </w:r>
    </w:p>
    <w:p>
      <w:pPr>
        <w:pStyle w:val="ArticleBody"/>
        <w:jc w:val="left"/>
      </w:pPr>
      <w:r>
        <w:rPr>
          <w:rFonts w:ascii="Times New Roman" w:hAnsi="Times New Roman" w:eastAsia="Times New Roman" w:cs="Times New Roman"/>
        </w:rPr>
        <w:t>Pe ánhel og̃uahẽ vove, pe ama pyharegua paha oñepyrũ ho’a.</w:t>
      </w:r>
    </w:p>
    <w:p>
      <w:pPr>
        <w:pStyle w:val="ArticleScripture"/>
        <w:jc w:val="left"/>
      </w:pPr>
      <w:r>
        <w:rPr>
          <w:rFonts w:ascii="Times New Roman" w:hAnsi="Times New Roman" w:eastAsia="Times New Roman" w:cs="Times New Roman"/>
        </w:rPr>
        <w:t>“Oky ára pahápe oguátava hoʼavaʼerã Tupã retãygua ári. Peteĩ ánhel ipokatúva ouvaʼerã yvágagui, ha opaite yvy henyhẽvaʼerã iñemimbipa reheve.” Review and Herald, 21 de abril de 1891.</w:t>
      </w:r>
    </w:p>
    <w:p>
      <w:pPr>
        <w:pStyle w:val="ArticleBody"/>
        <w:jc w:val="left"/>
      </w:pPr>
      <w:r>
        <w:rPr>
          <w:rFonts w:ascii="Times New Roman" w:hAnsi="Times New Roman" w:eastAsia="Times New Roman" w:cs="Times New Roman"/>
        </w:rPr>
        <w:t>Ama y okýva oñemoguahẽ umi oguatávape Jeremías rape yma guarépe.</w:t>
      </w:r>
    </w:p>
    <w:p>
      <w:pPr>
        <w:pStyle w:val="ArticleScripture"/>
        <w:jc w:val="left"/>
      </w:pPr>
      <w:r>
        <w:rPr>
          <w:rFonts w:ascii="Times New Roman" w:hAnsi="Times New Roman" w:eastAsia="Times New Roman" w:cs="Times New Roman"/>
        </w:rPr>
        <w:t>Péicha he'i Ñandejára: Peñembo'y umi tape rupi, ha pehecha, ha peporandu umi tape yma guaréva rehe, moõpa oĩ pe tape porã, ha peguata ipype, ha pejuhúta pytu'u pende ángape g̃uarã. Ha ha'ekuéra he'i: Ndoroguatamo'ãi ipype. Avei amoĩ penderehe ñangarekoha-kuérape, ha'e hag̃ua: Pehendu pe trompéta hyapu. Ha ha'ekuéra he'i: Ndorohendumo'ãi. Jeremías 6:16, 17.</w:t>
      </w:r>
    </w:p>
    <w:p>
      <w:pPr>
        <w:pStyle w:val="ArticleBody"/>
        <w:jc w:val="left"/>
      </w:pPr>
      <w:r>
        <w:rPr>
          <w:rFonts w:ascii="Times New Roman" w:hAnsi="Times New Roman" w:eastAsia="Times New Roman" w:cs="Times New Roman"/>
        </w:rPr>
        <w:t>Pe “mimbipu” umi “ñangarekohára” ombopu hína ha’e pe marandu Laodiceagua, Jones ha Waggoner opresentáva’ekue 1888-pe.</w:t>
      </w:r>
    </w:p>
    <w:p>
      <w:pPr>
        <w:pStyle w:val="ArticleScripture"/>
        <w:jc w:val="left"/>
      </w:pPr>
      <w:r>
        <w:rPr>
          <w:rFonts w:ascii="Times New Roman" w:hAnsi="Times New Roman" w:eastAsia="Times New Roman" w:cs="Times New Roman"/>
        </w:rPr>
        <w:t>Esapukái hatã, ani reheja rei mba’eve, emopu’ã nde ñe’ẽ turuichaicha, ha ehechauka che retápe iñangaipa, ha Jacob róga-pe hembiapo vai. Isaías 58:1.</w:t>
      </w:r>
    </w:p>
    <w:p>
      <w:pPr>
        <w:pStyle w:val="ArticleBody"/>
        <w:jc w:val="left"/>
      </w:pPr>
      <w:r>
        <w:rPr>
          <w:rFonts w:ascii="Times New Roman" w:hAnsi="Times New Roman" w:eastAsia="Times New Roman" w:cs="Times New Roman"/>
        </w:rPr>
        <w:t>Ára 11 jasyporundy 2001-pe oñepyrũ mboty hag̃ua sello umi cien cuarenta y cuatro mil rehe. Oñehenói hag̃ua peteĩ marandu ñemomanduʼa Laodiceápe.</w:t>
      </w:r>
    </w:p>
    <w:p>
      <w:pPr>
        <w:pStyle w:val="ArticleScripture"/>
        <w:jc w:val="left"/>
      </w:pPr>
      <w:r>
        <w:rPr>
          <w:rFonts w:ascii="Times New Roman" w:hAnsi="Times New Roman" w:eastAsia="Times New Roman" w:cs="Times New Roman"/>
        </w:rPr>
        <w:t>“Pe marandu oñeme’ẽva’ekue ñandéve A. T. Jones ha E. J. Waggoner rupive ha’e Tupã marandu pe iglesia Laodiceapeguápe g̃uarã, ha toikove asy oimeraẽvape guarã he’íva ogueroviaha pe añetegua, ha upéicharõ jepe ndohechaukái ambuévape umi tesape’ẽ Tupã ome’ẽva’ekue.” The 1888 Materials, 1053.</w:t>
      </w:r>
    </w:p>
    <w:p>
      <w:pPr>
        <w:pStyle w:val="ArticleBody"/>
        <w:jc w:val="left"/>
      </w:pPr>
      <w:r>
        <w:rPr>
          <w:rFonts w:ascii="Times New Roman" w:hAnsi="Times New Roman" w:eastAsia="Times New Roman" w:cs="Times New Roman"/>
        </w:rPr>
        <w:t>Pe ñe’ẽmondo Laodicéape guarã ha’e Jeremías ñangarekohára trompéta tyapu, pe tupao Adventista del Séptimo Día laodicense ndoikuaaséiva ohendu hag̃ua. Ha’e pe ñe’ẽmondo ojejava hag̃ua távagui ha ojeho hag̃ua kokuepegua yvýpe, oúta hag̃uáicha pe arapokõindy ára léi ko’ẽrõite hag̃uáicha.</w:t>
      </w:r>
    </w:p>
    <w:p>
      <w:pPr>
        <w:pStyle w:val="ArticleBody"/>
        <w:jc w:val="left"/>
      </w:pPr>
      <w:r>
        <w:rPr>
          <w:rFonts w:ascii="Times New Roman" w:hAnsi="Times New Roman" w:eastAsia="Times New Roman" w:cs="Times New Roman"/>
        </w:rPr>
        <w:t>Pe mba’e aikuaaukava’ekue ko’ã línea profética opaichaguáre, ha’e va’ekue peteĩ ñeha’ã penemokyre’ỹ hag̃ua peneakãrapu’ãme, ikatu hag̃uáicha añetehápe pehecha porã ha peiporu hag̃ua pe prueba umi mba’e ahai hag̃uáre ko’ág̃a. Ikatu hag̃uáicha, pe rasgo iñimportantevéva ta’anga rehegua, mymba guasupegua ha mymba guasurã, ha’e oĩha mokõi ñemoheñói ta’angágui mymba guasupegua ha mymba guasurã umi ára pahápe. Peteĩha, Estados Unidos-pe, ha upéi umi tetãnguéra yvórape.</w:t>
      </w:r>
    </w:p>
    <w:p>
      <w:pPr>
        <w:pStyle w:val="ArticleBody"/>
        <w:jc w:val="left"/>
      </w:pPr>
      <w:r>
        <w:rPr>
          <w:rFonts w:ascii="Times New Roman" w:hAnsi="Times New Roman" w:eastAsia="Times New Roman" w:cs="Times New Roman"/>
        </w:rPr>
        <w:t>Oĩ ciertas características proféticas oñembojoajúva pe ta’ãngápe ha pe mymbaguasu rehegua, tekotevẽva oñemoĩ porã hag̃ua ipype ñamyesakã porãramo hag̃ua pe proceso de prueba profética ko ta’anga Roma rehegua rupive. Ambue elemento iñimportánteva pe período de prueba pe ta’anga mymbaguasu rehegua (ikatu hag̃uáicha ojehechauka heta testígo rupive), ha’e hína pe tiempo de sellamiento umi cien cuarenta y cuatro mil rehegua oikoha pe período de prueba pe ta’anga mymbaguasu rehegua ryepýpe Estados Unidos-pe, ha pe período de prueba pe ta’anga mymbaguasu rehegua tetãnguéra yvóra tuichakuére ha’eha upe jave oñembyatyha Ñandejára ra’y ambuekuéra, oĩ gueteríva Babilonia-pe upe ley dominical aja (ojehechaukáva 321 rupive), oike hag̃ua pe redíl-pe.</w:t>
      </w:r>
    </w:p>
    <w:p>
      <w:pPr>
        <w:pStyle w:val="ArticleBody"/>
        <w:jc w:val="left"/>
      </w:pPr>
      <w:r>
        <w:rPr>
          <w:rFonts w:ascii="Times New Roman" w:hAnsi="Times New Roman" w:eastAsia="Times New Roman" w:cs="Times New Roman"/>
        </w:rPr>
        <w:t>Pe mymba’i ta’ãnga ohechauka mokõi ára jeha’a rehegua hekopete ojoaju hag̃uáva, ha umi mokõi ára jeha’a rehegua avei ohechauka pe ñembyaty paha umi cien cuarenta y cuatro mil Apocalipsis capítulo siete-pe oñeñe’ẽvagui, ha upéi pe aty guasu pe capítulo peteĩteĩme voi.</w:t>
      </w:r>
    </w:p>
    <w:p>
      <w:pPr>
        <w:pStyle w:val="ArticleBody"/>
        <w:jc w:val="left"/>
      </w:pPr>
      <w:r>
        <w:rPr>
          <w:rFonts w:ascii="Times New Roman" w:hAnsi="Times New Roman" w:eastAsia="Times New Roman" w:cs="Times New Roman"/>
        </w:rPr>
        <w:t>Pe léi dominikálpe, Estados Unidos oñeʼẽ dragónicha Apocalipsis kapítulo trece, versículo once-pe. Upérõ osẽ ombotavy hag̃ua opa tetãnguéra ko yvy ariguápe, heʼívo umi tetãnguérape haʼekuéra avei ojapo vaʼerãha peteĩ taʼanga mundial pe mbói peguarã, Estados Unidos ojapo haguéicha koʼág̃aite. Pe período oñepyrũva pe léi dominikálpe, ojehechaukáva Constantino léi dominikál 321-icha, opa pe tetã paha oñesũ vove Roma papal renondépe, upépe ojehechauka pe léi dominikál 538, pórke kapítulo trece-pe Estados Unidos oguereko puʼaka omoingove hag̃ua pe taʼanga pe mbói peguarã ha ojapo hag̃ua oñeʼẽ. Pe período oñepyrũ pe léi dominikál 321-pe ha opa pe léi dominikál 538-pe.</w:t>
      </w:r>
    </w:p>
    <w:p>
      <w:pPr>
        <w:pStyle w:val="ArticleBody"/>
        <w:jc w:val="left"/>
      </w:pPr>
      <w:r>
        <w:rPr>
          <w:rFonts w:ascii="Times New Roman" w:hAnsi="Times New Roman" w:eastAsia="Times New Roman" w:cs="Times New Roman"/>
        </w:rPr>
        <w:t>Ary 2001-pe, Tetã peteĩ rekoha Tetã peteĩ rekoha Estados Unidos pegua “ñe’ẽ” Patriot Act léiramo.</w:t>
      </w:r>
    </w:p>
    <w:p>
      <w:pPr>
        <w:pStyle w:val="ArticleBody"/>
        <w:jc w:val="left"/>
      </w:pPr>
      <w:r>
        <w:rPr>
          <w:rFonts w:ascii="Times New Roman" w:hAnsi="Times New Roman" w:eastAsia="Times New Roman" w:cs="Times New Roman"/>
        </w:rPr>
        <w:t>Ñakontinuáta ko ñehesa’ỹijo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Historia Ñemiguáva Versículo Cuarenta rehegua - Papapy Peteĩ hag̃ua</dc:title>
  <dc:subject>Ñembotyryry hag̃ua umi Marandu Profético: Umi Ára Paha, Judá León, ha umi Mýi Pahaguéva Apocalipsis-pe</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