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Versículo Cuarenta Reimimbyre Ñemigua — Papapy Mokõi</w:t>
      </w:r>
    </w:p>
    <w:p>
      <w:pPr>
        <w:pStyle w:val="ArticleSubtitle"/>
        <w:jc w:val="left"/>
      </w:pPr>
      <w:r>
        <w:rPr>
          <w:rFonts w:ascii="Arial" w:hAnsi="Arial" w:eastAsia="Arial" w:cs="Arial"/>
        </w:rPr>
        <w:t>Tetã peteĩ rekoháicha, Patriot Act, ha tape maranduháicha jehupyty hag̃ua profecía ñemohu’ã hag̃ua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2024-09-19</w:t>
      </w:r>
    </w:p>
    <w:p>
      <w:pPr>
        <w:pStyle w:val="ArticleBody"/>
        <w:jc w:val="left"/>
      </w:pPr>
      <w:r>
        <w:rPr>
          <w:rFonts w:ascii="Times New Roman" w:hAnsi="Times New Roman" w:eastAsia="Times New Roman" w:cs="Times New Roman"/>
        </w:rPr>
        <w:t>Mbovy artículo paha rembe’ýpe ñamohu’ã vaʼekue ko ñeʼẽmondópe heʼíva: “Áño 2001-pe Tetã peteĩ reko Estados Unidos pegua ombojoja léiramo Patriot Act.”</w:t>
      </w:r>
    </w:p>
    <w:p>
      <w:pPr>
        <w:pStyle w:val="ArticleScripture"/>
        <w:jc w:val="left"/>
      </w:pPr>
      <w:r>
        <w:rPr>
          <w:rFonts w:ascii="Times New Roman" w:hAnsi="Times New Roman" w:eastAsia="Times New Roman" w:cs="Times New Roman"/>
        </w:rPr>
        <w:t>“Oĩ heta, jepe umi oĩva ko movimiento-pe omotenondéva domingo ñemombarete, oĩva oñembotavyva umi mbaʼe oikótavagui ko tembiapo rire. Haʼekuéra ndohechái hikuái oñehundiha hikuái derechamente pe tekosãso religiosa rehe. Oĩ heta arakaʼeve noikũmbýiva pe sábado bíblico rembijerureha ni pe fundamento japu ári opytaha pe institución domingo rehegua. Oimeraẽ movimiento oĩva legislación religiosa rehehápe añetehápe haʼe peteĩ concesión papado-pe guarã, upevaʼekue heta siglo pukukue oñorairõ meme vaʼekue pyʼa conciencia pegua rekosãso rehe. Pe domingo ñemboaje oikove peteĩ institución hérava cristiana ramo “mbaʼe vai ñemimby” rupive; ha pe ñemombarete ojejapóva hese haʼéta peteĩ jehechakuaa añetetéva umi principio rehegua, umíva voi hína Romanismo ita guasu pyenda. Ñane retã omboykéta vove upéicha iguvernokue principio-kuéra, omoĩ hag̃ua peteĩ léi domingo rehegua, Protestantismo ko tembiapópe ojepopyhyta popería ndive; ndahaʼemoʼãi ambue mbaʼe, síno omeʼẽvo tekove pe tiranía-pe ymaite guive ohaʼarõ asy vaʼekuépe iñepyrũ jey hag̃ua despotismo activo-pe.” Testimonies, volúmen 5, 711.</w:t>
      </w:r>
    </w:p>
    <w:p>
      <w:pPr>
        <w:pStyle w:val="ArticleBody"/>
        <w:jc w:val="left"/>
      </w:pPr>
      <w:r>
        <w:rPr>
          <w:rFonts w:ascii="Times New Roman" w:hAnsi="Times New Roman" w:eastAsia="Times New Roman" w:cs="Times New Roman"/>
        </w:rPr>
        <w:t>1888 ohechaukarãi 2001-pe, ha upérõ voi oñemoinge Blair Bill, jepémo ndojehupytýi hag̃ua oñemoneĩ hag̃ua, upévare ndoñe’ẽi profétikamente. Oiko chugui pe techaukaha 66 d.C. rehegua, peteĩ jerére ñemongora oñepyrũva’ekue ha upéi mba’éichapa ndojekuaái hag̃uáicha ojeipe’a jey va’ekue. Ojeikuaa vove mokõiha pehẽme oĩha umi ára de prueba ta’ãnga mymbaguasu rehegua, ha pe mokõiha período oñepyrũha pe léi domingo Estados Unidos-pe, ohechaukarãva ary 321 rupi, ha pe período opa hag̃ua pe léi domingo mundial, ohechaukarãva 538 rupi, oñemoañete hag̃ua tuichakue jave; upéicharõ profétikamente ojerure pe ñepyrũ pe peteĩha período de prueba ta’ãnga mymbaguasu rehegua avei oñepyrũ hag̃ua peteĩichagua ohechaukarãva peteĩ léi domingo oñeñe’ẽva rehe. 1888-pe, Blair Bill ha’eva’ekue peteĩ ñeha’ã omoañete hag̃ua peteĩ léi domingo nacional, ha 1888 ohechauka araka’épa pe ánhel Apocalipsis dieciocho-gua oguejy ha omimbipa ko yvy heko mimbipa reheve.</w:t>
      </w:r>
    </w:p>
    <w:p>
      <w:pPr>
        <w:pStyle w:val="ArticleBody"/>
        <w:jc w:val="left"/>
      </w:pPr>
      <w:r>
        <w:rPr>
          <w:rFonts w:ascii="Times New Roman" w:hAnsi="Times New Roman" w:eastAsia="Times New Roman" w:cs="Times New Roman"/>
        </w:rPr>
        <w:t>Pe Acta Patriótica ha’e pe ta’angamýi peteĩ léi domingo rehegua omoñepyrũva pe tiémpo jehechaukaha ta’anga mymba rehegua Estados Unidos-pe. Estados Unidos oñe’ẽ dragónicha, oñembotývo Apocalipsis kapítulo trece, versículo once, ogueraháramo peteĩ léi domingo. Ombohováivo upe léi, oñe’ẽta dragónicha, ha upe léi domingo ohechauka pe ta’anga mymba rehegua oñemoheñóimahaiteha Estados Unidos-pe. Upérõ Estados Unidos omyenyhẽma ikápa tiémpo de prueba rehegua, ha apostasía nacional rire ou ñehundi nacional. Upérõ Estados Unidos ndaha’éi véima pe sexto reino profecía bíblica rehegua, oñemopyendávo pe unión triple.</w:t>
      </w:r>
    </w:p>
    <w:p>
      <w:pPr>
        <w:pStyle w:val="ArticleBody"/>
        <w:jc w:val="left"/>
      </w:pPr>
      <w:r>
        <w:rPr>
          <w:rFonts w:ascii="Times New Roman" w:hAnsi="Times New Roman" w:eastAsia="Times New Roman" w:cs="Times New Roman"/>
        </w:rPr>
        <w:t>Alfa ha Omega tapia ohechauka pe paha ipaha oñondive pe ñepyrũ reheve, ha Estados Unidos ñepyrũme oĩkuri mbohapy jey profétikamente Estados Unidos oñeʼẽ hague, upéva omarkákuri Estados Unidos ñepyrũhaicha pe mburuvicharenda poteĩha profecía bíblica-pe. Pe Declaración de Independencia ary 1776-pe, upéi pe Constitución ary 1789-pe, ha upéi pe Alien and Sedition Acts ary 1798-pe, ohechauka umi mbohapy jey peteĩha Estados Unidos profétikamente oñeʼẽ hague. Káda peteĩ umi mbohapy kuatia osẽva rehegua orrepresentákuri Estados Unidos ñeʼẽ. Umi mbohapy paso oguerahákuri ary 1798-pe, pe ñepyrũ Estados Unidos oisãmbyhyhaicha pe mburuvicharenda poteĩha profecía bíblica-pe. Umi mismos mbohapy techaukaha ñepyrũrãgua Estados Unidos-pe orrepresenta avei mbohapy techaukaha ogueraháva pe pahaite pe Estados Unidos oisãmbyhyha pe mburuvicharenda poteĩha profecía bíblica-pe.</w:t>
      </w:r>
    </w:p>
    <w:p>
      <w:pPr>
        <w:pStyle w:val="ArticleBody"/>
        <w:jc w:val="left"/>
      </w:pPr>
      <w:r>
        <w:rPr>
          <w:rFonts w:ascii="Times New Roman" w:hAnsi="Times New Roman" w:eastAsia="Times New Roman" w:cs="Times New Roman"/>
        </w:rPr>
        <w:t>Pe Patriot Act ha’e pe peteĩha umi mbohapy jey Estados Unidos oñe’ẽha oñemohu’ãvoicha pe mburuvicharenda poteĩha. Pe mbohapyha ñe’ẽ, ohechaukáva pe mburuvicharenda poteĩha paha, ha’e pe léi domingo rehegua. Pe tembiasakue mbytepe, umi Pelosi Trials January 6 rehegua, oñepyrũva’ekue ary 2022-pe, oñemoñepyrũ. Umi juicio-kuéra ha’eva’ekue peteĩ ñemboyke hag̃ua derecho-kuéra oñemoĩporãva Constitución-pe, umi juicio-kuéra iñakãrapu’ãgui política rehe, ha pe lawfare ndaha’éi va’ekue añónte peteĩ jejapo gua’u mba’ekuaarãgui, síno añetehápe peteĩ ataque directo léi “procedural” ha “substantive” rehe, ojehechauka hag̃uáicha Constitución ryepýpe.</w:t>
      </w:r>
    </w:p>
    <w:p>
      <w:pPr>
        <w:pStyle w:val="ArticleBody"/>
        <w:jc w:val="left"/>
      </w:pPr>
      <w:r>
        <w:rPr>
          <w:rFonts w:ascii="Times New Roman" w:hAnsi="Times New Roman" w:eastAsia="Times New Roman" w:cs="Times New Roman"/>
        </w:rPr>
        <w:t>Pe “Patriot Act” ary 2001-pe ha’e va’ekue peteĩ ataque directo “Due Process Clause” rehe, ojehecháva mokõivéva, Enmienda Poha ha Enmienda Paha Irundyha U.S. Léi Guasupe. Ko’ãva he’i avave ndaikatuiha oñemomombyry tekovégui, sãso térã mba’e tee-gui, léi rembiapo hekopete’ỹre. Upéva oiko va’ekue ary 2001-pe, ha ary 2022-pe pe ataque Léi Guasu rehe oñecentra mokõivéva “procedural due process” ha “substantive due process” rehe. Pe ñe’ẽ “repudiate” he’ise ñemboyke térã ñenega, ha Sister White omombe’u pe léi domingo jave Estados Unidos-pe, opaite principio Léi Guasu rehegua oñemboyketaha.</w:t>
      </w:r>
    </w:p>
    <w:p>
      <w:pPr>
        <w:pStyle w:val="ArticleScripture"/>
        <w:jc w:val="left"/>
      </w:pPr>
      <w:r>
        <w:rPr>
          <w:rFonts w:ascii="Times New Roman" w:hAnsi="Times New Roman" w:eastAsia="Times New Roman" w:cs="Times New Roman"/>
        </w:rPr>
        <w:t>“Pe decreto omoĩmbávo papado reko oñemoĩ hag̃ua Tupã léi reheve, ñane retã ojepeʼátaite tekojojágui. Protestantismo ojepyso vove ipo yvykua guasu ári ojapyhývo poder romano po, ohasa vove pe yvykua pypuku ári ojopóivo espiritismo ndive, ha, ko mbohapy joaju poguýpe, ñane retã omboyke vove opaite iñepyrũmby heʼiháicha Constitución-pe gobierno protestante ha republicano ramo, ha omeʼẽ vove hendágui oñemyasãi hag̃ua umi japu ha ñembotavy papal rehegua, upéicharõ ikatu jaikuaa og̃uahẽma hague ára Satanás rembiapo hechapyrãitéva hag̃ua ha pe paha hiʼag̃uimbaitéma.”</w:t>
      </w:r>
    </w:p>
    <w:p>
      <w:pPr>
        <w:pStyle w:val="ArticleScripture"/>
        <w:jc w:val="left"/>
      </w:pPr>
      <w:r>
        <w:rPr>
          <w:rFonts w:ascii="Times New Roman" w:hAnsi="Times New Roman" w:eastAsia="Times New Roman" w:cs="Times New Roman"/>
        </w:rPr>
        <w:t>“Oguahẽvo umi ehérsito romano ha’e hague peteĩ techaukaha umi temimbo’épe guarã Jerusalén ñehundipota oĩmbotáva rehe, upéicha avei ko apostasía ikatu ñandéve guarã ha’e peteĩ techaukaha Tupã ñembopochy’ỹ opaha ohóvo, ñane retã rembiapo vai ra’ãha oĩma henyhẽ, ha pe ánhel poriahuvereko rehegua oĩma hag̃uáicha oveve hag̃ua, araka’eve hag̃ua ndouvéima jevy. Upérõ Tupã tavayguakuéra oñemoingéta umi jehasa asy ha ñembyasy pa’ũme, umi maranduhára oñe’ẽ hague Jacob jejopy asy ára rehe. Umi jerure sapukái umi jeroviapýva, oñemuarakuaáva, ojupi yvágape. Ha Abel ruguy osapukáiháicha yvýgui, upéicha avei oĩ ñe’ẽnguéra osapukáiva Tupãme umi mártir kuéra yvyra’ãgui, para ñotỹha guive, yvyty kuáguikuéra guive, konvénto ryru guive: ‘Mbovyve peve, Ñandejára, marangatúva ha añeteguáva, nerehusgái ha nerehepyme’ẽi ore ruguy umi yvy ári oikóva rehe?’”</w:t>
      </w:r>
    </w:p>
    <w:p>
      <w:pPr>
        <w:pStyle w:val="ArticleScripture"/>
        <w:jc w:val="left"/>
      </w:pPr>
      <w:r>
        <w:rPr>
          <w:rFonts w:ascii="Times New Roman" w:hAnsi="Times New Roman" w:eastAsia="Times New Roman" w:cs="Times New Roman"/>
        </w:rPr>
        <w:t>“Ñandejára ojapo hína Hembiapo. Opa yvága oñemomýi. Ko yvy tuichakue Ruvicha Hués oikóta koʼẽrõite opuʼã hag̃ua ha omoañete hag̃ua Ipuʼakapavẽ oñembohorymbyréva. Pe jepeʼa ñepysyrõ rehegua oñemoĩta umi kuimbaʼe ári oñongatúva Tupã mandamiénto, omombaʼéva Iley, ha ombotovéva mymba ñarõ raʼãnga térã taʼãnga marca.”</w:t>
      </w:r>
    </w:p>
    <w:p>
      <w:pPr>
        <w:pStyle w:val="ArticleScripture"/>
        <w:jc w:val="left"/>
      </w:pPr>
      <w:r>
        <w:rPr>
          <w:rFonts w:ascii="Times New Roman" w:hAnsi="Times New Roman" w:eastAsia="Times New Roman" w:cs="Times New Roman"/>
        </w:rPr>
        <w:t>“Ñandejára oikuaauka vaekue mbaʼépa oikóta umi ára pahápe, Itavayguakuéra oñembosakoʼi hag̃ua opuʼã hag̃ua pe yvytu atã oñemoĩ hag̃ua hesekuéra ha pochy rovái. Umi oñeñemongetávape umi mbaʼe oútava henondépe ndoikói hag̃ua oguapy pyʼaguapýpe ohaʼarõvo pe ama guasu oútava, oñembopyʼaguapývo ijehegui Ñandejára omoʼãtaha umi hekojeroviaha ára jehasa asýpe. Jaiko vaʼerã kuimbaʼekuéraicha ohaʼarõva Ijára, ndahaʼéi ohaʼarõ rei hag̃uáicha, síno tembiapópe kyreʼỹme, jerovia ndaijyvyráivape. Koʼág̃a ndahaʼéi aravo jajehapy hag̃ua ñane akãme umi mbaʼe michĩva rehe. Yvyporakuéra oke aja, Satanás kyreʼỹme omohenda opa mbaʼe, Ñandejára tavaygua ndohupytýi hag̃ua poriahuvereko térã tekojoja. Pe movimiento domingo rehegua koʼág̃a oguata pytũmbýpe. Umi mburuvichakuéra okañy pe asunto añeteguáva, ha heta umi ojoajúva pe movimiento rehe ndohechái voi moõpa pe osyry hývape guare ogueraha hína chupekuéra. Imarandu hag̃ua heʼíva ipyʼaguapy ha, ojehecháramo, cristiano, ha katu oñeʼẽ vove ohechaukáta dragón espíritu. Ore rembiaporã hína jajapo hag̃ua opa ikatúva ñandehegui ani hag̃ua og̃uahẽ pe ñemongyhyje oñemombeʼúva. Tekotevẽ ñañehaʼã ñambogue hag̃ua prejuísio ñañemoĩ porãvo tavayguakuéra renondépe. Tekotevẽ jagueru henondépekuéra pe porandu añeteguáva oĩva disputa apytépe, upéicha ñamoĩvo pe protesta iporãvéva ha ipuʼakáva umi medida oñemoĩva hag̃ua pyʼapýpe tekosãso conciencia rehegua. Tekotevẽ jahekaha hag̃ua Ñandejára Ñeʼẽme ha ikatu hag̃uáicha ñameʼẽ pe razón ñande jerovia rehegua. Heʼi proféta: ‘Umi hembiapo vaíva ojapóta ivaíva; ha avave umi heko vaívagui ndoikuaamoʼãi; ha katu umi arandúva oikuaáta.’” Testimonies, volumen 5, 451, 452.</w:t>
      </w:r>
    </w:p>
    <w:p>
      <w:pPr>
        <w:pStyle w:val="ArticleBody"/>
        <w:jc w:val="left"/>
      </w:pPr>
      <w:r>
        <w:rPr>
          <w:rFonts w:ascii="Times New Roman" w:hAnsi="Times New Roman" w:eastAsia="Times New Roman" w:cs="Times New Roman"/>
        </w:rPr>
        <w:t>Hermana White ombojoaju pe léi domingo rehegua heta mba’e rechaukaha ipahapegua ára rehegua ndive, ha upéicha ojapóvo iñe’ẽ ohechauka “mba’épa oikótava ipahapegua árape, Itavayguakuéra oĩ hag̃uáicha oñembosako’íva opu’ã hag̃ua ñemoĩ peteĩchagua ha pochy ára guasu rovái.” Upévare, umi mba’e rechaukaha ha’e ombojoajúva ko pasáhepe tekotevẽ oñehesa’ỹijo hag̃ua ñeñangarekópe. Che aikuaauka hína pe punto de referencia ha’eha marandu hag̃ua pe línea de profecía oñecentráva Estados Unidos Constitución rehe, hendive avei pe tetã “ñe’ẽ” rehegua peteĩ símbolo ojoajúva ambuéva ndive.</w:t>
      </w:r>
    </w:p>
    <w:p>
      <w:pPr>
        <w:pStyle w:val="ArticleBody"/>
        <w:jc w:val="left"/>
      </w:pPr>
      <w:r>
        <w:rPr>
          <w:rFonts w:ascii="Times New Roman" w:hAnsi="Times New Roman" w:eastAsia="Times New Roman" w:cs="Times New Roman"/>
        </w:rPr>
        <w:t>Upévare ahechaukase, pe Blair Bill ary 1888-pe, Patriot Act ary 2001-pe, ha umi persecución política omotenondéva umi demócrata ha republicano globalista-kuéra oñepyrũva 2022 guive, peteĩteĩva ha’e hague peteĩ ñeñemboyke hag̃ua mokõi elemento esencial Constitución-peguágui. 1888 ohechauka pe ñemombarete hag̃ua domingo-pe ñemomba’e, ha upéi, 2001-pe, pe ñemoambue léi inglesa-gui léi romana-pe. 2022-pe oñeataka pe léi “sustantiva” ha “procesal”.</w:t>
      </w:r>
    </w:p>
    <w:p>
      <w:pPr>
        <w:pStyle w:val="ArticleBody"/>
        <w:jc w:val="left"/>
      </w:pPr>
      <w:r>
        <w:rPr>
          <w:rFonts w:ascii="Times New Roman" w:hAnsi="Times New Roman" w:eastAsia="Times New Roman" w:cs="Times New Roman"/>
        </w:rPr>
        <w:t>Léi sustantiva omyesakã tapicha ha atykuéra derécho ha obligación-kuéra, ha léi procesal ombohape mba’éichapa oñesolusiona va’erã ñorairõ térã joavy ha oñemomba’eguasu hag̃ua tapicha ha atykuéra derécho ha obligación-kuéra. Pe léi omyesakã mba’e jekuái piko legal térã ilegal ha omohenda umi castígo upévare. Léi sustantiva oike heta área jurídica-pe, umíva apytépe léi penal, sivil ha kontrato rehegua.</w:t>
      </w:r>
    </w:p>
    <w:p>
      <w:pPr>
        <w:pStyle w:val="ArticleBody"/>
        <w:jc w:val="left"/>
      </w:pPr>
      <w:r>
        <w:rPr>
          <w:rFonts w:ascii="Times New Roman" w:hAnsi="Times New Roman" w:eastAsia="Times New Roman" w:cs="Times New Roman"/>
        </w:rPr>
        <w:t>Léi penal rehechauka porãiterei léi sustantíva mba’éichapa. Léi penal omyesakã mbaʼe tembiapo-pa oñeñeñandu tembiapo vai ramo ha mbaʼe castígo-pa oĩ umi tembiapo vaíre. Léi sivíl katu, oisãmbyhy joavy umi tapicha ha organización-kuéra apytépe, techapyrãramo ñe’ẽme’ẽ ñembyai, avakuéra oñembyai hag̃ua, térã mba’e tee rehegua joavy.</w:t>
      </w:r>
    </w:p>
    <w:p>
      <w:pPr>
        <w:pStyle w:val="ArticleBody"/>
        <w:jc w:val="left"/>
      </w:pPr>
      <w:r>
        <w:rPr>
          <w:rFonts w:ascii="Times New Roman" w:hAnsi="Times New Roman" w:eastAsia="Times New Roman" w:cs="Times New Roman"/>
        </w:rPr>
        <w:t>Léi sustantíva jepive ojehai estatútope, reglamentasiónpe ha jurisprudénciape. Umi estatúto ha’e léi ombohasáva umi aty legislativo, techapyrãramo parlamento nacional térã legislatura estatal, ha umi reglamentasión ha’e tembiapoukapy ha procedimiento omoheñóiva umi agencia administrativa. Jurisprudéncia ha’e pe léi omoheñóiva umi hués iñinterpretasión rupive umi estatúto, reglamentasión ha Constitución rehe.</w:t>
      </w:r>
    </w:p>
    <w:p>
      <w:pPr>
        <w:pStyle w:val="ArticleBody"/>
        <w:jc w:val="left"/>
      </w:pPr>
      <w:r>
        <w:rPr>
          <w:rFonts w:ascii="Times New Roman" w:hAnsi="Times New Roman" w:eastAsia="Times New Roman" w:cs="Times New Roman"/>
        </w:rPr>
        <w:t>Léi procedimental oñe’ẽ umi norma ombohapéva pe proceso jurídico rehe. Omyesakã mba’éichapa umi káso oku’e sistema jurídico rupive, ñepyrũrã guive, peteĩ queja oñepresenta haguéicha, pe resolución paha peve. Pe léi procedimental oike opaichagua área jurídica-pe, umíva apytépe umi procedimiento civil, penal ha administrativo. Pe léi procedimental rembipota ha’e jahecha hag̃ua pe proceso jurídico oiko porã ha hekoitépe. Ome’ẽ peteĩ marco oñesolusiona hag̃ua umi disputa, ha ojapo hag̃ua enterove umi oikeva’ekuépe pe proceso jurídico-pe, oikehápe juez-kuéra, abogado-kuéra ha litigante-kuéra, oikuaa mba’épa oñeha’arõ chuguikuéra.</w:t>
      </w:r>
    </w:p>
    <w:p>
      <w:pPr>
        <w:pStyle w:val="ArticleBody"/>
        <w:jc w:val="left"/>
      </w:pPr>
      <w:r>
        <w:rPr>
          <w:rFonts w:ascii="Times New Roman" w:hAnsi="Times New Roman" w:eastAsia="Times New Roman" w:cs="Times New Roman"/>
        </w:rPr>
        <w:t>Léi sustantíva ha léi procesál ojepytaso oñondive hag̃ua ojehupyty hag̃ua hustísia. Pe léi sustantíva omyesakã umi derécho ha tembiapo tekotevẽva tapichakuéra ha atykuérape g̃uarã, ha pe léi procesál omyesakã pe tape ojesegíva oñemyatyrõ hag̃ua joavykuéra ha oñemboguata hag̃ua umi derécho ha tembiapo tekotevẽva. Ambue ñe’ẽme’ẽme, pe léi sustantíva omyesakã mba’épa hekopete térã ndahekoporãi léipe hag̃ua, ha mba’éichapa pe teko ndahekoporãiva ogueru mba’e vai, ha pe léi procesál omyesakã mba’éichapa umi porandu térã apañuãi jurídico oñemyatyrõ.</w:t>
      </w:r>
    </w:p>
    <w:p>
      <w:pPr>
        <w:pStyle w:val="ArticleBody"/>
        <w:jc w:val="left"/>
      </w:pPr>
      <w:r>
        <w:rPr>
          <w:rFonts w:ascii="Times New Roman" w:hAnsi="Times New Roman" w:eastAsia="Times New Roman" w:cs="Times New Roman"/>
        </w:rPr>
        <w:t>Ary 2001-pe, Patriot Act oipe’a pe derecho habeas corpus rehegua. “Habeas corpus” ha’e peteĩ ñe’ẽ latínpegua oñembohasáva “reguerekóta nde rete” ramo. Kóva ojepuru ohechauka hag̃ua peteĩ principio jurídico omo’ãva tapichakuérape ñemboty térã ñemboguapy ndorekóiva fundamento legal gui, ojerurévo peteĩ tribunálpe tohesa’ỹijo pe legalidad peteĩ tapicha ñembotypyre rehegua. Habeas corpus ha’e peteĩ derecho fundamental heta sistema jurídico-pe, ko’ýte umi oñemopyendáva derecho consuetudinario inglés rehe. Oasegura peteĩ tapicha ndaikatuiha oñeñongatu custodia-pe mba’eveichagua causa justa’ỹre, ha ome’ẽ ichupe posibilidad ombohovái hag̃ua ijoko térã iñemboty legalidad peteĩ juez renondépe.</w:t>
      </w:r>
    </w:p>
    <w:p>
      <w:pPr>
        <w:pStyle w:val="ArticleBody"/>
        <w:jc w:val="left"/>
      </w:pPr>
      <w:r>
        <w:rPr>
          <w:rFonts w:ascii="Times New Roman" w:hAnsi="Times New Roman" w:eastAsia="Times New Roman" w:cs="Times New Roman"/>
        </w:rPr>
        <w:t>Peteĩ “Cláusula de Debido Proceso” oĩ mokõivéva, Quinta Enmienda ha Decimocuarta Enmienda Constitución de los Estados Unidos-pe. Ko’ãva he’i avave ndaikatuiha ojepe’a chugui tekove, sãso térã mba’erepy, ndaipóri ramo debido proceso de ley. Umi tribunal omboguata mokõi rama doctrina del debido proceso rehegua: debido proceso procesal ha debido proceso sustantivo. Áño 2001-pe, Patriot Act rupive, habeas corpus ojeipe’a derecho ramo, ha derecho inglés rendaguépe oñemoĩ derecho romano. Derecho inglés omyesakã peteĩ tapicha ojehechaha inocente ramo ojehechauka peve hembiapo vaiha, ha derecho romano ombojekuaa peteĩ tapicha ojehechaha culpable ramo ojehechauka peve inocenteha. Umi Pelosi Trials ary 2022-pe, mokõivéva debido proceso procesal ha debido proceso sustantivo oñemboyke vaiete. Mokõivéva derecho sustantivo ha derecho procesal ojeporu Pelosi Trials-pe hendaitépe pe oñemoĩ hag̃uáicha Constitución rembiapoukapyrãme hag̃ua, upévaite rovái hag̃uáicha.</w:t>
      </w:r>
    </w:p>
    <w:p>
      <w:pPr>
        <w:pStyle w:val="ArticleBody"/>
        <w:jc w:val="left"/>
      </w:pPr>
      <w:r>
        <w:rPr>
          <w:rFonts w:ascii="Times New Roman" w:hAnsi="Times New Roman" w:eastAsia="Times New Roman" w:cs="Times New Roman"/>
        </w:rPr>
        <w:t>Pe joavy oĩva debido proceso sustantivo ha debido proceso procesal apytépe oñemopyenda umi mba’e ojoavy hag̃uápe pe léi ha umi derecho rehegua, peteĩteĩva ko’ã concepto oñangarekóva Constitución de los Estados Unidos ryepýpe, ko’ýte umi Cláusulas del Debido Proceso de la Quinta ha Decimocuarta Enmienda guýpe.</w:t>
      </w:r>
    </w:p>
    <w:p>
      <w:pPr>
        <w:pStyle w:val="ArticleBody"/>
        <w:jc w:val="left"/>
      </w:pPr>
      <w:r>
        <w:rPr>
          <w:rFonts w:ascii="Times New Roman" w:hAnsi="Times New Roman" w:eastAsia="Times New Roman" w:cs="Times New Roman"/>
        </w:rPr>
        <w:t>Pe debido proceso sustantivo oñe’ẽ umi derécho ha libertad fundamental rehe, ha mburuvichakuéra ndaikatúi oityvyro hesekuéra, taha’e hag̃ua umi procedimiento ojeporúva. Oñangareko ciertos derécho rehe ani hag̃ua gobierno oike pype, jepe umi procedimiento porãite oñemotenondéramo. Pe debido proceso sustantivo oike umi derécho oñekonsideráva fundamental apytépe, ha’eháicha pe derécho ñemigua rehe, pe derécho omenda hag̃ua, ha pe derécho omongakuaa hag̃ua ita’ýra ha itajýra. Ko’ã derécho oñeñangareko ani hag̃ua gobierno oike hesekuéra, ndaha’éiramo oĩ peteĩ interés estatal ijetu’úva ha iñimportanteitereíva. Kóva omba’apo peteĩ jehechajeyrã ramo gobierno pokatu rehe, oaseguráva umi léi ha reglamento ani hag̃ua ombyai umi libertad fundamental.</w:t>
      </w:r>
    </w:p>
    <w:p>
      <w:pPr>
        <w:pStyle w:val="ArticleBody"/>
        <w:jc w:val="left"/>
      </w:pPr>
      <w:r>
        <w:rPr>
          <w:rFonts w:ascii="Times New Roman" w:hAnsi="Times New Roman" w:eastAsia="Times New Roman" w:cs="Times New Roman"/>
        </w:rPr>
        <w:t>Pe proceso legal hekopete rehegua oñe’ẽ umi procedimiento gobierno osegíva’erã rehe peteĩ tapicha ojeheja mboyve tekove’ỹre, sãso’ỹre térã imba’e’ỹre. Kóva oasegura umi tapicha ohupyty hag̃ua peteĩ trato joja ha ndojapóiva avave gotyo, umi proceso legal hekopete rupive. Pe proceso legal hekopete ojerure gobierno tosegui ciertos paso térã procedimiento, peteĩ marandu ojeikuaauka hag̃ua, peteĩ audiencia joja, ha peteĩ oportunidad oñehendu hag̃ua chupe, peteĩ ava ojeheja mboyve iderécho’ỹre. Oñemomba’e guasu umi método umi léi oñemoañetehápe, oasegura hag̃ua gobierno ojapoha hembiapo tekojojápe ha joja hag̃uáicha.</w:t>
      </w:r>
    </w:p>
    <w:p>
      <w:pPr>
        <w:pStyle w:val="ArticleBody"/>
        <w:jc w:val="left"/>
      </w:pPr>
      <w:r>
        <w:rPr>
          <w:rFonts w:ascii="Times New Roman" w:hAnsi="Times New Roman" w:eastAsia="Times New Roman" w:cs="Times New Roman"/>
        </w:rPr>
        <w:t>Pe ñe’ẽ ñorãirõ ojehechaukáva’ekue guive oñepyrũ hague umi Pelosi Trials, ohechauka peteĩ ñe’ẽñeme’ẽ peteĩcha rehegua umi proceso debido sustantivo ha procesal rehe. Umi derecho fundamental umi tavaygua americano rehegua oñemboyke hag̃ua hesakã ha ojeporavo porã. Umi operación bandera japu ha pe tekovai ojehechaukáva hesakã hag̃uáicha umi agencia “alphabet” Tetã peteĩ reko Amérika-pegua rehegua, ojekuaa meme ha oñembohesakã meme vaʼekue guive jepe mboyve oñepyrũ hague umi Pelosi Trials; ha katu umi procedimiento legal umi globalista mokõive partido-gua ojeporúva’ekue guive oñepyrũ hague umi Pelosi Trials, ohechauka porãiterei pe ñehundi proceso debido procesal rehegua.</w:t>
      </w:r>
    </w:p>
    <w:p>
      <w:pPr>
        <w:pStyle w:val="ArticleBody"/>
        <w:jc w:val="left"/>
      </w:pPr>
      <w:r>
        <w:rPr>
          <w:rFonts w:ascii="Times New Roman" w:hAnsi="Times New Roman" w:eastAsia="Times New Roman" w:cs="Times New Roman"/>
        </w:rPr>
        <w:t>Ymaveve pe artíkulo roñe’ẽ vaʼekuépe ñamoñeʼẽ: “Oimeraẽ ku’e omotenondéva léi religiosa moĩmbyre ha’e añetehápe peteĩ jeheja papadope g̃uarã, upevaʼekue heta árape oiko meme oñorairõ hag̃ua pyʼaʼỹme ojejapóva jeroviareko sãsóre. Pe domingo ñemboaje orekóvo hekove peteĩ institución hérava cristiana ramo oguereko iñepyrũ ‘mbaʼe vai ñemimby’gui; ha pe jejopy hag̃ua oñeñangareko hese ha’éta peteĩ techaukarã añeteguáva ojehechakuaáva umi principio haʼevaʼekue voi pe ita pyenda romanismo rehegua. Ñane retã péicha ohejáramo iprincipio gubernamental ha omboaje hag̃ua peteĩ léi domingo rehegua, protestantismo ko tembiapópe ojopóta ipo popería ndive; ndahaʼéi ambue mbaʼe, síno omeʼẽ jeývo tekove pe tiraníape yma guive pyʼaguapýpe omaʼẽvaʼekue ijáraite hag̃ua ikatuhápe opuʼã jey hag̃ua despotismo activo-pe.”</w:t>
      </w:r>
    </w:p>
    <w:p>
      <w:pPr>
        <w:pStyle w:val="ArticleBody"/>
        <w:jc w:val="left"/>
      </w:pPr>
      <w:r>
        <w:rPr>
          <w:rFonts w:ascii="Times New Roman" w:hAnsi="Times New Roman" w:eastAsia="Times New Roman" w:cs="Times New Roman"/>
        </w:rPr>
        <w:t>Tem bias de la historia ikatúva oñerrepresenta hag̃ua Constitución de los Estados Unidos reheve oĩ mbohapy techaukaha específico orrepresentáva algún elemento pe Constitución rehegua mokõivéva, iñepyrũrã ha ipahahápe, Estados Unidos rehe. Káda peteĩ umi mbohapy techaukaha apytégui ha’e tembiapo político, ha upévare osimbolisa Estados Unidos ñe’ẽ. Pe mbohapyha umi mbohapy techaukahágui iñepyrũrãme, omarkáva 1798, ha’e pe Alien and Sedition Acts; ha pe mbohapyha umi techaukaha apytégui ipahahápe ha’e jave Estados Unidos omboaje peteĩ léi domingo rehegua, ha oñe’ẽ dragónicha, Ojehechaukaháicha Apocalipsis capítulo trece, versículo once-pe.</w:t>
      </w:r>
    </w:p>
    <w:p>
      <w:pPr>
        <w:pStyle w:val="ArticleBody"/>
        <w:jc w:val="left"/>
      </w:pPr>
      <w:r>
        <w:rPr>
          <w:rFonts w:ascii="Times New Roman" w:hAnsi="Times New Roman" w:eastAsia="Times New Roman" w:cs="Times New Roman"/>
        </w:rPr>
        <w:t>Tetã peteĩ reko marandu guasu oñepyrũva Estados Unidos rembiasakue marandúpe, yvy rupive ojehechaukarõ guare, ojurupe’a ha omokõ hag̃ua pe ysyry tuicháva dragón ñemoñare’ẽme’ẽgui.</w:t>
      </w:r>
    </w:p>
    <w:p>
      <w:pPr>
        <w:pStyle w:val="ArticleScripture"/>
        <w:jc w:val="left"/>
      </w:pPr>
      <w:r>
        <w:rPr>
          <w:rFonts w:ascii="Times New Roman" w:hAnsi="Times New Roman" w:eastAsia="Times New Roman" w:cs="Times New Roman"/>
        </w:rPr>
        <w:t>Ha pe mbói omombo ijuruégui y ysyry guasu-ramo kuña rapykuéri, ogueraha hag̃ua chupe pe ysyry rupi. Ha yvy oipytyvõ pe kuñáme, ha yvy oipe’a ijuru, ha omokõ pe ysyry pe dragón omombo vaekue ijuruégui. Apocalipsis 12:15, 16.</w:t>
      </w:r>
    </w:p>
    <w:p>
      <w:pPr>
        <w:pStyle w:val="ArticleBody"/>
        <w:jc w:val="left"/>
      </w:pPr>
      <w:r>
        <w:rPr>
          <w:rFonts w:ascii="Times New Roman" w:hAnsi="Times New Roman" w:eastAsia="Times New Roman" w:cs="Times New Roman"/>
        </w:rPr>
        <w:t>Áño 1776-pe, mymba oikovéva’erã yvýgui, ha ipahápe oikóta hag̃ua mbohapyha rréino profecía bíblica rehegua ary 1798-pe, omokõ hag̃ua pe ysyry jehasa asy rehegua Ñandejára tavayguakuéra ári omoñepyrũvo peteĩ tetã Constitución reheve omboykéva umi mburuvicha guasu tyráno Europa rréi kuéra rehegua ha umi tyráno tupao papal rehegua.</w:t>
      </w:r>
    </w:p>
    <w:p>
      <w:pPr>
        <w:pStyle w:val="ArticleBody"/>
        <w:jc w:val="left"/>
      </w:pPr>
      <w:r>
        <w:rPr>
          <w:rFonts w:ascii="Times New Roman" w:hAnsi="Times New Roman" w:eastAsia="Times New Roman" w:cs="Times New Roman"/>
        </w:rPr>
        <w:t>Pe Declaración de Independencia ary 1776-pe oñehechauka hag̃ua peteĩ tipo térã ta’anga profético-ramo pe Patriot Act ary 2001-peguápe. Pe Constitución ary 1789-pegua oñehechauka hag̃ua peteĩ tipo térã ta’anga profético-ramo umi Pelosi Trials oñepyrũva ary 2022-pe. Umi Alien and Sedition Acts ary 1798-peguáva oñehechauka hag̃ua peteĩ tipo térã ta’anga profético-ramo pe léi domingo rehegua Estados Unidos-pe.</w:t>
      </w:r>
    </w:p>
    <w:p>
      <w:pPr>
        <w:pStyle w:val="ArticleBody"/>
        <w:jc w:val="left"/>
      </w:pPr>
      <w:r>
        <w:rPr>
          <w:rFonts w:ascii="Times New Roman" w:hAnsi="Times New Roman" w:eastAsia="Times New Roman" w:cs="Times New Roman"/>
        </w:rPr>
        <w:t>Patriota-kuéra americano omombeʼúvo ijehegui sãsoha ary 1776-pe, upéva ohechauka pe marandu omoherakuãva pe sãso okañyha Patriot Act ary 2001-pe. Constitución ary 1789-pegua ohechauka umi Juicio Pelosi oñepyrũva ary 2022-pe. Umi Ley Alien ha Sedición ohechauka pe léi domingo rehegua. Pe tembiasakue ohechaukáva oñemboykeha opaite principio Constitución rehegua ohechauka peteĩ ñemoĩmbue progresivo Constitución rehegua og̃uahẽva pe léi domingo rehe.</w:t>
      </w:r>
    </w:p>
    <w:p>
      <w:pPr>
        <w:pStyle w:val="ArticleBody"/>
        <w:jc w:val="left"/>
      </w:pPr>
      <w:r>
        <w:rPr>
          <w:rFonts w:ascii="Times New Roman" w:hAnsi="Times New Roman" w:eastAsia="Times New Roman" w:cs="Times New Roman"/>
        </w:rPr>
        <w:t>Koʼã líña opavave oñembojoaju pe tembiasakue kañymbype oĩva versíkulo 40-pe Daniel capítulo 11-pe. Ko artíkulope rombohapykue irundy párrafo Testimonies, volúmen 5, 451, 452-gui.</w:t>
      </w:r>
    </w:p>
    <w:p>
      <w:pPr>
        <w:pStyle w:val="ArticleBody"/>
        <w:jc w:val="left"/>
      </w:pPr>
      <w:r>
        <w:rPr>
          <w:rFonts w:ascii="Times New Roman" w:hAnsi="Times New Roman" w:eastAsia="Times New Roman" w:cs="Times New Roman"/>
        </w:rPr>
        <w:t>Ñama’ẽta hi’aguĩve umi párrafo rehe pe artíkulo oútavape.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Versículo Cuarenta Reimimbyre Ñemigua — Papapy Mokõi</dc:title>
  <dc:subject>Tetã peteĩ rekoháicha, Patriot Act, ha tape maranduháicha jehupyty hag̃ua profecía ñemohu’ã hag̃ua</dc:subject>
  <dc:creator>Jeff Pippenger</dc:creator>
  <cp:keywords/>
  <dc:description>Generated by ArticleDigger from hidden_history\02_hidden_history.json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