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Kañymby Ayvu Rire Mokõipa — Mbohapyha</w:t>
      </w:r>
    </w:p>
    <w:p>
      <w:pPr>
        <w:pStyle w:val="ArticleSubtitle"/>
        <w:jc w:val="left"/>
      </w:pPr>
      <w:r>
        <w:rPr>
          <w:rFonts w:ascii="Arial" w:hAnsi="Arial" w:eastAsia="Arial" w:cs="Arial"/>
        </w:rPr>
        <w:t>Léi dominikal ha pe Viaje Profético: Desde la Ley Patriota hasta la Prueba Final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“Pe decreto omoañetéva papado ñemohendapyre Tupã léi rehehápe, ñane retã ojepe’átaite tekojojágui. Protestantekuéra omyasãi vove ipo yvykuápe ojapyhy hag̃ua romano pokatu po, ha ohasa vove pe yvykua pypuku ári ojepopete hag̃ua espiritismo ndive, ha, ko mbohapy joaju rehegua pu’aka guýpe, ñane retã omboykéramo opaite iñemoñepyrũmby Constitución-pe peteĩ gobierno protestante ha republicano ramo, ha omoĩrõ ñemohenda oñemyasãi hag̃ua umi japu ha ñembotavy papal rehegua, upéicharõ ikatu jaikuaa oguahẽma hague ára Satanás rembiapo hechapyrãva hag̃ua ha paha hi’aguĩmaha.”</w:t>
      </w:r>
    </w:p>
    <w:p>
      <w:pPr>
        <w:pStyle w:val="ArticleScripture"/>
        <w:jc w:val="left"/>
      </w:pPr>
      <w:r>
        <w:rPr>
          <w:rFonts w:ascii="Times New Roman" w:hAnsi="Times New Roman" w:eastAsia="Times New Roman" w:cs="Times New Roman"/>
        </w:rPr>
        <w:t>“Upéicha umi ehérsito romano oñemboja hag̃ua ha’e vaʼekue peteĩ techaukaha umi temimboʼépe g̃uarã Jerusalén ñehundimbota rehegua, upéicha avei ko apostasía ikatu ñandeve g̃uarã toiko peteĩ techaukaha ojehupytyha Ñandejára ipasiénsia pahaite, ñane retã rembiapo vai raʼãha henyhẽma, ha pe ánhel poriahuverekorã oñaccingotaha ipepópe, arakaʼeve hag̃ua hag̃ua oñemoĩ jey. Upérõ Ñandejára tavayguakuéra oñembohasáta umi jehasa asy ha pyʼatarovápe maranduhára kuéra omombeʼu vaʼekue Jacob jejopy asy ára ramo. Umi jerure hatã umi jerovia hag̃ua ndajehesaʼỹijopypyréva ojupi yvágape. Ha Abel ruguy osapukái haguéicha yvýgui, upéicha avei oĩ ñeʼẽnguéra osapukáiva Ñandejárape mártir kuéra tyvykuégui, pe yguasu ryepýpe oñeñotỹhaguekuégui, yvyty itakua kuéragui, ha konvénto koty yvýpeguápe: ‘Arakaʼe peve, Ore Jára, marangatu ha añetegua, nerejuzgái ha nerehepymeʼẽi ore ruguy umi yvy ape ári oikóva rehe?’”</w:t>
      </w:r>
    </w:p>
    <w:p>
      <w:pPr>
        <w:pStyle w:val="ArticleScripture"/>
        <w:jc w:val="left"/>
      </w:pPr>
      <w:r>
        <w:rPr>
          <w:rFonts w:ascii="Times New Roman" w:hAnsi="Times New Roman" w:eastAsia="Times New Roman" w:cs="Times New Roman"/>
        </w:rPr>
        <w:t>“Ñandejára ojapo hína Hembiapo. Opa yvágape oĩ ñemýi guasu. Pe Hués opa yvy arigua pya’etéma opu’ã hag̃ua ha omoañete hag̃ua Ipu’aka oñemotĩmbyréva. Pe jehuguái jepe’a rehegua oñemoĩta umi kuimba’e ári oñongatúva Tupã mandamiénto, omomba’éva Iley, ha ombotovéva pe mymba ñaña térã ta’ãnga rechaukaha.</w:t>
      </w:r>
    </w:p>
    <w:p>
      <w:pPr>
        <w:pStyle w:val="ArticleScripture"/>
        <w:jc w:val="left"/>
      </w:pPr>
      <w:r>
        <w:rPr>
          <w:rFonts w:ascii="Times New Roman" w:hAnsi="Times New Roman" w:eastAsia="Times New Roman" w:cs="Times New Roman"/>
        </w:rPr>
        <w:t>“Tupã oikuaaukáma mba’épa oikóta ára pahápe, Itavayguakuéra oñembosako’i hag̃ua oñembo’y hag̃ua ñemboyke ha pochy yvytu-atã renondépe. Umi ojehekombo’éva’ekue umi mba’e oĩvárã henondépe ndoikovéi hag̃ua oguapy py’aguapýpe oha’arõvo upe ama guasu ou hag̃uáicha, ombojerovia hag̃ua ijehe hikuái Ñandejára omo’ãtaha umi hekojeroviaitévape ára jehasa asýpe. Jaiko va’erã kuimba’éicha oha’arõva Ijára, ndaha’éi peteĩ jeha’arõ rei térã tekorei rupive, síno tembiapo kyre’ỹme, jerovia ndojeréiva reheve. Ko’ágã ndaha’éi ára ñande apytu’ũ oñembojepokuaa hag̃ua mba’e michĩva rehe. Yvypóra oke aja, Satanás kyre’ỹme omohenda opa mba’e ikatu hag̃uáicha Ñandejára retãyguakuéra ndojuhúi hag̃ua poriahuvereko térã tekojoja. Pe domingo rehegua ñemongu’e ko’ágã oho hína pytũmbýpe. Umi mburuvichakuéra omokañy pe porandu añeteguáva, ha heta umi ojoajúva upe ñemongu’ére ndohesakãi ijeheguiete moõpa ogueraha upe guyrayrýpe osyryva. Iñe’ẽkuaa ha hembiapo jehechauka ipy’aguapy ha ojogua cristianope; hákatu oñe’ẽ vove ohechaukáta pe dragón espíritu. Ñande rembiaporã ha’e jajapo opa ikatúva ñandehegui ñamboyke hag̃ua pe peligro oñe’ẽmava hese. Ñañeha’ã va’erã ñamboipe’a hag̃ua prejuísio ñamoĩvo ñandejehe hendápe porã tavayguakuéra renondépe. Ñamoĩ va’erã henondépekuéra pe porandu añetéva oñeñe’ẽháre, upéicha ñamoĩ hag̃ua pe ñe’êro mostráva ipokatuvéva umi medida ojejapóva apytu’ũ rape sãsóre jejoko hag̃ua rovake. Jaheka meme va’erã Ñandejára Ñe’ẽme ha jajapo hag̃uáicha ñame’ẽ pe mba’érepa jajerovia. He’i proféta: ‘Aña rembiapóva osegíta hembiapo vaípe; ha avave umi hekoañávagui ndoikuaamo’ãi; umi arandu katu oikuaáta.’” Testimonies, volúmen 5, 451, 452.</w:t>
      </w:r>
    </w:p>
    <w:p>
      <w:pPr>
        <w:pStyle w:val="ArticleBody"/>
        <w:jc w:val="left"/>
      </w:pPr>
      <w:r>
        <w:rPr>
          <w:rFonts w:ascii="Times New Roman" w:hAnsi="Times New Roman" w:eastAsia="Times New Roman" w:cs="Times New Roman"/>
        </w:rPr>
        <w:t>Pe “movimiento dominical” “oñeʼẽ vove, ohechaukáta dragón espíritu”. Irundy párrafo omombeʼu porã pe léi dominicalpe Estados Unidos “ojepeʼáta hekopotĩgui tuichakue javeve”. Pe léi dominicalpe “og̃uahẽma ára Satanás rembiapo hechapyrãva guarã”. Pe léi dominicalpe ojejapopáma pe mbohapy joaju. Pe léi dominicalpe Estados Unidos “omboykéta opa principio oĩva Constitución-pe, peteĩ gobierno protestante republicano ramo”, ha avei “omeʼẽta tape umi japu ha jejavy papal rehegua oñemyasãi hag̃ua”. Upéva léi dominical haʼe peteĩ “señal ñandéve guarã ohechaukáva Tupã paciencia paha og̃uahẽmaha, ñane retã rembiapo vai medida henyhẽmaha, ha ángel poriahuvereko rehegua oikótamaha oveve hag̃ua, arakaʼeve hag̃ua ndoujeyvéi.” Upéva señal ojehechauka vaʼekue peteĩ tipo ramo pe ñemomarandu omeʼẽ vaʼekue Jesús ohechakuaaukávo pe ñehundi jejahipa rehegua heʼi vaʼekue Daniel maranduhára. Upépe ae oñekumpli pe ñemboʼe omeʼẽ vaʼekue umi mártir quinto sello pegua heʼívo: “Mboy arakaʼe peve, Ore Jára, nde marangatu ha añetegua, nerembojovakéiri ha neremyengoviái ore ruguy umi yvy ári oikóva rehe?” Ha upéva tape rechaukaha-pe avei umi virgen itavýva ha iñarandúva ohechauka heko hag̃ua.</w:t>
      </w:r>
    </w:p>
    <w:p>
      <w:pPr>
        <w:pStyle w:val="ArticleBody"/>
        <w:jc w:val="left"/>
      </w:pPr>
      <w:r>
        <w:rPr>
          <w:rFonts w:ascii="Times New Roman" w:hAnsi="Times New Roman" w:eastAsia="Times New Roman" w:cs="Times New Roman"/>
        </w:rPr>
        <w:t>Pe léi dominicalpe, Estados Unidos “ombojevy opaite principio oĩva Ijeporavorãme”. Pe ára paha ko tembiapo oñemohu’ã haguépe oñepyrũkuri Patriot Act rupive ary 2001-pe. Ary 2001 guive pe léi dominical peve ohechauka peteĩ tembiapo mbeguemi ha oñembotuicháva ombojevy hag̃ua Ijeporavorã. Upe tembiapo mbeguemi oñokarẽ pe línea profecía rehegua ndive, upépe oñemohu’ã haguére mymba ra’ãnga ñemoheñói. Pe línea mymba ra’ãnga rehegua ikatu ojehecha michĩmi hasyve hag̃uáicha, hákatu upe jeporandu porã jaikuaa hag̃ua. Pe ombohasýva pe línea mymba ra’ãnga rehegua ha’e hína ohechaukágui mokõi línea.</w:t>
      </w:r>
    </w:p>
    <w:p>
      <w:pPr>
        <w:pStyle w:val="ArticleBody"/>
        <w:jc w:val="left"/>
      </w:pPr>
      <w:r>
        <w:rPr>
          <w:rFonts w:ascii="Times New Roman" w:hAnsi="Times New Roman" w:eastAsia="Times New Roman" w:cs="Times New Roman"/>
        </w:rPr>
        <w:t>Pe mymba yvypórape, umi mokõi línea ha’e hína umi hatĩ Republicano ha Protestantismo rehegua. Umi mokõi hatĩ oñondive oúvo peteĩ joaju tupao-Estadope, ha upéicha omohu’ã mymba ra’ãnga ñemoheñói. Upévare, mymba ra’ãnga ñemoheñói línea oguereko mokõi línea peteĩ línea ryepýpe; umi hatĩ Republicano ha Protestante oho ojoajúvo peteĩcha tembiasakuére, ha katu peteĩteĩva ilíneape avei oguereko imarandu profético ohechauka hag̃ua. Peteĩ línea profética, mokõi mba’e ojoajúva peteĩcha reheve, hasyve mante ndaha’éi hag̃uánte oñemarká umi techaukaha umi tembiapo político rehegua ohechaukáva pe ñe’ẽ oñembojoajúva Constitución ndive.</w:t>
      </w:r>
    </w:p>
    <w:p>
      <w:pPr>
        <w:pStyle w:val="ArticleBody"/>
        <w:jc w:val="left"/>
      </w:pPr>
      <w:r>
        <w:rPr>
          <w:rFonts w:ascii="Times New Roman" w:hAnsi="Times New Roman" w:eastAsia="Times New Roman" w:cs="Times New Roman"/>
        </w:rPr>
        <w:t>Mokõi línea kuéra, republicano ha protestante ratĩ rehegua, oñembohasyvéntema pe marandu profético rupive: pe ratĩ republicano ryepýpe oĩ tembiasakue ñorairõ rehegua umi demócrata esclavitud favorpegua ha umi republicano esclavitud kóntrape; ha aveive, pe ratĩ protestante ryepýpe oĩ peteĩ proceso continuo de prueba oho hag̃ua umi vírgen iñarandu ha umi vírgen itavýva ndive pe ratĩ protestante rembiasakue ryepýpe. Upéicharõ jepe, tuicha mba’e ñañemopyenda hag̃ua ko’ã añetegua rehe.</w:t>
      </w:r>
    </w:p>
    <w:p>
      <w:pPr>
        <w:pStyle w:val="ArticleBody"/>
        <w:jc w:val="left"/>
      </w:pPr>
      <w:r>
        <w:rPr>
          <w:rFonts w:ascii="Times New Roman" w:hAnsi="Times New Roman" w:eastAsia="Times New Roman" w:cs="Times New Roman"/>
        </w:rPr>
        <w:t>Pe línea ojehechaukáva mymba yvyguápe mokõi hatĩ rupive oĩ pe ta’anga joja ohechaukáva joko hag̃ua peteĩ carácter Cristo rehegua térã peteĩ carácter Satanás rehegua, ha upéva he’ise joko hag̃ua peteĩ ta’anga Cristo rehegua térã peteĩ ta’anga mymba rehegua, ko contexto-pe “mymba” ohechaukágui peteĩ tekove oñemoheñóiva, Omoheñóivare oñembojojávo. Ko’ã tekome’ẽnguéra ñemopyenda ojejapo hyepýpe opa yvypóra apytépe, probation oñembotývo oĩgui mokõi aty añoite. Pe ñemopyenda avei ojejapo okáguio pe joaju rupive mburuvicha papal ha Naciones Unidas apytépe.</w:t>
      </w:r>
    </w:p>
    <w:p>
      <w:pPr>
        <w:pStyle w:val="ArticleBody"/>
        <w:jc w:val="left"/>
      </w:pPr>
      <w:r>
        <w:rPr>
          <w:rFonts w:ascii="Times New Roman" w:hAnsi="Times New Roman" w:eastAsia="Times New Roman" w:cs="Times New Roman"/>
        </w:rPr>
        <w:t>Upévare, pe ára jehechapyrã pe mymba ñarõ ra’anga ñemoheñóirã oñepyrũ 2001-pe, ha opa pe léi arapokõindy rehegua Estados Unidos-pe. Upe aravo pukukue jave, pe tembiasakue profético pe yvy mymba rakã mokõigui ohechauka peteĩ joavy hyepypegua ha okápeguáva umi rakã tee rehe, taha’e religioso térã político, ha avei peteĩ ñorairõ umi mokõi rakã voi apytépe.</w:t>
      </w:r>
    </w:p>
    <w:p>
      <w:pPr>
        <w:pStyle w:val="ArticleBody"/>
        <w:jc w:val="left"/>
      </w:pPr>
      <w:r>
        <w:rPr>
          <w:rFonts w:ascii="Times New Roman" w:hAnsi="Times New Roman" w:eastAsia="Times New Roman" w:cs="Times New Roman"/>
        </w:rPr>
        <w:t>Léi dominikal Estados Unidos-pe pe tetãygua ojehekýi hag̃ua, Jesús ohechauka vaʼekue “ñembyai vaiete omboguyryva” ramo. Léi dominikal Estados Unidos-pe haʼe pe ára pukukue rembeʼy oñepyrũ vaʼekue ary 2001-pe. Patriot Act haʼe pe “ñembyai vaiete oñeñeʼẽ hague Daniel rupive”, ha Jesús omombeʼu vaʼekue peteĩ techaukaha ramo ojehekýi hag̃ua peteĩ ñehundi oútavagui.</w:t>
      </w:r>
    </w:p>
    <w:p>
      <w:pPr>
        <w:pStyle w:val="ArticleBody"/>
        <w:jc w:val="left"/>
      </w:pPr>
      <w:r>
        <w:rPr>
          <w:rFonts w:ascii="Times New Roman" w:hAnsi="Times New Roman" w:eastAsia="Times New Roman" w:cs="Times New Roman"/>
        </w:rPr>
        <w:t>Pe Patriot Act oike orekóva pe tesape maranduhára 1888-gua, ha pe Blair Bill. Upéicha rupi, pe Patriot Act avei maranduhárape oguereko pe techaukaha pe léi domingo rehegua, upévare pe ára pukukue oñepyrũva 2001-pe oñepyrũ peteĩ léi domingo rehegua ndive, ojehechauka hag̃uáicha 1888—Blair Bill, 2001—Patriot Act, ha opa pe léi domingo rehe.</w:t>
      </w:r>
    </w:p>
    <w:p>
      <w:pPr>
        <w:pStyle w:val="ArticleBody"/>
        <w:jc w:val="left"/>
      </w:pPr>
      <w:r>
        <w:rPr>
          <w:rFonts w:ascii="Times New Roman" w:hAnsi="Times New Roman" w:eastAsia="Times New Roman" w:cs="Times New Roman"/>
        </w:rPr>
        <w:t>Pe jehechauka ñaniha hag̃ua táva guasu kuéragui ary 2001-pe, ohechaukarã pe jehechauka ñaniha hag̃ua Babilóniagui pe léi domingo jave. Pe juicio oúva Estados Unidos ári pe léi domingo jave, ohechaukarã pe juicio oúva opaite yvy ape ári Miguel opu’ã vove ha oñemboty vove yvypóra tiempo de gracia. Cristo réra tee Alpha ha Omega ramo ojehechauka jey jey umi añetegua ojehechaukáva Blair Bill ryepýpe ary 1888-pe, ha opa mba’e pe 1888 he’iséva, oñembopyahu jeyvo ary 2001-pe.</w:t>
      </w:r>
    </w:p>
    <w:p>
      <w:pPr>
        <w:pStyle w:val="ArticleBody"/>
        <w:jc w:val="left"/>
      </w:pPr>
      <w:r>
        <w:rPr>
          <w:rFonts w:ascii="Times New Roman" w:hAnsi="Times New Roman" w:eastAsia="Times New Roman" w:cs="Times New Roman"/>
        </w:rPr>
        <w:t>2001, ojejoguapýva 1888 rehe, orrepresenta ndaha’éi pe techaukaha ojejava hag̃ua añoite, ojejoguapýva ñehundi vaiete pegua rehe, ha katu avei ojejoguapy 66 d.C. rehe ha Cestio ñemongorapy rehe. Tito ñemongorapy 70 d.C.-pe orrepresenta pe léi arapokõindy pegua Estados Unidos-pe. Pe léi arapokõindy pegua Estados Unidos-pe ojejoguapy ary 321 rehe ha Constantino léi peteĩha arapokõindy pegua rehe, ha 538 orrepresenta araka’épa pe tetã paha yvy ape ári oñemoĩ guýpe mymba ñaña marca.</w:t>
      </w:r>
    </w:p>
    <w:p>
      <w:pPr>
        <w:pStyle w:val="ArticleBody"/>
        <w:jc w:val="left"/>
      </w:pPr>
      <w:r>
        <w:rPr>
          <w:rFonts w:ascii="Times New Roman" w:hAnsi="Times New Roman" w:eastAsia="Times New Roman" w:cs="Times New Roman"/>
        </w:rPr>
        <w:t>2001 ha’e 1888, Cestio ha arýpe 66 d.C. Léi domingo rehegua ha’e Tito ha arykuéra 70 ha 321. 2001 avei ha’e Jesús ñemongarai, ha Iguejy Apocalipsis kapítulo diez-pe ára 11 jasypoapy 1840-pe. Opa ko’ã símbolo oipytyvõ Constitución línea-pe.</w:t>
      </w:r>
    </w:p>
    <w:p>
      <w:pPr>
        <w:pStyle w:val="ArticleBody"/>
        <w:jc w:val="left"/>
      </w:pPr>
      <w:r>
        <w:rPr>
          <w:rFonts w:ascii="Times New Roman" w:hAnsi="Times New Roman" w:eastAsia="Times New Roman" w:cs="Times New Roman"/>
        </w:rPr>
        <w:t>Tetã peteĩ rekoha pyhareveguigua Estados Unidos pegua oho joja Adventismo rembiasakue ndive. Áño 1798-pe papado ojapyhy ijai vai hag̃uáicha, ha 1798 ha’e va’ekue paha ára, upe jave oñemboja’o hag̃ua umi profesía Daniel pegua pehẽngue oguerekóva relación pe añetegua rembiasakue rehe peteĩha ha mokõiha ánhel Revelación catorce pegua rehegua. Upépe, 1798-pe, oñemarka Adventismo ñepyrũ profesiagua; ha 1798-pe mymba yvy arigua, oguerekóva hatĩ ovecha ra’angaichagua, oiko kuri mburuvicha guasu poteĩha profesía bíblica pegua.</w:t>
      </w:r>
    </w:p>
    <w:p>
      <w:pPr>
        <w:pStyle w:val="ArticleBody"/>
        <w:jc w:val="left"/>
      </w:pPr>
      <w:r>
        <w:rPr>
          <w:rFonts w:ascii="Times New Roman" w:hAnsi="Times New Roman" w:eastAsia="Times New Roman" w:cs="Times New Roman"/>
        </w:rPr>
        <w:t>1798 mboyve oĩkuri mbohapy señal profética ojoajúva línea mymba yvygua rehe, ha upévare Estados Unidos ñe’ẽ rehe, ha Constitución de los Estados Unidos rehe. Umi mbohapy señal ha’eva’ekue Declaración de Independencia, oñe’ẽva’ekue 1776-pe; upéi Constitución 1789-pe; ha upéi Alien and Sedition Acts 1798-pe.</w:t>
      </w:r>
    </w:p>
    <w:p>
      <w:pPr>
        <w:pStyle w:val="ArticleBody"/>
        <w:jc w:val="left"/>
      </w:pPr>
      <w:r>
        <w:rPr>
          <w:rFonts w:ascii="Times New Roman" w:hAnsi="Times New Roman" w:eastAsia="Times New Roman" w:cs="Times New Roman"/>
        </w:rPr>
        <w:t>Umi mbohapy techaukaha oñe’ẽ pe línea profética pe Constitución rehegua rehe, ha ohechauka ñepyrũ pe sexto reino profecía bíblica rehegua. Pe léi domingo rehegua ha’e pe fin pe reinado pe sexto reino profecía bíblica reheguágui, ha upévare tekotevẽ, necesidad profética rupi, oĩ mbohapy techaukaha oñemotenondéva pe fin mboyve, oñemoha’angáva umi mbohapy techaukaha omoĩva’ekue pe ñepyrũ mboyve.</w:t>
      </w:r>
    </w:p>
    <w:p>
      <w:pPr>
        <w:pStyle w:val="ArticleBody"/>
        <w:jc w:val="left"/>
      </w:pPr>
      <w:r>
        <w:rPr>
          <w:rFonts w:ascii="Times New Roman" w:hAnsi="Times New Roman" w:eastAsia="Times New Roman" w:cs="Times New Roman"/>
        </w:rPr>
        <w:t>Áño 2001-pe, umi torre-kuéra ho’árõ guare, Patriot Act ojehechauka typológicamente pe Blair Bill de 1888 rupive, oñondive Adventismo ruvicha-kuéra rebelión ojehechaukáva Minneapolis General Conference-pe. Pe rebelión, peteĩ ánhel he’íva’ekue Hermana White-pe ojehechauka hag̃ua Moisés rehe oñepu’ã haguéicha Coré, Datán ha Abiram, upéva avei ojehechauka Cristo ñemongarai rupive áño 27 d.C.-pe, Islam jejoko rupive 11 de agosto de 1840-pe, ha Declaration of Independence rupive 1776-pe, avei pe “abominación desoladora, oje’e haguéicha Daniel maranduhára rupive” techaukaha ramo ojejava hag̃ua pe pochy oútavagui, ojehechaukaháicha Cestio ha áño 66 d.C.-pe.</w:t>
      </w:r>
    </w:p>
    <w:p>
      <w:pPr>
        <w:pStyle w:val="ArticleBody"/>
        <w:jc w:val="left"/>
      </w:pPr>
      <w:r>
        <w:rPr>
          <w:rFonts w:ascii="Times New Roman" w:hAnsi="Times New Roman" w:eastAsia="Times New Roman" w:cs="Times New Roman"/>
        </w:rPr>
        <w:t>Nde ikatu gueteri nemandu’a pe línea profética ñahesa’ỹijóva ko’ág̃a ha’eha Tetã peteĩ rekojojaha Estados Unidos-peguápe, opaite umi línea profética oñemombe’úva yma oipytyvõ ha omopyenda pe tema profético ojehechaukáva pe línea Tetã peteĩ rekojojaha rehe. Upéicharõ jepe, pe línea ojehecháva ha’eha pe oñembojoajuvéva opa ambuévandi ha’e pe línea ta’ãngamýi mymbaguasu rehegua oñemoheñóiva. Pe ta’ãngamýi mymbaguasu rehegua ha’e peteĩ ta’ãngamýi pe mymbaguasu papal rehegua, ojehechaukáva peteĩ mymbaguasu ramo peteĩ kuña oguapy ha oisãmbyhýva hese ári, ha upéva he’ise tupão ha Estado joaju, ha tupão oisãmbyhy pe joaju. Ikatu hag̃uáicha Estados Unidos omoheñói peteĩ ta’ãngamýi pe mymbaguasúpe g̃uarã, protestantismo apóstata oisãmbyhy va’erã pe gobierno péichaite peve pe gobierno ombohasáta ha omboguatáta léi religiósa, ha ipahápe pe léi domingo rehegua.</w:t>
      </w:r>
    </w:p>
    <w:p>
      <w:pPr>
        <w:pStyle w:val="ArticleBody"/>
        <w:jc w:val="left"/>
      </w:pPr>
      <w:r>
        <w:rPr>
          <w:rFonts w:ascii="Times New Roman" w:hAnsi="Times New Roman" w:eastAsia="Times New Roman" w:cs="Times New Roman"/>
        </w:rPr>
        <w:t>Pe ojepyty hag̃ua pe mymba ra’anga ojejapoha rape, pe Léi Guasu, ojehaíva’ekue peteĩ principio tenondegua reheve, Thomas Jefferson ohai vaʼekue kóicha: “iglesia ha Estado ñemboja’o”, oñembovo hag̃ua. Pe protestante hatĩ oguereko vove pokatu ombohape hag̃ua pe republicano hatĩ toñemomba’apo hag̃ua tembiapoukapy religioso, upéicharõ pe Léi Guasu mbytépe oĩva korasõete voi oñembyaipaite; upévare ojehecha pe joaju profético oĩva pe Léi Guasu línea ha pe mymba ra’anga línea apytépe.</w:t>
      </w:r>
    </w:p>
    <w:p>
      <w:pPr>
        <w:pStyle w:val="ArticleBody"/>
        <w:jc w:val="left"/>
      </w:pPr>
      <w:r>
        <w:rPr>
          <w:rFonts w:ascii="Times New Roman" w:hAnsi="Times New Roman" w:eastAsia="Times New Roman" w:cs="Times New Roman"/>
        </w:rPr>
        <w:t>Pe pehẽngue oñemoheñóiva mymba ra’ãnga oñepyrũ kuri ary 2001-pe, Patriot Act reheve, ha opa pe léi domingo-pe, upérõ oñembojepysóramo mymba marca. Upe pehẽngue aja pe ama pyharekue rehegua oñehypýi, pe ama pyharekue rehegua oñepyrũgui ho’a upe ánhel mbarete Revelación dieciocho-pegua oguejy jave ha omyesakã yvy iñemimbipa reheve, ha upéva, Hermana White he’iháicha, oikóta umi tuichaitéva New York City-pegua oñemboguejýramo peteĩ Ñandejára pokóre.</w:t>
      </w:r>
    </w:p>
    <w:p>
      <w:pPr>
        <w:pStyle w:val="ArticleScripture"/>
        <w:jc w:val="left"/>
      </w:pPr>
      <w:r>
        <w:rPr>
          <w:rFonts w:ascii="Times New Roman" w:hAnsi="Times New Roman" w:eastAsia="Times New Roman" w:cs="Times New Roman"/>
        </w:rPr>
        <w:t>“Oky rire paha ou’a Tupã tavayguakuéra ári. Peteĩ ánhel ipokatu etéva oguejy va’erã yvágagui, ha opa yvy tuichakue henyhẽmba va’erã iñemimbipa reheve.” Review and Herald, 21 de abril de 1891.</w:t>
      </w:r>
    </w:p>
    <w:p>
      <w:pPr>
        <w:pStyle w:val="ArticleBody"/>
        <w:jc w:val="left"/>
      </w:pPr>
      <w:r>
        <w:rPr>
          <w:rFonts w:ascii="Times New Roman" w:hAnsi="Times New Roman" w:eastAsia="Times New Roman" w:cs="Times New Roman"/>
        </w:rPr>
        <w:t>Pe ama hi’ỹ ipahapegua ñohẽ rehegua ohechauka peteĩ ára pukukue Adventismo rembyre ipahaguápe trigo ha ñana vai oñemboguata, oñemboyke ha oñemopotĩha. Upe ñemboguata ha ñemopotĩ opa pe arapokõindy léi peve, ha umi kuñataĩ arandu oguerekóva ñandy pe arapokõindy léi apañuãi og̃uahẽvo, oñembyaikuaa raka’e ha upéi Espíritu Santo oñehẽ hi’árikuéra ndaipóriha medida peve Miguel opu’ã ha yvypóra aravo pytyvõ opa.</w:t>
      </w:r>
    </w:p>
    <w:p>
      <w:pPr>
        <w:pStyle w:val="ArticleBody"/>
        <w:jc w:val="left"/>
      </w:pPr>
      <w:r>
        <w:rPr>
          <w:rFonts w:ascii="Times New Roman" w:hAnsi="Times New Roman" w:eastAsia="Times New Roman" w:cs="Times New Roman"/>
        </w:rPr>
        <w:t>Pe mymba kuimba’e ra’anga ñemoheñói aja Estados Unidos-pe, pe ama pahagua oñemyakỹta; ha pe mymba kuimba’e ra’anga ñemoheñói aja ko yvy ape ári, pe ama pahagua oñehẽmbáta mba’eveichagua jyke’ỹ reheve.</w:t>
      </w:r>
    </w:p>
    <w:p>
      <w:pPr>
        <w:pStyle w:val="ArticleBody"/>
        <w:jc w:val="left"/>
      </w:pPr>
      <w:r>
        <w:rPr>
          <w:rFonts w:ascii="Times New Roman" w:hAnsi="Times New Roman" w:eastAsia="Times New Roman" w:cs="Times New Roman"/>
        </w:rPr>
        <w:t>Ary 2001-pe oñepyrũ pe prueba ojejapóva pe iglésia Adventista del Séptimo Día Laodiceaguápe, ojehechaukaramóva umi Protestántepe agosto 11, 1840-pe, ha Israel yma guarépe Cristo oñemongarai jave.</w:t>
      </w:r>
    </w:p>
    <w:p>
      <w:pPr>
        <w:pStyle w:val="ArticleScripture"/>
        <w:jc w:val="left"/>
      </w:pPr>
      <w:r>
        <w:rPr>
          <w:rFonts w:ascii="Times New Roman" w:hAnsi="Times New Roman" w:eastAsia="Times New Roman" w:cs="Times New Roman"/>
        </w:rPr>
        <w:t>“Pe ára de prueba oĩma ñande ári, pe mboja’o hatãva ángel mbohapyha rehegua oñepyrũma rupi Cristo rekojoja jehechauka rupive, pe Redentor omboguejýva angaipa. Kóva hína pe ñepyrũ tesakã rehegua pe ángel mimbipa omyenyhẽtava yvy tuichakue.” Selected Messages, libro 1, 362.</w:t>
      </w:r>
    </w:p>
    <w:p>
      <w:pPr>
        <w:pStyle w:val="ArticleBody"/>
        <w:jc w:val="left"/>
      </w:pPr>
      <w:r>
        <w:rPr>
          <w:rFonts w:ascii="Times New Roman" w:hAnsi="Times New Roman" w:eastAsia="Times New Roman" w:cs="Times New Roman"/>
        </w:rPr>
        <w:t>Pe prueba paha umi tavayguakuéra pe kuatia ñe’ẽme’ẽ yma guaréva oñepyrũ pe tesape pe ánhel Apocalipsis 18-gua oñepyrũvo oikuaauka Iñe’ẽmondo. Iñe’ẽmondo avei ojehechauka Apocalipsis kapítulo 18 pegua mbohapy versíkulo peteĩha rupi, ha umi mbohapy versíkulo, Sister White he’iháicha, oñemohu’ãkuri umi óga guasu New York City pegua ho’árõ guare.</w:t>
      </w:r>
    </w:p>
    <w:p>
      <w:pPr>
        <w:pStyle w:val="ArticleBody"/>
        <w:jc w:val="left"/>
      </w:pPr>
      <w:r>
        <w:rPr>
          <w:rFonts w:ascii="Times New Roman" w:hAnsi="Times New Roman" w:eastAsia="Times New Roman" w:cs="Times New Roman"/>
        </w:rPr>
        <w:t>Upéi oñepyrũ pe proceso de prueba, Juan ohechaukaháicha Apocalipsis pehẽngue diez-pe. Pe prueba niko kóva: rejagarrátapa pe aranduka michĩva oĩva pe ánhel pópe, ha upéi re’útapa chupe. Ko tiempo de prueba aja, aja pe ama pytãkue paha oñeñohẽ, ho’a hína añoite umi oiporavóvare ojagarra hag̃ua pe aranduka michĩva ha ho’u hag̃ua chupe.</w:t>
      </w:r>
    </w:p>
    <w:p>
      <w:pPr>
        <w:pStyle w:val="ArticleScripture"/>
        <w:jc w:val="left"/>
      </w:pPr>
      <w:r>
        <w:rPr>
          <w:rFonts w:ascii="Times New Roman" w:hAnsi="Times New Roman" w:eastAsia="Times New Roman" w:cs="Times New Roman"/>
        </w:rPr>
        <w:t>“Hetaiterei ndahetápe, tuicha peve, ndojapóikuri ijehe pe ama ypykue. Nohupytýi opaite umi mba’e porã Tupã ome’ẽva’ekue péicha chupekuéra guarã. Ha’ekuéra oha’arõ pe oikotevẽva oñemyenyhẽtaha pe ama paha rupive. Oñeme’ẽ vove pe grásia rembypota iporãvéva, ha’ekuéra ojapose oipe’a hag̃ua ikorasõkuéra ha oñemoguahẽ hag̃ua hese. Ojejavy hikuái vaieterei. Pe tembiapo Tupã omoñepyrũva’ekue yvypóra korasõme, ome’ẽvo I tesape ha I arandu, tekotevẽ osegi meme tenonderã gotyo. Káda peteĩ tapicha oikuaa vaerã ijehegui voi mba’éichapa oikotevẽ. Pe korasõ oñemonandi vaerã opaichagua ky’águi ha oñemopotĩ vaerã Espíritu oiko hag̃ua pype. Angirũ ypykuéra oñembosako’i va’ekue Espíritu Santo oñeñohẽ hag̃uáicha Pentecostés Árape, ipekádo omombe’u ha ohejáva rupive, ñembo’e kyre’ỹme, ha oñeme’ẽmbaitévo Tupãme. Ko’ág̃a tekotevẽ ojejapo upe tembiapoete, ha tuichavéva pe gradope. Upérõ pe yvypóra rembijokuái ojerure hag̃uánte pe jehovasa, ha oha’arõ hag̃ua Ñandejára omohu’ã pe tembiapo hesehápe. Tupã voi niko pe omoñepyrũva’ekue pe tembiapo, ha Ha’e omohu’ãta hembiapo, ojapóvo yvypórape oñembyaty porã hag̃ua Jesucristo-pe. Péro ani hag̃ua oñemboyke pe grásia ojehechaukáva pe ama ypykue rupive. Umi oikóva añoite pe tesape oguerekóvape he’iháicha ohupytýta tesape tuichavéva. Ndajajapóiramo ára ha ára ñamotenonde pe tekove cristiano reko porãkuéra kyre’ỹ jehechauka, ndajahechakuaamo’ãi Espíritu Santo ojehechaukaha pe ama pahápe. Ikatu hína ho’a korasõkuéra ári ore jerére, péro ndajaikuaa porãi ni ndajahupytymo’ãi.” Testimonies to Ministers, 506, 507.</w:t>
      </w:r>
    </w:p>
    <w:p>
      <w:pPr>
        <w:pStyle w:val="ArticleBody"/>
        <w:jc w:val="left"/>
      </w:pPr>
      <w:r>
        <w:rPr>
          <w:rFonts w:ascii="Times New Roman" w:hAnsi="Times New Roman" w:eastAsia="Times New Roman" w:cs="Times New Roman"/>
        </w:rPr>
        <w:t>Umi okarúva’ekue pe marandu 2001-gua ohupytyva’ekue peteĩ marandu oĩporãva upe ára-pe g̃uarã, ha katu tekotevẽkuri ojeprova chupekuéra ikatu hag̃uáicha ojehechauka añetépa ombohyepýpa hikuái pe marandu peteĩ jeikove rehegua experiénciape oñembosako’íva Tupã sellorã. Upe período-pe upévare pe ama pyharevegua pahápe ouva ojehechauka ñemoĩ asyicha, pe trígo ha ñana vai gueteri oĩ hag̃ua oñondive. Upévare, Hermana White he’i: “Ikatu hína ho’a korasõ ári ñande jerére, péro ndajahechakuaái térã ndajahupytýi chupe.” Umi arandu ojepe’ávo umi tavýgui, upérõ pe ama pyharevegua pahápe ouva oñeñohẽ jeha’ỹre, Pentecostéspe oiko haguéicha, upéva orrepresenta pe léi domingo rehegua.</w:t>
      </w:r>
    </w:p>
    <w:p>
      <w:pPr>
        <w:pStyle w:val="ArticleScripture"/>
        <w:jc w:val="left"/>
      </w:pPr>
      <w:r>
        <w:rPr>
          <w:rFonts w:ascii="Times New Roman" w:hAnsi="Times New Roman" w:eastAsia="Times New Roman" w:cs="Times New Roman"/>
        </w:rPr>
        <w:t>“Jey, koʼã parábola omboʼe ndaiporiha peteĩ tiémpo de prueba pe huísio rire. Oñemohuʼãvo pe evanhélio rembiapo, upepete voi oiko pe ñembojaʼo umi iporãva ha umi ivaívape apytépe, ha káda aty rape opyta opa ára g̃uarã oñemopyenda porãma.” Christ’s Object Lessons, 123.</w:t>
      </w:r>
    </w:p>
    <w:p>
      <w:pPr>
        <w:pStyle w:val="ArticleBody"/>
        <w:jc w:val="left"/>
      </w:pPr>
      <w:r>
        <w:rPr>
          <w:rFonts w:ascii="Times New Roman" w:hAnsi="Times New Roman" w:eastAsia="Times New Roman" w:cs="Times New Roman"/>
        </w:rPr>
        <w:t>Pe pehẽvo ara pyharekue kyvõmby pevegua ñohẽmimi rehegua, ha upéi pe ara pyharekue kyvõmby oñeñohẽhápe jeha’ỹre, ojehechauka avei mokõi áraicha ojejapohápe juicio Tupã tavayguakuéra ári. Pe peteĩha juicio Tupã tavayguakuéra ári oñepyrũva’ekue Tupã róga rehe 11 jasyporundy ary 2001-pe, ha pe léi domingo rehegua juicio upérõ oñemohu’ã Tupã ovecha aty ambuépe g̃uarã, umi ombohováiva térã omboykéva pe sapukái hatãva mbohapyha ánhel rehegua oñepyrũva pe léi domingo rehegua Estados Unidos-pe, ha opa Michael opu’ãvo, ha oñemboty yvypóra tiempo de gracia.</w:t>
      </w:r>
    </w:p>
    <w:p>
      <w:pPr>
        <w:pStyle w:val="ArticleBody"/>
        <w:jc w:val="left"/>
      </w:pPr>
      <w:r>
        <w:rPr>
          <w:rFonts w:ascii="Times New Roman" w:hAnsi="Times New Roman" w:eastAsia="Times New Roman" w:cs="Times New Roman"/>
        </w:rPr>
        <w:t>Mokõi ára ama okẽ yvytimbo pahápegua rehegua, ha’éva avei mokõi ára huísio rehegua oñepyrũva Tupã róga ndive, ha upéi ohasa Tupã aty ambuévape, ha’e avei mokõi ára mymba ra’anga ñemoheñói rehegua.</w:t>
      </w:r>
    </w:p>
    <w:p>
      <w:pPr>
        <w:pStyle w:val="ArticleBody"/>
        <w:jc w:val="left"/>
      </w:pPr>
      <w:r>
        <w:rPr>
          <w:rFonts w:ascii="Times New Roman" w:hAnsi="Times New Roman" w:eastAsia="Times New Roman" w:cs="Times New Roman"/>
        </w:rPr>
        <w:t>Umi mokõi período profético peteĩha ryepýpe, oñeguerúrõ guive juicio Tupã iglésiare ha avei Tetã peteĩ reko Amérikare, péva hína pe tembiasakueete ojejuzgaha mokõive, pe kũ republicano ha pe kũ protestánte. Upépe voi, Adventísmo Laodiceaguápe oñemosẽ jave Ñandejára jurúgui, Tetã peteĩ reko Amérika omyenyhẽ ipy’aguapy’a ra’yrã, ha ñehundi tetãgua oguahẽ pe tetã ári, ha upéi Satanás ojechauka ha oñepyrũ hembiapo hechapyrãva. Umi cien cuarenta y cuatro mil oñesella ha oñemopu’ã yvate peteĩ poyvi ramo pe léi domingope.</w:t>
      </w:r>
    </w:p>
    <w:p>
      <w:pPr>
        <w:pStyle w:val="ArticleBody"/>
        <w:jc w:val="left"/>
      </w:pPr>
      <w:r>
        <w:rPr>
          <w:rFonts w:ascii="Times New Roman" w:hAnsi="Times New Roman" w:eastAsia="Times New Roman" w:cs="Times New Roman"/>
        </w:rPr>
        <w:t>Ñandéve oñemombeʼu ndaikatuiha oñemeʼẽ mbaʼeveichagua idea “pe experiencia tavayguakuéra Tupãgua oikovéva yvy ári amo ára pe mimbipa yvágagui ha peteĩ jey jeýva umi jehasa asy yma guaréva oñembojeheʼáva.”</w:t>
      </w:r>
    </w:p>
    <w:p>
      <w:pPr>
        <w:pStyle w:val="ArticleScripture"/>
        <w:jc w:val="left"/>
      </w:pPr>
      <w:r>
        <w:rPr>
          <w:rFonts w:ascii="Times New Roman" w:hAnsi="Times New Roman" w:eastAsia="Times New Roman" w:cs="Times New Roman"/>
        </w:rPr>
        <w:t>“Satanás ha’e peteĩ temimbo’e kyre’ỹ Biblia rehegua. Ha’e oikuaa itiempo mbykyha, ha oheka opa hendápe ombohovái hag̃ua Ñandejára rembiapo ko yvy ape ári. Ndikatúi oñeme’ẽ mba’eveichagua ta’anga pe jehasa asy rehegua umi tavayguakuéra Tupã rehegua oikovéva gueteri ko yvy ape ári, yvágagui pe mimbipa ha yma guare jejopy vai ñembojevy oñembojehe’áramo. Ha’ekuéra oguata va’erã pe tesape osẽvape Tupã guapyha guasúgui. Umi ánhel rupive oĩta jepivegua ñe’ẽmondo yvágare ha yvýpe. Ha Satanás, ijerére umi ánhel aña, ha he’ívo ijehe ha’eha Tupã, ojapóta opaichagua milágro ombotavy hag̃ua, ikatúramo, umi poravopyre voi. Tupã tavayguakuéra ndojuhumo’ãi hoguerosãi milágro apópe, Satanás niko ojapose jeýta umi milágro oñembyaty hag̃uáicha umi ojejapótava. Umi Tupã tavayguakuéra ohasa porã ha oñeha’ãmava oikóta imbarete pe techaukaha oñeñe’ẽ hague Éxodo 31:12–18-pe. Ha’ekuéra oñembo’y va’erã pe Ñe’ẽ oikovéva ári: ‘Ojehai hína.’ Kóva añoite hína pe pyenda ikatuhápe oñembo’y hag̃ua tekorosãme. Umi omopẽ va’ekue iñe’ẽme’ẽ Tupã ndive, upe árape oĩta Tupã’ỹre ha jerovia’ỹre.” Testimonies, volume 9, 16.</w:t>
      </w:r>
    </w:p>
    <w:p>
      <w:pPr>
        <w:pStyle w:val="ArticleBody"/>
        <w:jc w:val="left"/>
      </w:pPr>
      <w:r>
        <w:rPr>
          <w:rFonts w:ascii="Times New Roman" w:hAnsi="Times New Roman" w:eastAsia="Times New Roman" w:cs="Times New Roman"/>
        </w:rPr>
        <w:t>Umi jejopy jeyvyrã yma guaréva oñepyrũ pe léi domingo rehe Estados Unidos-pe, Satanás niko upérõ oñepyrũta hembiapo hechapyrãva; ha umi kuñataĩ arandu, ojeprova ha oñeha’ãmava “ha ojehechava’ekue ijeroviaha,” upérõ “oguatátane pe tesape oúva Tupã guapyha guive rehe.” Kóva ojejapóta ánhel kuéra rembiapo rupive, péva “umi ánhel kuéra rupive oĩta jekuaauka meme yvágagui yvy peve.”</w:t>
      </w:r>
    </w:p>
    <w:p>
      <w:pPr>
        <w:pStyle w:val="ArticleScripture"/>
        <w:jc w:val="left"/>
      </w:pPr>
      <w:r>
        <w:rPr>
          <w:rFonts w:ascii="Times New Roman" w:hAnsi="Times New Roman" w:eastAsia="Times New Roman" w:cs="Times New Roman"/>
        </w:rPr>
        <w:t>“Umi ungídova oñembo’yva Yvy tuichakue Jára ykére, oguereko pe tenda peteĩ jey oñeme’ẽ va’ekue Satanás-pe querubín omo’ãvaháicha. Umi marangatúva ijyvate guive omongoraíva Itróno, rupi Ñandejára omantene peteĩ ñe’ẽmondo tapiaite yvy rekovekuéra ndive. Pe aséite óro rehegua ohechauka pe grásia rehe, upéva rupive Tupã ombohory umi lámpara umi ogueroviáva rehegua, ani hag̃ua oñemby’a’i ha oñembogue. Ndaha’éiramo ko aséite marangatúgui oñeñohẽva yvágagui Tupã Espíritu marandu rupive, umi mbarete aña rehegua oguerekóne opaite ñangareko yvypóra ári.”</w:t>
      </w:r>
    </w:p>
    <w:p>
      <w:pPr>
        <w:pStyle w:val="ArticleScripture"/>
        <w:jc w:val="left"/>
      </w:pPr>
      <w:r>
        <w:rPr>
          <w:rFonts w:ascii="Times New Roman" w:hAnsi="Times New Roman" w:eastAsia="Times New Roman" w:cs="Times New Roman"/>
        </w:rPr>
        <w:t>“Ñandejára oñemongy’áramo ndajajapói hag̃ua umi marandu ha’e ñandéve omondóva. Péicha roñembotove pe aséite óro ha’e oityséva ñane ánga kuérape, oñembohasávo umi oĩvape pytũmbýpe. Pe ñehenói oguahẽ vove: ‘Pema’ẽ, pe novio ouma; pesẽ pejotopa hag̃ua hese’, umi ndojapóiva pe aséite marangatu, umi nomombaretéiva Cristo gracia ipy’apýpe, ojuhúta, umi kuñataĩ arandu’ỹvape ojoguáicha, noĩriha oñembosako’ívo ojotopa hag̃ua Ijára ndive. Ha’ekuéra ndoguerekói ijehegui pe pokatu ohupyty hag̃ua pe aséite, ha hekove oñehundi. Péro ojejeruréramo Ñandejára Espíritu Santo, ñañembo’évo Moisés ojapo haguéicha: ‘Ehechauka chéve nde gloria’, Ñandejára mborayhu oñeñohẽta ñane korasõme. Umi kuã óro rupive, pe aséite óro oñembohasáta ñandéve. ‘Ndaha’éi mbarete rupi, ni pokatu rupi, che Espíritu rupive ae,’ he’i Ñandejára de los Ejércitos. Ojerresivívo pe Kuarahy Tekokatu rehegua hendyverã porãva, Ñandejára ra’ykuéra omimbi tesapeháicha ko yvy ape ári.” Review and Herald, July 20, 1897.</w:t>
      </w:r>
    </w:p>
    <w:p>
      <w:pPr>
        <w:pStyle w:val="ArticleBody"/>
        <w:jc w:val="left"/>
      </w:pPr>
      <w:r>
        <w:rPr>
          <w:rFonts w:ascii="Times New Roman" w:hAnsi="Times New Roman" w:eastAsia="Times New Roman" w:cs="Times New Roman"/>
        </w:rPr>
        <w:t>Iñarandukuéra ha’e umi oñembotýva Apocalipsis capítulo siete-pe ha Ezequiel capítulo nueve-pe, ha oñembojoavyva umi itavývagui, omomarãva Ñandejárape, ojehejávo “umi marandu ha’e omondóva.” Umi itavýva ha’e umi “ojoka va’ekue iñe’ẽme’ẽ Tupã ndive, ha upe ára oĩtava Tupã’ỹre ha esperánsa’ỹre.” Ko’ã mokõi atýva oñeha’ã ha ogueraha oñemoĩ peteĩ punto-pe, upépe ohechauka haguã ikarakter, oñemopyendáva hikuái oguerohory térã ombotovépa pe marandu upe araguápe guarã. Pe marandu upe araguápe guarã, septiembre 11, 2001 guive, ha’e pe ama pahaguéva marandu.</w:t>
      </w:r>
    </w:p>
    <w:p>
      <w:pPr>
        <w:pStyle w:val="ArticleBody"/>
        <w:jc w:val="left"/>
      </w:pPr>
      <w:r>
        <w:rPr>
          <w:rFonts w:ascii="Times New Roman" w:hAnsi="Times New Roman" w:eastAsia="Times New Roman" w:cs="Times New Roman"/>
        </w:rPr>
        <w:t>Pe ama’ẽrã ama paha rehegua ojekuaa “línea ári línea” rape rupive, oñemohenda hag̃uáicha Isaías kapítulo mokõipa poapy-pe. Pe “línea ári línea” rape ha’e Tupã omoĩva’ekue método oñehesa’ỹijo hag̃ua Ñandejára Ñe’ẽ, ha upévare, ojehovasa’ỹramo upe método, ndaha’éi añónte oñemboyke hag̃ua pe marandu ojehechaukáva “línea ári línea” jeporu rupive, michĩmi ko’ápe ha michĩmi amo, ha’e avei oñemboyke hag̃ua Pe Ome’ẽva’ekue upe método.</w:t>
      </w:r>
    </w:p>
    <w:p>
      <w:pPr>
        <w:pStyle w:val="ArticleBody"/>
        <w:jc w:val="left"/>
      </w:pPr>
      <w:r>
        <w:rPr>
          <w:rFonts w:ascii="Times New Roman" w:hAnsi="Times New Roman" w:eastAsia="Times New Roman" w:cs="Times New Roman"/>
        </w:rPr>
        <w:t>Umi parámetro oñemokyre’ỹva ojekuaaukáva pe proceso de prueba ogueraháva pe sello rehe pe cien cuarenta y cuatro mil rehe, hesakã porã pe peteĩha tape añoite peteĩ Ta’ýra Ñandejára rehegua ikatúva oguata hag̃ua pe tembiasakue rupive, upépe “gloria yvágagui ha peteĩ jevy jey umi ñemoĩ asýpe yma guarégui oñembojehe’a,” ha’eha oĩ hag̃ua peteĩ experiencia-pe ikatuhápe oñemokũmby pe tesape oúva Ñandejára tróno-gui. Upéva tekotevẽ oñemokũmby, térã ndovaléi mba’erãve, ha ñande jaha ñehundi hag̃uáme.</w:t>
      </w:r>
    </w:p>
    <w:p>
      <w:pPr>
        <w:pStyle w:val="ArticleScripture"/>
        <w:jc w:val="left"/>
      </w:pPr>
      <w:r>
        <w:rPr>
          <w:rFonts w:ascii="Times New Roman" w:hAnsi="Times New Roman" w:eastAsia="Times New Roman" w:cs="Times New Roman"/>
        </w:rPr>
        <w:t>“Ndajajapói pe ama paha rire ou hag̃ua. Oútama opa umi ohechakuaa ha omomba’éva ysyry ha ama’i ñande ári ho’áva grásia rehegua. Ñamono’õvo pe tesape rembyrekuéra, ñamomba’égui umi poriahuvereko añetéva Ñandejára rehegua, pe ohayhúva ñande jerovia hese, upéicharõ opa promésa oñekumplíta. [Isaías 61:11 oñecita.] Opa yvy ape ári henyhẽva’erã Ñandejára mimbipa rehe.” The Seventh-day Adventist Bible Commentary, tomo 7, 984.</w:t>
      </w:r>
    </w:p>
    <w:p>
      <w:pPr>
        <w:pStyle w:val="ArticleBody"/>
        <w:jc w:val="left"/>
      </w:pPr>
      <w:r>
        <w:rPr>
          <w:rFonts w:ascii="Times New Roman" w:hAnsi="Times New Roman" w:eastAsia="Times New Roman" w:cs="Times New Roman"/>
        </w:rPr>
        <w:t>Pe ára oñepyrũva'ekue pe ánhel Apocalipsis 18-pegua omyenyhẽ ramo guare ko yvy tuichakue Iglória rehe, oñepyrũvo 11 jasyporundy 2001-pe, pe ama paha ou vaekue “ári” añónte umi “ohechakuaa ha omoĩva imba’erã pe ysapy ha ama porãmegua grásia rehegua” oĩva “ho’áva ñande ári.” Pe “jejavy guasu” ohechauka vaekue yma Hermana White, ha’e vaekue umi kuñataĩ aranduty’ỹva oimo’ãrõ guare ikatuha oha’arõ pe ama paha oñeñohẽ meve jepe’ỹre, upérõ niko oimo’ã ra’e ikatutaha ohupyty jey. Ndaha’éi upéicha; umi okakuaáva añónte Tupã Ñe’ẽ profétika rehegua iñentendimiento-pe oguereko hetave tesape.</w:t>
      </w:r>
    </w:p>
    <w:p>
      <w:pPr>
        <w:pStyle w:val="ArticleBody"/>
        <w:jc w:val="left"/>
      </w:pPr>
      <w:r>
        <w:rPr>
          <w:rFonts w:ascii="Times New Roman" w:hAnsi="Times New Roman" w:eastAsia="Times New Roman" w:cs="Times New Roman"/>
        </w:rPr>
        <w:t>Ko artíkulo ñamohu’ãvo, pe punto aikuaaukasevéva ojoaju pe aravo jehechakuaa reheve, ko’ág̃a jahasáva. Jaikótaramo “tesape oúva Tupã guapyha guasu guive” rupive pe ára oñembojevy jeyhápe umi jejopy vai ymaguaréva, tekotevẽta ñamomba’e ha ñandepu’aka porã Ñe’ẽ Maranduhára rehe pe apañuãi mboyve.</w:t>
      </w:r>
    </w:p>
    <w:p>
      <w:pPr>
        <w:pStyle w:val="ArticleBody"/>
        <w:jc w:val="left"/>
      </w:pPr>
      <w:r>
        <w:rPr>
          <w:rFonts w:ascii="Times New Roman" w:hAnsi="Times New Roman" w:eastAsia="Times New Roman" w:cs="Times New Roman"/>
        </w:rPr>
        <w:t>Peteĩha kapítulope, Daniel ha umi mbohapy iporãva oikuaapaite vaʼekue iñemoarandu oike mboyve oñehaʼã hag̃ua chupekuéra Nabucodonosor renondépe. Irundypa ára aja Cristo oipeʼa pe Ñeʼẽ Marandu profétika umi disípulo arandukárape tenonderã umi pa ára mboyve, upérõ umi disípulo omboaguye hag̃ua ijoaju peteĩme. Upéi ou Pentekoste, ha upéva ohechauka pe léi domingo rehegua.</w:t>
      </w:r>
    </w:p>
    <w:p>
      <w:pPr>
        <w:pStyle w:val="ArticleBody"/>
        <w:jc w:val="left"/>
      </w:pPr>
      <w:r>
        <w:rPr>
          <w:rFonts w:ascii="Times New Roman" w:hAnsi="Times New Roman" w:eastAsia="Times New Roman" w:cs="Times New Roman"/>
        </w:rPr>
        <w:t>Daniel mbohapyapy 3-pe, Sadrac, Mesac ha Abed-nego omombe’u Nabucodonosórpe ndoikotevẽiha tiempo ambuére, pórke ha’ekuéra oĩma va’ekue mbarete porã mba’épa ojapótava pe ára jehasa asy pe léi dominical rehegua jave. Iñe’ẽrendukue oñemomba’eguasuve va’ekue oguata jave tatakuápe Cristo ndive, ha pe marandu ha’ekuéra odesidíma va’ekue pe prueba mboyve ogueraha opa pe mundo upe ramo ojekuaáva rupi umi karai guasu oúva opáichagua tenda guive, ohecháva’ekue pe milágro tatakuápe.</w:t>
      </w:r>
    </w:p>
    <w:p>
      <w:pPr>
        <w:pStyle w:val="ArticleBody"/>
        <w:jc w:val="left"/>
      </w:pPr>
      <w:r>
        <w:rPr>
          <w:rFonts w:ascii="Times New Roman" w:hAnsi="Times New Roman" w:eastAsia="Times New Roman" w:cs="Times New Roman"/>
        </w:rPr>
        <w:t>Ko’ẽrõgua artículope rombojoapyta ko’ã pensamiento.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Kañymby Ayvu Rire Mokõipa — Mbohapyha</dc:title>
  <dc:subject>Léi dominikal ha pe Viaje Profético: Desde la Ley Patriota hasta la Prueba Final</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