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irundy pa — Papapy po</w:t>
      </w:r>
    </w:p>
    <w:p>
      <w:pPr>
        <w:pStyle w:val="ArticleSubtitle"/>
        <w:jc w:val="left"/>
      </w:pPr>
      <w:r>
        <w:rPr>
          <w:rFonts w:ascii="Arial" w:hAnsi="Arial" w:eastAsia="Arial" w:cs="Arial"/>
        </w:rPr>
        <w:t>Oñembopyahu jeyvo umi Irundy Artíkulo Peteĩha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Jajevývo jahechauka hag̃ua pe tembiasakue ñemiguáva versíkulo cuarenta-pe, iporã ñañepyrũ hag̃ua ñañehesa’ỹijo jey umi mba’e ypykue irundy artículo peteĩha ko serie-pe. Pe artículo peteĩha, ko serie rembe’ýpe, ohechauka peteĩ interpretación profética, omoĩvo Cristo-pe Judá ñemoñare León ramo (ha Alfa ha Omega ramo avei), omboja’o hag̃ua Daniel kapítulo once pehẽnguéra umi momento iñimportantevévape, omotenonde hag̃ua pe movimiento reformador paha umi 144,000-pe g̃uarã. Upépe ojehechauka pe tembiasakue pe ángel peteĩha ha mokõiha rehegua ojoja pe tembiasakue pe marandu pe ángel mbohapyha rehegua ndive; upéicha rupi ojekuaa 1989-pe, (126 ary rire pe Adventista ñemboyke 1863 guive), pe León omboja’o hague Daniel 11:40–45. Umi versíkulo oñemboja’óva omombe’u pe papado ojegueraháva pe ikutu omanóva 1798-pe, ha iñemboguejy jey peteĩ joaju mbohapyve rupive: dragón, mymba, ha proféta japu, ogueraha hag̃ua Armagedón peve “yvyty marangatu porãitévape” versíkulo cuarenta y cinco-pe. Pe movimiento umi ciento cuarenta y cuatro mil rehegua oñemboja’óvo pe ley dominical oúma hag̃uáicha pya’e Estados Unidos-pe, pe tembiasakue ñemiguáva versíkulo 40 rehegua (ohasáva 1989 guive pe ley dominical peve) oñepyrũ oñemboja’o jey julio, 2023-pe.</w:t>
      </w:r>
    </w:p>
    <w:p>
      <w:pPr>
        <w:pStyle w:val="ArticleBody"/>
        <w:jc w:val="left"/>
      </w:pPr>
      <w:r>
        <w:rPr>
          <w:rFonts w:ascii="Times New Roman" w:hAnsi="Times New Roman" w:eastAsia="Times New Roman" w:cs="Times New Roman"/>
        </w:rPr>
        <w:t>Oñembohapévo Ellen White remimombe’úre, pe Daniel kuatiañe’ẽ oñemboty’ỹva pehẽngue, ojehechaukáva ára pahápe, omoheñói peteĩ “jeikuaa okakuaáva” ombosako’íva peteĩ tavayguakuérape oñembo’y hag̃ua. “Aceite” ojehechakuaa Espíritu Santo ramo, marandu yvagágui ha tekokatu ramo umi diez virgen parábolape. Pe jeipe’a omoñepyrũ pe mbohapy hendáicha ñeporandu ha ñeha’ãrõ Daniel 12:10-pe, upépe heta oñemopotĩ, “oñemopotĩmba, omorotĩ ha oñeha’ãrõ.” Ko tembiasakue ohechauka heta punto profético oñeipe’a haguépe profecía, oñepyrũvo 1989 guive, septiembre 11, 2001 ha julio, 2023-pe. Umi jeipe’a opaichagua ohechauka peteĩ ára paha 1989 guive 9/11 peve, pe período 9/11 guive pe ley dominical og̃uahẽmbotaitévape peve, ha pe período pe tiempo de demora rehegua julio 18, 2020 guive diciembre 31, 2023 peve, upépe pe Mensaje del Clamor de Medianoche oñeipe’a mbeguekatu hag̃uáicha pe ley dominical peve.</w:t>
      </w:r>
    </w:p>
    <w:p>
      <w:pPr>
        <w:pStyle w:val="ArticleBody"/>
        <w:jc w:val="left"/>
      </w:pPr>
      <w:r>
        <w:rPr>
          <w:rFonts w:ascii="Times New Roman" w:hAnsi="Times New Roman" w:eastAsia="Times New Roman" w:cs="Times New Roman"/>
        </w:rPr>
        <w:t>Pe ñemombáy umi candidato oĩ hag̃ua umi cien cuarenta y cuatro mil apytépe, ojehechaukáva Ezequiel 37 pegua kangue piru rupive ha Apocalipsis once pegua mokõi testígo opu’ãva hikuái oñemyenyhẽ jave Espíritu rehe, ojejapo pe desellamiento rupive. Tupã tavayguakuéra ndoikuaáiramo oñemombáy hag̃ua ko “tesape hepyete” ohechaukáva peligro-kuéraicha pe pokatu papal ha léi domingo, herejía-kuéra omboguapy chupekuéra pe cribado rupive (oñemboja’óva paja trigo-gui). Umi señal profética tenonderãgua yma guaréva, ha’éva pe Blair Bill ary 1888-pe ha pe Patriot Act, ojehechauka advertencia profética ramo. Pe artículo ohechauka opaite línea tenondegua historia profética rehegua oĩva Daniel capítulo once ryepýpe ojerejeyha versículo 40-45-pe. Pe artículo ohechauka pe mymba ra’anga oñeforma raẽha Estados Unidos-pe ha upéi mundo-pe, ojehechaukaramóva 321 ha pe primer léi domingo rupive, upéi pe mymba ra’anga global ojehechaukaramóva 538 rupive, Miguel opu’ãvo ha gracia ára oñemboty jave.</w:t>
      </w:r>
    </w:p>
    <w:p>
      <w:pPr>
        <w:pStyle w:val="ArticleBody"/>
        <w:jc w:val="left"/>
      </w:pPr>
      <w:r>
        <w:rPr>
          <w:rFonts w:ascii="Times New Roman" w:hAnsi="Times New Roman" w:eastAsia="Times New Roman" w:cs="Times New Roman"/>
        </w:rPr>
        <w:t>Mokõiha umi irundy artíkulogui omotenonde pe kuaapy maranduhára rehegua omoĩvo Patriot Act ary 2001-pegua Estados Unidos “ñe’ẽ” ramo, oñemboguapýva Apocalipsis 13:11 ñembyatyhápe. Patriot Act ha’e va’ekue pe peteĩha mbohapy léi guasu joavykuérape apytégui, ombojojáva umi mbohapy techaukaha ypyguakuéra mburuvicharenda poteĩha profecía bíblica rehegua ñepyrũme; Declaración de Independencia ary 1776, Constitución ary 1789, ha Alien and Sedition Acts ary 1798. Pe Blair Bill ary 1888-pegua, osẽ’ỹva, peteĩ jehaipyre tetãygua léi domingo rehegua rekávo, oñemboyke va’ekue Cestio mongora guasu ary 66-peguáicha; mokõivéva ohechauka hag̃ua ary 2001, upe jave Patriot Act omoñepyrũ va’ekue pe ta’anga mymba ñarõ rehegua aravo Estados Unidos-pe. Patriot Act ombojoaju 1776 rehe, ha omyengovia pe léi jepivegua inglés “ndaijejavyi peve ojehechauka pe jejavy” rehegua, pe léi civil romano “ojejavy peve ojehechauka ndojejavyiha” rehe. Pe techaukaha mbytegua, ojehechaukáva 1789 rupive — umi Pelosi Trials oñepyrũva enero ary 2022-pe — opyrũ vai pe tekoguata rehegua ha pe mba’eetéva derecho al debido proceso ári, porandupyréva jeikuaa hag̃ua umi añetegua, ojeporúvo derecho politikokuéra ñorairõrã, operaciones de bandera falsa, ha corrupción umi agencia-kuérape, ojehechaukávo he’iháicha umi derécho ypykue guasu oñembotovéva. Ko’ã mbohapy techaukaha ñe’ẽ rehegua Patriot Act ary 2001-pe, Pelosi Trials ary 2022-pe, ha pe léi domingo oútava, mbeguekatúpe omboykévo opa principio Constitución Estados Unidos-pegua.</w:t>
      </w:r>
    </w:p>
    <w:p>
      <w:pPr>
        <w:pStyle w:val="ArticleBody"/>
        <w:jc w:val="left"/>
      </w:pPr>
      <w:r>
        <w:rPr>
          <w:rFonts w:ascii="Times New Roman" w:hAnsi="Times New Roman" w:eastAsia="Times New Roman" w:cs="Times New Roman"/>
        </w:rPr>
        <w:t>Upérõ, pe protestantismo oipyhy po popería ha espiritualismo rehe peteĩ mbohapy joajupe, upérõ Estados Unidos oñe’ẽ dragónicha, omohendaite mymba ra’anga, omyenyhẽ hi’ãha py’a’arã, ha opa hag̃ua pe poteĩha mburuvichaguaicha. Pe apostasía tetãygua upérõ ojehupyty hapykuéri pe ñehundi tetãygua. Pe ñe’ẽme’ẽ léi arapokõindy rehegua ojehechauka hag̃ua ta’angamýiramo oñepyrũha ha pe peteĩha léi arapokõindy rehegua Constantino ombohapéva ary 321-pe, ha upéi pe opa’ỹrã ha pahápegua léi arapokõindy rehegua ojehechauka 538-pe.</w:t>
      </w:r>
    </w:p>
    <w:p>
      <w:pPr>
        <w:pStyle w:val="ArticleBody"/>
        <w:jc w:val="left"/>
      </w:pPr>
      <w:r>
        <w:rPr>
          <w:rFonts w:ascii="Times New Roman" w:hAnsi="Times New Roman" w:eastAsia="Times New Roman" w:cs="Times New Roman"/>
        </w:rPr>
        <w:t>Ko’ã mba’e oikova’ekue opavave oñemokañy Daniel 11:40 rembiasakue profético ryepýpe, omboguatáva jojaite umi línea Millerita ndive ha avei Cristo-gui kurusu peve. Apocalipsis 12:15–16 ohechauka Constitución-pe “yvy” ramo, peteĩ jey omokõ va’ekue dragón ysyry persecusión rehegua, ha ipahápe oñe’ẽva dragónicha pe léi domingo oúta hag̃uáme. Ellen White ñe’ẽmondo Testimonies, volumen 5-pe (kuatia 711 ha 451, 452), he’íva mayma legislación religiosa omboykéva pe papado gotyo, ha pe léi domingo ohechaukataha dragón espíritu; omoneĩ umi mbohapy paso 1776, 1789 ha 1798 ha’eha techaukaha ombojojava’erãva pe proceso paha ñeha’ãrã mbohapy-paso rehegua, oñembotýva pe prueba paha-pe, ha pe proceso ñeha’ãrã rehegua ha’e pe ombosako’íva Ñandejára tavayguakuérape ikatu hag̃uáicha oñembo’y.</w:t>
      </w:r>
    </w:p>
    <w:p>
      <w:pPr>
        <w:pStyle w:val="ArticleBody"/>
        <w:jc w:val="left"/>
      </w:pPr>
      <w:r>
        <w:rPr>
          <w:rFonts w:ascii="Times New Roman" w:hAnsi="Times New Roman" w:eastAsia="Times New Roman" w:cs="Times New Roman"/>
        </w:rPr>
        <w:t>Pe mbohapyhaha mbytetépe oñemyesakãve Ellen White ñe’ẽmondýi rehe Testimonies, volúmen 5, páhina 451, 452-pe, he’ívo pe léi domingo pya’éma ou hag̃uáva Estados Unidos-pe ha’eha upe ára decisivo tetã ojei hag̃ua porãite tekojoja-gui, ha omohu’ã hag̃ua pe joaju mbohapyvegua (protestantismo ojapyhývo romanismo ha espiritismo). Upérõ Estados Unidos ombotovéta opa principio constitucional oĩva peteĩ gobierno protestante ha republicano ramo, ha omyasãita umi tavykuaaty papal. Kóva ha’e pe techaukaha oguahẽma hague Tupã paciencia pahaite peve, upéicha omyenyhẽvo pe tetã rembipota angaipa kuápe, omongu’éva ángel poriahuverekorã oho hag̃ua, ha omoñepyrũva ruína nacional. Upéi oguahẽ pe mbohovái umi mártir sapukái pe quinto sello-gua rehe, “Araka’e peve?”, oñembyatývo peteĩ aty mokõiha mártir papal-kuéra rehegua. Pe dragón espíritu ojehechauka pe “movimiento dominical” oñe’ẽ jave—ha’évo pe “mba’e ñehundi oporombo’evai va’ekue” ko árape guarã (Daniel oñe’ẽ hague hese ha Cristo omombe’u jey hague) peteĩ techaukaha ramo ojeheja hag̃ua umi táva guasu ojejuhúta mboyve ñehundi. Pe léi domingo ha’e pe paha pe ombotove mbykymi hag̃ua Constitución-pe, oñepyrũva’ekue ary 2001-pe Patriot Act reheve (ojejoguáva umi Blair Bills ary 1888-guápe, Cestio ojere hag̃ua 66 d.C.-pe, Cristo ñemongarai, agosto 11, 1840 ha The Declaration of Independence).</w:t>
      </w:r>
    </w:p>
    <w:p>
      <w:pPr>
        <w:pStyle w:val="ArticleBody"/>
        <w:jc w:val="left"/>
      </w:pPr>
      <w:r>
        <w:rPr>
          <w:rFonts w:ascii="Times New Roman" w:hAnsi="Times New Roman" w:eastAsia="Times New Roman" w:cs="Times New Roman"/>
        </w:rPr>
        <w:t>Pe período oñeforma haguépe mymba ñarõ ra'anga Estados Unidos-pe oguereko peteĩ línea mokõiha ipyahúva ha ijetu'úva, oikehápe peteĩchaite paralelo “hatĩ” Republicano (político) ha Protestante (religioso), ipahápe oñembojoajúva pe iglesia ha estado ñemongu'e rupive domingo léi-kuéra ñemotenondépe. Ko joaju ojogua pe mymba papal rehe kuña oisãmbyhýva mymba ári, ha ojehechauka porãmba pe Constitución rembiapoukapy iñimportantevéva, ha'éva iglesia ha estado ñemboja'o, oñembyai jave.</w:t>
      </w:r>
    </w:p>
    <w:p>
      <w:pPr>
        <w:pStyle w:val="ArticleBody"/>
        <w:jc w:val="left"/>
      </w:pPr>
      <w:r>
        <w:rPr>
          <w:rFonts w:ascii="Times New Roman" w:hAnsi="Times New Roman" w:eastAsia="Times New Roman" w:cs="Times New Roman"/>
        </w:rPr>
        <w:t>Hyepýpe, mymbaga ra’anga oha’ãva ára oha’ã avei tekokatu ñemoheñói (Cristo ra’anga rovái Satanás bestia ra’anga) opa tavayguakuéra apytépe, omboja’óvo umi kuñataĩ arandu ha umi iñakãhatãva; ha okáguio ohechauka umi ára pahápe oĩva ñorairõ ñepolitikágua, joaju ha ñe’ẽme’ẽ ñembyai. Pe ára 2001 guive pe léi domingo peve omoñepyrũ pe ama pahaguápe ñesapymi (ñepyrũvo pe ángel Apocalipsis 18 gua oguejy va’ekue setiembre 11, 2001-pe, omimbiuka yvy Nueva York pegua óga guasu kuéra ho’ávo rupi). 9/11 omoñepyrũ Laodicea-pegua Adventismo Ára Pokõindyha pegua mboykuaarã ñembyahýi, pe “aranduka michĩ” marandu oje’u va’erã Apocalipsis 10-pe he’iháicha, oñemoneĩ térã oñemboykévo rupive. Pe trígo ha ñana vai opyta oñondive ipahápe peve ojepe’a peve umi ojohegui pe léi domingo jave, upérõ umi cien cuarenta y cuatro mil oñemopu’ãta techaukaha ramo ha oguahẽta pe ama pahagua oñehenohẽmbaitéva, pe bestia ra’anga ñemoheñói yvy tuichakue jave, oñehauka va’ekue 321 guive 538 peve rupi. Upéi oñepyrũ Babilonia-gui pe aty guasu ñembyaty Miguel opu’ã peve ha pe gracia ára oñemboty. Kóva oñemohenda pe juicio oñepyrũha tenonderã Tupã róga rehe 9/11 guive, ha upéi umi tembiapohára aravo once peguápe pe léi domingo rire.</w:t>
      </w:r>
    </w:p>
    <w:p>
      <w:pPr>
        <w:pStyle w:val="ArticleBody"/>
        <w:jc w:val="left"/>
      </w:pPr>
      <w:r>
        <w:rPr>
          <w:rFonts w:ascii="Times New Roman" w:hAnsi="Times New Roman" w:eastAsia="Times New Roman" w:cs="Times New Roman"/>
        </w:rPr>
        <w:t>Pe mbohapyha va’erã omomba’e guasu hag̃ua pe jeikove hag̃ua pe ára pe mimbipa yvagagua ha umi ñembojere yma guare oñembojehe’a ha oñeha’ãjevy jave, tekotevẽha oñembokatupyry raẽ hag̃ua marandurãme, Isaías 28-pe ojehechaukaháicha pe tape “línea ári línea” rupive. Ko tape ojehechauka Daniel rembiapo porãva rupi, Cristo remimbo’e kuéra Pentekostés mboyve, ha Sadrac, Mesac ha Abed-nego tatakua guasúpe, ojehechaukáva techapyrãramo umi oñembosako’íva opyta hag̃ua hatã ha jerovia hag̃uáicha “Ojehai va’ekue”-pe, Satanás rembiapo hechapyrãva ha ijapu hag̃ua ojapóva mbytépe.</w:t>
      </w:r>
    </w:p>
    <w:p>
      <w:pPr>
        <w:pStyle w:val="ArticleBody"/>
        <w:jc w:val="left"/>
      </w:pPr>
      <w:r>
        <w:rPr>
          <w:rFonts w:ascii="Times New Roman" w:hAnsi="Times New Roman" w:eastAsia="Times New Roman" w:cs="Times New Roman"/>
        </w:rPr>
        <w:t>Pe irundyha ñe’ẽmbyrã omyesakã pe proceso de prueba profética ojeporúva ojeforhápe pe mymba ra’anga Estados Unidos-pe ohoha joja ha oñembojoaju hag̃ua mbohapy hito constitucional ndive (Patriot Act ary 2001-pe oñe’ẽ ñepyrũrãramo, Pelosi Trials ary 2022-pe mbyte ramo, ha pe léi domingo rehegua ipahápe ramo). Pe proceso de prueba ombosako’i umi kuñataĩ arandupe (umi 144,000) ikatu hag̃uáicha ogueropu’aka pe prueba pahaite oúva persecución rehegua oñepyrũvo pe léi domingo guive, upe jave pe apostasía tetãygua ogueru ñehundi. Upéi Satanás omosẽ umi mba’e ojoguáva hechapyrãva (he’ívo ha’eha Tupã ha ojapóvo milagrokuéra), ha pe gloria yvagapegua oñembojehe’a umi persecución yma guare oñembopyahúva ndive, upéicha hag̃uáicha Tupã tavaygua oguata hag̃ua ndojehechaukái ni ndojeguerova mo’ãi hag̃uáicha pe tesape osẽva Tupã guapyha guive. Ko ñembosako’i ojogua Cristo estrategia rehe Juan seis-pe (oje’éicha The Desire of Ages, 394-pe), upépe Ha’e oheja va’ekue oiko peteĩ prueba ijetu’úva oipe’a hag̃ua pya’e umi hapykuéri oikóva ijeheguínte, ha omombarete hag̃ua umi temimbo’e añeteguápe pe prueba pahaite hag̃ua (Getsemaní, ñeme’ẽ, kurusúre jejuka) Ijapytépe. Péicha avei, pe prueba mymba-ra’angáre guare —oguerekóva ipype pe jejapo hyepypegua tekokatu rehegua (Cristo ra’anga térã Satanás mymba ra’anga) ha pe joaju okapegua iglesia ha Estado rehegua omboykéva pe ñemboja’o iglesia ha Estado apytégui— omboguero’a Adventismo Laodiceaguápe. Pe prueba omopotĩ umi arandúpe pe marandu ndojehechaukapa gueteri va’ekue ñemoneĩ rupive pe metodología línea sobre línea, Isaías 28-gua rupi.</w:t>
      </w:r>
    </w:p>
    <w:p>
      <w:pPr>
        <w:pStyle w:val="ArticleBody"/>
        <w:jc w:val="left"/>
      </w:pPr>
      <w:r>
        <w:rPr>
          <w:rFonts w:ascii="Times New Roman" w:hAnsi="Times New Roman" w:eastAsia="Times New Roman" w:cs="Times New Roman"/>
        </w:rPr>
        <w:t>Pe tesape’ỹva’ekue hína pe séllo poapyha renda guive (Apocalipsis 8:1–5), ojehechaukáva tata oñemombo yvy ári marangatukuéra ñembo’e rembovái ramo, peteĩchaháicha ojehechauka va’ekue tata ñe’ẽnguéra rupi Pentecostés ñehẽkue jave. Pe tesape’ỹva’ekue avei ojehechauka va’ekue pe Millerita pyhare mbyte sapukái rupive (omongatúva oike hag̃ua jerovia rupi pe Tenda Marangatuvévape), ha upéva ojejapopaitéta pe pyhare mbyte sapukái ko’ag̃agua ojeipe’áva’ekuépe julio 2023-pe, Daniel 11:40 rembiasakue kañymby ryepýpe.</w:t>
      </w:r>
    </w:p>
    <w:p>
      <w:pPr>
        <w:pStyle w:val="ArticleBody"/>
        <w:jc w:val="left"/>
      </w:pPr>
      <w:r>
        <w:rPr>
          <w:rFonts w:ascii="Times New Roman" w:hAnsi="Times New Roman" w:eastAsia="Times New Roman" w:cs="Times New Roman"/>
        </w:rPr>
        <w:t>Pe amandaje yvytu pyhareve pahague ñemokãingue rehegua 11 de septiembre guive, oñondive pe jeikuaa hetave hag̃ua papado rehe ha pe léi domingo rehe, ojepytasóva umi siete trueno ñemboty ojepe’a reheve, ha pe tembiasakue kañymby véso cuarenta rehegua, opavave oike pe Jesucristo Revelación ñemboty ojepe’a ryepýpe. Pe hesakã porã profético mymba ra’anga ñemoheñói rehegua; oikehápe mokõivéva, pe cuerno republicano ha protestante ñorairõnguéra, umi partido político, pe adventismo laodicense, pe 144.000 osẽ hag̃ua, Islam pe mbohapyha aipo, Rusia, ONU, pe pokatu papal, ha umi joja hasmoneo rehegua, ombokatupyry umi arandúvape ohechakuaa ha oguereko hag̃ua Tupã sãmbyhy, ohejarei’ỹre pe ñembohape yma guare (Testimonies to Ministers, 31).</w:t>
      </w:r>
    </w:p>
    <w:p>
      <w:pPr>
        <w:pStyle w:val="ArticleBody"/>
        <w:jc w:val="left"/>
      </w:pPr>
      <w:r>
        <w:rPr>
          <w:rFonts w:ascii="Times New Roman" w:hAnsi="Times New Roman" w:eastAsia="Times New Roman" w:cs="Times New Roman"/>
        </w:rPr>
        <w:t>Okarúvo pe “aranduka michĩmi” (Revelation 10), ha omoingévo pype tenondeve guive pe tembiasakue Berea-icha ñehesa’ỹijópe, umi cien cuarenta y cuatro mil ohupyty kuaapy hag̃ua oñembo’y hag̃ua hag̃ua hatã ko’ẽrõ: “Ojehai”, Satanás mbotavýpe apytépe. Iñembosako’i oheja chupekuéra ani hag̃ua ojere jey perdición-pe (Hebrews 10:37–39; Habakkuk 2:4), ha upéi ojehechauka chupekuéra ramo umi ojeprova ha ojejuhu hag̃ua ipu’aka hag̃ua, omoĩva Ñandejára mandamiénto kuéra (tenonderãite pe irundyha) ha Jesús jerovia. Ha’e hikuái umi oguata kuaáva pe apañuãi paha rupi, upe hendápe umi ijoja oikove jerovia rupive, umi ánhel kuéra oñangarekóva hese kuéra, ha umi tavyva (omboykéva pe tapereko ha pe marandu) oñembotavy mbarete ha opyta hag̃ua esperansa’ỹre. Kóva ojoja Testimonies, volumen 9-pe pe kapítulo For the Coming of the King ndive, (oñepyrũva página 11-pe) ipype oĩva símbolo 9/11, upéicha rupi ojekuaa hag̃ua pe arange 9/11 guive pe léi domingo peve ramo pe sellado ára, upe jave umi arandu oikũmby Daniel 11 ñemohu’ã ha ndokyhyjéi mba’evegui, ndaha’éiramo añónte hesarái hag̃ua Ñandejára sãmbyhy yma guare marandu marangatu kuérape.</w:t>
      </w:r>
    </w:p>
    <w:p>
      <w:pPr>
        <w:pStyle w:val="ArticleBody"/>
        <w:jc w:val="left"/>
      </w:pPr>
      <w:r>
        <w:rPr>
          <w:rFonts w:ascii="Times New Roman" w:hAnsi="Times New Roman" w:eastAsia="Times New Roman" w:cs="Times New Roman"/>
        </w:rPr>
        <w:t>Umi irundy artículo oñondivepa ohechauka peteĩ interpretación profética Cristo rehegua, Judá ñemoñare León ramo, ha Alfa ha Omega ramo, ombohesapéva Daniel capítulo once pehẽnguéra umi ára clave-pe ombokatupyry hag̃ua pe movimiento paha ñemyatyrõ rehegua umi cien cuarenta y cuatro mil-pe g̃uarã. Áño 1989-pe, 126 ary rire pe “rebelión” adventista 1863-gua, pe León ombohesape Daniel 11:40–45, oikuaauka hag̃ua pe papado ñekytĩrõ omanóva 1798-pe oñemonguera jey hague pe joaju mbohapyve (dragón, mymba, ha maranduhára japu) versículo cuarenta y uno-pe, ha ogueraha Armagedón-pe, “pe yvyty marangatu hechapyrãva”, upépe pe papado ohupyty hag̃ua hi’árape pe juicio paha versículo cuarenta y cinco-pe. Pe ñembohesape omoñepyrũ pe movimiento ñepyrũ, ogueru hag̃ua peteĩ “mba’ekuaa okakuaáva” (Selected Messages, aranduka 2) “pe papado ha pe léi domingo rehe”, omoakãrapu’ãvo pe prueba mbohapyve rehegua jahecháva “oñemopotĩ, oñembotĩ morotĩ, ha oñeha’ã hag̃ua”, ojehechaukaháicha Daniel 12:10-pe.</w:t>
      </w:r>
    </w:p>
    <w:p>
      <w:pPr>
        <w:pStyle w:val="ArticleBody"/>
        <w:jc w:val="left"/>
      </w:pPr>
      <w:r>
        <w:rPr>
          <w:rFonts w:ascii="Times New Roman" w:hAnsi="Times New Roman" w:eastAsia="Times New Roman" w:cs="Times New Roman"/>
        </w:rPr>
        <w:t>Ñaseguíta koʼã pensamientope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irundy pa — Papapy po</dc:title>
  <dc:subject>Oñembopyahu jeyvo umi Irundy Artíkulo Peteĩha hag̃ua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