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Rirundýpa — Papapy Poapy</w:t>
      </w:r>
    </w:p>
    <w:p>
      <w:pPr>
        <w:pStyle w:val="ArticleSubtitle"/>
        <w:jc w:val="left"/>
      </w:pPr>
      <w:r>
        <w:rPr>
          <w:rFonts w:ascii="Arial" w:hAnsi="Arial" w:eastAsia="Arial" w:cs="Arial"/>
        </w:rPr>
        <w:t>Yvyty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Pe Yvyty Moambueha Pedro-pe guarã oiko Panium ha kurusu apytépe, ha ambue línea-pe, Pedro oĩ Cristo ñemongarai iñepyrũrã guive hembiapo ministerial-pe ha upe riremi oike triumfálva rire, ipahápe hembiapo ministerial-pe. Umi mbohapy techaukaha ñemongarai rehegua, yvyty rehegua ha pe oike triumfálva ñemohu’ã rehegua ojehechauka umi mbohapy jey Túva yvágagui oñe’ẽ hague rupive. Mbohapyha jey, Juan 12-pe, ha’e umi Griego-kuéra oheka jave Jesús-pe. Pe ñemongarai ha’e 9/11, pe yvyty oĩ Panium rembiasakue guive pe léi dominical peve, versíkulo dieciséis-pe. Pedro-pe guarã ha’e va’ekue Panium, upéi pe yvyty guive pe oike triumfálva ñemohu’ã peve, upéva ningo Cristo oñemomba’eguasu jeýta mokõiháicha mboyvemi.</w:t>
      </w:r>
    </w:p>
    <w:p>
      <w:pPr>
        <w:pStyle w:val="ArticleScripture"/>
        <w:jc w:val="left"/>
      </w:pPr>
      <w:r>
        <w:rPr>
          <w:rFonts w:ascii="Times New Roman" w:hAnsi="Times New Roman" w:eastAsia="Times New Roman" w:cs="Times New Roman"/>
        </w:rPr>
        <w:t>Ko'ág̃a che ánga oñembyasy; ha mba'épa ha'éta? Túva, chesalva ko aravo-gui; hákatu ko mba'ére voi aju ko aravo peve. Túva, emomba'e nde réra. Upérõ ou peteĩ ñe'ẽ yvágagui, he'íva: Amomba'éma, ha amomba'evéta jey. Upévare umi tavayguakuéra oĩva upépe ha ohendúva, he'i okyapuha; ambue katu he'i: Peteĩ ánhel oñe'ẽ hendive. Jesús ombohovái ha he'i: Ko ñe'ẽ ndajúi cherehehápe, pende rehehápe katu. Ko'ág̃a oiko ko yvy arigua huísio; ko'ág̃a ko yvy arigua mburuvicha oñemosẽta okápe. Ha che, yvy ári chehupi vove, ambyatýta che rendápe opa tapichápe. Péicha he'i ohechauka hag̃ua mba'eichagua mano rupípa omano va'erãha. Juan 12:27–33.</w:t>
      </w:r>
    </w:p>
    <w:p>
      <w:pPr>
        <w:pStyle w:val="ArticleBody"/>
        <w:jc w:val="left"/>
      </w:pPr>
      <w:r>
        <w:rPr>
          <w:rFonts w:ascii="Times New Roman" w:hAnsi="Times New Roman" w:eastAsia="Times New Roman" w:cs="Times New Roman"/>
        </w:rPr>
        <w:t>Pe línea oñemopyendáva Levítico mokõipa mbohapy ha pe ára pegua pentecostal rehe oguereko peteĩ techaukaha ñepyrũrã mbohapy jepytaso reheve, upéi po ára, ha peteĩ techaukaha paha umi mba’e rechauka peteĩchaitéva reheve. Umi techaukaha apytépe, mbohapypa ára ohechauka pe período pa’ikuéra rehegua, ha upéva opa pe trompeta kuéra aretepe. Pe trompeta kuéra arete, Cristo ojupi yvágape irundypa ára rire ombo’évo hemimbo’épe hova renondépe opu’ã rire omanóva apytégui, ha pe ára ñemopotĩha rehegua ohechauka umi mbohapy jepytaso pe línea paha rehegua Levítico mokõipa mbohapýpe. Umi mbohapy jepytaso rire oúma po ára oguahẽ meve mokõivéva, Pentecostés ha pe Tabernáculo kuéra arete. Mbohapyha jey Túva yvagagua oñe’ẽ va’ekue ha’e kuri umi griego-kuéra mboyve, ohechaukáva umi oñehenóiva osẽ hag̃ua Babiloniágui pe arapokõindy léi jave, oheka jave hikuái peteĩ ñe’ẽrendu Jesús ndive. Pe arapokõindy léi mboyveite Jesús ohechauka pe poyvi oñehupíva kurusúre. Yvy oñemyesakã Iglória reheve 9/11-pe ha oñemyesakã jey pe arapokõindy léi jave.</w:t>
      </w:r>
    </w:p>
    <w:p>
      <w:pPr>
        <w:pStyle w:val="ArticleBody"/>
        <w:jc w:val="left"/>
      </w:pPr>
      <w:r>
        <w:rPr>
          <w:rFonts w:ascii="Times New Roman" w:hAnsi="Times New Roman" w:eastAsia="Times New Roman" w:cs="Times New Roman"/>
        </w:rPr>
        <w:t>Cesarea Filipospe, ha’éva Panium, ha’e pe aravo hora; ha Cesarea Marítima katu ha’e porundyha hora kurusúpe, oñehenduka jave pe ñehenói osẽ hag̃ua Babilóniagui. Kurusú mboyve, oĩ aja Panium rembiasakue proféticape, Pedro oĩ yvytýpe, ha katu gueteri pe jeike triunfál paha mboyve. Panium osegi peve pe kurusu oje’éva versíkulo dieciséispe. Pedro Panium-pe oĩ mboyveite pe tembiasakue mbohapy jeku’eha Levítico mokõi paapy-peguáva, pe arete trompéta rehegua, jehupiha ha ñemoĩporã rehegua. Pedro oĩ umi mbohapypa ára pa’i ñembo’epyrã poravopyre ryepýpe.</w:t>
      </w:r>
    </w:p>
    <w:p>
      <w:pPr>
        <w:pStyle w:val="ArticleBody"/>
        <w:jc w:val="left"/>
      </w:pPr>
      <w:r>
        <w:rPr>
          <w:rFonts w:ascii="Times New Roman" w:hAnsi="Times New Roman" w:eastAsia="Times New Roman" w:cs="Times New Roman"/>
        </w:rPr>
        <w:t>Simón oiko Pedro-rõ Panium-pe, ha oreko peteĩ tape rupi pe yvyty ári pe jeike triunfal mboyve. Pe jeike triunfal ohechauka umi diez virgen ñe’ẽmondo. Po añoite oike pe ñemendápe, ha umi cinco ára oĩva pe mbohapy jey waymark ha Pentecostés apytépe ha’e pe ñepyrũ pe jeike triunfal rehegua. Upéva oñepyrũ pe trompeta aretépe, péro upe waymark oguereko peteĩ joaju mbohapy waymark rehegua. Peteĩ waymark añoicha, umíva ohechauka pe ñorairõ Nashville rehegua pe trompeta arete ndive. Pe Marandu Pyhare Mbytegua oñemoneĩma vaʼekue, ha pe procesión umi po virgen arandúva rehegua oñepyrũ pe tembiapo ogueraháva pe kurusu ñemano, ñeñotỹ ha jeikove jey peve, upéva ha’éva pe arapokõindy léi.</w:t>
      </w:r>
    </w:p>
    <w:p>
      <w:pPr>
        <w:pStyle w:val="ArticleBody"/>
        <w:jc w:val="left"/>
      </w:pPr>
      <w:r>
        <w:rPr>
          <w:rFonts w:ascii="Times New Roman" w:hAnsi="Times New Roman" w:eastAsia="Times New Roman" w:cs="Times New Roman"/>
        </w:rPr>
        <w:t>Pedro oĩ Paniope, ombohekóvo pe predicción umi tata apu’a Nashville pegua rehegua, ha mboyve pe arete mimbipu ñembopu ojehendu hag̃ua pe predicción ñemohu’ãme. Tekotevẽ profética rupi raẽ oho pe yvytyhápe, pe yvyty oĩgui va’ekue pe jeike triunfal mboyve. Abraham oho mboyve pe yvytyhápe, iñéra oñemoambue, ha Pedro réra oñemoambue Paniope, mboyve oho hag̃ua pe yvytyhápe. Pe yvytyha hína Pedro ñeha’ã pe predicción umi tata apu’a Nashville pegua ñemohu’ã mboyve. Pe ñemohu’ã hína pe mbohapyha ha pe prueba decisiva, upépe ojehechauka tekokatu oĩha vy’ápe térã tĩndýpe.</w:t>
      </w:r>
    </w:p>
    <w:p>
      <w:pPr>
        <w:pStyle w:val="ArticleBody"/>
        <w:jc w:val="left"/>
      </w:pPr>
      <w:r>
        <w:rPr>
          <w:rFonts w:ascii="Times New Roman" w:hAnsi="Times New Roman" w:eastAsia="Times New Roman" w:cs="Times New Roman"/>
        </w:rPr>
        <w:t>Pe línea 457 a.C. rehe opa Rafia ha Panium mbytépe, Génesis capítulo diecisiete-pe pe ñe’ẽme’ẽ ojoaju Rafia ndive, ha Mateo capítulo dieciséis-pe pe ñe’ẽme’ẽ ojoaju Panium ndive. Panium guive, Pedro oho yvyty ári, Abraham oho haguéicha Isaac jejuka hag̃ua katupyryme. Pe yvyty Pedro línea rehegua ojoaju pe yvyty Abraham ára rehegua ndive.</w:t>
      </w:r>
    </w:p>
    <w:p>
      <w:pPr>
        <w:pStyle w:val="ArticleBody"/>
        <w:jc w:val="left"/>
      </w:pPr>
      <w:r>
        <w:rPr>
          <w:rFonts w:ascii="Times New Roman" w:hAnsi="Times New Roman" w:eastAsia="Times New Roman" w:cs="Times New Roman"/>
        </w:rPr>
        <w:t>Abraham rape rechaukaha peteĩ tape rechaukaha ojejapóva mbohapy ára reheve. Jeike jejopyrãme, mokõi temimbo'e oñemondo ojegueru hag̃ua peteĩ mburika ogueraha hag̃ua Cristope, ha Abraham línea-pe imbohapy ára rape oñepyrũ iñemoĩ porã reheve mokõi tembiguái ha peteĩ mburika, ogueraha hag̃ua yvyra Isaac ojejuka hag̃uáicha. Pedro rape poapy térã poteĩ ára pe yvyty peve, Abraham-pe g̃uarã ha'e mbohapy ára. Pedro Panium-pe oĩ pe yvyty mboyve ha mburika jejoraha mboyve, oñepyrũva jeike Jerusalén-pe, upépe oñepyrũ Abraham mbohapy ára. Jeike jejopyrãme Cristo opyta Olivoty yvyty ári ha hasẽ Jerusalén rehe, upéicha ohechaukávo pe pacto joaju oñemohu'ãha Tupã ha Israel yma guare tee apytépe. Pedro yvyty oĩ jeike jejopyrã mboyve; Cristo yvyty oĩ jeike jejopyrã aja; ha Abraham yvyty oĩ jeike rembe'ýpe, oñemohu'ãvo pe jeike.</w:t>
      </w:r>
    </w:p>
    <w:p>
      <w:pPr>
        <w:pStyle w:val="ArticleBody"/>
        <w:jc w:val="left"/>
      </w:pPr>
      <w:r>
        <w:rPr>
          <w:rFonts w:ascii="Times New Roman" w:hAnsi="Times New Roman" w:eastAsia="Times New Roman" w:cs="Times New Roman"/>
        </w:rPr>
        <w:t>2026 ha’e pe ary mbytegua jeporavo jave, upe jave pe sexto reino de la profecía bíblica oguahẽva mokõisa po arýpe ombojerovia hag̃ua iñesãso ha iporãiteva guasu. Upe vy’a guasu, peteĩ mbyte profético ramo, oñemohenda joja Antiochus el Grande ndive ary 207 a.C.-pe, pe mbyte Raphia ha Panium apytépe ohechaukáva paha mokõisa po ary 457 a.C. guive.</w:t>
      </w:r>
    </w:p>
    <w:p>
      <w:pPr>
        <w:pStyle w:val="ArticleBody"/>
        <w:jc w:val="left"/>
      </w:pPr>
      <w:r>
        <w:rPr>
          <w:rFonts w:ascii="Times New Roman" w:hAnsi="Times New Roman" w:eastAsia="Times New Roman" w:cs="Times New Roman"/>
        </w:rPr>
        <w:t>Ñamohesakãvo umi irundy línea oikéva capítulo once guive peve capítulo twenty-two, peve koʼág̃a ojepeʼáva hína, (ikatu oĩ ambue techapyrã) koʼág̃a ñañepyrũ umi capítulo oĩva The Desire of Ages-pe. Pe capítulo once haʼe The Baptism, ha pe capítulo twenty-two haʼe Imprisonment and Death of John. Juan oĩ ñepyrũme ha opa hag̃uápe, ha pe capítulo seventeen, pe capítulo mbytépegua, haʼe Nicodemus.</w:t>
      </w:r>
    </w:p>
    <w:p>
      <w:pPr>
        <w:pStyle w:val="ArticleScripture"/>
        <w:jc w:val="left"/>
      </w:pPr>
      <w:r>
        <w:rPr>
          <w:rFonts w:ascii="Times New Roman" w:hAnsi="Times New Roman" w:eastAsia="Times New Roman" w:cs="Times New Roman"/>
        </w:rPr>
        <w:t>“Nicodemo ou kuri vaʼekue Ñandejárape oike hag̃ua peteĩ ñeʼẽjovake hag̃ua Hendive, ha Jesús ohechauka porã chupe añetegua ypykuéra. Heʼi Nicodémope: Ndahaʼéi kuaapy teórico reikotevẽvéva, síno ñembopyahu espiritual. Ndereikotevẽi ne porandu hag̃uáicha oñemyenyhẽ, síno reñemeʼẽ hag̃ua peteĩ pyʼahu pyahu. Tekotevẽ rerresivi peteĩ tekove pyahu yvágagui, ikatu hag̃uáicha remombaʼe mbaʼe yvagapegua. Peve ko ñemoambue ndoikói, ojapóva opa mbaʼe pyahu, ndoguerumoʼãi ndéve mbaʼeve iporãva ne pysyrõrã reguereko hag̃ua peteĩ ñomongeta Chendive Che autorida rehe térã Che rembiaporã rehe.”</w:t>
      </w:r>
    </w:p>
    <w:p>
      <w:pPr>
        <w:pStyle w:val="ArticleScripture"/>
        <w:jc w:val="left"/>
      </w:pPr>
      <w:r>
        <w:rPr>
          <w:rFonts w:ascii="Times New Roman" w:hAnsi="Times New Roman" w:eastAsia="Times New Roman" w:cs="Times New Roman"/>
        </w:rPr>
        <w:t>“Nicodemo ohendu kuri vaekue Juan el Bautista opredika hag̃ua pe arrepentimiento ha pe bautismo rehe, ha ombohovaívo tavayguakuérape peteĩ ou vaerãha omongarai hag̃ua Espíritu Santo reheve. Haʼe voi oikuaa vaekue oĩha falta de espiritualidad umi judío apytépe, ha, tuichaiterei peve, ojejokohague hag̃ua kuéra fanatismo ha ambición mundana rupi. Haʼe ohaʼarõ vaekue peteĩ estado iporãvéva pe Mesías ou vove. Upéicharõ jepe, pe mensaje oikuaa hag̃ua mbytépe guive, pe Bautista omeʼẽ vaekue, ndaikatúi omoheñói ipype pe convicción de pecado. Haʼe niko peteĩ fariseo estricto vaekue, ha oñemombaʼeguasu hembiapo porãre. Hetaite tapicha omombaʼe chupe ipyʼaporã ha ipojera reheve oipytyvõ haguére pe servicio del templo, ha haʼe oñandu oĩ porãha Ñandejára favorpe. Oñemondýi pe pensamiento rehe peteĩ reino ipotĩitereíva hag̃ua, ndahaʼéi hag̃ua chupe ohecha hag̃ua hekove koʼãga guive.” The Desire of Ages, 171.</w:t>
      </w:r>
    </w:p>
    <w:p>
      <w:pPr>
        <w:pStyle w:val="ArticleBody"/>
        <w:jc w:val="left"/>
      </w:pPr>
      <w:r>
        <w:rPr>
          <w:rFonts w:ascii="Times New Roman" w:hAnsi="Times New Roman" w:eastAsia="Times New Roman" w:cs="Times New Roman"/>
        </w:rPr>
        <w:t>Pe punto mbytépe Ojehayhu Arandukupe ojejuhu Nicodemo rérape, ha’e ohechaukáva pe ñehenói paha Adventismope pe línea ohasávape pe sellado rehegua umi cien cuarenta y cuatro mil-pe. Ha’e ohechauka peteĩ aty ohendúva’ekue Cristo renonderãgua marandu, ha katu ndoikuaáiva’ekue iñemoĩ Laodicea rehegua.</w:t>
      </w:r>
    </w:p>
    <w:p>
      <w:pPr>
        <w:pStyle w:val="ArticleScripture"/>
        <w:jc w:val="left"/>
      </w:pPr>
      <w:r>
        <w:rPr>
          <w:rFonts w:ascii="Times New Roman" w:hAnsi="Times New Roman" w:eastAsia="Times New Roman" w:cs="Times New Roman"/>
        </w:rPr>
        <w:t>“Pe ñomongeta Nicodemo ndive, Jesús oikuaauka pe plan de salvación ha Hymba’e apo ko yvy ape ári. Ndaipóri ni peteĩva umi idiscurso upe rireguávape omyesakãhaguéicha péichaite, paso a paso, pe tembiapo tekotevẽva ojejapo opavave umi korasõme, umi ohupytytava pe reino yvagapegua. Iministerio ñepyrũrãite guive, ha’e oikuaauka pe añetegua peteĩ miembro Sanedrín peguápe, pe apytu’ũ oñembosako’ivéva rupive, ha peteĩ mbo’ehára oñemoĩmava tavayguakuérape g̃uarã. Hákatu Israel ruvichakuéra ndorohoryséi pe tesakã. Nicodemo omokañy pe añetegua ikorasõme, ha mbohapy áño aja sa’i ojehechakuaa va’ekue hi’a porãha.” The Desire of Ages, 176.</w:t>
      </w:r>
    </w:p>
    <w:p>
      <w:pPr>
        <w:pStyle w:val="ArticleBody"/>
        <w:jc w:val="left"/>
      </w:pPr>
      <w:r>
        <w:rPr>
          <w:rFonts w:ascii="Times New Roman" w:hAnsi="Times New Roman" w:eastAsia="Times New Roman" w:cs="Times New Roman"/>
        </w:rPr>
        <w:t>Juan marandu ha iñapymi Cristo-pe ohechauka vaʼekue pe ánhel peteĩha marandu, heʼiséva kyhyje Ñandejáragui. Juan marandu vaʼekue pe marandu Laodiceagua, pe jehechauka hekojoja hag̃ua jerovia rupive, ha upe marandu oñemombarete Cristo oñeapymi jave, péicha avei Jones ha Waggoner marandu vaʼekue pe marandu Laodicea-pe g̃uarã ary 1888-pe. Cristo ñeapymi ha ary 1888 ohechauka ñandéve mbaʼéichapa og̃uahẽ pe marandu Laodicea-pe 9/11-pe, ha upéva opa pe mbyte rupi Raphia ha Panium apytépe.</w:t>
      </w:r>
    </w:p>
    <w:p>
      <w:pPr>
        <w:pStyle w:val="ArticleBody"/>
        <w:jc w:val="left"/>
      </w:pPr>
      <w:r>
        <w:rPr>
          <w:rFonts w:ascii="Times New Roman" w:hAnsi="Times New Roman" w:eastAsia="Times New Roman" w:cs="Times New Roman"/>
        </w:rPr>
        <w:t>Nicodemo he’ise “tavayguakuéra ñemomba’e,” ha pe justificación jerovia rupive ha’e pe marandu sélova og̃uahẽva’ekue Juan marandu ndive, oñemombaretéva’ekue pe ñemongaraipe ha oñemyesakãva’ekue Nicodemo pyhare mbyte ñomongeta Cristo ndive rupive. Pe capítulo veintidós omombe’u Juan mano oguerúva peteĩ jehechakuaa idiscípulo-kuéra apytépe pe poyvi oñemopu’ãtava rehe ha oguerútava opa tapichápe Hae hag̃uáme. Pe ñemongarai ha’e va’ekue mokõivéva 9/11 ha 18 de julio de 2020 guive 31 de diciembre de 2023 peve, pe ñemongarai ohechauka rupi mano (2020), ñotỹ (mbohapy ára ha mbyte) ha jeikove jevy (31 de diciembre de 2023). Upéi ou pe ñomongeta pyhare mbytegua, upépe pe tavayguakuéra ñemomba’e ojehechauka jey oiko ramoicha oñemoheñóiva jey, Laodicea pytũmby guive peteĩ Filadelfiagua visión veinte-veinte peve. Upéi Cristo rembiapokue oñemohenda pe poyvi ñemopu’ãramo.</w:t>
      </w:r>
    </w:p>
    <w:p>
      <w:pPr>
        <w:pStyle w:val="ArticleBody"/>
        <w:jc w:val="left"/>
      </w:pPr>
      <w:r>
        <w:rPr>
          <w:rFonts w:ascii="Times New Roman" w:hAnsi="Times New Roman" w:eastAsia="Times New Roman" w:cs="Times New Roman"/>
        </w:rPr>
        <w:t>Abraham-pe g̃uarã Cristo rembiapokue Juan línea-pe oñembojoaju Isaac jejuka hag̃ua sacrifísio rehe. Pedro-pe g̃uarã pe línea opa Cesarea yguasu rembeypegua-pe, Cesarea Marítima-pe, aravo porundýpe, upépe kurusu ohenói opa kuimba’epe pe ñemano’ỹ jeguerovia rupive hekojojáva jehupyty hag̃ua, ha’éva pe ánhel mbohapyha marandu. Pe ánhel mbohapyha marandu ha’e pe mbohapyha ñembyasy guasu Islam rehegua marandu, og̃uahẽva’ekue 9/11-pe Balaam joaju peteĩha Islam rymba vúrro ndive-pe; upéi oñembohetave mokõi jejapi tee pe yvy hechapyrãva rehe 7 jasypa 2023-pe; ha upéi pe jejapi mokõiha Nashville-pe, Balaam oguata aja Islam rymba vúrro ndive umi parral rupi pe yvy yma guaréva tee ha ko’ág̃a pe yvy hechapyrãva espiritual-pe. Pe jejapi mbohapyha ha’e pe yvyryrýi pe araka’eve’ẽrõ og̃uahẽtava arapokõindy léi rehegua. Upépe Isaac oñekuave’ẽ sacrifísiorã, upépe Juan remimbo’e kuéra, peteĩ techaukaha heta atýgui oñeme’ẽvape ao morotĩ mártir rekovépe, ohendu ha ohecha pe techaukaharã rembiapokue. Génesis, Mateo ha The Desire of Ages mbytekuéra ohechauka pe 144.000 ñembyaty hag̃ua ha umi gentil kuéra ñehenói.</w:t>
      </w:r>
    </w:p>
    <w:p>
      <w:pPr>
        <w:pStyle w:val="ArticleBody"/>
        <w:jc w:val="left"/>
      </w:pPr>
      <w:r>
        <w:rPr>
          <w:rFonts w:ascii="Times New Roman" w:hAnsi="Times New Roman" w:eastAsia="Times New Roman" w:cs="Times New Roman"/>
        </w:rPr>
        <w:t>Pe explicación Cristo omeʼẽva’ekue Nicodemope haʼe pe yvytu rembiapo, jepe irembiapo ndojehecháiramo.</w:t>
      </w:r>
    </w:p>
    <w:p>
      <w:pPr>
        <w:pStyle w:val="ArticleScripture"/>
        <w:jc w:val="left"/>
      </w:pPr>
      <w:r>
        <w:rPr>
          <w:rFonts w:ascii="Times New Roman" w:hAnsi="Times New Roman" w:eastAsia="Times New Roman" w:cs="Times New Roman"/>
        </w:rPr>
        <w:t>“Nicodemo opyta gueteri ndoikuaái mbaʼérepa, ha Jesús oiporu yvytu omyesakã hag̃ua heʼiséva: ‘Yvytu oipeju oipotahápe, ha rehendu hyapu, péro ndaikatúi reikuaa moõguipa ou ha moõpa oho; upéicha avei opavave oúva Espíritu-gui heñóiva.’”</w:t>
      </w:r>
    </w:p>
    <w:p>
      <w:pPr>
        <w:pStyle w:val="ArticleScripture"/>
        <w:jc w:val="left"/>
      </w:pPr>
      <w:r>
        <w:rPr>
          <w:rFonts w:ascii="Times New Roman" w:hAnsi="Times New Roman" w:eastAsia="Times New Roman" w:cs="Times New Roman"/>
        </w:rPr>
        <w:t>“Yvytu oñehendu yvyrakuéra rakãnguéra apytépe, ombyjuipa umi rogue ha yvotykuéra; upéicharõ jepe, ha’e ndojehechái, ha avave ndoikuaái moõguipa ou térã moõpa oho. Péicha avei Espíritu Santo rembiapo py’a ári. Ndaikatúi oñemyesakãve yvytu ñemongu’éicha. Ikatu peteĩ tapicha ndaikatúi he’i araka’épa térã moõpa hekopete oiko, térã ndojuhuipaite umi mba’e ojehúva ñekonverti rape rehe; ha upéva ndaha’éi peteĩ ñe’ẽñemi ohechaukáva ndaha’eiha oñekonverti va’ekue. Peteĩ pokatu ndojehecháiva yvytúicha rupive, Cristo opa ára omba’apo hína py’a ári. Mbeguekatúpe, ikatu hag̃uáicha ni noñanduiva upe oguerohoryva’ekue, ojejapo ñeñandu porã ogueraháva ánga Cristo rendápe. Ko’ãva ikatu oñemoguahẽ hese oñemoĩ hag̃ua ipy’a, Ñandejára Ñe’ẽ Ñehai imarangatuetéva jeporavópe, térã oñehendúvo pe ñe’ẽ maranduhára oikovéva jurúgui. Sapy’ánte, Espíritu ou vove henondépe jerureve hag̃ua, pe ánga vy’ápe oñeme’ẽ Jesúspe. Heta tapicha ko mba’épe ohenói ñekonverti sapy’aitépe guaréva; hákatu ha’e hína peteĩ arekue Espíritu Tupãgui oñehenói mbeguéva rembiapo rupi osẽva,— peteĩ tembiapo ipasiénsia rehegua ha ipukúva.”</w:t>
      </w:r>
    </w:p>
    <w:p>
      <w:pPr>
        <w:pStyle w:val="ArticleScripture"/>
        <w:jc w:val="left"/>
      </w:pPr>
      <w:r>
        <w:rPr>
          <w:rFonts w:ascii="Times New Roman" w:hAnsi="Times New Roman" w:eastAsia="Times New Roman" w:cs="Times New Roman"/>
        </w:rPr>
        <w:t>“Yvytu jehecharamo jepe ojechaukakuaa’ỹva, oguenohẽ mba’e ojehecháva ha oñeñandúva. Upéicha avei pe Espíritu rembiapo ánga rehe ojekuaaukáta opaite tembiapópe upe ogueroviahápe ipokatu porãséva. Ñandejára Espíritu ojapyhy vove korasõ, omoambue tekove. Jeikuaa angaipa rehegua oñemoĩ ykére, tembiapo vai oñemboyke; mborayhu, ñemomirĩ ha py’aguapy omyengovia pochy, akãrasy ha ñorairõ. Vy’a omyengovia ñembyasy, ha rova ohechauka yvága resape. Avave ndohechái pe po omopu’ãva pe pohýi, térã ohecha pe tesape oguejýva yvategua róga guive. Pe jehovasa ou ánga, jerovia rupive, oñeme’ẽmba jave Ñandejárape. Upérõ upe pokatu avave yvypóra resa ndaikatúiva ohecha omoheñói peteĩ tekove pyahu Ñandejára ta’ãngápe.” The Desire of Ages, 172, 173.</w:t>
      </w:r>
    </w:p>
    <w:p>
      <w:pPr>
        <w:pStyle w:val="ArticleBody"/>
        <w:jc w:val="left"/>
      </w:pPr>
      <w:r>
        <w:rPr>
          <w:rFonts w:ascii="Times New Roman" w:hAnsi="Times New Roman" w:eastAsia="Times New Roman" w:cs="Times New Roman"/>
        </w:rPr>
        <w:t>11 de setiémbrere oñepyrũ vaʼekue osyrymi pe ama paha. 11 de setiémbrere Islam, oñerrepresentáva “yvytu kuarahyresẽgua” ramo maranduʼypy marangatúpe, oguahẽrõ guare oñepyrũma pe ñeñemboty pe cien cuarenta y cuatro mil rehegua. Pe ama paha, haʼéva peteĩ mensáhe oñerrepresentáva “aséite óro” ramo oguejýva Zacarías mokõi tubo órogui, oñepyrũ pe ñehenói umi Adventista del Séptimo Día Laodiceagua kuérape pe arrepentimientorã. Pe Espíritu Santo yvytu oñepyrũ hembiapo, omboʼévo opa mbaʼe ojehaíva, ha oiporúvo Jeremías tape yma guare mensáhe oñeʼẽ hag̃ua umi Laodiceagua ára ndive, ohechaʼỹvape. Pe Espíritu Santo rembiapo, oñerrepresentáva Nicodémope, oñemyesakãve hag̃ua, pe “paso a paso”, pe “tembiapo tekotevẽva ojejapo mayma korasõme umi ohupytyséva yvágape Ñandejára Rréino.” Ko tembiaporã oñembojoja Cristo rupive pe yvytu rembiapóre, ha ko tembiapo oiko pe ára “yvytu kuarahyresẽgua” aja, oguahẽvaʼekue 11 de setiémbrere. Isaías oñeʼẽ avei ko período rehe pe yvytu hatã mbaʼéicha hag̃ua.</w:t>
      </w:r>
    </w:p>
    <w:p>
      <w:pPr>
        <w:pStyle w:val="ArticleScripture"/>
        <w:jc w:val="left"/>
      </w:pPr>
      <w:r>
        <w:rPr>
          <w:rFonts w:ascii="Times New Roman" w:hAnsi="Times New Roman" w:eastAsia="Times New Roman" w:cs="Times New Roman"/>
        </w:rPr>
        <w:t>Ha peteĩ medida rupive, haʼe osẽvo, nde reñorairõta hendive: haʼe ojoko yvytu hatãva ára yvytu kuarahyresẽ guápe. Upévare, ko rupi oñemopotĩta Jacob rembiapo vai; ha kóva hína opa hiʼa ojeipeʼa hag̃ua chugui ipeka; haʼe ojapóramo altar ita kuéra opavave itakui ramo guáicha oñembyaipa hag̃uáicha, umi yvyra marangatuha taʼanga kuéra ndopytamoʼãi. Isaías 27:8, 9.</w:t>
      </w:r>
    </w:p>
    <w:p>
      <w:pPr>
        <w:pStyle w:val="ArticleBody"/>
        <w:jc w:val="left"/>
      </w:pPr>
      <w:r>
        <w:rPr>
          <w:rFonts w:ascii="Times New Roman" w:hAnsi="Times New Roman" w:eastAsia="Times New Roman" w:cs="Times New Roman"/>
        </w:rPr>
        <w:t>Maymáva opavave oñembojoaju ojuehe umi ára pahápe, ha Isaías “yvytu hatã” ha’e Juan remiandu rehegua umi yvytu ñorairõgua, ojejokóva sapy’a pe sello ñemoĩ aja umi cien cuarenta y cuatro mil ári. Isaías yvytu hatã ha’e pe yvytu kuarahyresẽ gotyogua ojejokóva “opyta hag̃ua” Isaías testimoniope, ha avei ojejokóva Juan rembiapópe. Juan umi yvytu ñorairõgua ojejoko Ñandejára tavayguakuéra oñesella aja, ha Isaías yvytu kuarahyresẽ gotyogua ojehechauka hag̃ua pe ára “Jacob rembiapo vai” oñemopotĩha. Pe ñe’ẽ hebreo “ñemopotĩ” he’ise ojejapo hague tekojoja hag̃ua. Juan sello ñemoĩ ha’e upeichaite Ezequiel capítulo nuevepe, ha ha’e avei Jacob rembiapo vai ñemopotĩ. Pe ánhel ohasáva Jerusalén rupive omoĩ hag̃ua peteĩ techaukaha umi osuspiráva ha osapukáiva ári, ha’e pe ánhel ojupíva “kuarahyresẽ gotyo” guive.</w:t>
      </w:r>
    </w:p>
    <w:p>
      <w:pPr>
        <w:pStyle w:val="ArticleScripture"/>
        <w:jc w:val="left"/>
      </w:pPr>
      <w:r>
        <w:rPr>
          <w:rFonts w:ascii="Times New Roman" w:hAnsi="Times New Roman" w:eastAsia="Times New Roman" w:cs="Times New Roman"/>
        </w:rPr>
        <w:t>Ha upéi ahecha irundy ánhel oĩva yvy irundy kórape, ojoko hag̃ua yvy irundy yvytu, ani hag̃ua pe yvytu oipeju yvýpe, térã yguasúpe, térã mba’eveichagua yvyráre. Ha ahecha ambue ánhel ojupíva kuarahyresẽ gotyo guive, oguerekóva Tupã oikovéva séllo; ha ha’e osapukái ñe’ẽ hatãme umi irundy ánhelpe, umi oñeme’ẽva’ekuépe ikatu hag̃uáicha ombyai yvy ha yguasu, he’ívo: Ani pembyai yvy, ni yguasu, ni yvyrakuéra, peve roha’anga hag̃ua ñande Tupã rembiguáipe ikuáre. Apocalipsis 7:1–3.</w:t>
      </w:r>
    </w:p>
    <w:p>
      <w:pPr>
        <w:pStyle w:val="ArticleBody"/>
        <w:jc w:val="left"/>
      </w:pPr>
      <w:r>
        <w:rPr>
          <w:rFonts w:ascii="Times New Roman" w:hAnsi="Times New Roman" w:eastAsia="Times New Roman" w:cs="Times New Roman"/>
        </w:rPr>
        <w:t>Pe ánhel ha’e Cristo ha ha’e ojupi cuarenta ára paha-pe ombo’e rire umi temimbo’epe ojocha ojocha hag̃uáicha pe ára Pentecostéspe, ha ojupi avei pe Trompéta Aretepe Levítico mokõi paapy-pe, umi mbohapy pa ára paha-pe ombo’e rire ojocha ojocha hag̃uáicha umi pa’ípe, umi ojehechaukáva papapy mbohapy pa rupive.</w:t>
      </w:r>
    </w:p>
    <w:p>
      <w:pPr>
        <w:pStyle w:val="ArticleBody"/>
        <w:jc w:val="left"/>
      </w:pPr>
      <w:r>
        <w:rPr>
          <w:rFonts w:ascii="Times New Roman" w:hAnsi="Times New Roman" w:eastAsia="Times New Roman" w:cs="Times New Roman"/>
        </w:rPr>
        <w:t>2026 ha’e umi elección mbytepegua, ha umi elección ojehechauka vaʼekue ymaite guive techaukaha profétikoramo. Ndahaʼéirire umi demócrata omonda hague elección ary 2020-pe, Trump ndojapóivaʼerãmoʼã pe enigma Roma rehegua. Pe enigma Roma rehegua niko kóva: haʼeha poapyha ha oúva umi siete apytégui. Pe enigma ohechauka Trump-pe mymba raʼanga representante ramo, pe tapia osẽva poapyharamo, upéicharõ jepe oúva umi siete apytégui. Daniel kapítulo siete-pe, mbohapy Roma pagana rembiapo akãratĩ diez guigua tekotevẽ kuri oñembogue hag̃ua pe akãratĩ michĩ hag̃ua ojupi. Upépe Roma papal osẽ poapyharamo ambue siete akãratĩ apytépe, upéicharõ jepe osẽ Roma paganágui, oúva hag̃ua umi siete apytégui. Daniel kapítulo ocho-pe, pe império Medo-Persa ojehechauka mokõi akãratĩ rupive; upéi Grecia peteĩ akãratĩ año rupive, ha upe akãratĩ ojekytĩ rire osẽ chugui irundy akãratĩ; upévare, Roma oguahẽ mboyve oĩma siete akãratĩ, ha Roma pegua akãratĩ michĩ ha’e pe poapyha. Oĩ ambue testígo avei ohechaukáva Roma tapia osẽha poapyharamo ha oúva umi siete apytégui, hákatu pe enigma rehegua ñeʼẽrã tenondegua hína Apocalipsis kapítulo diecisiete-pe.</w:t>
      </w:r>
    </w:p>
    <w:p>
      <w:pPr>
        <w:pStyle w:val="ArticleScripture"/>
        <w:jc w:val="left"/>
      </w:pPr>
      <w:r>
        <w:rPr>
          <w:rFonts w:ascii="Times New Roman" w:hAnsi="Times New Roman" w:eastAsia="Times New Roman" w:cs="Times New Roman"/>
        </w:rPr>
        <w:t>Ha ko’ápe oĩ pe akã arandu rehegua. Umi siete akã ha’e siete yvyty, hi’ári pe kuña oguapy. Ha oĩ siete mburuvicha guasu: po’a ho’a-ma, peteĩ oĩ, ha ambue ne’irã gueteri ou; ha oúvo, oikoveva’erã sapy’ami. Ha pe mymba ñarõkõiva, oĩ va’ekue ha ko’ág̃a ndaipóri, ha’e voi pe poapyha, ha umi siete apytégui ou, ha ohóta ñehundipápe. Apocalipsis 17:9–11.</w:t>
      </w:r>
    </w:p>
    <w:p>
      <w:pPr>
        <w:pStyle w:val="ArticleBody"/>
        <w:jc w:val="left"/>
      </w:pPr>
      <w:r>
        <w:rPr>
          <w:rFonts w:ascii="Times New Roman" w:hAnsi="Times New Roman" w:eastAsia="Times New Roman" w:cs="Times New Roman"/>
        </w:rPr>
        <w:t>Jeity 2020-pe oñemonda vaʼekue ohechauka porã peteĩ jeityha jeporavoha ramo peteĩ marca profética. Peteĩ mokõiha testígo ko añetegua rehegua ojejuhu Presidente Carter ndive. Reagan haʼe vaʼekue pe peteĩha umi presidente-kuéragui ogueraháva Trump-pe pe poapyha ramo, haʼéva umi sietégui, haʼe omoheñóirõ peteĩ taʼãnga Roma rehegua. Reagan haʼe vaʼekue pe peteĩha peteĩ línea de ocho presidentes-pe guare pe ára paha guive ary 1989-pe. 1989 oñekumpli vaʼekue Daniel capítulo once-pe, versículos peteĩ guive irundy peve, ha upéva omoĩ tenonderã pe testimonio pe presidente ipirapire hetavéva rehegua. Reagan mboyve oĩ vaʼekue pe Presidente ivaivéva tembiasápe upe peve. Carter osẽkuri cargo-gui peteĩ crisis islam rehegua ndoñesolusionái vaʼekue reheve. Cuarenta y siete años rire, Trump koʼág̃a oĩ ohesolusiona hag̃ua pe apañuãi Reagan-pe oheja vaʼekue pe demócrata Carter. Pe peteĩha ha alfa Reagan haʼe rupi peteĩ republicano ohechaukáva peteĩ republicano pe pahápe ha omega-pe, Trump avei tekotevẽkuri ohupyty peteĩ crisis islam rehegua omoheñói vaʼekue pe presidente demócrata mboyvegua, ha upéva, necesidad profética rupive, tekotevẽvaʼekue haʼe pe presidente ivaivéva tembiasápe upe peve. Obama, añetehápe, okumpli opa umi característica profética, ha Biden avei. Ikatu hag̃uáicha Reagan ohechauka pe paha, tekotevẽkuri avei ohechauka ndahaʼéi año pe poapyha, síno avei pe poteĩha. Upéicha ojapóvo, Judá ñemoñare León tekotevẽkuri oguereko poguýpe umi jeityha jeporavo hag̃ua oasegura hag̃ua peteĩ sucesión presidencia-kuéra ndoikoporãiva rehegua omotenondéva Trump-pe mokõive kásope. Umi jeityha jeporavo haʼe peteĩ marca profética, ha 2026 haʼe umi jeity mbytégua pe presidente rehegua haʼéva pe poapyha ha umi sietégui.</w:t>
      </w:r>
    </w:p>
    <w:p>
      <w:pPr>
        <w:pStyle w:val="ArticleBody"/>
        <w:jc w:val="left"/>
      </w:pPr>
      <w:r>
        <w:rPr>
          <w:rFonts w:ascii="Times New Roman" w:hAnsi="Times New Roman" w:eastAsia="Times New Roman" w:cs="Times New Roman"/>
        </w:rPr>
        <w:t>Pe línea mokõisa ha cincuenta ary Estados Unidos-gua oñepyrũ 1776-pe ha oguahẽ hu’ãme 2026-pe. Pe línea mokõisa ha cincuenta ary 457 a.C. gua oguahẽ hu’ãme 207 a.C.-pe, umi versíkulo once ha quince mbytépe, Raphia ha Panium ñorairõme. Raphia oñembojoaju profétikamente Génesis diecisiete paktogua circuncisión rehe, ha Panium oñembojoaju profétikamente Mateo dieciséis paktogua cien cuarenta y cuatro mil rehe. 2026 oñembojoaju 207 a.C. rehe, umi versíkulo once ha quince mbytépe—Raphia ha Panium apytépe, ha upéva avei oĩ Tupã paktó peteĩha tetã ojeporavopyrévandi ha Tupã paktó paha tetã ojeporavopyrévandi apytépe.</w:t>
      </w:r>
    </w:p>
    <w:p>
      <w:pPr>
        <w:pStyle w:val="ArticleBody"/>
        <w:jc w:val="left"/>
      </w:pPr>
      <w:r>
        <w:rPr>
          <w:rFonts w:ascii="Times New Roman" w:hAnsi="Times New Roman" w:eastAsia="Times New Roman" w:cs="Times New Roman"/>
        </w:rPr>
        <w:t>Umi mokõi sa ary popy yvy ári ojejapóva opa hag̃ua 207 ary Cristo mboyve mbyte gotyo ha 2026-pe, oñembojoja umi mokõi sa ary popy yvy ári jehasa asy rehegua ndive, oñepyrũva’ekue táva Róma hendy ramo guare áño 64-pe. Upégui oñepyrũvo, kuimba’e ijojaha’ỹva rupive oñemombe’u Jerusalén-pegua kuérape siete ary ñembo’e’ẽ ñehunditaha ou hag̃uáre. Oguahẽvo áño setenta ha Jerusalén oñehundi ramo, Tupã iglesia oñemosarambi ha ha’ekuéra omyasãi pe evangelio opaite yvy ape ári. Upe jave avei, iglesia de Éfeso omombe’úvo pe marandu Pentecostés rehegua ñemoingove jey rehe, oñepyrũ pe jehasa asy iglesia de Esmirna ohechaukáva; mokõivéva iglesia, tekotevẽ marandupykuaáva rupi, osyry joja va’erãkuri peteĩ tiempo pukukue aja. Pablo ha’eva’ekue pe iglesia marandupykuaáva de Éfeso ruvicha peteĩva, upéicharõ jepe ohai mokõive tembiasakue rehe.</w:t>
      </w:r>
    </w:p>
    <w:p>
      <w:pPr>
        <w:pStyle w:val="ArticleScripture"/>
        <w:jc w:val="left"/>
      </w:pPr>
      <w:r>
        <w:rPr>
          <w:rFonts w:ascii="Times New Roman" w:hAnsi="Times New Roman" w:eastAsia="Times New Roman" w:cs="Times New Roman"/>
        </w:rPr>
        <w:t>Jehasa asy ha jehasa’ỹi oúva che ári Antioquía-pe, Iconio-pe ha Listra-pe; mboy jehasa asyitepa ajeropu’aka hag̃ua hese kuéra rehe; ha opavave umívagui Ñandejára chepe’a. Heẽ, opavave oikovéva Tupãrayhúpe Cristo Jesús-pe ohasáta jehasa asy. 2 Timoteo 3:11, 12.</w:t>
      </w:r>
    </w:p>
    <w:p>
      <w:pPr>
        <w:pStyle w:val="ArticleBody"/>
        <w:jc w:val="left"/>
      </w:pPr>
      <w:r>
        <w:rPr>
          <w:rFonts w:ascii="Times New Roman" w:hAnsi="Times New Roman" w:eastAsia="Times New Roman" w:cs="Times New Roman"/>
        </w:rPr>
        <w:t>A.T. Jones ohechauka pe período mokõiciento cincuenta ary, oñepyrũva ary 64-pe ha opa pe Edicto de Milán-pe ary 313-pe. Umi ary aja, Roma pagana omotenonde vaekue ñemuhápe Ñandejára retãyguakuérare, ha pe marandu pe iglesia de Esmirna-pe ome’ẽva’ekue ohechauka pa ary, ha’éva pe persecución ivaivévaite upe período pukukue javeve.</w:t>
      </w:r>
    </w:p>
    <w:p>
      <w:pPr>
        <w:pStyle w:val="ArticleScripture"/>
        <w:jc w:val="left"/>
      </w:pPr>
      <w:r>
        <w:rPr>
          <w:rFonts w:ascii="Times New Roman" w:hAnsi="Times New Roman" w:eastAsia="Times New Roman" w:cs="Times New Roman"/>
        </w:rPr>
        <w:t>Ani hag̃ua kyhyje umi mbaʼe reguerekótavagui rehasa hag̃uáicha: péina, aníke pehecha, Aña omombo vaʼerã amóvape pende apytégui kárselpe, pejehovasa hag̃ua; ha peguerekóta jehasa asy diez ára pukukue: eime hag̃ua jerovia hag̃uáicha pe mano peve, ha che ameʼẽta ndéve tekove koronã. Apocalipsis 2:10.</w:t>
      </w:r>
    </w:p>
    <w:p>
      <w:pPr>
        <w:pStyle w:val="ArticleBody"/>
        <w:jc w:val="left"/>
      </w:pPr>
      <w:r>
        <w:rPr>
          <w:rFonts w:ascii="Times New Roman" w:hAnsi="Times New Roman" w:eastAsia="Times New Roman" w:cs="Times New Roman"/>
        </w:rPr>
        <w:t>Pe período ñemoñare asaje rehegua ojehechaukáva Emperador Diocletiano rupive ha’e va’ekue pa ary pukukue, oñepyrũva 303-pe ha opa 313-pe, jave Emperador Constantino el Grande oisãmbyhy, oĩháicha avei pe primera léi domingo rehegua ary 321-pe, ha jave omboja’o Roma kuarahyresẽ ha kuarahyreike gotyo ary 330-pe. Ary 313 ojehechakuaa profétikamente pe ñemenda diplomática Milánpe, jave Emperador Constantino (oisãmbyhýva Kuarahyreike gotyo) omohenda imedia ermána, Flavia Julia Constantia ñemenda Licinio ndive, pe emperador oisãmbyhýva pe pehẽngue kuarahyresẽ gotyo (térã pya’e osẽtava kuarahyresẽ gotyo) Imperio Romano-gui. Pe ñemenda oñemohu’ã simbólicamente jave Constantino omboja’o pe reino kuarahyresẽ ha kuarahyreike gotyo ary 330-pe.</w:t>
      </w:r>
    </w:p>
    <w:p>
      <w:pPr>
        <w:pStyle w:val="ArticleBody"/>
        <w:jc w:val="left"/>
      </w:pPr>
      <w:r>
        <w:rPr>
          <w:rFonts w:ascii="Times New Roman" w:hAnsi="Times New Roman" w:eastAsia="Times New Roman" w:cs="Times New Roman"/>
        </w:rPr>
        <w:t>Nerón rembiasakue 250 ary oñepyrũ peteĩ siete ary rembiasakuégui, oñepyrũva ha opa hag̃ua peteĩ jejoko guasúpe, ohechaukáva yvy paha ararã. Pe periodo pahápe oĩkuri peteĩ diez ary ojehechakuaáva ñembohasa asy. Pe periodo oñepyrũ Éfeso tiempope, upéi ojaho’i Esmirna rembiasakue Constantino tupão joavy rehegua peve, Pergamo tupão og̃uahẽ ramo guare ary 313-pe.</w:t>
      </w:r>
    </w:p>
    <w:p>
      <w:pPr>
        <w:pStyle w:val="ArticleBody"/>
        <w:jc w:val="left"/>
      </w:pPr>
      <w:r>
        <w:rPr>
          <w:rFonts w:ascii="Times New Roman" w:hAnsi="Times New Roman" w:eastAsia="Times New Roman" w:cs="Times New Roman"/>
        </w:rPr>
        <w:t>Umi pakõiha ary 313 guive 330 peve ojuhu ijojaha historia Raphia ha Panium-pe, upépe ñorairõ 217 a.C. pegua ha ñorairõ 200 a.C. pegua ojeheja ojupegui pakõiha ary. Ñorairõ Raphia-pe, Ptolomeo ipu’aka; hákatu omanóma ha ndoikovéima vaʼerãkuri oñepyrũ mboyve ñorairõ Panium-pe. Upéicharõ jepe, haʼe oguapy mburuvicháramo pakõiha ary aja 221 a.C. guive 204 a.C. peve. Mbohapy línea 250 ary rehegua, ojoajúva mbohapy pakõiha ary rupive, ombohasy tekotevẽ hag̃uáicha oñehesaʼỹijo hag̃ua 313 ojojaha 2026 rehe.</w:t>
      </w:r>
    </w:p>
    <w:p>
      <w:pPr>
        <w:pStyle w:val="ArticleBody"/>
        <w:jc w:val="left"/>
      </w:pPr>
      <w:r>
        <w:rPr>
          <w:rFonts w:ascii="Times New Roman" w:hAnsi="Times New Roman" w:eastAsia="Times New Roman" w:cs="Times New Roman"/>
        </w:rPr>
        <w:t>313 ha’e peteĩ ñeñemoambue hesakãva ñemoĩ hag̃ua mboyve ñembojopy guive ñemoĩ hag̃ua kompromísope, upéicha rupi ohechauka 313 ha’eha peteĩ techaukaha peteĩ ñemoambue rehegua peteĩ naturaleza profética rehegua, oñemoha’ãngáva pe ñemoambue Smyrna guive Pergamo peve. Pe tembiapo peteĩha ojehechauka va’ekue peteĩ ñemenda diplomática rupive, opa va’ekue peteĩ divorcio-pe diecisiete áño rire. Pe mokõiha tembiapo ha’e va’ekue pe primera léi domingo rehegua. Pe inspiración ñanemomarandu pe léi domingo rehegua ou mboyve peteĩ proceso oñemotenondéva mbeguekatúpe, paso a paso, opavave léi domingo rehegua oúva mboyve pe léi domingo oñemyesakãvaicha ne mbojere hag̃ua rerrespetávo domingo ha avei ne mboykévo reñangarekóramo Tupã arapokõindyha sábado rehe.</w:t>
      </w:r>
    </w:p>
    <w:p>
      <w:pPr>
        <w:pStyle w:val="ArticleScripture"/>
        <w:jc w:val="left"/>
      </w:pPr>
      <w:r>
        <w:rPr>
          <w:rFonts w:ascii="Times New Roman" w:hAnsi="Times New Roman" w:eastAsia="Times New Roman" w:cs="Times New Roman"/>
        </w:rPr>
        <w:t>“Oikuaaséva oikũmby hag̃ua umi tembiapo rembiporu ojeporútava pe ñorairõ oúmavape, tekotevẽnte chupe oikuaaukávo pe marandu umi tape rehegua Roma oiporúva vaʼekue upe tembiaporãrã ymaite guive. Oikuaaséramo mbaʼéichapa papista ha protestante joajúpe ojapóta umi omboykévandi idogmakuéra, tohecha pe espíritu Roma ohechaukavaʼekue pe sábado ha umi ipyahuvéva rehe.”</w:t>
      </w:r>
    </w:p>
    <w:p>
      <w:pPr>
        <w:pStyle w:val="ArticleScripture"/>
        <w:jc w:val="left"/>
      </w:pPr>
      <w:r>
        <w:rPr>
          <w:rFonts w:ascii="Times New Roman" w:hAnsi="Times New Roman" w:eastAsia="Times New Roman" w:cs="Times New Roman"/>
        </w:rPr>
        <w:t>“Mburuvicha rembipota, aty guasu pavẽgua, ha tupao rembiapoukapy oñembojeroviáva mbarete yvypóra rehe, umíva hína umi tape rupi arete pagáno oguahẽ vaʼekue tenda jeguerohoryrãme mundo cristiano-pe. Pe mbaʼeporãha peteĩha ojehechauka hag̃uáicha oñembohovái hag̃ua domingo ñeñangarekoha hína pe léi omoĩvaʼekue Constantino. (A.D. 321.) Ko tembiapoukapy ojerure vaʼekue tavayguakuérape opytuʼu hag̃ua ‘kuarahy ára marangatuete’-pe, péro oheja hag̃ua okarayguakuérape osegi hag̃ua hembiapo ñemitỹ rehegua. Jepe añetehápe haʼe hague peteĩ léi pagáno, mburuvicha guasu omoañete chupe oñemombeʼu hag̃uáicha omoneĩma hague cristianismo.” The Great Controversy, 573, 574.</w:t>
      </w:r>
    </w:p>
    <w:p>
      <w:pPr>
        <w:pStyle w:val="ArticleBody"/>
        <w:jc w:val="left"/>
      </w:pPr>
      <w:r>
        <w:rPr>
          <w:rFonts w:ascii="Times New Roman" w:hAnsi="Times New Roman" w:eastAsia="Times New Roman" w:cs="Times New Roman"/>
        </w:rPr>
        <w:t>Edicto de Milán ary 313-pe, pe “edicto real” upéi “concílio guasu ha ordenanza-kuéra iglesiapegua, omombaretéva poder secular, ha’e umi tapykue.” Ko’ãva ha’e va’ekue tapykue oñemotenondéva ogueraháva pe primer léi domingo rehegua ary 321-pe. Peteĩ umi tapykue apytégui ha’e “ordenanza-kuéra iglesiapegua”, techapyrãramo pe ñemboguata domingo rehegua, “omombaretéva poder secular.” Pe período 1888 rehegua ohechauka peteĩ serie léi domingo rehegua oñemoingéva Senado-pe senador Blair rupive, ha araka’eve ndoho porãiva’ekue mba’eve gotyo; hákatu upe tembiasakue peteĩchape hetave estado omoneĩva’ekue léi domingo rehegua, estado ombohapéva. Ko’ã mokõi testígo ohechauka 313 peteĩ marca-rupiguáicha, upépe “edicto-kuéra real”, peteĩ orden ejecutiva-icha, ohechaukata peteĩ jehasa pe mymba yvýgui osẽva rembiasakuépe, ha’éva ipahápe oñe’ẽtaha dragónicha.</w:t>
      </w:r>
    </w:p>
    <w:p>
      <w:pPr>
        <w:pStyle w:val="ArticleBody"/>
        <w:jc w:val="left"/>
      </w:pPr>
      <w:r>
        <w:rPr>
          <w:rFonts w:ascii="Times New Roman" w:hAnsi="Times New Roman" w:eastAsia="Times New Roman" w:cs="Times New Roman"/>
        </w:rPr>
        <w:t>Tetã peteĩ rekojoja Estados Unidos oñe’ẽ ramo dragónicha, opáta ha’évo pe sexto reino profecía bíblica-pe, ha upéva ojapóta oñe’ẽvo peteĩchaite upe oñe’ẽ haguéicha iñepyrũme iguapy aja pe sexto reino ramo. Ary 1798-pe, Estados Unidos omoneĩ pe Alien and Sedition Acts, ohechaukáva typológicamente pe léi domingo rehegua. Pe Alien and Sedition Acts ary 1798-gua ha’e va’ekue pe mbohapyha umi mbohapy paso apytégui, oñepyrũva’ekue ary 1776-pe pe Declaración de Independencia reheve, ha upéi pe Constitución ary 1789-pe. Umi mbohapy paso oñemohendajoja 313, 321 ha 330 ndive.</w:t>
      </w:r>
    </w:p>
    <w:p>
      <w:pPr>
        <w:pStyle w:val="ArticleBody"/>
        <w:jc w:val="left"/>
      </w:pPr>
      <w:r>
        <w:rPr>
          <w:rFonts w:ascii="Times New Roman" w:hAnsi="Times New Roman" w:eastAsia="Times New Roman" w:cs="Times New Roman"/>
        </w:rPr>
        <w:t>1776, 1789 ha 1798 opaite umi tembiapo oñemyesakãva ñe’ẽ hag̃ua ramo, pe inspiración oikuaaukágui ñandéve “tetã ñe’ẽ ha’eha umi hembiapokue autoridad legislativa ha judicial rehegua”. 313, 321 ha 330 opaite hína umi mojón ojehechaukáva Constantino el Grande rehe. Israel yma guare paha, mokõivéva, pe reino yvate ha pe reino yvývo, oñesimbolisa peteĩ divorcio ramo, ha upéva hína pe ojehechaukáva 330-pe. Peteĩ divorcio kuarahyresẽ ha kuarahyreike apytépe peteĩ matrimonio oñepyrũ vaʼekue paapy ha irundy ary mboyve, pe matrimonio Edicto de Milán rehegua. Pe léi domingo-pe, Estados Unidos omyenyhẽta hógaygua hi’ára de prueba ryru, ha oñedivorciáta Tupãgui iporã hag̃uáicha hembiaporã profético rehe, ojehechauka haguéicha pe yvy osyry kamby ha eíra reheve Israel yma guarépe ĝuarã. Pe inspiración he’i apostasía nacional rire ouha ruina nacional. Upéva oiko Tupã odivorciáramo pe yvy gloriosa 330 ary rupive ojehechaukaháicha. Pe matrimonio 313 guive pe peteĩha peteĩ aty léi domingo ohóvo hatãvéva apytépe 321-pe, peve pe divorcio 330-pe. 1776 ojoajúma 313 ndive, ha 1789 ojoajúma 321 ndive ha 1798 ojoajúma 330 ndive.</w:t>
      </w:r>
    </w:p>
    <w:p>
      <w:pPr>
        <w:pStyle w:val="ArticleBody"/>
        <w:jc w:val="left"/>
      </w:pPr>
      <w:r>
        <w:rPr>
          <w:rFonts w:ascii="Times New Roman" w:hAnsi="Times New Roman" w:eastAsia="Times New Roman" w:cs="Times New Roman"/>
        </w:rPr>
        <w:t>330 ha’e avei 360 ary oñembotýva guive Ñorairõ Actium pegua ári, ary 31 JC mboyve guive. Actium ha’e va’ekue mbohapyha jejoko Roma-pe g̃uarã, upévare ohechauka typológicamente pe léi domingo rehegua, amo Roma pyahu oganahápe ijejoko mokõiha ha mbohapyha. Pe waymark 330-pe, pe ñorairõ Panium pegua ojoaju pe ñorairõ Actium peguándi. Pe ñorairõ Raphia pegua ary 217 JC mboyve oñembojoja pe ñorairõ Ucrania pegua ndive ary 2014-pe; upéi ary 2015-pe Trump omoñepyrũ ikampaña peteĩha tetã ruvicharã; ary 2020-pe yvy mymba rakã mokõivéva ojejuka; ary 2023-pe mokõivéva oñemoingove jey. Ary 2024-pe oñepyrũ pe prueba umi fundamento rehegua, ha ary 2025-pe pe alianza profética pe presidente poapyha ha ipapa irũ ndive ojehechauka hag̃ua umi mokõivéva ñemoĩ hag̃ua iñepyrũrã rupive.</w:t>
      </w:r>
    </w:p>
    <w:p>
      <w:pPr>
        <w:pStyle w:val="ArticleBody"/>
        <w:jc w:val="left"/>
      </w:pPr>
      <w:r>
        <w:rPr>
          <w:rFonts w:ascii="Times New Roman" w:hAnsi="Times New Roman" w:eastAsia="Times New Roman" w:cs="Times New Roman"/>
        </w:rPr>
        <w:t>Rohóta ñamoguahẽ hag̃ua ko’ã mba’e pe artículo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Rirundýpa — Papapy Poapy</dc:title>
  <dc:subject>Yvyty</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