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Papy Irundy Pa — Papapy Porundy</w:t>
      </w:r>
    </w:p>
    <w:p>
      <w:pPr>
        <w:pStyle w:val="ArticleSubtitle"/>
        <w:jc w:val="left"/>
      </w:pPr>
      <w:r>
        <w:rPr>
          <w:rFonts w:ascii="Arial" w:hAnsi="Arial" w:eastAsia="Arial" w:cs="Arial"/>
        </w:rPr>
        <w:t>Poder, Gloria ha Jehasa Asy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Pedro oĩ Panium-pe (Cesarea Filipope), ha upéva oiko seis térã ocho ára mboyve pe mbyte gotyo umi mbohapy jey Pedro, Juan ha Santiago oho hag̃ua Jesús ndive haʼeño. Pe peteĩha vaʼekue haʼe pe techaukaha Ipuʼaka rehe Jairo rajy pakõi ary oguerekóva jeikove jeyme; pe mokõiha vaʼekue haʼe pe techaukaha Iglória rehe pe yvyty ñemoambuehápe; ha pe mbohapyha vaʼekue haʼe Getsemaní, pe techaukaha Isufrimiento rehe. Panium-pe, capítulo once-pe, Pedro oñemohenda pe kurusu renondete, versículo dieciséis-pe. Pe yvyty haʼe vaʼekue pe mbyte umi mbohapy viaje ijojahaʼỹva apytépe, umi mbohapy temimboʼeño rehegua. Pe yvyty ári Túva yvagagua avei oñeʼẽ pe mokõiha jey, umi mbohapy jey apytépe; Túva oñeʼẽ vaʼekue pe bautísmope, pe yvytýpe ha upéi pe kurusu mboyve. Pedro oĩ mokõi jey pe mbytehápe umi mbohapy mbaʼe ojehechaukáva apytépe. Haʼe avei hína pe mbyte Mateo capítulos once guive veintidós peve.</w:t>
      </w:r>
    </w:p>
    <w:p>
      <w:pPr>
        <w:pStyle w:val="ArticleHeading"/>
        <w:jc w:val="left"/>
      </w:pPr>
      <w:r>
        <w:rPr>
          <w:rFonts w:ascii="Arial" w:hAnsi="Arial" w:eastAsia="Arial" w:cs="Arial"/>
        </w:rPr>
        <w:t>Pe Asiría rehegua</w:t>
      </w:r>
    </w:p>
    <w:p>
      <w:pPr>
        <w:pStyle w:val="ArticleBody"/>
        <w:jc w:val="left"/>
      </w:pPr>
      <w:r>
        <w:rPr>
          <w:rFonts w:ascii="Times New Roman" w:hAnsi="Times New Roman" w:eastAsia="Times New Roman" w:cs="Times New Roman"/>
        </w:rPr>
        <w:t>Yvyty oúma pe jeike oike hag̃ua pe jeike ñemomba’eguasúpe, oñepyrũva’ekue pe mburika ojejorávo ogueraha hag̃ua pe ofrénda Jerusalénpe, Abraham rembikokuéra mburika oguerahárõ guare yvyra pe ofréndarã Moriah-pe, pe tenda yma guare tupãóga rehegua Jerusalénpe. Pe arete trompéta rehegua, Leviticus mokõipa mbohapy ryepýpe, ohechauka pe mburika jejora, upévare pe jehasa yvyty ñemoambue rehegua oúma va’ekue pe jeike ñemomba’eguasú mboyve; upéicha rupi Pedro oñemoĩ tembiasakue ryepýpe, umi mbohapypa ára Leviticus mokõipa mbohapýpe oñembojoajúva pe Pentecostés aravope. Umi mbohapypa árape pe tupão (pe ñeha’ã mbytegua) oñemboguejy umi candidato ári oike hag̃ua umi poapy pa’í valiénte apytépe. Mburuvicha guasu Uzías pu’aka vai rehegua marandu pe tenda marangatúpe ryepýpe, umi poapy pa’i ojekuaa valiénteramo; upéicha ojehechauka oĩ hague pa’i ndoikéiva’ekue upe participaciónpe.</w:t>
      </w:r>
    </w:p>
    <w:p>
      <w:pPr>
        <w:pStyle w:val="ArticleScripture"/>
        <w:jc w:val="left"/>
      </w:pPr>
      <w:r>
        <w:rPr>
          <w:rFonts w:ascii="Times New Roman" w:hAnsi="Times New Roman" w:eastAsia="Times New Roman" w:cs="Times New Roman"/>
        </w:rPr>
        <w:t>Ha Azarías, pe pa’i, oike hapykuéri, ha hendive oho poapyha pa’i Ñandejára rehegua, kuimba’e ipy’aguasúva: ha’ekuéra opu’ã mbarete rréi Uzías rehe, ha he’i chupe: Nde ndereikuaái, Uzías, rehapy hag̃ua insiénso Ñandejárape; upéva katu umi pa’i, Aarón ra’ykuéra, oñemboykéva hína insiénso hag̃ua, peguarãnte. Esẽ pe tupaógui; nde niko rembohasa nde rembiapo rehegua, ha ndaha’éimo’ãi upéva nde jehecharamorã Ñandejára Tupãgui. 2 Crónicas 26:17, 18.</w:t>
      </w:r>
    </w:p>
    <w:p>
      <w:pPr>
        <w:pStyle w:val="ArticleBody"/>
        <w:jc w:val="left"/>
      </w:pPr>
      <w:r>
        <w:rPr>
          <w:rFonts w:ascii="Times New Roman" w:hAnsi="Times New Roman" w:eastAsia="Times New Roman" w:cs="Times New Roman"/>
        </w:rPr>
        <w:t>Pa’i kuéra py’aguasúva hína umi osegíva pe Ovecha Raguepe ohohápe ha’e ohohápe.</w:t>
      </w:r>
    </w:p>
    <w:p>
      <w:pPr>
        <w:pStyle w:val="ArticleScripture"/>
        <w:jc w:val="left"/>
      </w:pPr>
      <w:r>
        <w:rPr>
          <w:rFonts w:ascii="Times New Roman" w:hAnsi="Times New Roman" w:eastAsia="Times New Roman" w:cs="Times New Roman"/>
        </w:rPr>
        <w:t>Ko’ãva hína umi ndoguerekóiva mba’eveichagua ñemongy’a kuñanguéra ndive; ha’ekuéra niko vírhen hína. Ko’ãva hína umi oho meméva Pe Ovecha Ra’y rapykuéri mamo ha’e ohohápe. Ko’ãva ojerredimi va’ekue yvyporakuéragui, ha’égui ypykue hi’áva Ñandejárape ha Pe Ovecha Ra’ýpe. Apocalipsis 14:4.</w:t>
      </w:r>
    </w:p>
    <w:p>
      <w:pPr>
        <w:pStyle w:val="ArticleBody"/>
        <w:jc w:val="left"/>
      </w:pPr>
      <w:r>
        <w:rPr>
          <w:rFonts w:ascii="Times New Roman" w:hAnsi="Times New Roman" w:eastAsia="Times New Roman" w:cs="Times New Roman"/>
        </w:rPr>
        <w:t>Juda ñemoñaregui León ogueraha Itavayguápe Tenda Marangatuvévape ha omomaña chupekuéra pe arca del pacto-pe, ha toñehesa’ỹijo pe Sumo Sacerdóte oĩva upépe omba’apóvo I tembiapo paha-pe, angaipa jepe’a hag̃uáicha. Pedro oikove jey vaekue 31 de diciembre de 2023-pe ha upéi oñembohovái pe prueba fundacional rehe Roma rembiapo rehegua omoĩ hag̃ua pe visión externa de la profecía. Upéi oguahẽ pe mokõiha prueba pe templo rehegua Pedro-pe ĝuarã, ha upépe pe línea interna visión ojehechauka pe looking glass vision-pe Daniel capítulo diez-pe.</w:t>
      </w:r>
    </w:p>
    <w:p>
      <w:pPr>
        <w:pStyle w:val="ArticleBody"/>
        <w:jc w:val="left"/>
      </w:pPr>
      <w:r>
        <w:rPr>
          <w:rFonts w:ascii="Times New Roman" w:hAnsi="Times New Roman" w:eastAsia="Times New Roman" w:cs="Times New Roman"/>
        </w:rPr>
        <w:t>Pedro oreko hag̃ua hembiguáipe ára 18 jasypokõi 2020-pe, ha upéva ojapo mbohapy jey.</w:t>
      </w:r>
    </w:p>
    <w:p>
      <w:pPr>
        <w:pStyle w:val="ArticleScripture"/>
        <w:jc w:val="left"/>
      </w:pPr>
      <w:r>
        <w:rPr>
          <w:rFonts w:ascii="Times New Roman" w:hAnsi="Times New Roman" w:eastAsia="Times New Roman" w:cs="Times New Roman"/>
        </w:rPr>
        <w:t>“Mbohapy jey Pedro oñembotovékuri hesakã porãhápe Ijára rehe, ha mbohapy jey Jesús oguenohẽ chugui pe jeikuaa porã imborayhu ha hekojerovia rehegua, omoĩ mbaretevo upe porandu hakãratĩva, ku hu’y akã hãimbévaicha ipy’a heridávape. Umi temimbo’e oñembyatyva’ekue renondépe Jesús ohechauka mba’eichaitépa ipypuku Pedro ñembyasýre, ha ohechauka mba’eichaitépa oñemomirĩmbáma pe temimbo’e yma oñemomba’eguasúva.” The Desire of Ages, 812.</w:t>
      </w:r>
    </w:p>
    <w:p>
      <w:pPr>
        <w:pStyle w:val="ArticleBody"/>
        <w:jc w:val="left"/>
      </w:pPr>
      <w:r>
        <w:rPr>
          <w:rFonts w:ascii="Times New Roman" w:hAnsi="Times New Roman" w:eastAsia="Times New Roman" w:cs="Times New Roman"/>
        </w:rPr>
        <w:t>Pedro ohechauka mokõi aty umi ñemombaʼeguasuhárape.</w:t>
      </w:r>
    </w:p>
    <w:p>
      <w:pPr>
        <w:pStyle w:val="ArticleScripture"/>
        <w:jc w:val="left"/>
      </w:pPr>
      <w:r>
        <w:rPr>
          <w:rFonts w:ascii="Times New Roman" w:hAnsi="Times New Roman" w:eastAsia="Times New Roman" w:cs="Times New Roman"/>
        </w:rPr>
        <w:t>“Peteĩteĩ umi aty ojehechaukáva fariséo ha avei pe publikáno rupive oguereko peteĩ mbo’epy apóstol Pedro rembiasakuepe. Iñepyrũrã idisípulo ramo, Pedro oimo’ã va’ekue ijehe imbareteha. Fariséoicha, ha’e voi oñemomba’eguasúvo ndaha’éi va’ekue ‘ambue kuimba’éicha.’ Cristo, oñeme’ẽ hag̃ua hag̃uáicha mboyve, oikuaauka porãrõ guare idisípulo-kuérape: ‘Pavẽ pendepy’arakañýta che rehe ko pyharevépe,’ Pedro jerovia reheve he’i: ‘Opavave ojehepyme’ẽramo jepe, che katu nahániri.’ Marcos 14:27, 29. Pedro ndoikuaái va’ekue ijehegua peẽva. Ojerovia rei hag̃ua ijehe ojavyuka chupe. Oimo’ã va’ekue ikatuha oñembo’y hag̃ua ñemo’ã rovái; ha katu mbovymi aravo rire pe prueba oguahẽ, ha ñe’ẽ vai ha juramento reheve omoneĩ’ỹ Ijárare.” Christ’s Object Lessons, 152.</w:t>
      </w:r>
    </w:p>
    <w:p>
      <w:pPr>
        <w:pStyle w:val="ArticleBody"/>
        <w:jc w:val="left"/>
      </w:pPr>
      <w:r>
        <w:rPr>
          <w:rFonts w:ascii="Times New Roman" w:hAnsi="Times New Roman" w:eastAsia="Times New Roman" w:cs="Times New Roman"/>
        </w:rPr>
        <w:t>Pe publikáno oho hógape ojehustifikado hag̃ua.</w:t>
      </w:r>
    </w:p>
    <w:p>
      <w:pPr>
        <w:pStyle w:val="ArticleScripture"/>
        <w:jc w:val="left"/>
      </w:pPr>
      <w:r>
        <w:rPr>
          <w:rFonts w:ascii="Times New Roman" w:hAnsi="Times New Roman" w:eastAsia="Times New Roman" w:cs="Times New Roman"/>
        </w:rPr>
        <w:t>“Pe fariséo ha pe publikáno ohechauka mokõi aty guasu oĩ hag̃ua umi oñemboja Tupãme omomba'eguasúvo oñemboja'o hag̃ua. Umi mokõi iñepyrũrãva oñeñandúkuri umi mokõi ta'ýra peteĩha heñóiva'ekue ko yvy ape ári.” Christ’s Object Lessons, 152.</w:t>
      </w:r>
    </w:p>
    <w:p>
      <w:pPr>
        <w:pStyle w:val="ArticleBody"/>
        <w:jc w:val="left"/>
      </w:pPr>
      <w:r>
        <w:rPr>
          <w:rFonts w:ascii="Times New Roman" w:hAnsi="Times New Roman" w:eastAsia="Times New Roman" w:cs="Times New Roman"/>
        </w:rPr>
        <w:t>Abel ha pe publikáno hína peteĩ techaukaha ohechaukáva pe ñembojopyre’ỹ jerovia rupive.</w:t>
      </w:r>
    </w:p>
    <w:p>
      <w:pPr>
        <w:pStyle w:val="ArticleScripture"/>
        <w:jc w:val="left"/>
      </w:pPr>
      <w:r>
        <w:rPr>
          <w:rFonts w:ascii="Times New Roman" w:hAnsi="Times New Roman" w:eastAsia="Times New Roman" w:cs="Times New Roman"/>
        </w:rPr>
        <w:t>Ha pe publicáno, opyta mombyry, ndohupitýi voi omoingove hag̃ua hesa yvágape, ha ojepete pýpe he’ívo: Tupã, emoporã che rehe, che angaipáva. Ha’e peẽme: ko kuimba’e oho hógape ojehechaukáva hekojojaha hag̃uáicha pe ambuévagui; opavave omoarandu hag̃ua ijupe voi oñemomichĩta; ha pe oñemomichĩva oñemomba’eguasúta. Lucas 18:13, 14.</w:t>
      </w:r>
    </w:p>
    <w:p>
      <w:pPr>
        <w:pStyle w:val="ArticleBody"/>
        <w:jc w:val="left"/>
      </w:pPr>
      <w:r>
        <w:rPr>
          <w:rFonts w:ascii="Times New Roman" w:hAnsi="Times New Roman" w:eastAsia="Times New Roman" w:cs="Times New Roman"/>
        </w:rPr>
        <w:t>Pe marandu 1888-pegua oúkuri ykére Apocalipsis 18 pe ánhel oguejyha rehegua.</w:t>
      </w:r>
    </w:p>
    <w:p>
      <w:pPr>
        <w:pStyle w:val="ArticleScripture"/>
        <w:jc w:val="left"/>
      </w:pPr>
      <w:r>
        <w:rPr>
          <w:rFonts w:ascii="Times New Roman" w:hAnsi="Times New Roman" w:eastAsia="Times New Roman" w:cs="Times New Roman"/>
        </w:rPr>
        <w:t>“Ñandejára iporiahuvereko tuichaitéva rupi omondo peteĩ marandu iporãitereíva Itávape umi ansiáno Waggoner ha Jones rupive. Ko marandu ogueru vaʼekue hag̃ua ko yvy ape ári peteĩ hendápe ojehecha porãvéva Salvador oñemopuʼãmbyre, pe sacrificio ojejapóva ko yvy tuichakue angaipa rehehápe. Omombeʼu pe justificasión jerovia rupive pe Garante rehe; ohenói tavayguakuérape omoguahẽ hag̃ua Cristo tekojoja, ojehechaukáva ñeʼẽrendúpe Tupã rembiapoukapykuéra maymáva rehe. Heta vaʼekue operde Jesús rehe ojesareko hag̃ua. Tekotevẽ vaʼekue oñembohape hag̃ua hesakuéra Hembiasakue divíno rehe, Hembiporãitekuéra rehe, ha Hemborayhu ndoikovéimavaʼỹ rehe yvypórape guarã. Opa pokatu oñemeʼẽ Ipope, ikatu hag̃uáicha omeʼẽ yvypórape jopói ryguasu, omeʼẽvo pe jopói hepyetereíva, hína ijeheguiete hekojoja, pe tembiporu yvypóra ndaikatúivape oipytyvõ hag̃ua ijehegui. Kóva hína pe marandu Tupã omanda vaʼekue oñemeʼẽ hag̃ua ko yvy ape ári. Kóva hína pe mbohapyha ánhel marandu, oñemomaranduvaʼerãva ñeʼẽ hatãme, ha oúta hendive Ijespíritu oñehẽ hag̃ua tuichaitépe.” Testimonies to Ministers, 91.</w:t>
      </w:r>
    </w:p>
    <w:p>
      <w:pPr>
        <w:pStyle w:val="ArticleHeading"/>
        <w:jc w:val="left"/>
      </w:pPr>
      <w:r>
        <w:rPr>
          <w:rFonts w:ascii="Arial" w:hAnsi="Arial" w:eastAsia="Arial" w:cs="Arial"/>
        </w:rPr>
        <w:t>Pe Marandu Laodiceayguápe</w:t>
      </w:r>
    </w:p>
    <w:p>
      <w:pPr>
        <w:pStyle w:val="ArticleScripture"/>
        <w:jc w:val="left"/>
      </w:pPr>
      <w:r>
        <w:rPr>
          <w:rFonts w:ascii="Times New Roman" w:hAnsi="Times New Roman" w:eastAsia="Times New Roman" w:cs="Times New Roman"/>
        </w:rPr>
        <w:t>“Pe marandu oñeme’ẽ vaʼekue ñandéve A. T. Jones ha E. J. Waggoner rupive haʼe hína Tupã marandu pe iglesia Laodiceapegua-pe g̃uarã, ha ái toiko oimeraẽva heʼíva ogueroviaha pe añetegua ha upéicharõ jepe ndohechaukái ambuépe umi tesape rayo Tupã omeʼẽva.” The 1888 Materials, 1053.</w:t>
      </w:r>
    </w:p>
    <w:p>
      <w:pPr>
        <w:pStyle w:val="ArticleHeading"/>
        <w:jc w:val="left"/>
      </w:pPr>
      <w:r>
        <w:rPr>
          <w:rFonts w:ascii="Arial" w:hAnsi="Arial" w:eastAsia="Arial" w:cs="Arial"/>
        </w:rPr>
        <w:t>Pe Amá Kapy Rain Message rehegua</w:t>
      </w:r>
    </w:p>
    <w:p>
      <w:pPr>
        <w:pStyle w:val="ArticleScripture"/>
        <w:jc w:val="left"/>
      </w:pPr>
      <w:r>
        <w:rPr>
          <w:rFonts w:ascii="Times New Roman" w:hAnsi="Times New Roman" w:eastAsia="Times New Roman" w:cs="Times New Roman"/>
        </w:rPr>
        <w:t>“Oky rire paha og̃uahẽta Ñandejára retãygua ári. Peteĩ ánhel ipokatúva oguejyta yvágagui, ha ko yvy tuichakue oñesãmbyhýta heko mimbipápe.” Review and Herald, 21 de abril de 1891.</w:t>
      </w:r>
    </w:p>
    <w:p>
      <w:pPr>
        <w:pStyle w:val="ArticleHeading"/>
        <w:jc w:val="left"/>
      </w:pPr>
      <w:r>
        <w:rPr>
          <w:rFonts w:ascii="Arial" w:hAnsi="Arial" w:eastAsia="Arial" w:cs="Arial"/>
        </w:rPr>
        <w:t>Táva Nueva York ha 9/11</w:t>
      </w:r>
    </w:p>
    <w:p>
      <w:pPr>
        <w:pStyle w:val="ArticleScripture"/>
        <w:jc w:val="left"/>
      </w:pPr>
      <w:r>
        <w:rPr>
          <w:rFonts w:ascii="Times New Roman" w:hAnsi="Times New Roman" w:eastAsia="Times New Roman" w:cs="Times New Roman"/>
        </w:rPr>
        <w:t>“Ko’ág̃a piko ou pe ñe’ẽ che amombe’úva va’ekue Nueva York ojejohéitaha peteĩ y guasu rupi? Kóva araka’eve nda’éi va’ekue. Ha’e kuri, ahechávo umi óga tuichaitéva ojepu’ãva upépe, piso ári piso, ‘Mba’e hendáicha ipochyete hag̃ua umi mba’e oikótava Ñandejára opu’ã vove omboryrýi hag̃ua tuichaiterei ko yvy! Upéramo oñembotýta pe ñe’ẽ he’íva Apocalipsis 18:1–3.’ Apocalipsis kapítulo 18 pukukue ha’e peteĩ ñe’ẽmondo’ẽ oikótavare ko yvy ári. Péro ndarekói tesakã peteĩchagua Nueva York rehegua mba’épa oútava, añónte aikuaa peteĩ ára umi óga guasu upépe oitypáta Tupã pu’aka ojere ha ojerejey rupi. Pe tesakã oñeme’ẽ va’ekuégui chéve, aikuaa ñehundi oĩha ko yvy ape ári. Peteĩ ñe’ẽnte Ñandejáragui, peteĩ pokomi año ite ipu’aka mbarete guive, ha ko’ã yvateguasu mba’ety o’a hag̃uáicha. Oikóta umi mba’e ñanemondýiva ndaikatúiva ñamo’ãnga hag̃ua.” Review and Herald, July 5, 1906.</w:t>
      </w:r>
    </w:p>
    <w:p>
      <w:pPr>
        <w:pStyle w:val="ArticleBody"/>
        <w:jc w:val="left"/>
      </w:pPr>
      <w:r>
        <w:rPr>
          <w:rFonts w:ascii="Times New Roman" w:hAnsi="Times New Roman" w:eastAsia="Times New Roman" w:cs="Times New Roman"/>
        </w:rPr>
        <w:t>Pedro, pe publicáno, ohechauka peteĩ ánga oñemohenda porãva jerovia rupi, ha pe ñemohenda porã jerovia rupi ha’e pe ángel mbohapyha marandu; ha’e pe Laodicea marandu og̃uahẽva’ekue 9/11-pe, umi tuichaitéva óga Nueva York-pegua ho’árõ guare ha Apocalipsis 18:1–3 oñekumpli. Upéi pe ama pyahu oñepyrũ omyñyvõ, ha pe cien cuarenta y cuatro mil ñembosella oñepyrũ. Pe tiempo pahaitepe pe ñembosella rehegua umi cien cuarenta y cuatro mil-pe, pe ángel Apocalipsis dieciocho guigua oguejy Miguel arcángel ramo ha omoingove jey Pedro-pe mbohapy prueba rupive. Pe prueba peteĩha oñepyrũ diciembre 31, 2023-pe, ha ohechauka pe añetegua pyenda guigua Roma ha’eha pe mbarete Daniel once versículo catorce-pe omopyendáva pe visión. Upe visión ha’e pe visión chazon, ohechaukáva pe línea profética okáguio, ha Salomón he’i upéva ha’eha tekove térã ñemano.</w:t>
      </w:r>
    </w:p>
    <w:p>
      <w:pPr>
        <w:pStyle w:val="ArticleScripture"/>
        <w:jc w:val="left"/>
      </w:pPr>
      <w:r>
        <w:rPr>
          <w:rFonts w:ascii="Times New Roman" w:hAnsi="Times New Roman" w:eastAsia="Times New Roman" w:cs="Times New Roman"/>
        </w:rPr>
        <w:t>Oĩháme ndaipóri [chazon] visión, tavaygua oñehundi; ha upéva oñangarekóva léi rehe, ovy’a ha’e. Proverbios 29:18.</w:t>
      </w:r>
    </w:p>
    <w:p>
      <w:pPr>
        <w:pStyle w:val="ArticleBody"/>
        <w:jc w:val="left"/>
      </w:pPr>
      <w:r>
        <w:rPr>
          <w:rFonts w:ascii="Times New Roman" w:hAnsi="Times New Roman" w:eastAsia="Times New Roman" w:cs="Times New Roman"/>
        </w:rPr>
        <w:t>Mokõiha Pedro rehegua ha’e pe templo rehegua prueba ojeruréva oike hag̃ua pe Tenda Marangatúvape ijerovia rupive, hermana White ohechauka haguéicha hechapyrã peteĩha kuérape. Upépe ha’e ohecha pe sábado ára pokõiha mandamiénto omimbiha umi ambue porundy mandamiénto ári. Upe doctrina, juicio ñepyrũme, ohechauka pe encarnación doctrina omimbíva umi ambue doctrina profética ári ára pahápe, juicio ñembotýpe. Cristo, pe Divino, encarnación, ogueraha hag̃ua hi’ári ñande rete ho’áva ha angaipáva, jepémo ha’e ndoikuaái angaipa, ojehechauka heta ta’ãngamýi rupive. Pe iñimportantevéva ha’e pe siete tiempos doctrina. Pe siete tiempos doctrina ha’e va’ekue pe alfa umi Miller oikuaaukáva profecía rehegua apytépe, ha ha’e va’ekue pe doctrina ary 1856-pe orepresentáva pe omega doctrina historia millerita-pe, amo Millerita Filadélfia Adventismo opu’ã vai haguépe siete ary pukukue ha oiko pe Iglesia Adventista del Séptimo Día Laodicea-pegua ary 1863-pe.</w:t>
      </w:r>
    </w:p>
    <w:p>
      <w:pPr>
        <w:pStyle w:val="ArticleBody"/>
        <w:jc w:val="left"/>
      </w:pPr>
      <w:r>
        <w:rPr>
          <w:rFonts w:ascii="Times New Roman" w:hAnsi="Times New Roman" w:eastAsia="Times New Roman" w:cs="Times New Roman"/>
        </w:rPr>
        <w:t>Ezequiel treinta y siete-pe pe mokõi yvyra ohechauka mokõi juicio 2.520 ary pukukue oúva reino yvatepegua ha reino ñembyguáre. Pe reino yvatepegua ohechauka yvypóra ro’o, ha pe reino ñembyguápe ohechauka pe apytu’ũ ojejapova’ekue oñembojoaju hag̃ua Cristo apytu’ũ ndive; upéicha rupi, Divinidad oñembojoajúta yvyporakuéra reheve. Kóva hína pe doctrina de la encarnación peteĩ jehechaukarã mombykypyrévaicha. Umi siete tiempos ha’e va’ekue pe alfa ha omega tembiasakue Millerita-pe, ha, ohechaukaháicha pe encarnación, ha’e avei pe omega tembiasakue Adventista del Séptimo Día-pe, ojoajúvo pe doctrina alfa del sábado ary 1844-pe. Peteĩva ha’e peteĩ techaukaha pe sábado ára sieteha rehegua, ha ambue katu pe techaukaha pe sábado ary sieteha rehegua.</w:t>
      </w:r>
    </w:p>
    <w:p>
      <w:pPr>
        <w:pStyle w:val="ArticleBody"/>
        <w:jc w:val="left"/>
      </w:pPr>
      <w:r>
        <w:rPr>
          <w:rFonts w:ascii="Times New Roman" w:hAnsi="Times New Roman" w:eastAsia="Times New Roman" w:cs="Times New Roman"/>
        </w:rPr>
        <w:t>Pédro réra oñemoambue Panio-pe, ha upéva hína mokõiha paso Abraham rehegua pe techaukáramo pe ñe’ẽme’ẽ peteĩha peteĩ tavayguakuéra poravopyre ndive; ha Pédro oiko pe ñe’ẽme’ẽ pahaguápe g̃uarã peteĩ tavayguakuéra poravopyre ndive, mokõiha pasópe. Kóva hína mokõiha paso pe línea de capítulos once guive twenty-two peve, ha ha’e pe mokõiha umi mbohapy jey apytégui Pédro, Santiago ha Juan ohohague Jesús ndive mombyry ambue temimbo’e kuéragui, ha pe mokõiha umi mbohapy jey apytégui Túva yvagagua oñe’ẽhague. Nerón línea opa pe mbyte rupi umi ñorairõ Raphia ha Panio mbytépe, oguerekógui joaju umi mokõi período ambue 250 ary rehegua ndive oñepyrũva’ekue 457 BC ha 1776-pe. 457 BC opa 207 BC-pe, ha 1776 opa 2026-pe. Pédro oĩ 207 BC-pe, 2026-pe, 313-pe ha pe templo rehegua prueba oĩva mbohapyha ha prueba decisiva oñemosãi hag̃ua pe vúrro, oñerrepresentáva pe trompéta arete ramo.</w:t>
      </w:r>
    </w:p>
    <w:p>
      <w:pPr>
        <w:pStyle w:val="ArticleBody"/>
        <w:jc w:val="left"/>
      </w:pPr>
      <w:r>
        <w:rPr>
          <w:rFonts w:ascii="Times New Roman" w:hAnsi="Times New Roman" w:eastAsia="Times New Roman" w:cs="Times New Roman"/>
        </w:rPr>
        <w:t>Pedro rembiasa’ãrõ ha’e hína osegi hag̃ua Cristo-pe Pe Tenda Marangatuvévape, ha hembiapo katu ha’e omboheko hag̃ua ha upéi omyasãi hag̃ua pe marandu oñembohekopyréva umi tata apu’a Nashville-gua rehegua. Pedro marandu umi tata apu’a Nashville-gua rehegua ha’e pe marandu Pentecostés rehegua, ojehechauka raẽ va’ekue pe koty yvatepe ha upéi pe témplope. Ha’e omombe’u imarandu omyesakãvo umi tata apu’a Nashville-gua, ha pe ñorairõ Raphia-gua ñembyahýi, ojoajúvo pe ñorairõ Panium-gua ndive, upéva oiko pe ñorairõ Actium-gua ramo pe léi domingo versíkulo dieciséis-pe. Pe léi domingo versíkulo dieciséis-pe ha’e avei pe léi domingo versíkulo cuarenta y uno-pe ha versíkulo veintidós-pe. Umi mbohapy versíkulo avei ojoja versíkulo treinta y uno ndive, upépe pe papado ojapyhy va’ekue pokatu 538-pe ha ombohasa peteĩ léi domingo pe mbohapyha Concilio de Orleans-pe. Umi versíkulo ogueraháva versíkulo treinta y uno peve ohechauka umi techaukaha omboguatáva pe léi domingo 538-gua peve ha ohechaukarõ pe tembiasakue oĩva tenondépe pe léi domingo oútava pya’e hag̃ua.</w:t>
      </w:r>
    </w:p>
    <w:p>
      <w:pPr>
        <w:pStyle w:val="ArticleScripture"/>
        <w:jc w:val="left"/>
      </w:pPr>
      <w:r>
        <w:rPr>
          <w:rFonts w:ascii="Times New Roman" w:hAnsi="Times New Roman" w:eastAsia="Times New Roman" w:cs="Times New Roman"/>
        </w:rPr>
        <w:t>Chíttim ygueraha og̃uahẽta hese; upévare haʼe ipyʼaro ha ojevýta, ha ipochyta pe ñeʼẽmeʼẽ marangatu rehe; upéicha ojapóta; haʼe voi ojevýta, ha oñemoarandúta umi oheja vaʼekue pe ñeʼẽmeʼẽ marangatu. Ha umi ehérsito oñemboʼýta ipártepe, ha omongyʼáta pe tupaó marangatu mbareteha, ha oipeʼáta pe sacrificio ára ha ára guáva, ha omoĩta pe mbaʼe jeguaru ombopyta hag̃uáicha nandi. Daniel 11:30, 31.</w:t>
      </w:r>
    </w:p>
    <w:p>
      <w:pPr>
        <w:pStyle w:val="ArticleBody"/>
        <w:jc w:val="left"/>
      </w:pPr>
      <w:r>
        <w:rPr>
          <w:rFonts w:ascii="Times New Roman" w:hAnsi="Times New Roman" w:eastAsia="Times New Roman" w:cs="Times New Roman"/>
        </w:rPr>
        <w:t>Umi “Chittim pegua” ohechauka va’ekue umi Vándalope, ha’ekuéra avei ojehechauka pe mokõiha trompéta ramo Apocalipsis kapítulo 8-pe. Roma ñehundi mbeguekatúpe oñepyrũ va’ekue ary 330-pe, Constantino omboja’o jave pe rréino kuarahyreike gotyo ha kuarahyresẽ gotyo. Upéi omboja’o avei hembyreko mbohapy ita’ýra apytépe. Pe Imperio Romano, oikóva’ekue ndaikatúiva oñemomba’e ñorairõ Acción guive, upérõ oñemboja’o mokõi hendápe, upéi mbohapy hendápe; ha upéi pe irundy trompéta peteĩha Apocalipsis 8-pe ohechauka va’ekue umi enemigo ñorairõ vai oguerúva Roma occidental pahápe ary 476-pe. Roma oriental, Constantinopla-pe, osegi va’ekue pe poha ha oñepyrũvo pe poteĩha trompéta, ha umíva avei hína pe peteĩha ha mokõiha ñembyasy guasu. Pe profecía aravo rehegua cien cincuenta ary pe peteĩha ñembyasy guasúpegua opa va’ekue upe áraite oñepyrũ hague pe profecía aravo rehegua pe mokõiha ñembyasy guasu rehegua. Upe ára ha’e va’ekue Constantinopla ho’a hague umi Turco Otomano pópe ary 1453-pe.</w:t>
      </w:r>
    </w:p>
    <w:p>
      <w:pPr>
        <w:pStyle w:val="ArticleBody"/>
        <w:jc w:val="left"/>
      </w:pPr>
      <w:r>
        <w:rPr>
          <w:rFonts w:ascii="Times New Roman" w:hAnsi="Times New Roman" w:eastAsia="Times New Roman" w:cs="Times New Roman"/>
        </w:rPr>
        <w:t>Babilonia hoʼa peteĩ pyharépe; ikatu hag̃uáicha reñeʼẽ heʼívo Ciro raẽ oikotevẽ hague ombohasa ambue hendápe pe ysyrýva, ha upéva oguereko hague peteĩ aravo pukukue, ha katu Babilonia hoʼa peteĩ pyharépente; ha Roma hoʼa katu oikove hag̃ua 1123 ary pukukue. Umi ary oguereko umi mbaʼe techaukaha profétika hesakã porãva omombeʼúva Roma Imperial remano mbeguekatúpe, ha Roma Imperial pagana ohechaukarã Estados Unidos-pe hembiapo hag̃uáicha omoĩvo papado guapyhárõ guive pe mburuvicharenda ári, oñemoĩvo chupe pe poha reino ramo profecía bíblica-pe ary 538-pe. Pe papado oñemoĩ pe tróno ári pe léi domingo-pe, Daniel 11, versíkulo 16-pe. Umi techaukaha ohechaukáva Estados Unidos rembiapo oñerepresenta umi techaukaha Roma pagana remano mbeguekatúpe.</w:t>
      </w:r>
    </w:p>
    <w:p>
      <w:pPr>
        <w:pStyle w:val="ArticleBody"/>
        <w:jc w:val="left"/>
      </w:pPr>
      <w:r>
        <w:rPr>
          <w:rFonts w:ascii="Times New Roman" w:hAnsi="Times New Roman" w:eastAsia="Times New Roman" w:cs="Times New Roman"/>
        </w:rPr>
        <w:t>Kíttim ygara kuéra ohechauka vaʼekue peteĩ ñembyai viru rehegua Róma-pe g̃uarã, pórke vándalo-kuéra ñorairõ ygarata ogueru vaieterei vaʼekue umi tape marítimo Mediterráneo-pe guarépe. Umi ára pahápe, Islam ojehechauka peteĩ ñembyai viru rehegua ramo yvy arigua mburuvicha guasu-kuérape g̃uarã. Umi vándalo ha ijygara-kuéra haʼékuri mokõiha trompéta puʼaka, ha umi mbohapy ñembyasýva haʼe trompéta puʼaka islámico. Peteĩha vaʼekue Arabia, mokõiha Turquía, ha mbohapyha haʼe opaite yvy ape ári.</w:t>
      </w:r>
    </w:p>
    <w:p>
      <w:pPr>
        <w:pStyle w:val="ArticleBody"/>
        <w:jc w:val="left"/>
      </w:pPr>
      <w:r>
        <w:rPr>
          <w:rFonts w:ascii="Times New Roman" w:hAnsi="Times New Roman" w:eastAsia="Times New Roman" w:cs="Times New Roman"/>
        </w:rPr>
        <w:t>Umi guasu ha’e peteĩ símbolo mbareteha viru rehegua, ha Ñandejára Ñe’ẽme umi umi guasu Chittim-pegua ha’e umi símbolo yvatevéva mbareteha viru rehegua. Umi umi guasu oñehundi peteĩ yvytu kuarahyresẽ gotyogua ipochyva’ekue rupi yguasu mbytépe, ha Ñandejára Ñe’ẽme Islam ha’e kuarahyresẽ guivegua ra’ykuéra. Araka’eve Islam oñemombe’u pe marandu py’aguapýpe umi mba’e oikótava rehegua, upéva omoheñói peteĩ apañuãi viru rehegua. Islam ojehechauka Balaam ndive peteĩ vúrro ramo, upéva ha’e pe ñe’ẽ hebreo oñembohasáva “kuimba’e salváhe” ramo Ismael ñeñepyrũ peteĩha jave Ñandejára Ñe’ẽme. Ismael ha’e Islam ru nivel profético-pe, ndaha’éi oñembotove hag̃ua Abraham ha’eha Ismael ru, péro Ismael pa mokõi aty ñemoñare ojekuaa Ñandejára Ñe’ẽme kuarahyresẽ guivegua ra’ykuéra ramo.</w:t>
      </w:r>
    </w:p>
    <w:p>
      <w:pPr>
        <w:pStyle w:val="ArticleBody"/>
        <w:jc w:val="left"/>
      </w:pPr>
      <w:r>
        <w:rPr>
          <w:rFonts w:ascii="Times New Roman" w:hAnsi="Times New Roman" w:eastAsia="Times New Roman" w:cs="Times New Roman"/>
        </w:rPr>
        <w:t>Umi ára pahápe Balaam, peteĩ símbolo Estados Unidos rehegua proféta japu ramo, oinupã hymba vúrro rehe mbohapy jey, ohechaukáva mbohapy jejapi Islam guigua. 9/11 ha’e va’ekue pe peteĩha umi jejapi apytégui ha ohechauka pe ánhel osella va’erãva ñepyrũ, ojupíva kuarahyresẽ gotyo umi kuarahyresẽ yvytu hatã ñorairõgua jave. Pe mokõiha jejapi Islam guigua mokõive rehegua, pórke pe mokõiha peteĩteĩ ojapo mokõive jey. Jasypa 7, 2023-pe Islam oinupã sapy’aitépe Israel tee, ha Nashville, Tennessee, oñeinupã sapy’aitépe Islam rupive jave, Israel espiritual oñeinupãma va’erã. Balaam rembiasakuepe, pe mokõiha techaukaha ou va’ekue mokõi parralty mbytépe, ha umi mokõi parralty Ñandejára de los Ejércitos mba’éva va’ekue Israel yma guare tee ha Estados Unidos, Israel espiritual ko’ág̃agua. Balaam mbohapyha techaukaha ha’e va’ekue pe vúrro oñe’ẽrõ guare; ha pe símbolo ñe’ẽ rehegua ohechaukáva pe tiempo de sellamiento opa hag̃ua umi cien cuarenta y cuatro mil, oñepyrũ va’ekue 9/11-pe, ha’e pe léi domingo, Estados Unidos oñe’ẽhápe dragónicha. Pe yvyryrýi guasu Apocalipsis once-pe ha’e upe léi domingo, upépe pe mbohapyha ñehundi ou pya’e, upépe Estados Unidos, pe vúrro ha Zacarías oñe’ẽ.</w:t>
      </w:r>
    </w:p>
    <w:p>
      <w:pPr>
        <w:pStyle w:val="ArticleBody"/>
        <w:jc w:val="left"/>
      </w:pPr>
      <w:r>
        <w:rPr>
          <w:rFonts w:ascii="Times New Roman" w:hAnsi="Times New Roman" w:eastAsia="Times New Roman" w:cs="Times New Roman"/>
        </w:rPr>
        <w:t>Juan Bautísta ru nikoha ha’e va’ekue peteĩva umi ochoha irundypa irundy aty saserdóte kuéra apytégui David omoĩ va’ekue tupãópe oservi hag̃ua. Zacarías, pe saserdóte, opyta ñe’ẽ’ỹre ndogueroviái haguére peve ita’ýra Juan onase, ha upéva ha’e peteĩ símbolo pe papapy ocho rehegua (peteĩ símbolo saserdóte reko rehegua). Pe léi dominical-pe, pe generación paha saserdóte kuéragui, ojehechaukáva Juan el Bautista rupive, oñe’ẽta, ojehechaukaháicha itúva Zacarías rupive. Cristo ohechakuaa Juan-pe Elías ramo, ha pe marandu ára pahapegua Elías rehegua ojehechauka peteĩ túva ha ta’ýra joaju rupive, Zacarías ha Juanicha. Juan ojehechaukáva’ekue Jeremías rupive, chupe oñeñanduka va’ekue ndaipóri hag̃uáicha, ojevýramo, ha’éta Tupã juru.</w:t>
      </w:r>
    </w:p>
    <w:p>
      <w:pPr>
        <w:pStyle w:val="ArticleBody"/>
        <w:jc w:val="left"/>
      </w:pPr>
      <w:r>
        <w:rPr>
          <w:rFonts w:ascii="Times New Roman" w:hAnsi="Times New Roman" w:eastAsia="Times New Roman" w:cs="Times New Roman"/>
        </w:rPr>
        <w:t>Jeremías oñembyasyvaʼekue pe ñembotavy peteĩha 18 jasypokõi 2020 guáre; ha ojevýramo, oikóta Tupã jurúramo pe léi dominical jave, omyasãirõrõ guare pe marandu profético Habacuc rehegua, opytavaʼekue arakaʼe peve, ha katu vaʼerã “oñeʼẽ” ipahápe. Jeremías, ha upévare Juan, ha upévare Pedro, vaʼerã omombeʼu pe marandu Habacuc rehegua upe puntope pe mburika Islam rehegua oñeʼẽhápe, ha Estados Unidos oñeʼẽ jave dragónicha.</w:t>
      </w:r>
    </w:p>
    <w:p>
      <w:pPr>
        <w:pStyle w:val="ArticleBody"/>
        <w:jc w:val="left"/>
      </w:pPr>
      <w:r>
        <w:rPr>
          <w:rFonts w:ascii="Times New Roman" w:hAnsi="Times New Roman" w:eastAsia="Times New Roman" w:cs="Times New Roman"/>
        </w:rPr>
        <w:t>Pedro, en Cesarea de Filipo, que es Panium, hína peteĩ período de tiempo oĩva pe waymark “móte” mboyve, ha upéva vaʼekue ojepysóva pe entrada triunfalpe gotyo, ogueraháva kurusupe térã ley dominicalpe. Pe período de tiempo oñerrepresenta pe batalla de Panium rupive, opaha victoria-pe g̃uarã papa ha ipoder proxy, Estados Unidos, rehe. Panium ha’e pe mbohapyha umi mbohapy guerra proxy apytégui; pe peteĩha opakuri pe muro de Berlínpe ary 1989-pe, ha pe pahague térã mbohapyha guerra proxy opa pe “muro” oïva iglesia ha estado mbytépe oñembyaírõ guare. Ary 1989 omarka pe clímax peteĩ guerra proxy hérava “guerra fría”, oñepyrũvaʼekue pe segunda Guerra Mundial paha rire, ha Panium orrepresenta peteĩ guerra fría opáva pe tercera Guerra Mundialpe, oñerrepresentáva pe batalla de Actium rupive. Mbytépe pe peteĩha ha mbohapyha waymark umi mbohapy guerra proxy rehegua oĩ pe guerra literal Ucrania-pe, oñerrepresentáva pe batalla de Raphia rupive versículo once ha doce-pe.</w:t>
      </w:r>
    </w:p>
    <w:p>
      <w:pPr>
        <w:pStyle w:val="ArticleBody"/>
        <w:jc w:val="left"/>
      </w:pPr>
      <w:r>
        <w:rPr>
          <w:rFonts w:ascii="Times New Roman" w:hAnsi="Times New Roman" w:eastAsia="Times New Roman" w:cs="Times New Roman"/>
        </w:rPr>
        <w:t>Panium ha’e peteĩ ñorairõ ro’ysã ogueraháva mbohapyha Ñorairõ Mundial-pe, ojehechauka haguéicha pe ñorairõ ro’ysã opa vaʼekue ára paha-pe ary 1989-pe, ha omoñepyrũ vaʼekue mokõiha Ñorairõ Mundial paha rire. Umi techaukaha ojehechaukáva versíkulo diez ha ary 1989-pe, versíkulo once ha doce ha pe ñorairõ Ucrania-pegua oñepyrũ vaʼekue ary 2014-pe, ha versíkulo trece guive quince peve ha pe ñorairõ ro’ysã ko’ág̃agua MAGAísmo ha globalismo apytépe, oĩ mbohapy mburuvicha guasu omarkáva joaju kuéra papado ha Estados Unidos apytépe.</w:t>
      </w:r>
    </w:p>
    <w:p>
      <w:pPr>
        <w:pStyle w:val="ArticleBody"/>
        <w:jc w:val="left"/>
      </w:pPr>
      <w:r>
        <w:rPr>
          <w:rFonts w:ascii="Times New Roman" w:hAnsi="Times New Roman" w:eastAsia="Times New Roman" w:cs="Times New Roman"/>
        </w:rPr>
        <w:t>Ronald Reagan oreko peteĩ alianza kañymby Papa Juan Pablo II ndive, peteĩ papa conservador umi profesía satánica Fatima rehegua ryepýpe, ha oñembojoaju pe historia profética versículo diez-peguáre. Obama presidencia ojoaju pe historia ñorairõ Rafia-peguáre versículo once ha doce-pe. Ipresidencia aja oĩkuri mokõi papa simbólico, pe mokõiha waymark ohechauka haguére peteĩ joaju mokõi jevy. Pe mbohapyha waymark versículo trece guive quince peve, pe papa hína pe peteĩha papa Estados Unidos-gua. Ñepyrũrã roimo’ãkuri Papa Leo ha’eha peteĩ papa conservador, ojoguáva Juan Pablo II-pe, ha katu oñemoĩ jave pe aplicación profética peteĩ aplicación triple ryepýpe, pe mbohapyha waymark oguereko umi característica umi mokõi cumplimiento peteĩha rehegua; upévare Leo hína pe Juan Pablo II conservador ha ha’e hína pe ymave Oficina de la Inquisición ruvicha, Benedicto XVI, ojehejava’ekue pe papa woke Francisco rehehápe Obama mandato aja.</w:t>
      </w:r>
    </w:p>
    <w:p>
      <w:pPr>
        <w:pStyle w:val="ArticleBody"/>
        <w:jc w:val="left"/>
      </w:pPr>
      <w:r>
        <w:rPr>
          <w:rFonts w:ascii="Times New Roman" w:hAnsi="Times New Roman" w:eastAsia="Times New Roman" w:cs="Times New Roman"/>
        </w:rPr>
        <w:t>Peteĩha ñorairõ proxy rehegua ojehechauka peteĩ versículo rupi, mokõiha mokõi versículo rupi ha mbohapyha mbohapy versículo rupi. Pe ñorairõ ro’ysã opáva’ekue ary 1989-pe, oñepyrũ kuri mokõiha Ñorairõ Mundial paha gotyo, ha mbohapyha Ñorairõ Mundial, ojehechaukáva Actium ñorairõ rupive, oñepyrũ pe ñorairõ ro’ysã paha gotyo, upéva ojehechaukáva Panium ñorairõ rupive. Umi mbohapy ñorairõ mundial, umi mbohapy ñorairõ proxy reheguaicha avei, oñemboguata umi principio ojoajúva peteĩ profecía jeiporu mbohapýva rehe. Mokõiha ñorairõ mundial paha omoñepyrũ peteĩ ñorairõ ro’ysã opáva’ekue pe mburuvicha guasu poapyhápe Roosevelt guive ary 1945 rire, ha upéva hína Reagan. Reagan, pe ára paha jave ary 1989-pe, omoñepyrũ peteĩ serie ocho mburuvicha guasu rehegua ogueraháva Trump peve (ha’éva umi siete apytégui). Trump ñorairõ ro’ysã oñepyrũ ary 2015-pe, ha’e omombe’u jave oikeseha mburuvicha guasurã ha omokyre’ỹ jave umi globalista-kuérape, oñemoañetévo Daniel capítulo once versículo mokõi. Upéva ñorairõ ro’ysã opa pe ley dominical-pe, ha’éva Actium ñorairõ, mbohapyha jejoko Roma rehegua oisãmbyhy mbareteite mboyve.</w:t>
      </w:r>
    </w:p>
    <w:p>
      <w:pPr>
        <w:pStyle w:val="ArticleBody"/>
        <w:jc w:val="left"/>
      </w:pPr>
      <w:r>
        <w:rPr>
          <w:rFonts w:ascii="Times New Roman" w:hAnsi="Times New Roman" w:eastAsia="Times New Roman" w:cs="Times New Roman"/>
        </w:rPr>
        <w:t>Roosevelt omoñepyrũ poapy mburuvicha guasu Reagan peve, ha upéi Reagan omoñepyrũ ambue poapy mburuvicha guasu Trump peve. Roosevelt ohechauka Mokõiha Ñorairõ Guasu Mundiál, omano hag̃ua ára 12 jasyrundy 1945-pe, ha upéi Truman haʼe vaʼekue mburuvicha guasu pe ñorairõ Europa pegua opa jave ára 8 jasypo 8-pe, ha pe ñorairõ Pacífico pegua opa ára 2 jasypoteĩme. Pe ñorairõ Europa pegua tuichaháicha haʼe vaʼekue peteĩ ñorairõ yvýre guare, ha pe ñorairõ Pacífico pegua peteĩ ñorairõ yguasúpe guare, oĩ hag̃uáicha Panium ohechaukáva peteĩ ñorairõ yvýre guare ha Actium peteĩ ñorairõ yguasúpe guare. Peteĩha ohechauka pahaite, ha pe joaju poapy mburuvicha guasu rehegua oñemopyenda Daniel 11, versíkulo 2 ha 3, testimónio ári, avei pe apañuãi hag̃ua pe poapýva oĩ hag̃ua umi siete apytépe. Umi mokõi Congreso Continental peteĩha kuérape, pe yvypóra rembiasakue ñepyrũme pe mymba yvy pegua Apocalipsis 13-pe ojehecháva rehe, oĩ vaʼekue siete término mburuvicha guasukuéra rehegua. Upe tembiasakuépe George Washington oñemoĩ vaʼekue Comandante en Jefe ramo. Mburuvicha guasu peteĩha oficial ramo, Washington ñemoĩ pe Mokõiha Congreso Continental-pe ohechauka Washington-pe pe ñepyrũetépe peteĩ poapýva ramo umi siete mburuvicha guasu apytégui.</w:t>
      </w:r>
    </w:p>
    <w:p>
      <w:pPr>
        <w:pStyle w:val="ArticleBody"/>
        <w:jc w:val="left"/>
      </w:pPr>
      <w:r>
        <w:rPr>
          <w:rFonts w:ascii="Times New Roman" w:hAnsi="Times New Roman" w:eastAsia="Times New Roman" w:cs="Times New Roman"/>
        </w:rPr>
        <w:t>Pe primer presidente vaʼekue pe ochoha umi siete presidente peteĩhágui, ha pe pahague presidente hína pe ochoha oúva umi siete-gui. Paʼi Zacarías oñeʼẽ Juan heñóivo, vúrro oñeʼẽvo, ha mymba yvy arigua oñeʼẽvo. Koʼápe avei oñeʼẽ Habacuc visión. Juan heñóiha, ohechaukáva pe poyvi umi ciento cuarenta y cuatro mil rehegua pe léi dominical-pe, hína pe última generación Zacarías paʼi rehegua. Zacarías oĩkuri pe ochoha turno-pe umi veinticuatro aty paʼikuéragui. Pe léi dominical-pe Zacarías (paʼikuéra) oñeʼẽ, Islam (pe vúrro) oñeʼẽ jave ha Estados Unidos oñeʼẽ jave dragónicha. Upe waymark-pe pe herida mortal papal rehegua oñemonguera ha haʼe oiko pe ochoha oúva umi siete-gui. Trump avei hína pe ochoha oúva umi siete-gui, ha haʼe pe omoheñóiva pe imagen de la bestia, oñemohuʼãva pe léi dominical-pe. Upéi pe sacerdocio umi ciento cuarenta y cuatro mil rehegua oiko Tupã juru, ha oñeʼẽ pe marandu pe tercer ángel rehegua pe gran clamor-pe. Upe sacerdocio hína pe iglesia ochoha oúva umi siete-gui.</w:t>
      </w:r>
    </w:p>
    <w:p>
      <w:pPr>
        <w:pStyle w:val="ArticleBody"/>
        <w:jc w:val="left"/>
      </w:pPr>
      <w:r>
        <w:rPr>
          <w:rFonts w:ascii="Times New Roman" w:hAnsi="Times New Roman" w:eastAsia="Times New Roman" w:cs="Times New Roman"/>
        </w:rPr>
        <w:t>Roosevelt omoñepyrũ poapy mburuvicha oisãmbyhýva pe ára paha peve ary 1989-pe, ha haʼe ohechauka pe jehasa mokõiha Ñorairõ Guasu guive pe ñorairõ ro’ýpe, opáva ary 1989-pe. Mburuvicha Truman ou Roosevelt rapykuéri ha oisãmbyhy upe jave opa ramo umi ñorairõ yvýpe ha yguasúpe oĩva mokõiha Ñorairõ Guasu ryepýpe. Mburuvichaháicha, Truman oisãmbyhy upe jave oñepyrũ ramo Naciones Unidas 24 jasypa 1945-pe. Roosevelt ha Truman joaju oñemopyenda ary 1945 rehe. Mokõivéva haʼekuéra mburuvicha upe ary-pe, ha upe ary-pe opa pe ñorairõ mokõivaʼekue mokõiha Ñorairõ Guasu, ha oñemoheñói Naciones Unidas, ha oñepyrũ pe ñorairõ ro’y.</w:t>
      </w:r>
    </w:p>
    <w:p>
      <w:pPr>
        <w:pStyle w:val="ArticleBody"/>
        <w:jc w:val="left"/>
      </w:pPr>
      <w:r>
        <w:rPr>
          <w:rFonts w:ascii="Times New Roman" w:hAnsi="Times New Roman" w:eastAsia="Times New Roman" w:cs="Times New Roman"/>
        </w:rPr>
        <w:t>Ary 1989-pe avei oĩkuri mokõi mburuvicha, 1945-icha; Ronald Reagan ha George Bush peteĩha. Reagan omohu’ã pe ñorairõ ro’ysã, ha George Bush peteĩha omombe’u ijehe ha’eha, tenonderãite, peteĩ globalísta, oñe’ẽrõ guare pe Amandaje Guasu “mokõipa po peteĩha” ONU-pegua renondépe, 1 jasypa 1990-pe, upépe oñe’ẽkuri omopu’ã hag̃ua peteĩ “pyahu orden mundial”. Pe ñe’ẽme’ẽme he’i: “Ñande pópe oĩ jaheja hag̃ua ko’ã tembiporu pytũmby rapykuéri, pe Arapytu’ũme, upépe oĩ hag̃ua, ha ñañemotenonde hag̃ua ñamohu’ã peteĩ jeguata histórico peteĩ pyahu orden mundial ha peteĩ arapy puku py’aguapýpe gotyo.”</w:t>
      </w:r>
    </w:p>
    <w:p>
      <w:pPr>
        <w:pStyle w:val="ArticleBody"/>
        <w:jc w:val="left"/>
      </w:pPr>
      <w:r>
        <w:rPr>
          <w:rFonts w:ascii="Times New Roman" w:hAnsi="Times New Roman" w:eastAsia="Times New Roman" w:cs="Times New Roman"/>
        </w:rPr>
        <w:t>Ko ñe’ẽme’ẽme, Bush ombojoaju pe ñe’ẽrã pe pytyvõ joajúre pe Guerra Ro’y riregua, pe Crisis del Golfo rehe (Iraq oike hag̃ua Kuwait retãme), pe ONU ñemombaretevére, ha peteĩ pytyvõ pyahu tetãnguéra apytépe oñemopyendáva léi poguýpe. Bush raẽvete omomba’eguasu pe ñe’ẽjoaju “orden mundial pyahu” mbovymi arapokõindy mboyve peteĩ ñe’ẽme’ẽ 11 jasyporundy ary 1990-pe, Congreso remimoĩmby joajúpe.</w:t>
      </w:r>
    </w:p>
    <w:p>
      <w:pPr>
        <w:pStyle w:val="ArticleBody"/>
        <w:jc w:val="left"/>
      </w:pPr>
      <w:r>
        <w:rPr>
          <w:rFonts w:ascii="Times New Roman" w:hAnsi="Times New Roman" w:eastAsia="Times New Roman" w:cs="Times New Roman"/>
        </w:rPr>
        <w:t>Eñatendéke pe mba’éichapa Bush omoĩkuri iñe’ẽ ONU-pe peteĩ contexto-pe omoĩhápe pe guerra ro’ysã ramove oñemohu’ãva “Ára Pytũ” reheguaicha. Pe Ára Pytũ opákuri pe tiempo paha jave ary 1798-pe, ha Bush oĩkuri pe tiempo paha ary 1989-pe. Eñatendéke pe primera vez ombohérõ haguépe pe ñe’ẽjoaju “pyahu orden mundial”, Islam ombopochýkuri tetãnguéra-pe, ha pe ñe’ẽ oñeme’ẽkuri 9/11-pe. Roosevelt guive Carter peve oĩkuri ocho presidente, ha Reagan guive Trump peve oĩkuri ocho presidente. Trump ha’e pe presidente paha ha ha’e oñetipifikákuri pe primer presidente rehe, ha’éva pe octavo umi siete presidente tenondépeguágui.</w:t>
      </w:r>
    </w:p>
    <w:p>
      <w:pPr>
        <w:pStyle w:val="ArticleBody"/>
        <w:jc w:val="left"/>
      </w:pPr>
      <w:r>
        <w:rPr>
          <w:rFonts w:ascii="Times New Roman" w:hAnsi="Times New Roman" w:eastAsia="Times New Roman" w:cs="Times New Roman"/>
        </w:rPr>
        <w:t>Pe ára pahávo, ary 1798-pe ojekuaa papado rehegua herida mortal, ha papado ha’e pe pu’aka oguerekóva mburuvichakuéra Európa-pegua ári ára pytũmbýpe. Apocalipsis capítulo diecisiete-pe upe joaju ojehechauka peteĩ kuña rekovai ojupi ha oguapy peteĩ mymbaguasu ári, ha oisãmbyhy hese. Ary 1798-pe ojeipe’a pe pytyvõ umi mburuvichakuéra Europa-pegua ome’ẽva’ekue, ha pe mymbaguasu omanomba. Ary 1799-pe papa omano tetã ambuépe oñemosẽ rire. 1798 ha 1799 ohechauka pe ára pahávo hekopetevéva, péicha avei pe ára pahávo Cristo ára-pe ojehechakuaa Juan el Bautista heñóivo ha upéi seis mése rire Cristo heñói. Bush ñe’ẽme’ẽkue ary 1990-pe ohechauka Bush ha’eha mokõiháicha umi mokõi mburuvicha apytépe ohechaukáva pe ára pahávo, ha ohechauka pe jeguata globalismo gotyo, upéva hína pe dragón pu’aka. Bush simbolismo ohechauka peteĩ paso domingo ley gotyo, Estados Unidos opa jave pe sexto reino ramo Biblia profecía-pe, oñe’ẽvo dragónicha. Pe domingo ley-pe Estados Unidos oiko Naciones Unidas ñe’ẽ ramo. Upéva voi ryepýpe Islam ombopochy umi tetãnguéra, ha 9/11 ojehechauka. 11 de septiembre de 1990-pe, Bush peteĩha oñe’ẽrõ guare Congreso renondépe iagenda globalista rehe, ha’e ohechaukáva’ekue mba’éichapa Islam omoñepyrũ jeýta ombopochy umi tetãnguéra 9/11-pe ary 2001-pe, ha upérõ pe presidente ha’éta Bush pahaguéva.</w:t>
      </w:r>
    </w:p>
    <w:p>
      <w:pPr>
        <w:pStyle w:val="ArticleBody"/>
        <w:jc w:val="left"/>
      </w:pPr>
      <w:r>
        <w:rPr>
          <w:rFonts w:ascii="Times New Roman" w:hAnsi="Times New Roman" w:eastAsia="Times New Roman" w:cs="Times New Roman"/>
        </w:rPr>
        <w:t>Roosevelt, peteĩha umi poapy mburuvicha apytégui, ohechauka mokõiha Ñorairõ Guasu paha ary 1945-pe, ha upéi oiko ambue mburuvicha oike hag̃ua Naciones Unidas. Reagan, peteĩha umi poapy mburuvicha apytégui, ohechauka ro’ysã ñorairõ paha ary 1989-pe, ha upéi oiko ambue mburuvicha omotenondéva Naciones Unidas. Pe mburuvicha paháva umi poapy mburuvichágui omohu’ãta peteĩ ro’ysã ñorairõ oñepyrũva’ekue ha’e oikuaauka ramo guare iñeha’ãtaha oñemoĩ hag̃ua kandidátoramo ary 2015-pe, ha omoñepyrũta mbohapyha Ñorairõ Guasu. Ha’e ombohasáta pe sexto reino maranduhai profético Bíblico-gua pe akãme séptimo reino maranduhai profético Bíblico-gua (ONU), ha upéi omoneĩta ome’ẽ hag̃ua upe reino pe mymbápe pe léi domingo-pe.</w:t>
      </w:r>
    </w:p>
    <w:p>
      <w:pPr>
        <w:pStyle w:val="ArticleBody"/>
        <w:jc w:val="left"/>
      </w:pPr>
      <w:r>
        <w:rPr>
          <w:rFonts w:ascii="Times New Roman" w:hAnsi="Times New Roman" w:eastAsia="Times New Roman" w:cs="Times New Roman"/>
        </w:rPr>
        <w:t>Mokõiha ñorairõ guasu mokõiha ojejapoháicha peteĩ ñorairõ yvýpe ha peteĩ ñorairõ yguasúpe, upéicha avei pe mburuvicha paha oguerekóta peteĩ ñorairõ ro’ysã, ojehechaukáva Panium yvýpe ñorairõ rupive ogueraháva Actium yguasúpe ñorairõme. Pe léi domingo-pe, pe ñorairõ ro’ysã oñepyrũva’ekue Trump omokyre’ỹvo umi globalista-kuérape ary 2015-pe, oñemoambue ñorairõ guasu mbohapyhápe, ojehechaukaháicha umi ñorairõ yvýpe ha yguasúpe oikova’ekue Ñorairõ Guasu Mokõiha-pe. Ñorairõ Guasu Mokõiha paha gotyo, pe tembiapo oúva upe rire ha’eva’ekue Naciones Unidas globalismo, péicha avei oikohaguéicha pe ñorairõ ro’ysã paha gotyo Reagan ha Bush ndive. Tenonderãite, Estados Unidos opa pe léi domingo-pe; upéi Bush rembipota “nuevo orden mundial” omoinge pe pokõiha reino, ha upéva pya’e omoneĩ ome’ẽ hag̃ua iñaranduka hag̃ua ipo guýpe pe poapyha reino-pe.</w:t>
      </w:r>
    </w:p>
    <w:p>
      <w:pPr>
        <w:pStyle w:val="ArticleBody"/>
        <w:jc w:val="left"/>
      </w:pPr>
      <w:r>
        <w:rPr>
          <w:rFonts w:ascii="Times New Roman" w:hAnsi="Times New Roman" w:eastAsia="Times New Roman" w:cs="Times New Roman"/>
        </w:rPr>
        <w:t>Bush peteĩha ha Bush pahague ojoaju ojuehe, peteĩha oikuaaukágui “new world order” Congreso-pe 11 de septiembre jave, ha pahague-gui Patriot Act ary 2001-pe. Mokõivéva umi techaukaha oñemoĩ Islam ombopochývo umi tetãnguéra ryepýpe.</w:t>
      </w:r>
    </w:p>
    <w:p>
      <w:pPr>
        <w:pStyle w:val="ArticleBody"/>
        <w:jc w:val="left"/>
      </w:pPr>
      <w:r>
        <w:rPr>
          <w:rFonts w:ascii="Times New Roman" w:hAnsi="Times New Roman" w:eastAsia="Times New Roman" w:cs="Times New Roman"/>
        </w:rPr>
        <w:t>Ko’ẽrõgua artículope ñamboguatave koʼã mbaʼe.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Papy Irundy Pa — Papapy Porundy</dc:title>
  <dc:subject>Poder, Gloria ha Jehasa Asy hag̃ua hag̃uáicha</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