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Tembiasakue Oñemíva Versíkulo Cuarenta-pe — Papapy Catorce</w:t>
      </w:r>
    </w:p>
    <w:p>
      <w:pPr>
        <w:pStyle w:val="ArticleSubtitle"/>
        <w:jc w:val="left"/>
      </w:pPr>
      <w:r>
        <w:rPr>
          <w:rFonts w:ascii="Arial" w:hAnsi="Arial" w:eastAsia="Arial" w:cs="Arial"/>
        </w:rPr>
        <w:t>Mokõiha Ñembyasy — Peteĩha Parte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2026-06-05</w:t>
      </w:r>
    </w:p>
    <w:p>
      <w:pPr>
        <w:pStyle w:val="ArticleBody"/>
        <w:jc w:val="left"/>
      </w:pPr>
      <w:r>
        <w:rPr>
          <w:rFonts w:ascii="Times New Roman" w:hAnsi="Times New Roman" w:eastAsia="Times New Roman" w:cs="Times New Roman"/>
        </w:rPr>
        <w:t>Pe artíkulo mboyveguápe, rombojoja peichagua marandu profétikogua pe quinto trompéta rehegua, ha’éva pe peteĩha ñembyasýi, pe léi domingo pya’e oútavandi. Ojehecháramo pe quinto trompéta ramo pe peteĩha umi mbohapy trompéta paha apytégui, pe jehecha rupive pe peteĩha ohechauka hag̃ua pe pahápe, oñembojoja pe tembiapo profétikogua Islam rehegua pe peteĩha ñembyasýpe pe yvyryrýi Apocalipsis capítulo once-pe oĩvandi. Arecibi peteĩ correo electrónico peteĩ che irũgui upe ára rire ñañomongeta haguére ko artíkulo rehe pe aty sábado-pe, ha che irũ avei oñeha’ãkuri ombojoja pe sexto trompéta, ha’éva pe mokõiha ñembyasýi, pe léi domingo pya’e oútavandi. Kóva ha’e peteĩ tape añetéva, umi mbohapy trompéta paha niko mbohapy ñembyasýi.</w:t>
      </w:r>
    </w:p>
    <w:p>
      <w:pPr>
        <w:pStyle w:val="ArticleScripture"/>
        <w:jc w:val="left"/>
      </w:pPr>
      <w:r>
        <w:rPr>
          <w:rFonts w:ascii="Times New Roman" w:hAnsi="Times New Roman" w:eastAsia="Times New Roman" w:cs="Times New Roman"/>
        </w:rPr>
        <w:t>Ha ahecha ha ahendu peteĩ ánhel oveháicha yvágare mbyte rupi, heʼíva hatã vozpe: ¡Ái, ái, ái umi yvy ári oikóvape g̃uarã, umi mbohapy ánhel turu puʼaka ambuéva rehe, umi gueteri opútavare! Apocalipsis 8:13.</w:t>
      </w:r>
    </w:p>
    <w:p>
      <w:pPr>
        <w:pStyle w:val="ArticleBody"/>
        <w:jc w:val="left"/>
      </w:pPr>
      <w:r>
        <w:rPr>
          <w:rFonts w:ascii="Times New Roman" w:hAnsi="Times New Roman" w:eastAsia="Times New Roman" w:cs="Times New Roman"/>
        </w:rPr>
        <w:t>Umi mbohapy pahávo trompéta ha’e peteĩ símbolo iñambuéva umi siete trompéta apytépe, oĩháicha avei umi mbohapy iglesia pahaguéva iñambuéva umi irundy peteĩha-gui, ha umi mbohapy sello pahaguéva iñambuéva umi siete sello-gui. Ko añetegua maranduhára rehegua oñembohovái jepi heta ary aja pukukue. Oñehesa’ỹijo rire pe tesape oguerekóva oñeconsiderávo pe peteĩha ha pe mbohapyha ñembyasyrã peteĩ símbolo alfa ha omega ramo, tekotevẽ avei ñahesa’ỹijo umi mbohapy ñembyasyrã peteĩ profecía jeporu mbohapyháicha.</w:t>
      </w:r>
    </w:p>
    <w:p>
      <w:pPr>
        <w:pStyle w:val="ArticleBody"/>
        <w:jc w:val="left"/>
      </w:pPr>
      <w:r>
        <w:rPr>
          <w:rFonts w:ascii="Times New Roman" w:hAnsi="Times New Roman" w:eastAsia="Times New Roman" w:cs="Times New Roman"/>
        </w:rPr>
        <w:t>Peteĩ profecía rembojehe’a mbohapy jey rehegua ohechauka opaite umi característica profética pe ñembyasy peteĩha ha mokõihagua oĩtaha pe ñembyasy mbohapyhaguape. Pe ñembyasy peteĩha vaʼekue haʼe vaʼekue Arabia pegua Islam, ha pe ñembyasy mokõihagua vaʼekue haʼe vaʼekue Turquía pegua Islam. Pe ñembyasy peteĩha oñemoĩ vaʼekue “ombyasývo” hag̃ua, ha pe ñembyasy mokõihagua “ojuka” hag̃ua peteĩ tercio umi kuimbaʼégui.</w:t>
      </w:r>
    </w:p>
    <w:p>
      <w:pPr>
        <w:pStyle w:val="ArticleHeading"/>
        <w:jc w:val="left"/>
      </w:pPr>
      <w:r>
        <w:rPr>
          <w:rFonts w:ascii="Arial" w:hAnsi="Arial" w:eastAsia="Arial" w:cs="Arial"/>
        </w:rPr>
        <w:t>Ñembyasýi pe Ñenupãha Peteĩha rehegua</w:t>
      </w:r>
    </w:p>
    <w:p>
      <w:pPr>
        <w:pStyle w:val="ArticleScripture"/>
        <w:jc w:val="left"/>
      </w:pPr>
      <w:r>
        <w:rPr>
          <w:rFonts w:ascii="Times New Roman" w:hAnsi="Times New Roman" w:eastAsia="Times New Roman" w:cs="Times New Roman"/>
        </w:rPr>
        <w:t>Ha’e kuérape oñeme’ẽkuri ani hag̃ua ojuka chupekuéra, síno oñembyasývo hag̃ua po jasy aja; ha iñembyasy katu ojogua peteĩ alakrán ombopochýramo peteĩ kuimba’épe. … Ha oguereko hikuái huguái alakrán-icha, ha huguáipe oĩva’ekue hu’y; ha ipokatu va’ekue oipy’ara’ã hag̃ua umi kuimba’épe po jasy aja. Apocalipsis 9:5, 10.</w:t>
      </w:r>
    </w:p>
    <w:p>
      <w:pPr>
        <w:pStyle w:val="ArticleHeading"/>
        <w:jc w:val="left"/>
      </w:pPr>
      <w:r>
        <w:rPr>
          <w:rFonts w:ascii="Arial" w:hAnsi="Arial" w:eastAsia="Arial" w:cs="Arial"/>
        </w:rPr>
        <w:t>Mano’asy Mokõiha Guive hag̃ua hag̃ua’ẽ hag̃ua</w:t>
      </w:r>
    </w:p>
    <w:p>
      <w:pPr>
        <w:pStyle w:val="ArticleScripture"/>
        <w:jc w:val="left"/>
      </w:pPr>
      <w:r>
        <w:rPr>
          <w:rFonts w:ascii="Times New Roman" w:hAnsi="Times New Roman" w:eastAsia="Times New Roman" w:cs="Times New Roman"/>
        </w:rPr>
        <w:t>Ha umi irundy ánhel ojepoi hag̃ua opáma hag̃ua, umi oĩva preparádo peteĩ aravo, peteĩ ára, peteĩ jasy ha peteĩ áñope g̃uarã, ojuka hag̃ua yvyporakuéra mbohapyha pehẽngue. … Ko’ã mbohapy rupive ojejuka yvyporakuéra mbohapyha pehẽngue, tata rupive, tatatĩ rupive ha asufre rupive, osẽva ijurúgui. Apocalipsis 9:15, 18.</w:t>
      </w:r>
    </w:p>
    <w:p>
      <w:pPr>
        <w:pStyle w:val="ArticleBody"/>
        <w:jc w:val="left"/>
      </w:pPr>
      <w:r>
        <w:rPr>
          <w:rFonts w:ascii="Times New Roman" w:hAnsi="Times New Roman" w:eastAsia="Times New Roman" w:cs="Times New Roman"/>
        </w:rPr>
        <w:t>Mokõi tercio kuimba’e apytégui ndojejukáiva, noñembyasýi hikuái.</w:t>
      </w:r>
    </w:p>
    <w:p>
      <w:pPr>
        <w:pStyle w:val="ArticleScripture"/>
        <w:jc w:val="left"/>
      </w:pPr>
      <w:r>
        <w:rPr>
          <w:rFonts w:ascii="Times New Roman" w:hAnsi="Times New Roman" w:eastAsia="Times New Roman" w:cs="Times New Roman"/>
        </w:rPr>
        <w:t>Ha umi kuimba’e hembýva, umi mba’asy guasúpe ndojejukáiva, noñembyasýi gueteri ipo rembiapokuére, ani hag̃ua omomba’e anhangakuérape ha ta’angakuéra óroguigua, plátaguigua, vrónseguigua, itaguigua ha yvyra guigua, ndaikatúiva ohecha, ohendu térã oguata; ha noñembyasýi avei ijapoharekuéragui, ipohã ñana hag̃uaguigua, iñekuãairekuéragui, ni imonda hag̃uagui. Apocalipsis 9:20, 21.</w:t>
      </w:r>
    </w:p>
    <w:p>
      <w:pPr>
        <w:pStyle w:val="ArticleBody"/>
        <w:jc w:val="left"/>
      </w:pPr>
      <w:r>
        <w:rPr>
          <w:rFonts w:ascii="Times New Roman" w:hAnsi="Times New Roman" w:eastAsia="Times New Roman" w:cs="Times New Roman"/>
        </w:rPr>
        <w:t>Pe siete trompéta ohechauka umi siete pahague paha paha, ha pe versíkulo veinte-pe umi trompéta oñembohéra pahague. Estados Unidos ha’e peteĩ tercio pe unión mbohapyetepegua dragón, mymba ha proféta japu rehegua, ha oñejuka chupe pe sexto reino ramo pe léi dominical-pe. Imano ogueru va’ekue pe ñemomba’e gua’u rupi, ojehechaukáva “umi tembiapo ipopegua” rupive, pe “ñemomba’e” “aña ha ta’ãnga óro rehegua, pláta rehegua, vrónse rehegua, ita rehegua ha yvyra rehegua”, avei “jejuka”, “pohã ñana rehegua”, “tekovai” ha “monda” rupi.</w:t>
      </w:r>
    </w:p>
    <w:p>
      <w:pPr>
        <w:pStyle w:val="ArticleBody"/>
        <w:jc w:val="left"/>
      </w:pPr>
      <w:r>
        <w:rPr>
          <w:rFonts w:ascii="Times New Roman" w:hAnsi="Times New Roman" w:eastAsia="Times New Roman" w:cs="Times New Roman"/>
        </w:rPr>
        <w:t>Ñemomba’e gua’u, oñembohysýiva arapokõindy ñemomba’épe, ha’e pe “mba’e rehe” oñearrepentiava’erã; ha katu ndoñearrepentíri, upévare pe “tembiapo rapykuere” ha’e pe jehasa asy ha ñemano oguerúva umi tuku Islam rehegua. Jepe peteĩ mbohapýha kuimba’e apytégui, Estados Unidos, ojejuka pe léi domingope, ambue mokõi mbohapýha ndoñearrepentíri.</w:t>
      </w:r>
    </w:p>
    <w:p>
      <w:pPr>
        <w:pStyle w:val="ArticleHeading"/>
        <w:jc w:val="left"/>
      </w:pPr>
      <w:r>
        <w:rPr>
          <w:rFonts w:ascii="Arial" w:hAnsi="Arial" w:eastAsia="Arial" w:cs="Arial"/>
        </w:rPr>
        <w:t>Aikóre ha Ángel-kuéra</w:t>
      </w:r>
    </w:p>
    <w:p>
      <w:pPr>
        <w:pStyle w:val="ArticleBody"/>
        <w:jc w:val="left"/>
      </w:pPr>
      <w:r>
        <w:rPr>
          <w:rFonts w:ascii="Times New Roman" w:hAnsi="Times New Roman" w:eastAsia="Times New Roman" w:cs="Times New Roman"/>
        </w:rPr>
        <w:t>Pe peteĩha ha mokõiha ñembyasy ojoja pe ángel peteĩha ha mokõiha ndive pe tembiasakue Millerita-pe, ha upéva tembiasakue ojerejeyta peteĩteĩ letra peve umi cien cuarenta y cuatro mil rembiasakue-pe. Umi cien cuarenta y cuatro mil rembiasakue ha’e pe ángel mbohapyha rembiasakue ha ojoja pe ñembyasy mbohapyha ndive. Ojejapoháicha jey umi tape rechaukaha pe tembiasakue Millerita-gua umi cien cuarenta y cuatro mil rembiasakue-pe, upéicha avei, umi tape rechaukaha pe ñembyasy peteĩha ha mokõiha rehegua ojejapojeyta pe ángel mbohapyha rembiasakue-pe.</w:t>
      </w:r>
    </w:p>
    <w:p>
      <w:pPr>
        <w:pStyle w:val="ArticleScripture"/>
        <w:jc w:val="left"/>
      </w:pPr>
      <w:r>
        <w:rPr>
          <w:rFonts w:ascii="Times New Roman" w:hAnsi="Times New Roman" w:eastAsia="Times New Roman" w:cs="Times New Roman"/>
        </w:rPr>
        <w:t>“Peteĩha ha mokõiha marandu oñeme’ẽ vaʼekue 1843 ha 1844-pe, ha koʼág̃a ñande jajuhu pe mbohapyha marandu jeikuaaukápe; upéicharõ jepe, umi mbohapy marandu gueteri ojeikuaauka vaʼerã. Koʼág̃a avei, yma guaréichaite, tekotevẽiterei oñembojevy jey umi marandu umi añetegua rekávo oĩvape. Hai ha ñeʼẽ rupive ñambohyapu vaʼerã pe jeikuaaukáta, jahechaukávo iñemohenda, ha umi profesía ñemboheko oguerúva ñandéve pe mbohapyha ángel marandu peve. Ndaikatúi oĩ pe mbohapyha ndaipóri rire pe peteĩha ha pe mokõiha. Koʼã marandu ñameʼẽ vaʼerã ko yvy ape ári opa tetãme kuatiañehai rupi, ñeʼẽmondo rupi, jahechaukávo profesía rembiasakue rape rehe umi mbaʼe oikóma vaʼekue ha umi oikótava.” Selected Messages, aranduka 2, 104.</w:t>
      </w:r>
    </w:p>
    <w:p>
      <w:pPr>
        <w:pStyle w:val="ArticleBody"/>
        <w:jc w:val="left"/>
      </w:pPr>
      <w:r>
        <w:rPr>
          <w:rFonts w:ascii="Times New Roman" w:hAnsi="Times New Roman" w:eastAsia="Times New Roman" w:cs="Times New Roman"/>
        </w:rPr>
        <w:t>Ore rembiapo maranduhára marandupy rehegua temimbo’erãicha niko ñambojoaju hag̃ua pe ángel peteĩha ha mokõiha marandu pe ángel mbohapyha marandúpe. Umi mokõi marandu tenondegua’ỹre ndaikatúi oĩ peteĩ marandu mbohapyha, “ndaikatúigui oĩ mbohapyha peteĩha ha mokõiha’ỹre.” Kóva añete “joapypórape” guarã, peteĩha ha mokõiha ndaipóriramo, upéicharõ pe mbohapyha ha’e añetehápe peteĩha. Avei añete “tetepýpe” guarã, pe peteĩha ha mokõiha marandu marandupykuaaha rehegua techaukaha omombe’úgui pe mbohapyha rembiporu techaukaha. Papapy rupive ndaipóri mbohapyha peteĩha ha mokõiha’ỹre, ha marandupy rehegua rupive ndaipóri tape rechaukaha pe ángel mbohapyhápe, pe peteĩha ha mokõiha tape rechaukaha ojehejáramo okápe.</w:t>
      </w:r>
    </w:p>
    <w:p>
      <w:pPr>
        <w:pStyle w:val="ArticleScripture"/>
        <w:jc w:val="left"/>
      </w:pPr>
      <w:r>
        <w:rPr>
          <w:rFonts w:ascii="Times New Roman" w:hAnsi="Times New Roman" w:eastAsia="Times New Roman" w:cs="Times New Roman"/>
        </w:rPr>
        <w:t>“Tupã ome'ẽma Apocalipsis 14 marandu kuérape hendaguã marandupy rysýipe, ha hembiapo ndopytamo'ãi yvy rekove rembiasakue paha peve. Peteĩha ha mokõiha ánhel marandu gueteri hína añetegua ko ára guarã, ha oikova'erã joja hag̃ua upe ouva ndive upe rire. Mbohapyha ánhel omombe'u iñe'ẽmondýi ñe'ẽ hatãme. ‘Ko'ã mba'e rire,’ he'i Juan, ‘ahecha ambue ánhel oguejy yvágagui, oguerekóva tuicha pokatu, ha yvy henyhẽ tesakã hag̃ua igloria reheve.’ Ko tesape mboyképe, opa mbohapy marandu resape oñembojoaju.” The 1888 Materials, 803, 804.</w:t>
      </w:r>
    </w:p>
    <w:p>
      <w:pPr>
        <w:pStyle w:val="ArticleBody"/>
        <w:jc w:val="left"/>
      </w:pPr>
      <w:r>
        <w:rPr>
          <w:rFonts w:ascii="Times New Roman" w:hAnsi="Times New Roman" w:eastAsia="Times New Roman" w:cs="Times New Roman"/>
        </w:rPr>
        <w:t>Ore rembiapo ha’e ohechauka hag̃ua “marandu asy ñemombe’upy rehegua línape umi mba’e oikova’ekue” umi Millerita kuéra ñemongu’épe, “ha umi mba’e oikótava” umi cien cuarenta y cuatro mil ñemongu’épe.</w:t>
      </w:r>
    </w:p>
    <w:p>
      <w:pPr>
        <w:pStyle w:val="ArticleScripture"/>
        <w:jc w:val="left"/>
      </w:pPr>
      <w:r>
        <w:rPr>
          <w:rFonts w:ascii="Times New Roman" w:hAnsi="Times New Roman" w:eastAsia="Times New Roman" w:cs="Times New Roman"/>
        </w:rPr>
        <w:t>“Ñandejára oiméma oikóvo ombopochy hag̃ua ko yvy ape ári guápe heko añáme rehe. Ha’e oiméma avei ombopochy hag̃ua umi aty religioso-kuérape, omboykére hikuái pe tesape ha pe añetegua oñeme’ẽ vaʼekue chupekuéra. Pe marandu guasu, ombojoajúva peteĩháicha pe ángel peteĩha, mokõiha ha mbohapyha marandu, oñeme’ẽva’erã ko yvy ape ári guápe. Kóva va’erã hína ñane rembiapo rembiapo tenondegua.” The Seventh-day Adventist Bible Commentary, volume 7, 950.</w:t>
      </w:r>
    </w:p>
    <w:p>
      <w:pPr>
        <w:pStyle w:val="ArticleBody"/>
        <w:jc w:val="left"/>
      </w:pPr>
      <w:r>
        <w:rPr>
          <w:rFonts w:ascii="Times New Roman" w:hAnsi="Times New Roman" w:eastAsia="Times New Roman" w:cs="Times New Roman"/>
        </w:rPr>
        <w:t>Pe peteĩha ha mokõiha ánhel marandu oñembojoajúvo hína upe omyesakãva yvy tuichakue pe ánhel Apocalipsis 18-gua oguejy jave. Haʼe heʼi vaʼekue: “ ‘Koʼã mbaʼe rire,’ heʼi Juan, ‘ahecha ambue ánhel oguejyha yvágagui, oguerekóva puʼaka guasu, ha yvy oñemyesakã iñemimbipa reheve.’ Ko tesape rendápe, umi mbohapy marandu tesape oñembojoaju.” Pe “tesape” oñembojoajúva “yvy” rehe, ha “oñemyesakã” hag̃ua, ojejapo jave “umi mbohapy marandu tesape oñembojoaju.” Pe tembiapo oñembojoaju hag̃ua línea ári línea, umi mbohapy marandu, ogueru rupi oñembojoja hag̃ua historia Millerita pe historia cien cuarenta y cuatro mil reheve, upéicha avei ojejapovaʼerã umi mbohapy ñeñembyasýpe.</w:t>
      </w:r>
    </w:p>
    <w:p>
      <w:pPr>
        <w:pStyle w:val="ArticleBody"/>
        <w:jc w:val="left"/>
      </w:pPr>
      <w:r>
        <w:rPr>
          <w:rFonts w:ascii="Times New Roman" w:hAnsi="Times New Roman" w:eastAsia="Times New Roman" w:cs="Times New Roman"/>
        </w:rPr>
        <w:t>Babilonia ho’a, mokõiha ánhel oguerahaukaháicha, ndaikatúi oñemboja’o pe peteĩha ánhel rembiasakuegui. Pe peteĩha ánhel marandu ohechauka va’ekue Cristo Jeju Mokõiha 1843-pe, ha upe marandu ndojehupytýirõ guare, pe marandu rembiapo ogueru umi tupão protestánte ho’a hag̃ua. Pe rembiapo va’ekue pe mokõiha ánhel; pe mba’érehegua va’ekue pe peteĩha ánhel marandu ndaikatúi ojeporavo porã hague. Noĩrire ra’e pe peteĩha ánhel, ndaiporimo’ãi kuri Babilonia ho’a, pe mokõiha ánhel oguerahaukaháicha. Pe mba’e ombojoajúva pe mba’érehegua ha pe rembiapo ha’e va’ekue “ára”. Pe “ára” (1843) ndojehupytyi, ha upe jejavy oguenohẽ pe “rembiapo”. Pe “mba’érehegua” va’ekue pe jejavy ojejuhúva pe mbohapy profesía Miller ojepy’amongeta va’ekue vai hag̃uáicha opa hag̃uáicha 1843 rupi. Umi mbohapy profesía 1335, 2300 ha 2520 ary rehegua, Miller oguerovia va’ekue opa va’erãha Cristo ou vove arai ári 1843-pe. Umi profesía ára rehegua Miller ontende vai va’ekue ndojehupytýi rupi, ome’ẽ umi protestántepe pe mba’ére oheja hag̃ua pe peteĩha ánhel marandu, ha pe mokõiha ánhel og̃uahẽ. Pe peteĩha ánhel va’ekue pe “mba’érehegua” ha pe mokõiha pe “rembiapo”.</w:t>
      </w:r>
    </w:p>
    <w:p>
      <w:pPr>
        <w:pStyle w:val="ArticleBody"/>
        <w:jc w:val="left"/>
      </w:pPr>
      <w:r>
        <w:rPr>
          <w:rFonts w:ascii="Times New Roman" w:hAnsi="Times New Roman" w:eastAsia="Times New Roman" w:cs="Times New Roman"/>
        </w:rPr>
        <w:t>Pe marandu peteĩha ha mokõiha angelekuaagui ndojei hag̃ua oñemboja’o, oĩgui joaju profétika ipytépekuéra aravo profétika rupive. Péicha avei, pe ñembyasýi peteĩha ha mokõiha oĩ joaju profétikape “aravo” rupive. Pe profesía aravópegua pe ñembyasýi peteĩháva rehegua, ohechaukáva cien cincuenta ary jehasa asy, opaite hag̃ua pe profesía aravo rehegua trescientos noventa y uno ary ha quince ára pe ñembyasýi mokõiháva rehegua, ojukáva, oñepyrũhápe. Pe profesía aravo rehegua ombojoaju pe ñembyasýi peteĩha ha mokõiha, ha avei pe marandu peteĩha ha mokõiha angelekuaagui.</w:t>
      </w:r>
    </w:p>
    <w:p>
      <w:pPr>
        <w:pStyle w:val="ArticleBody"/>
        <w:jc w:val="left"/>
      </w:pPr>
      <w:r>
        <w:rPr>
          <w:rFonts w:ascii="Times New Roman" w:hAnsi="Times New Roman" w:eastAsia="Times New Roman" w:cs="Times New Roman"/>
        </w:rPr>
        <w:t>Pe oñekumpli hague aravo marandu profétikokuéra pe peteĩha ha mokõiha ñembyasy guasu rehegua ome’ẽ mbarete pe marandu peteĩha ánhel reheguápe ha ogueru pe ánhel Apocalipsis diez-pe oĩva oguejy hag̃ua ohesape hag̃ua ko yvy iñemimbipa reheve. Oñeñe’ẽvo pe peteĩha ánhel rehe, Hermana White ohaiva’ekue oje’e hague chupe “hembipota ha’e va’ekue ohesape hag̃ua yvy iñemimbipa reheve ha oñemomarandu hag̃ua yvypórape Tupã pochy oútavare.” Upéva hína pe tembiapo peteĩchaite pe mbohapyha ánhel Apocalipsis dieciocho-pe guare rehegua.</w:t>
      </w:r>
    </w:p>
    <w:p>
      <w:pPr>
        <w:pStyle w:val="ArticleScripture"/>
        <w:jc w:val="left"/>
      </w:pPr>
      <w:r>
        <w:rPr>
          <w:rFonts w:ascii="Times New Roman" w:hAnsi="Times New Roman" w:eastAsia="Times New Roman" w:cs="Times New Roman"/>
        </w:rPr>
        <w:t>“Pe ánhel ombojoajúva pe marandu mopẽhára mbohapyha marandu ñemombe’úpe ohesape hag̃ua ko yvy tuichakue hekomimbipa reheve. Ko’ápe oñemombe’u peteĩ tembiapo ohasáva opa tetã rupi ha ipokatu hag̃uáicha ndahechaukáiva jepi. Pe jeju rehegua ñemongu’e ary 1840–44 pegua ha’e vaekue peteĩ jehechauka gloriosa Tupã pokatu rehegua; pe peteĩha ánhel marandu oguahẽ opa tenda misionérope ko yvy ape ári, ha oĩ vaekue ambue tetãme pe tuichavéva interés rrelihióso ojehecháva’ekue mba’eveichagua tetãme pe Reforma siglo dieciséis guive; hákatu ko’ã mba’e ojehasáta pe ñemongu’e mbarete guasu rupive pe ñemomarandu paha guýpe pe mbohapyha ánhel rehegua.</w:t>
      </w:r>
    </w:p>
    <w:p>
      <w:pPr>
        <w:pStyle w:val="ArticleScripture"/>
        <w:jc w:val="left"/>
      </w:pPr>
      <w:r>
        <w:rPr>
          <w:rFonts w:ascii="Times New Roman" w:hAnsi="Times New Roman" w:eastAsia="Times New Roman" w:cs="Times New Roman"/>
        </w:rPr>
        <w:t>“Pe tembiapo ojoguáta upe Pentekostés Árape oikovaʼekuépe. Pe ‘ama ypykue’ oñemeʼẽ haguéicha, pe Espíritu Santo oñehẽvo pe evangelio ñepyrũme, ojapo hag̃ua hiʼakỹ hag̃ua pe taʼỹi hepyetéva, upéicha avei pe ‘ama pahague’ oñemeʼẽta ipahápe, ñemonoʼõ hiʼaju hag̃ua. ‘Upéicharõ jaikuaáta, jajapose ramo jaikuaa hag̃ua Ñandejárape: haʼe osẽha oĩma oñembosakoʼipyre koʼẽjuicha; ha oune ñande rendápe amaicha, ama pahague ha ama ypykueicha yvy ári.’ Oseas 6:3. ‘Pevyʼa upéicharõ, peẽ Sión raʼykuéra, ha pevyʼa Ñandejára pende Jára rehe: haʼe omeʼẽgui peẽme pe ama ypykue tekojoja reheve, ha omboguejyta peẽme ama, pe ama ypykue ha pe ama pahague.’ Joel 2:23. ‘Umi ára pahápe, heʼi Tupã, ahẽíta che Espíritu gui opa soʼo ári.’ ‘Ha oikóta, opavave ohenóiva Ñandejára réra oñesalváta.’ Hechos 2:17, 21.”</w:t>
      </w:r>
    </w:p>
    <w:p>
      <w:pPr>
        <w:pStyle w:val="ArticleScripture"/>
        <w:jc w:val="left"/>
      </w:pPr>
      <w:r>
        <w:rPr>
          <w:rFonts w:ascii="Times New Roman" w:hAnsi="Times New Roman" w:eastAsia="Times New Roman" w:cs="Times New Roman"/>
        </w:rPr>
        <w:t>“Pe tembiapo guasu marandu porã rehegua ndopáiramo vaʼerã ipokatu Tupã mbaʼéva ojehechaukaʼiveʼỹ reheve umi ohechaukáva iñepyrũrãme. Umi profesía oñekumplíva pe ama tenondegua oñehẽ jave marandu porã ñepyrũme, upéicha avei oñekumpli jeýta pe ama pahaguápe ipahápe. Koʼápe oĩ ‘umi ára piroʼy’ rehegua, apóstol Pedro omañáva tenonderãme heʼívo: ‘Peñearrepenti hag̃ua, upévare, ha pejere hag̃ua, pende angaipa oñembogue hag̃ua, oguahẽ vove umi ára piroʼy Ñandejára renondégui; ha haʼe omondóta Jesúspe.’ Hechos 3:19, 20.” The Great Controversy, 611.</w:t>
      </w:r>
    </w:p>
    <w:p>
      <w:pPr>
        <w:pStyle w:val="ArticleBody"/>
        <w:jc w:val="left"/>
      </w:pPr>
      <w:r>
        <w:rPr>
          <w:rFonts w:ascii="Times New Roman" w:hAnsi="Times New Roman" w:eastAsia="Times New Roman" w:cs="Times New Roman"/>
        </w:rPr>
        <w:t>Ñekumpli rire umi profecía aravo rehegua pe ñembyasyrõ peteĩha ha mokõiha rehegua ogueru pe ánhel yvýpe omoherakuã hag̃ua iñemimbipa 1840-pe, upéicha omombaretevo pe marandu pe ánhel peteĩhagua rehegua; ha pe ñekumpli pe ñembyasyrõ mbohapyha rehegua ogueru pe ánhel yvýpe omoherakuã hag̃ua iñemimbipa 9/11-pe, upéicha omombaretevo pe marandu pe ánhel mbohapyhagua rehegua. Pe yvy ñemoesakã ojehupyty mokõi movimiento joaju rupive peteĩ aplicación paralela-pe—línea ári línea. Ha’e hína pe marandu umi mbohapy ñembyasyrõ rehegua omombaretéva pe marandu umi mbohapy ánhel rehegua. Oñembovy’a joaju hag̃uáicha mokõi línea ramo; peteĩ hyepypegua ha ambue okapegua. Umi mbohapy ánhel ohechauka Tupã tavayguakuéra rembiapo ha hembiapo oñemombarete umi mbohapy ñembyasyrõ ñekumpli rupive. Pe okapegua ha’e Islam ha hembiapo profético, ha pe hyepypegua ha’e Cristo Itavayguakuérape—pe tesarái’ỹva mimbipa rehegua. Ko mba’ére, Judá oñeñapytĩ mburika rehe Jacob profecíape he’íva ta’ýra kuéra doce rehegua ára pahápe pe simbolismo rupive.</w:t>
      </w:r>
    </w:p>
    <w:p>
      <w:pPr>
        <w:pStyle w:val="ArticleScripture"/>
        <w:jc w:val="left"/>
      </w:pPr>
      <w:r>
        <w:rPr>
          <w:rFonts w:ascii="Times New Roman" w:hAnsi="Times New Roman" w:eastAsia="Times New Roman" w:cs="Times New Roman"/>
        </w:rPr>
        <w:t>Ha Jacob ohenói ita'ýrape, ha he'i: Peñembyaty, amombe'u hag̃ua peẽme mba'épa oikóta penderehe ára pahápe. Peñembyaty, ha pehendúke, Jacob ra'ykuéra; ha pehendu Israel, pende ru. … Judá, nde hína upe ne ryvykuéra omomba'éta; nde po oĩta nde enemigo kuéra ajúrare; nde ru ra'ykuéra oñesũta ndéve renondépe. Judá ha'e peteĩ león ra'y; che ra'y, rejupi jeýma remboguejy rire nde rembipota guive; oñemoĩ yvýre, oñenohẽ peteĩ leónicha, ha peteĩ león tujacháicha; máva piko omoingevýta chupe? Pe mburuvicha yvyra ndohóimo'ãi Judágui, ni pe omoĩva léi ipy mbytéguio, pe Shiloh ou peve; ha hese oñembyatýta umi tetãnguéra. Oipokua ita'yrami vaka ra'y pe parral rehe, ha imburika ra'y pe parral iporãvéva rehe; ojohéi ijao vínope, ha ao rehegua parrál ryguýpe: Hesa pytãta vínogui, ha hãi morotĩ kambýgui. Génesis 49:1, 2, 8–12.</w:t>
      </w:r>
    </w:p>
    <w:p>
      <w:pPr>
        <w:pStyle w:val="ArticleBody"/>
        <w:jc w:val="left"/>
      </w:pPr>
      <w:r>
        <w:rPr>
          <w:rFonts w:ascii="Times New Roman" w:hAnsi="Times New Roman" w:eastAsia="Times New Roman" w:cs="Times New Roman"/>
        </w:rPr>
        <w:t>Cristo ha’e pe León Judá ñemoñaregua, ojohéiva ijao tuguype, ha ha’éva “la parra poravopyre”, proféticamente oñeñapytĩva “mburika ra’y” rehe. Pe marandu okapegua umi mbohapy ñembyasy rehegua oñeñapytĩ pe marandu hyepypegua umi mbohapy ánhel rehegua ndive. Pe peteĩha ha mokõiha ánhel oguata joja mbohapyha ánhel ndive, ha pe peteĩha ha mokõiha ñembyasy katuete oguata joja va’erã mbohapyha ñembyasy ndive.</w:t>
      </w:r>
    </w:p>
    <w:p>
      <w:pPr>
        <w:pStyle w:val="ArticleHeading"/>
        <w:jc w:val="left"/>
      </w:pPr>
      <w:r>
        <w:rPr>
          <w:rFonts w:ascii="Arial" w:hAnsi="Arial" w:eastAsia="Arial" w:cs="Arial"/>
        </w:rPr>
        <w:t>Pe Llave</w:t>
      </w:r>
    </w:p>
    <w:p>
      <w:pPr>
        <w:pStyle w:val="ArticleBody"/>
        <w:jc w:val="left"/>
      </w:pPr>
      <w:r>
        <w:rPr>
          <w:rFonts w:ascii="Times New Roman" w:hAnsi="Times New Roman" w:eastAsia="Times New Roman" w:cs="Times New Roman"/>
        </w:rPr>
        <w:t>Pe ñorairõ Nineve rehegua hína pe “mba’eve clave” oguerúva Islam pytũmby yvy tuichakue ári, pe Romanokatolisísmo ñekytĩ oporojukáva oñemboguatajeývo pe léi araka’eve’ỹma oútava domingo rehegua rupive, ha upéva hína pe yvyryrýi Apocalipsis 11-pe, upépe pe mbohapyha ñembyasy ou sapy’aitépe. Upéva ou pe yvyryrýi “ára” aja.</w:t>
      </w:r>
    </w:p>
    <w:p>
      <w:pPr>
        <w:pStyle w:val="ArticleScripture"/>
        <w:jc w:val="left"/>
      </w:pPr>
      <w:r>
        <w:rPr>
          <w:rFonts w:ascii="Times New Roman" w:hAnsi="Times New Roman" w:eastAsia="Times New Roman" w:cs="Times New Roman"/>
        </w:rPr>
        <w:t>Ha upe aravópe voi oiko peteĩ yvyryrýi guasu, ha pe táva rehegua décima parte ho’a; ha pe yvyryrýipe omanóma yvyporakuéra apytégui siete mil; ha umi hembýva okyhyjeterei, ha ome’ẽ mborayhu ha ñemomba’e Tupã yvágapeguápe. Pe mokõiha jehasa asy ohasáma; ha péina, pe mbohapyha jehasa asy ou pya’e. Apocalipsis 11:13, 14.</w:t>
      </w:r>
    </w:p>
    <w:p>
      <w:pPr>
        <w:pStyle w:val="ArticleBody"/>
        <w:jc w:val="left"/>
      </w:pPr>
      <w:r>
        <w:rPr>
          <w:rFonts w:ascii="Times New Roman" w:hAnsi="Times New Roman" w:eastAsia="Times New Roman" w:cs="Times New Roman"/>
        </w:rPr>
        <w:t>Pe léi dominical omoñepyrũ ta’anga mymba guasu rehegua prueba ára ko yvy ape ári, ha Nínive ñorairõ ha’e pe llave ohechauka hag̃ua mburuvichakue poteĩha ñemomba’e, Tiro kuña rekovai rehegua imandu’ávo hese oñepyrũvo opurahéi ipurahéi kuéra Isaías mokoipa mbohapy ñembotýpe. Pe prueba ta’anga mymba guasu rehegua ha’e pe prueba rupive ojedesidiha peteĩ tapicha rape opa’ỹva, ha upéva ojedesidi pe gracia rokẽ oñemboty mboyve. Pe gracia rokẽ oñemboty yvy apegua rehe Michaels opu’ã vove. Pe prueba ta’anga mymba guasu rehegua yvy apegua révulo Apocalipsis capítulo trece, versículo doce guive tenonde gotyo ojehechauka hag̃ua peteĩ techaukarãicha pe prueba ta’anga mymba guasu rehegua Tetã peteĩ reko Amérikape.</w:t>
      </w:r>
    </w:p>
    <w:p>
      <w:pPr>
        <w:pStyle w:val="ArticleScripture"/>
        <w:jc w:val="left"/>
      </w:pPr>
      <w:r>
        <w:rPr>
          <w:rFonts w:ascii="Times New Roman" w:hAnsi="Times New Roman" w:eastAsia="Times New Roman" w:cs="Times New Roman"/>
        </w:rPr>
        <w:t>“Amérika, pe tetã ome’ẽva sãso jerovia rehegua, oñembojoajúta vove Papado ndive opoko hag̃ua tekopy apytu’ũ rehe ha ombohape hag̃ua yvypórape omomba’e hag̃ua pe sábado japu, opa tetãygua ko yvy ape ári ojehóta ojapo hag̃ua hembiecharãicha.” Testimonies, volumen 6, 18.</w:t>
      </w:r>
    </w:p>
    <w:p>
      <w:pPr>
        <w:pStyle w:val="ArticleBody"/>
        <w:jc w:val="left"/>
      </w:pPr>
      <w:r>
        <w:rPr>
          <w:rFonts w:ascii="Times New Roman" w:hAnsi="Times New Roman" w:eastAsia="Times New Roman" w:cs="Times New Roman"/>
        </w:rPr>
        <w:t>Pe mymba ra’anga prueba aravo Estados Unidos-pe omboyke ha osella umi cien cuarenta y cuatro mil Apocalipsis siete-peguápe, ha pe mymba ra’anga prueba aravo mundo-pe g̃uarã osella pe aty guasu Apocalipsis siete-peguápe.</w:t>
      </w:r>
    </w:p>
    <w:p>
      <w:pPr>
        <w:pStyle w:val="ArticleScripture"/>
        <w:jc w:val="left"/>
      </w:pPr>
      <w:r>
        <w:rPr>
          <w:rFonts w:ascii="Times New Roman" w:hAnsi="Times New Roman" w:eastAsia="Times New Roman" w:cs="Times New Roman"/>
        </w:rPr>
        <w:t>“Umi tetã ambue osegíta Estados Unidos ehémplo. Jepémo ha’e tenonderã osẽ, upéicharõ jepe pe apañuãi peteĩchagua oúta ñande puévlo ári opa hendáicha ko yvy ape ári.” Testimonies, volúmen 6, 395.</w:t>
      </w:r>
    </w:p>
    <w:p>
      <w:pPr>
        <w:pStyle w:val="ArticleBody"/>
        <w:jc w:val="left"/>
      </w:pPr>
      <w:r>
        <w:rPr>
          <w:rFonts w:ascii="Times New Roman" w:hAnsi="Times New Roman" w:eastAsia="Times New Roman" w:cs="Times New Roman"/>
        </w:rPr>
        <w:t>Pe lláve ojehechaukáva Nínive ñorãirõ rupive ohechauka yvóra pegua ta’ãngápe ñehesa’ỹijo ára ñepyrũ, ha upekuévo avei ohechauka pe ta’ãngápe ñehesa’ỹijo ára paha Tetã peteĩ reko Amérikape g̃uarã. Peteĩ lláve ojehechaukáva Nínive ñorãirõ rupive oipe’a pe yvykua pypuku’ỹva oguerúva islam ysyry guasu, ojehechaukáva tukuicha yvórape. Upe lláve pyhare mbyte sapukái pahápe oñemoha’anga peteĩ lláve rupive oipe’áva upe yvykua peteĩchaguaite Tetã peteĩ reko Amérikape pyhare mbyte sapukái ñepyrũme.</w:t>
      </w:r>
    </w:p>
    <w:p>
      <w:pPr>
        <w:pStyle w:val="ArticleBody"/>
        <w:jc w:val="left"/>
      </w:pPr>
      <w:r>
        <w:rPr>
          <w:rFonts w:ascii="Times New Roman" w:hAnsi="Times New Roman" w:eastAsia="Times New Roman" w:cs="Times New Roman"/>
        </w:rPr>
        <w:t>Pe lláve Estados Unidos-peguápe oñerrepresenta Levítico veintitrés-pe Trompeta Ñemongaru ramo, pe vúrro oñemosãsohápe pyhare mbyte sapukái marandu ñepyrũme. Upe lláve oñembojere Nashville-gua tata bola-kuéra oguahẽ vove. Trompeta Ñemongaru, ha pe jeity Nashville rehe Islam oñemosãso jave, ohechauka Nineve ñorairõ pe léi domingo-pe.</w:t>
      </w:r>
    </w:p>
    <w:p>
      <w:pPr>
        <w:pStyle w:val="ArticleBody"/>
        <w:jc w:val="left"/>
      </w:pPr>
      <w:r>
        <w:rPr>
          <w:rFonts w:ascii="Times New Roman" w:hAnsi="Times New Roman" w:eastAsia="Times New Roman" w:cs="Times New Roman"/>
        </w:rPr>
        <w:t>Pe léi dominical ha’e pe “sapukái pyhare mbytegua” ñe’ẽmondo pahague, pe sapukái upérõ oñemoambuéguire pe “sapukái hatã” ramo, ha upe ára pehẽngue ñepyrũrã tekotevẽ maranduhára rehegua ñeikotevẽ rupi ta’angahai hag̃ua ipaha. Pe peteĩha ñembyasýpe, Islam ombohasa asy va’erãkuri Roma ehérsito-kuérape, umi ohechaukáva Estados Unidos-pe, cien cincuenta ary pukukue. Pe llave (pe ñorairõ Nínive-pe) ohechauka pe “sapukái pyhare mbytegua” ñe’ẽmondo ñepyrũrã, péicha avei pe trompeta arete. Levítico mokõi pa’ẽ mbohapy-pe oĩ quince ára pe trompeta arete ha Pentecostés apytépe, ha upéva avei Tabernáculos arete. Umi quince ára ta’angahai mymba ra’ãnga aravo de prueba aja Estados Unidos-pe ombojoja umi cien cincuenta ary jehasa asy rehe pe peteĩha ñembyasýpe. Quince ha’e peteĩ décima cien cincuenta-gui.</w:t>
      </w:r>
    </w:p>
    <w:p>
      <w:pPr>
        <w:pStyle w:val="ArticleBody"/>
        <w:jc w:val="left"/>
      </w:pPr>
      <w:r>
        <w:rPr>
          <w:rFonts w:ascii="Times New Roman" w:hAnsi="Times New Roman" w:eastAsia="Times New Roman" w:cs="Times New Roman"/>
        </w:rPr>
        <w:t>Umi quince ára (ciento cincuenta ary) opaha oñepyrũvo umi trescientos noventa y un ary ha quince ára. Guive 22 jasypa 1844, pe tiempo profético ndaikatúi véima ojeporu, upévare umi ciento cincuenta ary jehasa asy rehegua ha’e peteĩ símbolo umi quince ára Levítico veintitrés pegua oñepyrũva pe trompeta-kuéra arete guive; upéi, cinco ára rire, pe pendón ñemopu’ã; upéi, ambue cinco ára rire, pe juicio Día de la Expiación rehegua; ha upéi, cinco ára pe derramamiento pentecostal peve.</w:t>
      </w:r>
    </w:p>
    <w:p>
      <w:pPr>
        <w:pStyle w:val="ArticleBody"/>
        <w:jc w:val="left"/>
      </w:pPr>
      <w:r>
        <w:rPr>
          <w:rFonts w:ascii="Times New Roman" w:hAnsi="Times New Roman" w:eastAsia="Times New Roman" w:cs="Times New Roman"/>
        </w:rPr>
        <w:t>Upépe oñepyrũ pe “aravo, ha peteĩ ára, ha peteĩ jasy, ha peteĩ arýpe, ojuka hag̃ua yvyporakuéra mbohapýha pehẽngue”. Pe “aravo” ha’e pe aravo yvy ryryi guasúpe g̃uarã, upéva hína pe arapokõindygua léi. Pe “ára” ha’e Ñandejára ñemyengovia ára, Laodiceapegua Iglesia Adventista del Séptimo Día oñemosẽ jave Ñandejára jurúgui.</w:t>
      </w:r>
    </w:p>
    <w:p>
      <w:pPr>
        <w:pStyle w:val="ArticleScripture"/>
        <w:jc w:val="left"/>
      </w:pPr>
      <w:r>
        <w:rPr>
          <w:rFonts w:ascii="Times New Roman" w:hAnsi="Times New Roman" w:eastAsia="Times New Roman" w:cs="Times New Roman"/>
        </w:rPr>
        <w:t>Haʼekuéra niko peteĩ tetã ñeʼẽtekuaaʼỹva, ha ndaipóri ipypekuéra arandu. ¡Mbaʼéichaite piko oikóne peteĩ tekómarangatu, oikuaávo ko mbaʼe, ha ojepyʼamongetávo hikuái hogaite rehe! Mbaʼéicha piko peteĩ año omuña vaʼerã mil, ha mokõi omoñani vaʼerã paʼũrã mil, ndahaʼéiramo Ita guasu omeʼẽ hague chupekuéra, ha Ñandejára omboty hag̃ua chupekuéra? Pórke haʼekuéra ita guasu ndahaʼéi ñande Ita Guasuicha; umi ñane enemigo tee voi ohechakuaa upéva. Pórke hiʼupyrã yva haʼe Sodoma parralgui, ha Gomorra ñúgui; ijyva haʼe pyʼaro yva, ha hiʼatỹnguéra hovyʼỹ. Ikaʼu haʼe mbói guasu pohã vai, ha mbói jarara pohýi ñarõ. Ndahaʼéi piko koʼã mbaʼe oñeñongatu vaʼekue che ndive, ha oñembotyvaʼekue che mbaʼeeta apytépe? Chéve che mbaʼe tee hína jehepymeʼẽ ha ñemyengovia; ijypykuéra otyryrýta hiʼára peve; pórke hiʼaguĩma ipochy ára, ha pyaʼe oúma umi mbaʼe oúta hiʼári. Pórke Ñandejára ohusgáta hetãygua kuérape, ha oporoporiahúta hembiguái kuérape, ohechávo ipuʼaka opa hague, ha ndaiporiha avave oñembotyvaʼekue térã oñeheja hag̃uáicha. Ha heʼíta: Moõpa oĩ pende tupãnguéra, pe ita guasu pejepytaso hague hese? Deuteronomio 32:28–37.</w:t>
      </w:r>
    </w:p>
    <w:p>
      <w:pPr>
        <w:pStyle w:val="ArticleBody"/>
        <w:jc w:val="left"/>
      </w:pPr>
      <w:r>
        <w:rPr>
          <w:rFonts w:ascii="Times New Roman" w:hAnsi="Times New Roman" w:eastAsia="Times New Roman" w:cs="Times New Roman"/>
        </w:rPr>
        <w:t>Pe “ára” yvyryrýi ha’e “i mba’easy ára”. Ha’e pe juicio umi oĩvape Adventismo-pe ndorekóivape entendimiento pe conocimiento ojepysóva ára pahápe. Ha’ekuéra oiporavo peteĩ ita japu omopu’ã hag̃ua hoga hi’ári, ha añetépe, ijita hína yvyku’i.</w:t>
      </w:r>
    </w:p>
    <w:p>
      <w:pPr>
        <w:pStyle w:val="ArticleScripture"/>
        <w:jc w:val="left"/>
      </w:pPr>
      <w:r>
        <w:rPr>
          <w:rFonts w:ascii="Times New Roman" w:hAnsi="Times New Roman" w:eastAsia="Times New Roman" w:cs="Times New Roman"/>
        </w:rPr>
        <w:t>“Pe ñemomarandu oúma: Mba’eve ndojehejava’erã oike hag̃ua omyakãratĩ hag̃uáicha pe jerovia pyenda, hi’ári ñamopu’ã hague ñande rembiapo ypy guive pe marandu ou hague guive ary 1842, 1843 ha 1844-pe. Che aikéma kuri ko marandúpe, ha upe guive aime aĩva yvy tuichakue renondépe, añemombaretévo pe tesape Ñandejára ome’ẽ va’ekuépe oréve rehe. Noroñemoĩri ore pyguýi hag̃ua pe aty guasúgui ore pype oñemoĩ hague, ára ko’ẽre roheka aja Ñandejárape ñembo’e kyre’ỹme, roheka hag̃ua tesape. Peẽpa peimo’ã ikatuha aheja rei pe tesape Ñandejára ome’ẽ va’ekue chéve? Upéva oikova’erã Araka’e Ita guáicha. Upéva che reraha ha che sambyhy raka’e guive oñeme’ẽ hague chéve.” Review and Herald, 14 de abril de 1903.</w:t>
      </w:r>
    </w:p>
    <w:p>
      <w:pPr>
        <w:pStyle w:val="ArticleBody"/>
        <w:jc w:val="left"/>
      </w:pPr>
      <w:r>
        <w:rPr>
          <w:rFonts w:ascii="Times New Roman" w:hAnsi="Times New Roman" w:eastAsia="Times New Roman" w:cs="Times New Roman"/>
        </w:rPr>
        <w:t>Pe “jasy” ohechauka pe jasy peteĩha.</w:t>
      </w:r>
    </w:p>
    <w:p>
      <w:pPr>
        <w:pStyle w:val="ArticleScripture"/>
        <w:jc w:val="left"/>
      </w:pPr>
      <w:r>
        <w:rPr>
          <w:rFonts w:ascii="Times New Roman" w:hAnsi="Times New Roman" w:eastAsia="Times New Roman" w:cs="Times New Roman"/>
        </w:rPr>
        <w:t>Pevyʼa hag̃ua, upéicharõ, peẽ Sión raʼykuéra, ha pevyʼa pendejára Tupãme; haʼe niko omeʼẽ peẽme ama tenondegua peteĩ medida hekoitépe, ha omboguejyta peẽme ama, ama tenondegua ha ama pahaguéva, jasy peteĩhápe. Ha pe mbyatyha rendakuéra henyhẽta trígogui, ha pe ryrukuéra osyryryta vínogui ha aséitegui. Ha che amoĩjeyta peẽme umi áño pe tukú oguʼu vaʼekue, pe ysóva, pe tuguái, ha pe yso guasu, che ehérsito tuicháva amondo vaʼekue pende apytépe. Ha peẽ pekarúta heta, ha pehupytyta pene renyhẽ, ha pejererohorýta Ñandejára pendejára réra, haʼe ojapo haguére penendive mbaʼe hechapyrãva; ha che retãgua ndojejahymoʼãi arakaʼeve. Ha peikuaáta che aimeha Israel mbytépe, ha cheha Ñandejára pendejára, ha ndaiporiha ambue; ha che retãgua ndojejahymoʼãi arakaʼeve. Joel 2:23–27.</w:t>
      </w:r>
    </w:p>
    <w:p>
      <w:pPr>
        <w:pStyle w:val="ArticleBody"/>
        <w:jc w:val="left"/>
      </w:pPr>
      <w:r>
        <w:rPr>
          <w:rFonts w:ascii="Times New Roman" w:hAnsi="Times New Roman" w:eastAsia="Times New Roman" w:cs="Times New Roman"/>
        </w:rPr>
        <w:t>Pe “óra” léi dominical, pe Islam, pe mbohapyha ñembyasýgui, oinupã sapyʼa Laodicea-pegua Adventismo-pe, ha haʼekuéra oñemotĩ, ojerovia haguére mbói ita ári. Upe jave, peteĩha jasype, ama pyahu oñeñohẽ tavayguakuéra oñemopotĩmava ári. Upepete Estados Unidos ojejukáta, Nashville guive oñepyrũva ñembohasa asy rire. Pe ñembohasa asy, haʼéva táva-kuéra ñehundi, oñepyrũ; ha pe óra léi dominical-pe Estados Unidos opa (ojejuka) mokõiha reino tee hag̃ua Biblia profecía ryepýpe, omoinge hag̃ua mymba raʼanga prueba ára opa yvórape guarã, opa pe poteĩha reino oguahẽvo ipahápe, ndaipóri hag̃uáicha avave oipytyvõva (ojejuka).</w:t>
      </w:r>
    </w:p>
    <w:p>
      <w:pPr>
        <w:pStyle w:val="ArticleHeading"/>
        <w:jc w:val="left"/>
      </w:pPr>
      <w:r>
        <w:rPr>
          <w:rFonts w:ascii="Arial" w:hAnsi="Arial" w:eastAsia="Arial" w:cs="Arial"/>
        </w:rPr>
        <w:t>Éufrates</w:t>
      </w:r>
    </w:p>
    <w:p>
      <w:pPr>
        <w:pStyle w:val="ArticleBody"/>
        <w:jc w:val="left"/>
      </w:pPr>
      <w:r>
        <w:rPr>
          <w:rFonts w:ascii="Times New Roman" w:hAnsi="Times New Roman" w:eastAsia="Times New Roman" w:cs="Times New Roman"/>
        </w:rPr>
        <w:t>Ysyry Éufrates oñembojoaju simbólikamente Islam ndive, ha Éufrates he’ise: “hi’a porãva”, térã “osẽ mbarete hag̃uáicha”. Mokõiha ñembyasy guasúpe, umi irundy yvytu oñeñapytĩva Éufrates-pe ojeheja hag̃ua.</w:t>
      </w:r>
    </w:p>
    <w:p>
      <w:pPr>
        <w:pStyle w:val="ArticleScripture"/>
        <w:jc w:val="left"/>
      </w:pPr>
      <w:r>
        <w:rPr>
          <w:rFonts w:ascii="Times New Roman" w:hAnsi="Times New Roman" w:eastAsia="Times New Roman" w:cs="Times New Roman"/>
        </w:rPr>
        <w:t>Ha pe ánhel ombopu, ha ahendu peteĩ ñe'ẽ osẽva irundy hatĩgui pe altar óro pe oĩva Tupã renondépe, he'íva pe ánhel peteĩha seisva oguerekóvape pe turu: Embojera umi irundy ánhel oñeñapytĩva pe ysyry guasu Éufratespe. Ha umi irundy ánhel oñembojera, umi oñembosako'íva peteĩ aravópe g̃uarã, peteĩ árape g̃uarã, peteĩ jasýpe g̃uarã ha peteĩ áñope g̃uarã, ojuka hag̃ua yvypóra mbohapy voregui peteĩ vore. Apocalipsis 9:13–15.</w:t>
      </w:r>
    </w:p>
    <w:p>
      <w:pPr>
        <w:pStyle w:val="ArticleBody"/>
        <w:jc w:val="left"/>
      </w:pPr>
      <w:r>
        <w:rPr>
          <w:rFonts w:ascii="Times New Roman" w:hAnsi="Times New Roman" w:eastAsia="Times New Roman" w:cs="Times New Roman"/>
        </w:rPr>
        <w:t>Éufrates ohechauka pe Yvy Ñe'ẽme'ẽmby rembe'y kuarahyresẽ gotyo, ha Islam ha'e hína “kuarahyresẽ yvygua ra'ykuéra” maranduhápe. Ikarakter profétikova ha'e ojejoko ha ojeheja jeyha chupekuéra, oñepyrũvo Hagar oñeñapytĩ haguére Sara rupi.</w:t>
      </w:r>
    </w:p>
    <w:p>
      <w:pPr>
        <w:pStyle w:val="ArticleScripture"/>
        <w:jc w:val="left"/>
      </w:pPr>
      <w:r>
        <w:rPr>
          <w:rFonts w:ascii="Times New Roman" w:hAnsi="Times New Roman" w:eastAsia="Times New Roman" w:cs="Times New Roman"/>
        </w:rPr>
        <w:t>Ha Tupã he'i: Nde rembireko Saraete imembýta ndéve peteĩ ta'ýra; ha reromoĩta héra Isaac. Ha che amopyendáta che ñe'ẽme'ẽ hendive, peteĩ ñe'ẽme'ẽ opa'ỹva ramo, ha iñemoñare ndive hapykuéri. Ha Ismael rehe katu, ahendúma nde jerure: péina, ahovasáma chupe, ha ajapóta ichupéva hi'a hetáva, ha ambohetaitereíta chupe; doce mburuvicha guasu omoñareta, ha ajapóta ichugui peteĩ tetã guasu. Génesis 17:19, 20.</w:t>
      </w:r>
    </w:p>
    <w:p>
      <w:pPr>
        <w:pStyle w:val="ArticleBody"/>
        <w:jc w:val="left"/>
      </w:pPr>
      <w:r>
        <w:rPr>
          <w:rFonts w:ascii="Times New Roman" w:hAnsi="Times New Roman" w:eastAsia="Times New Roman" w:cs="Times New Roman"/>
        </w:rPr>
        <w:t>Ismael oñemoingo hag̃ua hi’a porã hag̃uáicha, ha Éufrates he’ise hi’a porãva. Peteĩ ciento cincuenta ary peve ogueropu’akava’ekue peteĩha aña hag̃ua pe marandu hag̃ua paha gotyo, oñepyrũ pe profesía peteĩ aravo, peteĩ ára, peteĩ jasy ha peteĩ ary rehegua, Islam oñemosãso rupi ojuka hag̃ua mbohapy voregui peteĩva yvyporakuérape. Pe léi domingo-pe, ojejuka pe poteĩha mburuvicharenda profesía bíblica-pe, ha upéva ha’e peteĩ mbohapy voregui peteĩva Roma moderna-gui. Islam ojejoko va’ekue 11 jasypoapy 1840-pe, oñemombarete jave pe peteĩha ánhel marandu; ha oñemosãso pe mbohapyha ánhel marandu oñemombarete jave 9/11-pe.</w:t>
      </w:r>
    </w:p>
    <w:p>
      <w:pPr>
        <w:pStyle w:val="ArticleBody"/>
        <w:jc w:val="left"/>
      </w:pPr>
      <w:r>
        <w:rPr>
          <w:rFonts w:ascii="Times New Roman" w:hAnsi="Times New Roman" w:eastAsia="Times New Roman" w:cs="Times New Roman"/>
        </w:rPr>
        <w:t>9/11-pe oñepyrũ oñesella hag̃ua umi cien cuarenta y cuatro mil, opa rire umi omanóva juicio ha oñepyrũvo umi oikovéva juicio. Islam mbohapyha mba’e vai rehegua oñemosãso rupi 9/11-pe, pya’e oñejoko pe tiempo de sellamiento aja.</w:t>
      </w:r>
    </w:p>
    <w:p>
      <w:pPr>
        <w:pStyle w:val="ArticleScripture"/>
        <w:jc w:val="left"/>
      </w:pPr>
      <w:r>
        <w:rPr>
          <w:rFonts w:ascii="Times New Roman" w:hAnsi="Times New Roman" w:eastAsia="Times New Roman" w:cs="Times New Roman"/>
        </w:rPr>
        <w:t>“Ko visión oñeme’ẽkuri ary 1847-pe, umi ermáno adventista apytépe sa’i eterei oĩrõ guare umi oñangarekóva sábado rehe, ha ko’ãvagui sa’i eterei oimo’ãva pe iñemboguataha orekoha importancia suficiente omboja hag̃ua peteĩ línea Tupã tavayguakuéra ha umi ndogueroviáiva mbytépe. Ko’ág̃a oñepyrũma ojehecha upe visión ñekumplimiénto. ‘Pe ñepyrũrã upe tiempo de angustia rehegua,’ ko’ápe oñeñe’ẽva, ndojepytaséi pe tiempo rehe umi plága oñepyrũta hag̃ua oñeñohẽ, síno peteĩ mbyky periodo rehe upe mboyve, Cristo oĩ aja pe santuario-pe. Upe jave, pe tembiapo salvación rehegua oñembotýramo ohóvo, pe yvy ári outa apañuãi, ha umi tetãnguéra ipochyta, upéicharõ jepe ojejokóta ani hag̃uáicha ojoko pe tercer ángel rembiapo. Upe jave pe ‘ama paha,’ térã pytu’u pyahu Ñandejára renondégui, outa ome’ẽ hag̃ua pokatu pe tercer ángel ñe’ẽ hatãme, ha ombosako’i hag̃ua umi marangatu ikatu hag̃uáicha opyta mbarete upe periodo-pe oñeñohẽta jave umi siete pahague plága.” Early Writings, 85.</w:t>
      </w:r>
    </w:p>
    <w:p>
      <w:pPr>
        <w:pStyle w:val="ArticleBody"/>
        <w:jc w:val="left"/>
      </w:pPr>
      <w:r>
        <w:rPr>
          <w:rFonts w:ascii="Times New Roman" w:hAnsi="Times New Roman" w:eastAsia="Times New Roman" w:cs="Times New Roman"/>
        </w:rPr>
        <w:t>Pe “mbykyha ára” omoag̃uíva pe gracia ñemboty gotyo ha’e pe período “Cristo oĩhína pe santuariope” “ombotývo” pe “tembiapo salvación rehegua.”</w:t>
      </w:r>
    </w:p>
    <w:p>
      <w:pPr>
        <w:pStyle w:val="ArticleScripture"/>
        <w:jc w:val="left"/>
      </w:pPr>
      <w:r>
        <w:rPr>
          <w:rFonts w:ascii="Times New Roman" w:hAnsi="Times New Roman" w:eastAsia="Times New Roman" w:cs="Times New Roman"/>
        </w:rPr>
        <w:t>“Pe sistema típicope, ha’éva peteĩ ta’ãnga Cristo jejuka ha ipa’i marangatu rembipota rehegua, pe ñemopotĩ santuario rehegua ha’eva’ekue pe tembiapo paha pa’i guasu ojapóva ary pukukue ministerio jere rehe. Kóva ha’eva’ekue pe tembiapo ombotýva pe expiación—peteĩ jeipe’a térã ñemomombyry angaipa Israel apytégui. Upéva ohechauka va’ekue pe tembiapo paha ñane Pa’i Guasu rembiapope yvágape, pe jeipe’a térã jeipe’aite hag̃ua Itavayguakuéra angaipa, umi ojehai hag̃uáva yvága kuatiañe’ẽnguérape. Ko servicio oike ipype peteĩ tembiapo jehechakuaa rehegua, peteĩ tembiapo juicio rehegua; ha upéva pya’e omotenonde Cristo ñeguahẽ yvága arai kuérape pu’aka ha mimbipa guasúpe; pórke Ha’e ou vove, opa káso oñedecidiámava. He’i Jesús: ‘Che rembiapoukapy oĩ Che ndive, ame’ẽ hag̃ua káda peteĩme hembiapokue he’iháicha.’ Apocalipsis 22:12. Ko tembiapo juicio rehegua voi, oĩva pe jeju mokõiha mboyve pya’e, ha’e pe oñemomarandúva pe peteĩha ánhel marandupe Apocalipsis 14:7-pe: ‘Pekyhyje Tupãgui, ha peme’ẽ chupe mimbipa; pórke oguahẽma Ijuicio aravo.’” El Conflicto de los Siglos, 352.</w:t>
      </w:r>
    </w:p>
    <w:p>
      <w:pPr>
        <w:pStyle w:val="ArticleBody"/>
        <w:jc w:val="left"/>
      </w:pPr>
      <w:r>
        <w:rPr>
          <w:rFonts w:ascii="Times New Roman" w:hAnsi="Times New Roman" w:eastAsia="Times New Roman" w:cs="Times New Roman"/>
        </w:rPr>
        <w:t>Pe “ojeipe’a hag̃ua Ipuévlo angaipa” oiko umi oikovéva juicio aja.</w:t>
      </w:r>
    </w:p>
    <w:p>
      <w:pPr>
        <w:pStyle w:val="ArticleScripture"/>
        <w:jc w:val="left"/>
      </w:pPr>
      <w:r>
        <w:rPr>
          <w:rFonts w:ascii="Times New Roman" w:hAnsi="Times New Roman" w:eastAsia="Times New Roman" w:cs="Times New Roman"/>
        </w:rPr>
        <w:t>Peñearrepenti hag̃ua, upévare, ha pejevy hag̃ua, pene angaipa hag̃ua hag̃uáicha oñemboguepaite, oguahẽ vove umi ára piro’y ha py’aguapy rehegua Ñandejára renondégui; ha ha’e omondo hag̃ua Jesucristo, upe ymaite guive oñemombe’u va’ekue peẽme: upe yvágape oñemoguahẽva’erã pe restitución ára peve opa mba’e rehegua, umi mba’e Tupã he’i va’ekue opa imarangatu maranduhára kuéra jurúre ypy guive. Hechos 3:19–21.</w:t>
      </w:r>
    </w:p>
    <w:p>
      <w:pPr>
        <w:pStyle w:val="ArticleBody"/>
        <w:jc w:val="left"/>
      </w:pPr>
      <w:r>
        <w:rPr>
          <w:rFonts w:ascii="Times New Roman" w:hAnsi="Times New Roman" w:eastAsia="Times New Roman" w:cs="Times New Roman"/>
        </w:rPr>
        <w:t>Ojeñembyasý hag̃ua, tekotevẽ peteĩ tapicha oikove hag̃ua, ha pe ñembyasýrõ Pedro ko’ápe omombe’úva ipypeguápe oñemoañete vove umi “ára piro’y” og̃uahẽvo. Pe pytu’u ha pe piro’y hína pe ama pahápe, oñepyrũva’ekue pe ánhel mbarete oĩva Apocalipsis dieciocho-pe oguejýramo omyesakã hag̃ua yvy Hembikórape. Pe ánhel mbarete upéva avei hína pe ánhel peteĩha 11 de agosto de 1840-pegua oguejýva’ekue Islam oñeñapytĩrõ guare, ha upe ánhel “ndaha’éi peteĩ tapicha ambuéva Jesucristo-gui.” Pe “piro’y” ha umi “ára oñemyatyrõmba hag̃ua opa mba’e” oñepyrũ Islam ojeheja jey ramo ombopochy hag̃ua tetãnguéra, ha upéi oñeñapytĩ jey aja umi cien cuarenta y cuatro mil oñesegella hag̃ua. 9/11 omarkaha umi ára piro’y ha pytu’u rehegua, ha upéva hína pe ama pahápe, ha avei omarkaha pe ára “oñemyatyrõmba hag̃uáicha opa mba’e.” Pe oñemyatyrõva hína tupão, ha’éva, 1863-pe pe ñemoĩ hag̃ua guive, oiko va’ekue tupão ñorairõháicha, péro oikóta tupão ipu’akapáva pe ára sellado-pe umi cien cuarenta y cuatro mil rehegua.</w:t>
      </w:r>
    </w:p>
    <w:p>
      <w:pPr>
        <w:pStyle w:val="ArticleBody"/>
        <w:jc w:val="left"/>
      </w:pPr>
      <w:r>
        <w:rPr>
          <w:rFonts w:ascii="Times New Roman" w:hAnsi="Times New Roman" w:eastAsia="Times New Roman" w:cs="Times New Roman"/>
        </w:rPr>
        <w:t>Pe iglésia militante ha’e peteĩ mezcla trígo ha cizañágui, ha pe iglésia triunfante ha’e pe Pentecostés yvypóra ryepýpe oñekuave’ẽva trígo ypykue. 11 jasyporundy ary 2001-pe ha’e pe primera vez Balaam oinupã hague pe mburika, ha Balaam (Estados Unidos) oñepyrũ peteĩ ñorairõ mundial terrorismo rehegua pe ataque sorpresívogui rire pya’evoi. Balaam rembiguái mburika ohechauka umi mbohapy aipo, ojapóva pe tercer aipo, ha osẽva joja umi mbohapy ánhel marandu ndive. Umi mbohapy aipo upévare proféticamente oñemboguata umi mbohapy paso umi mbohapy ánhel reheve. Upévare, pe mokõiha jey Balaam oinupã jave pe mburika, upéva ha’e peteĩ mokõive jeýva, oikoháicha tapiaite pe mokõiha paso-pe. Umi mokõi parral yma guaréva literal ha ko’ág̃agua espiritual yvy gloriosa mbytépe, Islam oinupã Israel-pe 7 jasypa ary 2023-pe, ha upe rire pya’e oñemoĩ peteĩ jejoko Gaza ári, ha upéi Islam oinupãta Nashville-pe.</w:t>
      </w:r>
    </w:p>
    <w:p>
      <w:pPr>
        <w:pStyle w:val="ArticleBody"/>
        <w:jc w:val="left"/>
      </w:pPr>
      <w:r>
        <w:rPr>
          <w:rFonts w:ascii="Times New Roman" w:hAnsi="Times New Roman" w:eastAsia="Times New Roman" w:cs="Times New Roman"/>
        </w:rPr>
        <w:t>Pe Nashville rehegua ha’e mokõi jejuka ñemigua apytégui mokõiva, Balaam testimoniope oikóva parralty mbytépe. Nashville ohechauka pe marka profética pe marandu pyhare mbyte sapukái rehegua ojoajúha ángel mokõiha ndive. Pe marandu pyhare mbyte sapukái rehegua oñepyrũ Cristo remimbo’e mokõiva, (ohechaukáva ángel mokõiha marandu) oiporavo’ỹvo mburika pe jeike triumfal ñepyrũme. Upe tembiapo rape ipahápe ogueraha kurusúpe, upéva ohechaukáva yvyryrýi pe léi domingo pya’etéma oútava rehegua, pépe Roma kuña reko vaiha ipu’aka hag̃ua profecía bíblica mburuvicha guasu hag̃ua poteĩha ári, oñembyesarái rire hese Estados Unidos rembiasakue aja.</w:t>
      </w:r>
    </w:p>
    <w:p>
      <w:pPr>
        <w:pStyle w:val="ArticleBody"/>
        <w:jc w:val="left"/>
      </w:pPr>
      <w:r>
        <w:rPr>
          <w:rFonts w:ascii="Times New Roman" w:hAnsi="Times New Roman" w:eastAsia="Times New Roman" w:cs="Times New Roman"/>
        </w:rPr>
        <w:t>Kuña rekovai oñepyrũ vove opurahéi iñe’ẽpotykuéra arapokõindy léi rehe, Nínive ñorairõ jevyma oikóta kuri ha pe llave ojere vaʼekue ohechaukáva mymba raʼanga prueba ára ñepyrũ ko yvy ape ári. Nínive ñorairõ haʼe pyhare mbyte sapukái marandu ñemohuʼã, upéi upéva ojere hag̃ua mbohapyha ánhel sapukái hatãme. Pe ára ñepyrũ, ojehechaukáva mbaʼe vai oikóramo Nashville rehe guasu hag̃uáicha, avei ojehechaukáta kuri Nínive ñorairõ rupive; Jesús, Alfa ha Omega ramo, tapiaite ohechauka paha iñepyrũ rupive. Nashville rehe ojejapóva ñorairõva profético tekotevẽ rupi oguerekóta Roma puʼaka Persia ári ñembojera rehegua mbaʼe porã, upéva rupive Islam omyenyhẽ hag̃ua ko yvy pytũmbýpe. Donald Trump haʼe Roma raʼanga símbolo, upévare haʼe ipuʼakáta Nínive ñorairõme ojoajúva Nashville rehe ojeity vaʼekuére, ha katu ikatupyry oñemoĩ hag̃ua Islam ysyry guasu rovái ikangypáta kuri.</w:t>
      </w:r>
    </w:p>
    <w:p>
      <w:pPr>
        <w:pStyle w:val="ArticleBody"/>
        <w:jc w:val="left"/>
      </w:pPr>
      <w:r>
        <w:rPr>
          <w:rFonts w:ascii="Times New Roman" w:hAnsi="Times New Roman" w:eastAsia="Times New Roman" w:cs="Times New Roman"/>
        </w:rPr>
        <w:t>Ñorairõ Ronald Reagan osẽ porãva’ekue ogana hag̃ua ary 1989-pe ha’e peteĩ ñorairõ ro’ysã oñepyrũva’ekue Mokõiha Ñorairõ Guasu opa rire. Ñorairõ ro’ysã Trump rehegua ha’e ñorairõ Panium-peguáicha, ha upéva ogueraha Mbohapyha Ñorairõ Guasúpe Léi Domingo guýpe, ojehechauka haguéicha yma Actium ñorairõme ha avei Nínive ñorairõme. Ñorairõ ro’ysã Trump rehegua, oñerrepresentáva Panium ñorairõ rupi, ogueraha oñemboguejy hag̃ua “muro” omboja’óva tupão ha Estado Constitución-pe, ojehechauka haguéicha oñemboguejy hague Berlín “muro” ary 1989-pe.</w:t>
      </w:r>
    </w:p>
    <w:p>
      <w:pPr>
        <w:pStyle w:val="ArticleBody"/>
        <w:jc w:val="left"/>
      </w:pPr>
      <w:r>
        <w:rPr>
          <w:rFonts w:ascii="Times New Roman" w:hAnsi="Times New Roman" w:eastAsia="Times New Roman" w:cs="Times New Roman"/>
        </w:rPr>
        <w:t>Nashville orrepresenta pe punto ikatuhápe Balaam burrakuéra ojopy Balaam py pe tapia rehe, ha upéicha ohechauka peteĩ ñemongu’i tapia rehe. Pyhare mbyte sapukái ára oñepyrũ peteĩ mba’e oityva tapia ñemboyke rehe pe Constitución-pe, ha upéicha ojehechauka oñepyrũha oñemopu’ã pe mymba ra’ãnga (tupaó ha Estado joaju) peteĩ techaukaha rupive ohechauka hag̃ua tapia ñemboyke rehegua ñembyai pe mymba ra’ãnga ñemopu’ã pahápe. Donald Trump profétikamente oñe’ẽta peteĩ tembiapoukapy ejecutívo rupive ohechaukáva pe ñe’ẽ Sunday law-pe, oñetechaukaháicha Alien and Sedition Acts of 1798 rupive. Upépe ha’e oganáta Partido Demócrata globalista-kuérape ha ijojaha’ỹme RINO globalista-kuérape Partido Republicano-peguápe. Ipu’aka umi enemigo rehe, Persia reheguaicha ojehechaukáva Nínive ñorairõme, ohejátane mokõive lado pe ñorairõ políticogua opyta hag̃ua ikangypaite hag̃ua ndaikatúi hag̃ua ombohovái umi langósta Islam rehegua ojepysotava tetã tuichakue javeve. Trump pypuku ojepysóva hína pe tapia pyhare mbyte sapukái marandu ñepyrũme, ogueraháva pe tapia pahápe.</w:t>
      </w:r>
    </w:p>
    <w:p>
      <w:pPr>
        <w:pStyle w:val="ArticleBody"/>
        <w:jc w:val="left"/>
      </w:pPr>
      <w:r>
        <w:rPr>
          <w:rFonts w:ascii="Times New Roman" w:hAnsi="Times New Roman" w:eastAsia="Times New Roman" w:cs="Times New Roman"/>
        </w:rPr>
        <w:t>Rombojoaju ko’ẽ mbohapy jehasa asýre ñañemongeta hag̃ua pe artíkulo oúvape.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Tembiasakue Oñemíva Versíkulo Cuarenta-pe — Papapy Catorce</dc:title>
  <dc:subject>Mokõiha Ñembyasy — Peteĩha Parte</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